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691D" w:rsidRPr="000F2F6C" w:rsidRDefault="00451832" w:rsidP="000F2F6C">
      <w:pPr>
        <w:pStyle w:val="Heading2"/>
        <w:bidi/>
        <w:rPr>
          <w:rFonts w:cs="B Mitra"/>
          <w:sz w:val="32"/>
          <w:szCs w:val="32"/>
        </w:rPr>
      </w:pPr>
      <w:r>
        <w:rPr>
          <w:rFonts w:ascii="Vazirmatn" w:hAnsi="Vazirmatn"/>
          <w:noProof/>
          <w:color w:val="000000" w:themeColor="text1"/>
          <w:rtl/>
        </w:rPr>
        <w:drawing>
          <wp:anchor distT="0" distB="0" distL="114300" distR="114300" simplePos="0" relativeHeight="251658240" behindDoc="0" locked="0" layoutInCell="1" allowOverlap="1">
            <wp:simplePos x="0" y="0"/>
            <wp:positionH relativeFrom="column">
              <wp:posOffset>-904875</wp:posOffset>
            </wp:positionH>
            <wp:positionV relativeFrom="page">
              <wp:posOffset>9525</wp:posOffset>
            </wp:positionV>
            <wp:extent cx="7800975" cy="10039350"/>
            <wp:effectExtent l="0" t="0" r="9525"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ront 058.jpg"/>
                    <pic:cNvPicPr/>
                  </pic:nvPicPr>
                  <pic:blipFill>
                    <a:blip r:embed="rId8">
                      <a:extLst>
                        <a:ext uri="{28A0092B-C50C-407E-A947-70E740481C1C}">
                          <a14:useLocalDpi xmlns:a14="http://schemas.microsoft.com/office/drawing/2010/main" val="0"/>
                        </a:ext>
                      </a:extLst>
                    </a:blip>
                    <a:stretch>
                      <a:fillRect/>
                    </a:stretch>
                  </pic:blipFill>
                  <pic:spPr>
                    <a:xfrm>
                      <a:off x="0" y="0"/>
                      <a:ext cx="7800975" cy="10039350"/>
                    </a:xfrm>
                    <a:prstGeom prst="rect">
                      <a:avLst/>
                    </a:prstGeom>
                  </pic:spPr>
                </pic:pic>
              </a:graphicData>
            </a:graphic>
            <wp14:sizeRelH relativeFrom="margin">
              <wp14:pctWidth>0</wp14:pctWidth>
            </wp14:sizeRelH>
            <wp14:sizeRelV relativeFrom="margin">
              <wp14:pctHeight>0</wp14:pctHeight>
            </wp14:sizeRelV>
          </wp:anchor>
        </w:drawing>
      </w:r>
      <w:r w:rsidR="0000691D" w:rsidRPr="0000691D">
        <w:rPr>
          <w:rFonts w:ascii="Vazirmatn" w:hAnsi="Vazirmatn"/>
          <w:color w:val="000000" w:themeColor="text1"/>
          <w:rtl/>
        </w:rPr>
        <w:br w:type="page"/>
      </w:r>
      <w:bookmarkStart w:id="0" w:name="_Toc243400507"/>
      <w:r w:rsidR="000F2F6C">
        <w:rPr>
          <w:rFonts w:cs="B Mitra" w:hint="cs"/>
          <w:color w:val="4472C4" w:themeColor="accent5"/>
          <w:sz w:val="32"/>
          <w:szCs w:val="32"/>
          <w:rtl/>
        </w:rPr>
        <w:lastRenderedPageBreak/>
        <w:t>همکاران این شماره</w:t>
      </w:r>
      <w:bookmarkEnd w:id="0"/>
    </w:p>
    <w:p w:rsidR="0000691D" w:rsidRPr="0000691D" w:rsidRDefault="0000691D" w:rsidP="0000691D">
      <w:pPr>
        <w:numPr>
          <w:ilvl w:val="0"/>
          <w:numId w:val="16"/>
        </w:numPr>
        <w:bidi/>
        <w:spacing w:after="160" w:line="360" w:lineRule="auto"/>
        <w:jc w:val="both"/>
        <w:rPr>
          <w:rFonts w:cs="B Mitra"/>
          <w:sz w:val="28"/>
          <w:szCs w:val="28"/>
          <w:rtl/>
        </w:rPr>
      </w:pPr>
      <w:r w:rsidRPr="0000691D">
        <w:rPr>
          <w:rFonts w:cs="B Mitra"/>
          <w:sz w:val="28"/>
          <w:szCs w:val="28"/>
          <w:rtl/>
        </w:rPr>
        <w:t>صاحب‌امتیاز: انجمن نابینایان ایران</w:t>
      </w:r>
    </w:p>
    <w:p w:rsidR="0000691D" w:rsidRPr="0000691D" w:rsidRDefault="0000691D" w:rsidP="0000691D">
      <w:pPr>
        <w:numPr>
          <w:ilvl w:val="0"/>
          <w:numId w:val="16"/>
        </w:numPr>
        <w:bidi/>
        <w:spacing w:after="160" w:line="360" w:lineRule="auto"/>
        <w:jc w:val="both"/>
        <w:rPr>
          <w:rFonts w:cs="B Mitra"/>
          <w:sz w:val="28"/>
          <w:szCs w:val="28"/>
          <w:rtl/>
        </w:rPr>
      </w:pPr>
      <w:r w:rsidRPr="0000691D">
        <w:rPr>
          <w:rFonts w:cs="B Mitra"/>
          <w:sz w:val="28"/>
          <w:szCs w:val="28"/>
          <w:rtl/>
        </w:rPr>
        <w:t>مدیر</w:t>
      </w:r>
      <w:r w:rsidRPr="0000691D">
        <w:rPr>
          <w:rFonts w:cs="B Mitra" w:hint="cs"/>
          <w:sz w:val="28"/>
          <w:szCs w:val="28"/>
          <w:rtl/>
        </w:rPr>
        <w:t xml:space="preserve"> </w:t>
      </w:r>
      <w:r w:rsidRPr="0000691D">
        <w:rPr>
          <w:rFonts w:cs="B Mitra"/>
          <w:sz w:val="28"/>
          <w:szCs w:val="28"/>
          <w:rtl/>
        </w:rPr>
        <w:t>مس</w:t>
      </w:r>
      <w:r w:rsidRPr="0000691D">
        <w:rPr>
          <w:rFonts w:cs="B Mitra" w:hint="cs"/>
          <w:sz w:val="28"/>
          <w:szCs w:val="28"/>
          <w:rtl/>
        </w:rPr>
        <w:t>ئ</w:t>
      </w:r>
      <w:r w:rsidRPr="0000691D">
        <w:rPr>
          <w:rFonts w:cs="B Mitra"/>
          <w:sz w:val="28"/>
          <w:szCs w:val="28"/>
          <w:rtl/>
        </w:rPr>
        <w:t>ول: امیر سرمدی</w:t>
      </w:r>
    </w:p>
    <w:p w:rsidR="0000691D" w:rsidRPr="0000691D" w:rsidRDefault="0000691D" w:rsidP="0000691D">
      <w:pPr>
        <w:numPr>
          <w:ilvl w:val="0"/>
          <w:numId w:val="16"/>
        </w:numPr>
        <w:bidi/>
        <w:spacing w:after="160" w:line="360" w:lineRule="auto"/>
        <w:jc w:val="both"/>
        <w:rPr>
          <w:rFonts w:cs="B Mitra"/>
          <w:sz w:val="28"/>
          <w:szCs w:val="28"/>
          <w:rtl/>
        </w:rPr>
      </w:pPr>
      <w:r w:rsidRPr="0000691D">
        <w:rPr>
          <w:rFonts w:cs="B Mitra"/>
          <w:sz w:val="28"/>
          <w:szCs w:val="28"/>
          <w:rtl/>
        </w:rPr>
        <w:t>سردبیر: فاطمه جوادیان</w:t>
      </w:r>
    </w:p>
    <w:p w:rsidR="0000691D" w:rsidRPr="000F2F6C" w:rsidRDefault="0000691D" w:rsidP="000F2F6C">
      <w:pPr>
        <w:pStyle w:val="Heading3"/>
        <w:bidi/>
        <w:rPr>
          <w:rFonts w:asciiTheme="majorBidi" w:hAnsiTheme="majorBidi" w:cs="B Mitra"/>
          <w:color w:val="70AD47" w:themeColor="accent6"/>
          <w:sz w:val="28"/>
          <w:szCs w:val="28"/>
          <w:rtl/>
        </w:rPr>
      </w:pPr>
      <w:bookmarkStart w:id="1" w:name="_Toc243400508"/>
      <w:r w:rsidRPr="000F2F6C">
        <w:rPr>
          <w:rFonts w:asciiTheme="majorBidi" w:hAnsiTheme="majorBidi" w:cs="B Mitra"/>
          <w:color w:val="70AD47" w:themeColor="accent6"/>
          <w:sz w:val="28"/>
          <w:szCs w:val="28"/>
          <w:rtl/>
        </w:rPr>
        <w:t>هیئت تحریریه</w:t>
      </w:r>
      <w:bookmarkEnd w:id="1"/>
    </w:p>
    <w:p w:rsidR="0000691D" w:rsidRPr="0000691D" w:rsidRDefault="0000691D" w:rsidP="0000691D">
      <w:pPr>
        <w:numPr>
          <w:ilvl w:val="0"/>
          <w:numId w:val="17"/>
        </w:numPr>
        <w:bidi/>
        <w:spacing w:after="160" w:line="360" w:lineRule="auto"/>
        <w:jc w:val="both"/>
        <w:rPr>
          <w:rFonts w:cs="B Mitra"/>
          <w:sz w:val="28"/>
          <w:szCs w:val="28"/>
          <w:rtl/>
        </w:rPr>
      </w:pPr>
      <w:r w:rsidRPr="0000691D">
        <w:rPr>
          <w:rFonts w:cs="B Mitra"/>
          <w:sz w:val="28"/>
          <w:szCs w:val="28"/>
          <w:rtl/>
        </w:rPr>
        <w:t xml:space="preserve">نویسندگان: </w:t>
      </w:r>
    </w:p>
    <w:p w:rsidR="0000691D" w:rsidRPr="0000691D" w:rsidRDefault="0000691D" w:rsidP="0000691D">
      <w:pPr>
        <w:numPr>
          <w:ilvl w:val="1"/>
          <w:numId w:val="17"/>
        </w:numPr>
        <w:bidi/>
        <w:spacing w:after="160" w:line="360" w:lineRule="auto"/>
        <w:jc w:val="both"/>
        <w:rPr>
          <w:rFonts w:cs="B Mitra"/>
          <w:sz w:val="28"/>
          <w:szCs w:val="28"/>
        </w:rPr>
      </w:pPr>
      <w:r w:rsidRPr="0000691D">
        <w:rPr>
          <w:rFonts w:cs="B Mitra"/>
          <w:sz w:val="28"/>
          <w:szCs w:val="28"/>
          <w:rtl/>
        </w:rPr>
        <w:t>امیر سرمدی</w:t>
      </w:r>
    </w:p>
    <w:p w:rsidR="0000691D" w:rsidRPr="0000691D" w:rsidRDefault="0000691D" w:rsidP="0000691D">
      <w:pPr>
        <w:numPr>
          <w:ilvl w:val="1"/>
          <w:numId w:val="17"/>
        </w:numPr>
        <w:bidi/>
        <w:spacing w:after="160" w:line="360" w:lineRule="auto"/>
        <w:jc w:val="both"/>
        <w:rPr>
          <w:rFonts w:cs="B Mitra"/>
          <w:sz w:val="28"/>
          <w:szCs w:val="28"/>
        </w:rPr>
      </w:pPr>
      <w:r w:rsidRPr="0000691D">
        <w:rPr>
          <w:rFonts w:cs="B Mitra" w:hint="cs"/>
          <w:sz w:val="28"/>
          <w:szCs w:val="28"/>
          <w:rtl/>
        </w:rPr>
        <w:t>منصور شادکام</w:t>
      </w:r>
    </w:p>
    <w:p w:rsidR="0000691D" w:rsidRPr="0000691D" w:rsidRDefault="0000691D" w:rsidP="0000691D">
      <w:pPr>
        <w:numPr>
          <w:ilvl w:val="1"/>
          <w:numId w:val="17"/>
        </w:numPr>
        <w:bidi/>
        <w:spacing w:after="160" w:line="360" w:lineRule="auto"/>
        <w:jc w:val="both"/>
        <w:rPr>
          <w:rFonts w:cs="B Mitra"/>
          <w:sz w:val="28"/>
          <w:szCs w:val="28"/>
          <w:rtl/>
        </w:rPr>
      </w:pPr>
      <w:r w:rsidRPr="0000691D">
        <w:rPr>
          <w:rFonts w:cs="B Mitra" w:hint="cs"/>
          <w:sz w:val="28"/>
          <w:szCs w:val="28"/>
          <w:rtl/>
        </w:rPr>
        <w:t>علی پنجه‌ای</w:t>
      </w:r>
    </w:p>
    <w:p w:rsidR="0000691D" w:rsidRPr="0000691D" w:rsidRDefault="0000691D" w:rsidP="0000691D">
      <w:pPr>
        <w:numPr>
          <w:ilvl w:val="1"/>
          <w:numId w:val="17"/>
        </w:numPr>
        <w:bidi/>
        <w:spacing w:after="160" w:line="360" w:lineRule="auto"/>
        <w:jc w:val="both"/>
        <w:rPr>
          <w:rFonts w:cs="B Mitra"/>
          <w:sz w:val="28"/>
          <w:szCs w:val="28"/>
          <w:rtl/>
        </w:rPr>
      </w:pPr>
      <w:r w:rsidRPr="0000691D">
        <w:rPr>
          <w:rFonts w:cs="B Mitra"/>
          <w:sz w:val="28"/>
          <w:szCs w:val="28"/>
          <w:rtl/>
        </w:rPr>
        <w:t>صلاح‌الدین محمدی</w:t>
      </w:r>
    </w:p>
    <w:p w:rsidR="0000691D" w:rsidRPr="0000691D" w:rsidRDefault="0000691D" w:rsidP="0000691D">
      <w:pPr>
        <w:numPr>
          <w:ilvl w:val="1"/>
          <w:numId w:val="17"/>
        </w:numPr>
        <w:bidi/>
        <w:spacing w:after="160" w:line="360" w:lineRule="auto"/>
        <w:jc w:val="both"/>
        <w:rPr>
          <w:rFonts w:cs="B Mitra"/>
          <w:sz w:val="28"/>
          <w:szCs w:val="28"/>
          <w:rtl/>
        </w:rPr>
      </w:pPr>
      <w:r w:rsidRPr="0000691D">
        <w:rPr>
          <w:rFonts w:cs="B Mitra"/>
          <w:sz w:val="28"/>
          <w:szCs w:val="28"/>
          <w:rtl/>
        </w:rPr>
        <w:t>فاطمه جوادیان</w:t>
      </w:r>
    </w:p>
    <w:p w:rsidR="0000691D" w:rsidRPr="0000691D" w:rsidRDefault="0000691D" w:rsidP="0000691D">
      <w:pPr>
        <w:numPr>
          <w:ilvl w:val="1"/>
          <w:numId w:val="17"/>
        </w:numPr>
        <w:bidi/>
        <w:spacing w:after="160" w:line="360" w:lineRule="auto"/>
        <w:jc w:val="both"/>
        <w:rPr>
          <w:rFonts w:cs="B Mitra"/>
          <w:sz w:val="28"/>
          <w:szCs w:val="28"/>
        </w:rPr>
      </w:pPr>
      <w:r w:rsidRPr="0000691D">
        <w:rPr>
          <w:rFonts w:cs="B Mitra" w:hint="cs"/>
          <w:sz w:val="28"/>
          <w:szCs w:val="28"/>
          <w:rtl/>
        </w:rPr>
        <w:t>میثم امینی</w:t>
      </w:r>
    </w:p>
    <w:p w:rsidR="0000691D" w:rsidRPr="0000691D" w:rsidRDefault="0000691D" w:rsidP="0000691D">
      <w:pPr>
        <w:numPr>
          <w:ilvl w:val="1"/>
          <w:numId w:val="17"/>
        </w:numPr>
        <w:bidi/>
        <w:spacing w:after="160" w:line="360" w:lineRule="auto"/>
        <w:jc w:val="both"/>
        <w:rPr>
          <w:rFonts w:cs="B Mitra"/>
          <w:sz w:val="28"/>
          <w:szCs w:val="28"/>
        </w:rPr>
      </w:pPr>
      <w:r w:rsidRPr="0000691D">
        <w:rPr>
          <w:rFonts w:cs="B Mitra" w:hint="cs"/>
          <w:sz w:val="28"/>
          <w:szCs w:val="28"/>
          <w:rtl/>
        </w:rPr>
        <w:t>مینا خانی</w:t>
      </w:r>
    </w:p>
    <w:p w:rsidR="0000691D" w:rsidRPr="0000691D" w:rsidRDefault="0000691D" w:rsidP="0000691D">
      <w:pPr>
        <w:numPr>
          <w:ilvl w:val="1"/>
          <w:numId w:val="17"/>
        </w:numPr>
        <w:bidi/>
        <w:spacing w:after="160" w:line="360" w:lineRule="auto"/>
        <w:jc w:val="both"/>
        <w:rPr>
          <w:rFonts w:cs="B Mitra"/>
          <w:sz w:val="28"/>
          <w:szCs w:val="28"/>
        </w:rPr>
      </w:pPr>
      <w:r w:rsidRPr="0000691D">
        <w:rPr>
          <w:rFonts w:cs="B Mitra" w:hint="cs"/>
          <w:sz w:val="28"/>
          <w:szCs w:val="28"/>
          <w:rtl/>
        </w:rPr>
        <w:t>حسین آگاهی</w:t>
      </w:r>
    </w:p>
    <w:p w:rsidR="0000691D" w:rsidRPr="0000691D" w:rsidRDefault="0000691D" w:rsidP="0000691D">
      <w:pPr>
        <w:numPr>
          <w:ilvl w:val="1"/>
          <w:numId w:val="17"/>
        </w:numPr>
        <w:bidi/>
        <w:spacing w:after="160" w:line="360" w:lineRule="auto"/>
        <w:jc w:val="both"/>
        <w:rPr>
          <w:rFonts w:cs="B Mitra"/>
          <w:sz w:val="28"/>
          <w:szCs w:val="28"/>
        </w:rPr>
      </w:pPr>
      <w:r w:rsidRPr="0000691D">
        <w:rPr>
          <w:rFonts w:cs="B Mitra" w:hint="cs"/>
          <w:sz w:val="28"/>
          <w:szCs w:val="28"/>
          <w:rtl/>
        </w:rPr>
        <w:t>سارا شاهپورجانی</w:t>
      </w:r>
    </w:p>
    <w:p w:rsidR="0000691D" w:rsidRPr="0000691D" w:rsidRDefault="0000691D" w:rsidP="0000691D">
      <w:pPr>
        <w:numPr>
          <w:ilvl w:val="1"/>
          <w:numId w:val="17"/>
        </w:numPr>
        <w:bidi/>
        <w:spacing w:after="160" w:line="360" w:lineRule="auto"/>
        <w:jc w:val="both"/>
        <w:rPr>
          <w:rFonts w:cs="B Mitra"/>
          <w:sz w:val="28"/>
          <w:szCs w:val="28"/>
        </w:rPr>
      </w:pPr>
      <w:r w:rsidRPr="0000691D">
        <w:rPr>
          <w:rFonts w:cs="B Mitra" w:hint="cs"/>
          <w:sz w:val="28"/>
          <w:szCs w:val="28"/>
          <w:rtl/>
        </w:rPr>
        <w:t>داوود خلیل‌آبادگان</w:t>
      </w:r>
    </w:p>
    <w:p w:rsidR="0000691D" w:rsidRPr="0000691D" w:rsidRDefault="0000691D" w:rsidP="0000691D">
      <w:pPr>
        <w:numPr>
          <w:ilvl w:val="1"/>
          <w:numId w:val="17"/>
        </w:numPr>
        <w:bidi/>
        <w:spacing w:after="160" w:line="360" w:lineRule="auto"/>
        <w:jc w:val="both"/>
        <w:rPr>
          <w:rFonts w:cs="B Mitra"/>
          <w:sz w:val="28"/>
          <w:szCs w:val="28"/>
        </w:rPr>
      </w:pPr>
      <w:r w:rsidRPr="0000691D">
        <w:rPr>
          <w:rFonts w:cs="B Mitra" w:hint="cs"/>
          <w:sz w:val="28"/>
          <w:szCs w:val="28"/>
          <w:rtl/>
        </w:rPr>
        <w:t>یدالله فردین ستوده</w:t>
      </w:r>
    </w:p>
    <w:p w:rsidR="0000691D" w:rsidRPr="0000691D" w:rsidRDefault="0000691D" w:rsidP="0000691D">
      <w:pPr>
        <w:numPr>
          <w:ilvl w:val="1"/>
          <w:numId w:val="17"/>
        </w:numPr>
        <w:bidi/>
        <w:spacing w:after="160" w:line="360" w:lineRule="auto"/>
        <w:jc w:val="both"/>
        <w:rPr>
          <w:rFonts w:cs="B Mitra"/>
          <w:sz w:val="28"/>
          <w:szCs w:val="28"/>
        </w:rPr>
      </w:pPr>
      <w:r w:rsidRPr="0000691D">
        <w:rPr>
          <w:rFonts w:cs="B Mitra" w:hint="cs"/>
          <w:sz w:val="28"/>
          <w:szCs w:val="28"/>
          <w:rtl/>
        </w:rPr>
        <w:t>پریسا صالحی</w:t>
      </w:r>
    </w:p>
    <w:p w:rsidR="0000691D" w:rsidRPr="0000691D" w:rsidRDefault="0000691D" w:rsidP="0000691D">
      <w:pPr>
        <w:numPr>
          <w:ilvl w:val="1"/>
          <w:numId w:val="17"/>
        </w:numPr>
        <w:bidi/>
        <w:spacing w:after="160" w:line="360" w:lineRule="auto"/>
        <w:jc w:val="both"/>
        <w:rPr>
          <w:rFonts w:cs="B Mitra"/>
          <w:sz w:val="28"/>
          <w:szCs w:val="28"/>
        </w:rPr>
      </w:pPr>
      <w:r w:rsidRPr="0000691D">
        <w:rPr>
          <w:rFonts w:cs="B Mitra" w:hint="cs"/>
          <w:sz w:val="28"/>
          <w:szCs w:val="28"/>
          <w:rtl/>
        </w:rPr>
        <w:lastRenderedPageBreak/>
        <w:t>جواد سقا</w:t>
      </w:r>
    </w:p>
    <w:p w:rsidR="0000691D" w:rsidRPr="0000691D" w:rsidRDefault="0000691D" w:rsidP="0000691D">
      <w:pPr>
        <w:numPr>
          <w:ilvl w:val="1"/>
          <w:numId w:val="17"/>
        </w:numPr>
        <w:bidi/>
        <w:spacing w:after="160" w:line="360" w:lineRule="auto"/>
        <w:jc w:val="both"/>
        <w:rPr>
          <w:rFonts w:cs="B Mitra"/>
          <w:sz w:val="28"/>
          <w:szCs w:val="28"/>
        </w:rPr>
      </w:pPr>
      <w:r w:rsidRPr="0000691D">
        <w:rPr>
          <w:rFonts w:cs="B Mitra" w:hint="cs"/>
          <w:sz w:val="28"/>
          <w:szCs w:val="28"/>
          <w:rtl/>
        </w:rPr>
        <w:t>بهروز نبی‌زاده (مهاجر)</w:t>
      </w:r>
    </w:p>
    <w:p w:rsidR="0000691D" w:rsidRPr="0000691D" w:rsidRDefault="0000691D" w:rsidP="0000691D">
      <w:pPr>
        <w:bidi/>
        <w:spacing w:line="360" w:lineRule="auto"/>
        <w:ind w:left="360"/>
        <w:jc w:val="both"/>
        <w:rPr>
          <w:rFonts w:cs="B Mitra"/>
          <w:sz w:val="28"/>
          <w:szCs w:val="28"/>
          <w:rtl/>
        </w:rPr>
      </w:pPr>
      <w:r w:rsidRPr="0000691D">
        <w:rPr>
          <w:rFonts w:cs="B Mitra" w:hint="cs"/>
          <w:sz w:val="28"/>
          <w:szCs w:val="28"/>
          <w:rtl/>
        </w:rPr>
        <w:t>م</w:t>
      </w:r>
      <w:r w:rsidRPr="0000691D">
        <w:rPr>
          <w:rFonts w:cs="B Mitra"/>
          <w:sz w:val="28"/>
          <w:szCs w:val="28"/>
          <w:rtl/>
        </w:rPr>
        <w:t xml:space="preserve">ترجمان: </w:t>
      </w:r>
    </w:p>
    <w:p w:rsidR="0000691D" w:rsidRPr="0000691D" w:rsidRDefault="0000691D" w:rsidP="0000691D">
      <w:pPr>
        <w:numPr>
          <w:ilvl w:val="1"/>
          <w:numId w:val="17"/>
        </w:numPr>
        <w:bidi/>
        <w:spacing w:after="160" w:line="360" w:lineRule="auto"/>
        <w:jc w:val="both"/>
        <w:rPr>
          <w:rFonts w:cs="B Mitra"/>
          <w:sz w:val="28"/>
          <w:szCs w:val="28"/>
        </w:rPr>
      </w:pPr>
      <w:r w:rsidRPr="0000691D">
        <w:rPr>
          <w:rFonts w:cs="B Mitra"/>
          <w:sz w:val="28"/>
          <w:szCs w:val="28"/>
          <w:rtl/>
        </w:rPr>
        <w:t>میثم امینی</w:t>
      </w:r>
    </w:p>
    <w:p w:rsidR="0000691D" w:rsidRPr="0000691D" w:rsidRDefault="0000691D" w:rsidP="0000691D">
      <w:pPr>
        <w:numPr>
          <w:ilvl w:val="1"/>
          <w:numId w:val="17"/>
        </w:numPr>
        <w:bidi/>
        <w:spacing w:after="160" w:line="360" w:lineRule="auto"/>
        <w:jc w:val="both"/>
        <w:rPr>
          <w:rFonts w:cs="B Mitra"/>
          <w:sz w:val="28"/>
          <w:szCs w:val="28"/>
        </w:rPr>
      </w:pPr>
      <w:r w:rsidRPr="0000691D">
        <w:rPr>
          <w:rFonts w:cs="B Mitra" w:hint="cs"/>
          <w:sz w:val="28"/>
          <w:szCs w:val="28"/>
          <w:rtl/>
        </w:rPr>
        <w:t>علی پنجه‌ای</w:t>
      </w:r>
    </w:p>
    <w:p w:rsidR="0000691D" w:rsidRPr="0000691D" w:rsidRDefault="0000691D" w:rsidP="0000691D">
      <w:pPr>
        <w:numPr>
          <w:ilvl w:val="1"/>
          <w:numId w:val="17"/>
        </w:numPr>
        <w:bidi/>
        <w:spacing w:after="160" w:line="360" w:lineRule="auto"/>
        <w:jc w:val="both"/>
        <w:rPr>
          <w:rFonts w:cs="B Mitra"/>
          <w:sz w:val="28"/>
          <w:szCs w:val="28"/>
          <w:rtl/>
        </w:rPr>
      </w:pPr>
      <w:r w:rsidRPr="0000691D">
        <w:rPr>
          <w:rFonts w:cs="B Mitra" w:hint="cs"/>
          <w:sz w:val="28"/>
          <w:szCs w:val="28"/>
          <w:rtl/>
        </w:rPr>
        <w:t>سارا شاهپورجانی</w:t>
      </w:r>
    </w:p>
    <w:p w:rsidR="0000691D" w:rsidRPr="0000691D" w:rsidRDefault="0000691D" w:rsidP="0000691D">
      <w:pPr>
        <w:numPr>
          <w:ilvl w:val="0"/>
          <w:numId w:val="17"/>
        </w:numPr>
        <w:bidi/>
        <w:spacing w:after="160" w:line="360" w:lineRule="auto"/>
        <w:jc w:val="both"/>
        <w:rPr>
          <w:rFonts w:cs="B Mitra"/>
          <w:sz w:val="28"/>
          <w:szCs w:val="28"/>
          <w:rtl/>
        </w:rPr>
      </w:pPr>
      <w:r w:rsidRPr="0000691D">
        <w:rPr>
          <w:rFonts w:cs="B Mitra"/>
          <w:sz w:val="28"/>
          <w:szCs w:val="28"/>
          <w:rtl/>
        </w:rPr>
        <w:t>ویراستار: مهتاب باباخان‌زاده</w:t>
      </w:r>
    </w:p>
    <w:p w:rsidR="0000691D" w:rsidRPr="0000691D" w:rsidRDefault="0000691D" w:rsidP="0000691D">
      <w:pPr>
        <w:numPr>
          <w:ilvl w:val="0"/>
          <w:numId w:val="17"/>
        </w:numPr>
        <w:bidi/>
        <w:spacing w:after="160" w:line="360" w:lineRule="auto"/>
        <w:jc w:val="both"/>
        <w:rPr>
          <w:rFonts w:cs="B Mitra"/>
          <w:sz w:val="28"/>
          <w:szCs w:val="28"/>
          <w:rtl/>
        </w:rPr>
      </w:pPr>
      <w:r w:rsidRPr="0000691D">
        <w:rPr>
          <w:rFonts w:cs="B Mitra"/>
          <w:sz w:val="28"/>
          <w:szCs w:val="28"/>
          <w:rtl/>
        </w:rPr>
        <w:t>ویراستار بریل: روح‌الله رنجبر</w:t>
      </w:r>
    </w:p>
    <w:p w:rsidR="0000691D" w:rsidRPr="000F2F6C" w:rsidRDefault="0000691D" w:rsidP="000F2F6C">
      <w:pPr>
        <w:pStyle w:val="Heading3"/>
        <w:bidi/>
        <w:rPr>
          <w:rFonts w:asciiTheme="majorBidi" w:hAnsiTheme="majorBidi" w:cs="B Mitra"/>
          <w:sz w:val="28"/>
          <w:szCs w:val="28"/>
          <w:rtl/>
        </w:rPr>
      </w:pPr>
      <w:bookmarkStart w:id="2" w:name="_Toc243400509"/>
      <w:r w:rsidRPr="000F2F6C">
        <w:rPr>
          <w:rFonts w:asciiTheme="majorBidi" w:hAnsiTheme="majorBidi" w:cs="B Mitra"/>
          <w:color w:val="70AD47" w:themeColor="accent6"/>
          <w:sz w:val="28"/>
          <w:szCs w:val="28"/>
          <w:rtl/>
        </w:rPr>
        <w:t>بخش تولید و فنی</w:t>
      </w:r>
      <w:bookmarkEnd w:id="2"/>
    </w:p>
    <w:p w:rsidR="0000691D" w:rsidRPr="0000691D" w:rsidRDefault="0000691D" w:rsidP="0000691D">
      <w:pPr>
        <w:numPr>
          <w:ilvl w:val="0"/>
          <w:numId w:val="18"/>
        </w:numPr>
        <w:bidi/>
        <w:spacing w:after="160" w:line="360" w:lineRule="auto"/>
        <w:jc w:val="both"/>
        <w:rPr>
          <w:rFonts w:cs="B Mitra"/>
          <w:sz w:val="28"/>
          <w:szCs w:val="28"/>
          <w:rtl/>
        </w:rPr>
      </w:pPr>
      <w:r w:rsidRPr="0000691D">
        <w:rPr>
          <w:rFonts w:cs="B Mitra"/>
          <w:sz w:val="28"/>
          <w:szCs w:val="28"/>
          <w:rtl/>
        </w:rPr>
        <w:t>طراح لوگو و جلد: ترانه میلادی</w:t>
      </w:r>
    </w:p>
    <w:p w:rsidR="0000691D" w:rsidRPr="0000691D" w:rsidRDefault="0000691D" w:rsidP="0000691D">
      <w:pPr>
        <w:numPr>
          <w:ilvl w:val="0"/>
          <w:numId w:val="18"/>
        </w:numPr>
        <w:bidi/>
        <w:spacing w:after="160" w:line="360" w:lineRule="auto"/>
        <w:jc w:val="both"/>
        <w:rPr>
          <w:rFonts w:cs="B Mitra"/>
          <w:sz w:val="28"/>
          <w:szCs w:val="28"/>
          <w:rtl/>
        </w:rPr>
      </w:pPr>
      <w:r w:rsidRPr="0000691D">
        <w:rPr>
          <w:rFonts w:cs="B Mitra"/>
          <w:sz w:val="28"/>
          <w:szCs w:val="28"/>
          <w:rtl/>
        </w:rPr>
        <w:t xml:space="preserve">عوامل تهیه و تدوین پادکست‌ها: </w:t>
      </w:r>
    </w:p>
    <w:p w:rsidR="0000691D" w:rsidRPr="0000691D" w:rsidRDefault="0000691D" w:rsidP="0000691D">
      <w:pPr>
        <w:numPr>
          <w:ilvl w:val="1"/>
          <w:numId w:val="18"/>
        </w:numPr>
        <w:bidi/>
        <w:spacing w:after="160" w:line="360" w:lineRule="auto"/>
        <w:jc w:val="both"/>
        <w:rPr>
          <w:rFonts w:cs="B Mitra"/>
          <w:sz w:val="28"/>
          <w:szCs w:val="28"/>
        </w:rPr>
      </w:pPr>
      <w:r w:rsidRPr="0000691D">
        <w:rPr>
          <w:rFonts w:cs="B Mitra" w:hint="cs"/>
          <w:sz w:val="28"/>
          <w:szCs w:val="28"/>
          <w:rtl/>
        </w:rPr>
        <w:t>منصور شادکام</w:t>
      </w:r>
    </w:p>
    <w:p w:rsidR="0000691D" w:rsidRPr="0000691D" w:rsidRDefault="0000691D" w:rsidP="0000691D">
      <w:pPr>
        <w:numPr>
          <w:ilvl w:val="1"/>
          <w:numId w:val="18"/>
        </w:numPr>
        <w:bidi/>
        <w:spacing w:after="160" w:line="360" w:lineRule="auto"/>
        <w:jc w:val="both"/>
        <w:rPr>
          <w:rFonts w:cs="B Mitra"/>
          <w:sz w:val="28"/>
          <w:szCs w:val="28"/>
          <w:rtl/>
        </w:rPr>
      </w:pPr>
      <w:r w:rsidRPr="0000691D">
        <w:rPr>
          <w:rFonts w:cs="B Mitra" w:hint="cs"/>
          <w:sz w:val="28"/>
          <w:szCs w:val="28"/>
          <w:rtl/>
        </w:rPr>
        <w:t xml:space="preserve">اشکان </w:t>
      </w:r>
      <w:r w:rsidRPr="0000691D">
        <w:rPr>
          <w:rFonts w:cs="B Mitra"/>
          <w:sz w:val="28"/>
          <w:szCs w:val="28"/>
          <w:rtl/>
        </w:rPr>
        <w:t>آذر ماسوله</w:t>
      </w:r>
    </w:p>
    <w:p w:rsidR="0000691D" w:rsidRPr="0000691D" w:rsidRDefault="0000691D" w:rsidP="0000691D">
      <w:pPr>
        <w:numPr>
          <w:ilvl w:val="0"/>
          <w:numId w:val="18"/>
        </w:numPr>
        <w:bidi/>
        <w:spacing w:after="160" w:line="360" w:lineRule="auto"/>
        <w:jc w:val="both"/>
        <w:rPr>
          <w:rFonts w:cs="B Mitra"/>
          <w:sz w:val="28"/>
          <w:szCs w:val="28"/>
          <w:rtl/>
        </w:rPr>
      </w:pPr>
      <w:r w:rsidRPr="0000691D">
        <w:rPr>
          <w:rFonts w:cs="B Mitra"/>
          <w:sz w:val="28"/>
          <w:szCs w:val="28"/>
          <w:rtl/>
        </w:rPr>
        <w:t>گوینده نسخه صوتی: بنفشه کلانتری</w:t>
      </w:r>
    </w:p>
    <w:p w:rsidR="0000691D" w:rsidRPr="0000691D" w:rsidRDefault="0000691D" w:rsidP="0000691D">
      <w:pPr>
        <w:numPr>
          <w:ilvl w:val="0"/>
          <w:numId w:val="18"/>
        </w:numPr>
        <w:bidi/>
        <w:spacing w:after="160" w:line="360" w:lineRule="auto"/>
        <w:jc w:val="both"/>
        <w:rPr>
          <w:rFonts w:cs="B Mitra"/>
          <w:sz w:val="28"/>
          <w:szCs w:val="28"/>
          <w:rtl/>
        </w:rPr>
      </w:pPr>
      <w:r w:rsidRPr="0000691D">
        <w:rPr>
          <w:rFonts w:cs="B Mitra"/>
          <w:sz w:val="28"/>
          <w:szCs w:val="28"/>
          <w:rtl/>
        </w:rPr>
        <w:t xml:space="preserve">تدوینگر نسخه صوتی: </w:t>
      </w:r>
      <w:r w:rsidRPr="0000691D">
        <w:rPr>
          <w:rFonts w:cs="B Mitra" w:hint="cs"/>
          <w:sz w:val="28"/>
          <w:szCs w:val="28"/>
          <w:rtl/>
        </w:rPr>
        <w:t>فاطمه جوادیان</w:t>
      </w:r>
    </w:p>
    <w:p w:rsidR="0000691D" w:rsidRPr="0000691D" w:rsidRDefault="0000691D" w:rsidP="0000691D">
      <w:pPr>
        <w:numPr>
          <w:ilvl w:val="0"/>
          <w:numId w:val="18"/>
        </w:numPr>
        <w:bidi/>
        <w:spacing w:after="160" w:line="360" w:lineRule="auto"/>
        <w:jc w:val="both"/>
        <w:rPr>
          <w:rFonts w:cs="B Mitra"/>
          <w:sz w:val="28"/>
          <w:szCs w:val="28"/>
          <w:rtl/>
        </w:rPr>
      </w:pPr>
      <w:r w:rsidRPr="0000691D">
        <w:rPr>
          <w:rFonts w:cs="B Mitra"/>
          <w:sz w:val="28"/>
          <w:szCs w:val="28"/>
          <w:rtl/>
        </w:rPr>
        <w:t>تنظیم نسخه‌های الکترونیکی: مرضیه نعیمی</w:t>
      </w:r>
    </w:p>
    <w:p w:rsidR="0000691D" w:rsidRPr="0000691D" w:rsidRDefault="0000691D" w:rsidP="0000691D">
      <w:pPr>
        <w:numPr>
          <w:ilvl w:val="0"/>
          <w:numId w:val="18"/>
        </w:numPr>
        <w:bidi/>
        <w:spacing w:after="160" w:line="360" w:lineRule="auto"/>
        <w:jc w:val="both"/>
        <w:rPr>
          <w:rFonts w:cs="B Mitra"/>
          <w:sz w:val="28"/>
          <w:szCs w:val="28"/>
          <w:rtl/>
        </w:rPr>
      </w:pPr>
      <w:r w:rsidRPr="0000691D">
        <w:rPr>
          <w:rFonts w:cs="B Mitra"/>
          <w:sz w:val="28"/>
          <w:szCs w:val="28"/>
          <w:rtl/>
        </w:rPr>
        <w:t>چاپ بریل: چاپخانه انجمن نابینایان ایران</w:t>
      </w:r>
    </w:p>
    <w:p w:rsidR="0000691D" w:rsidRPr="0000691D" w:rsidRDefault="0000691D" w:rsidP="0000691D">
      <w:pPr>
        <w:numPr>
          <w:ilvl w:val="0"/>
          <w:numId w:val="18"/>
        </w:numPr>
        <w:bidi/>
        <w:spacing w:after="160" w:line="360" w:lineRule="auto"/>
        <w:jc w:val="both"/>
        <w:rPr>
          <w:rFonts w:cs="B Mitra"/>
          <w:sz w:val="28"/>
          <w:szCs w:val="28"/>
          <w:rtl/>
        </w:rPr>
      </w:pPr>
      <w:r w:rsidRPr="0000691D">
        <w:rPr>
          <w:rFonts w:cs="B Mitra"/>
          <w:sz w:val="28"/>
          <w:szCs w:val="28"/>
          <w:rtl/>
        </w:rPr>
        <w:t>صحاف: الهه واحدی، امیر سپهری</w:t>
      </w:r>
    </w:p>
    <w:p w:rsidR="0000691D" w:rsidRPr="0000691D" w:rsidRDefault="0000691D" w:rsidP="0000691D">
      <w:pPr>
        <w:numPr>
          <w:ilvl w:val="0"/>
          <w:numId w:val="19"/>
        </w:numPr>
        <w:bidi/>
        <w:spacing w:after="160" w:line="360" w:lineRule="auto"/>
        <w:jc w:val="both"/>
        <w:rPr>
          <w:rFonts w:cs="B Mitra"/>
          <w:sz w:val="28"/>
          <w:szCs w:val="28"/>
          <w:rtl/>
        </w:rPr>
      </w:pPr>
      <w:r w:rsidRPr="0000691D">
        <w:rPr>
          <w:rFonts w:cs="B Mitra"/>
          <w:sz w:val="28"/>
          <w:szCs w:val="28"/>
          <w:rtl/>
        </w:rPr>
        <w:lastRenderedPageBreak/>
        <w:t>مدیر شبکه‌های اجتماعی: امیر سپهری</w:t>
      </w:r>
    </w:p>
    <w:p w:rsidR="0000691D" w:rsidRPr="0000691D" w:rsidRDefault="0000691D" w:rsidP="0000691D">
      <w:pPr>
        <w:numPr>
          <w:ilvl w:val="0"/>
          <w:numId w:val="19"/>
        </w:numPr>
        <w:bidi/>
        <w:spacing w:after="160" w:line="360" w:lineRule="auto"/>
        <w:jc w:val="both"/>
        <w:rPr>
          <w:rFonts w:cs="B Mitra"/>
          <w:sz w:val="28"/>
          <w:szCs w:val="28"/>
          <w:rtl/>
        </w:rPr>
      </w:pPr>
      <w:r w:rsidRPr="0000691D">
        <w:rPr>
          <w:rFonts w:cs="B Mitra"/>
          <w:sz w:val="28"/>
          <w:szCs w:val="28"/>
          <w:rtl/>
        </w:rPr>
        <w:t>مدیر صفحه اینستاگرام: اعظم چلوی</w:t>
      </w:r>
    </w:p>
    <w:p w:rsidR="0000691D" w:rsidRPr="000F2F6C" w:rsidRDefault="0000691D" w:rsidP="000F2F6C">
      <w:pPr>
        <w:pStyle w:val="Heading3"/>
        <w:bidi/>
        <w:rPr>
          <w:rFonts w:asciiTheme="majorBidi" w:hAnsiTheme="majorBidi" w:cs="B Mitra"/>
          <w:color w:val="70AD47" w:themeColor="accent6"/>
          <w:sz w:val="28"/>
          <w:szCs w:val="28"/>
          <w:rtl/>
        </w:rPr>
      </w:pPr>
      <w:bookmarkStart w:id="3" w:name="_Toc243400510"/>
      <w:r w:rsidRPr="000F2F6C">
        <w:rPr>
          <w:rFonts w:asciiTheme="majorBidi" w:hAnsiTheme="majorBidi" w:cs="B Mitra"/>
          <w:color w:val="70AD47" w:themeColor="accent6"/>
          <w:sz w:val="28"/>
          <w:szCs w:val="28"/>
          <w:rtl/>
        </w:rPr>
        <w:t>بخش توزیع و پشتیبانی</w:t>
      </w:r>
      <w:bookmarkEnd w:id="3"/>
    </w:p>
    <w:p w:rsidR="0000691D" w:rsidRPr="0000691D" w:rsidRDefault="0000691D" w:rsidP="0000691D">
      <w:pPr>
        <w:numPr>
          <w:ilvl w:val="0"/>
          <w:numId w:val="20"/>
        </w:numPr>
        <w:bidi/>
        <w:spacing w:after="160" w:line="360" w:lineRule="auto"/>
        <w:jc w:val="both"/>
        <w:rPr>
          <w:rFonts w:cs="B Mitra"/>
          <w:sz w:val="28"/>
          <w:szCs w:val="28"/>
          <w:rtl/>
        </w:rPr>
      </w:pPr>
      <w:r w:rsidRPr="0000691D">
        <w:rPr>
          <w:rFonts w:cs="B Mitra"/>
          <w:sz w:val="28"/>
          <w:szCs w:val="28"/>
          <w:rtl/>
        </w:rPr>
        <w:t>توزیع: اداره کل پست استان تهران</w:t>
      </w:r>
    </w:p>
    <w:p w:rsidR="0000691D" w:rsidRPr="0000691D" w:rsidRDefault="0000691D" w:rsidP="0000691D">
      <w:pPr>
        <w:numPr>
          <w:ilvl w:val="0"/>
          <w:numId w:val="20"/>
        </w:numPr>
        <w:bidi/>
        <w:spacing w:after="160" w:line="360" w:lineRule="auto"/>
        <w:jc w:val="both"/>
        <w:rPr>
          <w:rFonts w:cs="B Mitra"/>
          <w:sz w:val="28"/>
          <w:szCs w:val="28"/>
        </w:rPr>
      </w:pPr>
      <w:r w:rsidRPr="0000691D">
        <w:rPr>
          <w:rFonts w:cs="B Mitra"/>
          <w:sz w:val="28"/>
          <w:szCs w:val="28"/>
          <w:rtl/>
        </w:rPr>
        <w:t xml:space="preserve">حامیان مالی: </w:t>
      </w:r>
    </w:p>
    <w:p w:rsidR="0000691D" w:rsidRPr="0000691D" w:rsidRDefault="0000691D" w:rsidP="0000691D">
      <w:pPr>
        <w:numPr>
          <w:ilvl w:val="1"/>
          <w:numId w:val="20"/>
        </w:numPr>
        <w:bidi/>
        <w:spacing w:after="160" w:line="360" w:lineRule="auto"/>
        <w:jc w:val="both"/>
        <w:rPr>
          <w:rFonts w:cs="B Mitra"/>
          <w:sz w:val="28"/>
          <w:szCs w:val="28"/>
        </w:rPr>
      </w:pPr>
      <w:r w:rsidRPr="0000691D">
        <w:rPr>
          <w:rFonts w:cs="B Mitra" w:hint="cs"/>
          <w:sz w:val="28"/>
          <w:szCs w:val="28"/>
          <w:rtl/>
        </w:rPr>
        <w:t>بانک مسکن</w:t>
      </w:r>
    </w:p>
    <w:p w:rsidR="0000691D" w:rsidRPr="0000691D" w:rsidRDefault="0000691D" w:rsidP="0000691D">
      <w:pPr>
        <w:numPr>
          <w:ilvl w:val="1"/>
          <w:numId w:val="20"/>
        </w:numPr>
        <w:bidi/>
        <w:spacing w:after="160" w:line="360" w:lineRule="auto"/>
        <w:jc w:val="both"/>
        <w:rPr>
          <w:rFonts w:cs="B Mitra"/>
          <w:sz w:val="28"/>
          <w:szCs w:val="28"/>
        </w:rPr>
      </w:pPr>
      <w:r w:rsidRPr="0000691D">
        <w:rPr>
          <w:rFonts w:cs="B Mitra" w:hint="cs"/>
          <w:sz w:val="28"/>
          <w:szCs w:val="28"/>
          <w:rtl/>
        </w:rPr>
        <w:t xml:space="preserve">نهاد </w:t>
      </w:r>
      <w:r w:rsidRPr="0000691D">
        <w:rPr>
          <w:rFonts w:cs="B Mitra"/>
          <w:sz w:val="28"/>
          <w:szCs w:val="28"/>
          <w:rtl/>
        </w:rPr>
        <w:t>کتابخانه‌ها</w:t>
      </w:r>
      <w:r w:rsidRPr="0000691D">
        <w:rPr>
          <w:rFonts w:cs="B Mitra" w:hint="cs"/>
          <w:sz w:val="28"/>
          <w:szCs w:val="28"/>
          <w:rtl/>
        </w:rPr>
        <w:t>ی عمومی کشور</w:t>
      </w:r>
    </w:p>
    <w:p w:rsidR="0000691D" w:rsidRPr="0000691D" w:rsidRDefault="0000691D" w:rsidP="0000691D">
      <w:pPr>
        <w:numPr>
          <w:ilvl w:val="1"/>
          <w:numId w:val="20"/>
        </w:numPr>
        <w:bidi/>
        <w:spacing w:after="160" w:line="360" w:lineRule="auto"/>
        <w:jc w:val="both"/>
        <w:rPr>
          <w:rFonts w:cs="B Mitra"/>
          <w:sz w:val="28"/>
          <w:szCs w:val="28"/>
        </w:rPr>
      </w:pPr>
      <w:r w:rsidRPr="0000691D">
        <w:rPr>
          <w:rFonts w:cs="B Mitra" w:hint="cs"/>
          <w:sz w:val="28"/>
          <w:szCs w:val="28"/>
          <w:rtl/>
        </w:rPr>
        <w:t>وزارت فرهنگ و ارشاد اسلامی</w:t>
      </w:r>
    </w:p>
    <w:p w:rsidR="0000691D" w:rsidRPr="0000691D" w:rsidRDefault="0000691D" w:rsidP="0000691D">
      <w:pPr>
        <w:numPr>
          <w:ilvl w:val="1"/>
          <w:numId w:val="20"/>
        </w:numPr>
        <w:bidi/>
        <w:spacing w:after="160" w:line="360" w:lineRule="auto"/>
        <w:jc w:val="both"/>
        <w:rPr>
          <w:rFonts w:cs="B Mitra"/>
          <w:sz w:val="28"/>
          <w:szCs w:val="28"/>
        </w:rPr>
      </w:pPr>
      <w:r w:rsidRPr="0000691D">
        <w:rPr>
          <w:rFonts w:cs="B Mitra"/>
          <w:sz w:val="28"/>
          <w:szCs w:val="28"/>
          <w:rtl/>
        </w:rPr>
        <w:t>شرکت نستله (تول</w:t>
      </w:r>
      <w:r w:rsidRPr="0000691D">
        <w:rPr>
          <w:rFonts w:cs="B Mitra" w:hint="cs"/>
          <w:sz w:val="28"/>
          <w:szCs w:val="28"/>
          <w:rtl/>
        </w:rPr>
        <w:t>ی</w:t>
      </w:r>
      <w:r w:rsidRPr="0000691D">
        <w:rPr>
          <w:rFonts w:cs="B Mitra" w:hint="eastAsia"/>
          <w:sz w:val="28"/>
          <w:szCs w:val="28"/>
          <w:rtl/>
        </w:rPr>
        <w:t>دکننده</w:t>
      </w:r>
      <w:r w:rsidRPr="0000691D">
        <w:rPr>
          <w:rFonts w:cs="B Mitra"/>
          <w:sz w:val="28"/>
          <w:szCs w:val="28"/>
          <w:rtl/>
        </w:rPr>
        <w:t xml:space="preserve"> آب آشام</w:t>
      </w:r>
      <w:r w:rsidRPr="0000691D">
        <w:rPr>
          <w:rFonts w:cs="B Mitra" w:hint="cs"/>
          <w:sz w:val="28"/>
          <w:szCs w:val="28"/>
          <w:rtl/>
        </w:rPr>
        <w:t>ی</w:t>
      </w:r>
      <w:r w:rsidRPr="0000691D">
        <w:rPr>
          <w:rFonts w:cs="B Mitra" w:hint="eastAsia"/>
          <w:sz w:val="28"/>
          <w:szCs w:val="28"/>
          <w:rtl/>
        </w:rPr>
        <w:t>دن</w:t>
      </w:r>
      <w:r w:rsidRPr="0000691D">
        <w:rPr>
          <w:rFonts w:cs="B Mitra" w:hint="cs"/>
          <w:sz w:val="28"/>
          <w:szCs w:val="28"/>
          <w:rtl/>
        </w:rPr>
        <w:t>ی</w:t>
      </w:r>
      <w:r w:rsidRPr="0000691D">
        <w:rPr>
          <w:rFonts w:cs="B Mitra"/>
          <w:sz w:val="28"/>
          <w:szCs w:val="28"/>
          <w:rtl/>
        </w:rPr>
        <w:t xml:space="preserve"> پ</w:t>
      </w:r>
      <w:r w:rsidRPr="0000691D">
        <w:rPr>
          <w:rFonts w:cs="B Mitra" w:hint="cs"/>
          <w:sz w:val="28"/>
          <w:szCs w:val="28"/>
          <w:rtl/>
        </w:rPr>
        <w:t>ی</w:t>
      </w:r>
      <w:r w:rsidRPr="0000691D">
        <w:rPr>
          <w:rFonts w:cs="B Mitra" w:hint="eastAsia"/>
          <w:sz w:val="28"/>
          <w:szCs w:val="28"/>
          <w:rtl/>
        </w:rPr>
        <w:t>ورلا</w:t>
      </w:r>
      <w:r w:rsidRPr="0000691D">
        <w:rPr>
          <w:rFonts w:cs="B Mitra" w:hint="cs"/>
          <w:sz w:val="28"/>
          <w:szCs w:val="28"/>
          <w:rtl/>
        </w:rPr>
        <w:t>ی</w:t>
      </w:r>
      <w:r w:rsidRPr="0000691D">
        <w:rPr>
          <w:rFonts w:cs="B Mitra" w:hint="eastAsia"/>
          <w:sz w:val="28"/>
          <w:szCs w:val="28"/>
          <w:rtl/>
        </w:rPr>
        <w:t>ف</w:t>
      </w:r>
      <w:r w:rsidRPr="0000691D">
        <w:rPr>
          <w:rFonts w:cs="B Mitra"/>
          <w:sz w:val="28"/>
          <w:szCs w:val="28"/>
          <w:rtl/>
        </w:rPr>
        <w:t xml:space="preserve"> و محصولات غذا</w:t>
      </w:r>
      <w:r w:rsidRPr="0000691D">
        <w:rPr>
          <w:rFonts w:cs="B Mitra" w:hint="cs"/>
          <w:sz w:val="28"/>
          <w:szCs w:val="28"/>
          <w:rtl/>
        </w:rPr>
        <w:t>یی</w:t>
      </w:r>
      <w:r w:rsidRPr="0000691D">
        <w:rPr>
          <w:rFonts w:cs="B Mitra"/>
          <w:sz w:val="28"/>
          <w:szCs w:val="28"/>
          <w:rtl/>
        </w:rPr>
        <w:t>)</w:t>
      </w:r>
    </w:p>
    <w:p w:rsidR="0000691D" w:rsidRPr="0000691D" w:rsidRDefault="0000691D" w:rsidP="0000691D">
      <w:pPr>
        <w:numPr>
          <w:ilvl w:val="1"/>
          <w:numId w:val="20"/>
        </w:numPr>
        <w:bidi/>
        <w:spacing w:after="160" w:line="360" w:lineRule="auto"/>
        <w:jc w:val="both"/>
        <w:rPr>
          <w:rFonts w:cs="B Mitra"/>
          <w:sz w:val="28"/>
          <w:szCs w:val="28"/>
        </w:rPr>
      </w:pPr>
      <w:r w:rsidRPr="0000691D">
        <w:rPr>
          <w:rFonts w:cs="B Mitra"/>
          <w:sz w:val="28"/>
          <w:szCs w:val="28"/>
          <w:rtl/>
        </w:rPr>
        <w:t>کانون افراد دارا</w:t>
      </w:r>
      <w:r w:rsidRPr="0000691D">
        <w:rPr>
          <w:rFonts w:cs="B Mitra" w:hint="cs"/>
          <w:sz w:val="28"/>
          <w:szCs w:val="28"/>
          <w:rtl/>
        </w:rPr>
        <w:t>ی</w:t>
      </w:r>
      <w:r w:rsidRPr="0000691D">
        <w:rPr>
          <w:rFonts w:cs="B Mitra"/>
          <w:sz w:val="28"/>
          <w:szCs w:val="28"/>
          <w:rtl/>
        </w:rPr>
        <w:t xml:space="preserve"> معلول</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شهر تهران وابسته به اداره کل سلامت شهردار</w:t>
      </w:r>
      <w:r w:rsidRPr="0000691D">
        <w:rPr>
          <w:rFonts w:cs="B Mitra" w:hint="cs"/>
          <w:sz w:val="28"/>
          <w:szCs w:val="28"/>
          <w:rtl/>
        </w:rPr>
        <w:t>ی</w:t>
      </w:r>
      <w:r w:rsidRPr="0000691D">
        <w:rPr>
          <w:rFonts w:cs="B Mitra"/>
          <w:sz w:val="28"/>
          <w:szCs w:val="28"/>
          <w:rtl/>
        </w:rPr>
        <w:t xml:space="preserve"> تهران</w:t>
      </w:r>
    </w:p>
    <w:p w:rsidR="0000691D" w:rsidRPr="0000691D" w:rsidRDefault="0000691D" w:rsidP="0000691D">
      <w:pPr>
        <w:spacing w:line="360" w:lineRule="auto"/>
        <w:jc w:val="both"/>
        <w:rPr>
          <w:rFonts w:cs="B Mitra"/>
          <w:sz w:val="28"/>
          <w:szCs w:val="28"/>
        </w:rPr>
      </w:pPr>
    </w:p>
    <w:p w:rsidR="0000691D" w:rsidRPr="0000691D" w:rsidRDefault="0000691D" w:rsidP="0000691D">
      <w:pPr>
        <w:spacing w:after="160" w:line="360" w:lineRule="auto"/>
        <w:jc w:val="both"/>
        <w:rPr>
          <w:rFonts w:ascii="Vazirmatn" w:hAnsi="Vazirmatn" w:cs="B Mitra"/>
          <w:bCs/>
          <w:color w:val="000000" w:themeColor="text1"/>
          <w:sz w:val="28"/>
          <w:szCs w:val="28"/>
          <w:rtl/>
        </w:rPr>
      </w:pPr>
    </w:p>
    <w:p w:rsidR="0000691D" w:rsidRPr="0000691D" w:rsidRDefault="0000691D" w:rsidP="0000691D">
      <w:pPr>
        <w:spacing w:after="160" w:line="360" w:lineRule="auto"/>
        <w:jc w:val="both"/>
        <w:rPr>
          <w:rFonts w:ascii="Vazirmatn" w:hAnsi="Vazirmatn" w:cs="B Mitra"/>
          <w:bCs/>
          <w:color w:val="000000" w:themeColor="text1"/>
          <w:sz w:val="28"/>
          <w:szCs w:val="28"/>
          <w:rtl/>
        </w:rPr>
      </w:pPr>
      <w:r w:rsidRPr="0000691D">
        <w:rPr>
          <w:rFonts w:ascii="Vazirmatn" w:hAnsi="Vazirmatn" w:cs="B Mitra"/>
          <w:bCs/>
          <w:color w:val="000000" w:themeColor="text1"/>
          <w:sz w:val="28"/>
          <w:szCs w:val="28"/>
          <w:rtl/>
        </w:rPr>
        <w:br w:type="page"/>
      </w:r>
    </w:p>
    <w:sdt>
      <w:sdtPr>
        <w:rPr>
          <w:rFonts w:asciiTheme="minorHAnsi" w:eastAsiaTheme="minorEastAsia" w:hAnsiTheme="minorHAnsi" w:cstheme="minorBidi"/>
          <w:b w:val="0"/>
          <w:bCs w:val="0"/>
          <w:color w:val="auto"/>
          <w:sz w:val="22"/>
          <w:szCs w:val="22"/>
          <w:rtl/>
        </w:rPr>
        <w:id w:val="1294785725"/>
        <w:docPartObj>
          <w:docPartGallery w:val="Table of Contents"/>
          <w:docPartUnique/>
        </w:docPartObj>
      </w:sdtPr>
      <w:sdtEndPr>
        <w:rPr>
          <w:noProof/>
          <w:rtl w:val="0"/>
        </w:rPr>
      </w:sdtEndPr>
      <w:sdtContent>
        <w:p w:rsidR="00947B25" w:rsidRPr="00947B25" w:rsidRDefault="00947B25" w:rsidP="00947B25">
          <w:pPr>
            <w:pStyle w:val="TOCHeading"/>
            <w:bidi/>
            <w:rPr>
              <w:rFonts w:cs="B Mitra"/>
              <w:color w:val="C00000"/>
            </w:rPr>
          </w:pPr>
          <w:r w:rsidRPr="00947B25">
            <w:rPr>
              <w:rFonts w:cs="B Mitra" w:hint="cs"/>
              <w:color w:val="C00000"/>
              <w:rtl/>
            </w:rPr>
            <w:t>فهرست</w:t>
          </w:r>
        </w:p>
        <w:p w:rsidR="00947B25" w:rsidRPr="00947B25" w:rsidRDefault="00947B25" w:rsidP="00947B25">
          <w:pPr>
            <w:pStyle w:val="TOC2"/>
            <w:tabs>
              <w:tab w:val="right" w:leader="dot" w:pos="9350"/>
            </w:tabs>
            <w:bidi/>
            <w:rPr>
              <w:noProof/>
              <w:sz w:val="28"/>
              <w:szCs w:val="28"/>
              <w:rtl/>
            </w:rPr>
          </w:pPr>
          <w:r w:rsidRPr="00947B25">
            <w:rPr>
              <w:sz w:val="28"/>
              <w:szCs w:val="28"/>
            </w:rPr>
            <w:fldChar w:fldCharType="begin"/>
          </w:r>
          <w:r w:rsidRPr="00947B25">
            <w:rPr>
              <w:sz w:val="28"/>
              <w:szCs w:val="28"/>
            </w:rPr>
            <w:instrText xml:space="preserve"> TOC \o "1-3" \h \z \u </w:instrText>
          </w:r>
          <w:r w:rsidRPr="00947B25">
            <w:rPr>
              <w:sz w:val="28"/>
              <w:szCs w:val="28"/>
            </w:rPr>
            <w:fldChar w:fldCharType="separate"/>
          </w:r>
        </w:p>
        <w:p w:rsidR="00947B25" w:rsidRPr="00947B25" w:rsidRDefault="001957CA">
          <w:pPr>
            <w:pStyle w:val="TOC2"/>
            <w:tabs>
              <w:tab w:val="right" w:leader="dot" w:pos="9350"/>
            </w:tabs>
            <w:bidi/>
            <w:rPr>
              <w:noProof/>
              <w:sz w:val="28"/>
              <w:szCs w:val="28"/>
              <w:rtl/>
            </w:rPr>
          </w:pPr>
          <w:hyperlink w:anchor="_Toc243400511" w:history="1">
            <w:r w:rsidR="00947B25" w:rsidRPr="00947B25">
              <w:rPr>
                <w:rStyle w:val="Hyperlink"/>
                <w:rFonts w:ascii="Vazirmatn" w:hAnsi="Vazirmatn" w:cs="B Mitra" w:hint="cs"/>
                <w:noProof/>
                <w:sz w:val="28"/>
                <w:szCs w:val="28"/>
                <w:rtl/>
              </w:rPr>
              <w:t>ی</w:t>
            </w:r>
            <w:r w:rsidR="00947B25" w:rsidRPr="00947B25">
              <w:rPr>
                <w:rStyle w:val="Hyperlink"/>
                <w:rFonts w:ascii="Vazirmatn" w:hAnsi="Vazirmatn" w:cs="B Mitra" w:hint="eastAsia"/>
                <w:noProof/>
                <w:sz w:val="28"/>
                <w:szCs w:val="28"/>
                <w:rtl/>
              </w:rPr>
              <w:t>ادداشت</w:t>
            </w:r>
            <w:r w:rsidR="00947B25" w:rsidRPr="00947B25">
              <w:rPr>
                <w:rStyle w:val="Hyperlink"/>
                <w:rFonts w:ascii="Vazirmatn" w:hAnsi="Vazirmatn" w:cs="B Mitra"/>
                <w:noProof/>
                <w:sz w:val="28"/>
                <w:szCs w:val="28"/>
                <w:rtl/>
              </w:rPr>
              <w:t xml:space="preserve"> </w:t>
            </w:r>
            <w:r w:rsidR="00947B25" w:rsidRPr="00947B25">
              <w:rPr>
                <w:rStyle w:val="Hyperlink"/>
                <w:rFonts w:ascii="Vazirmatn" w:hAnsi="Vazirmatn" w:cs="B Mitra" w:hint="eastAsia"/>
                <w:noProof/>
                <w:sz w:val="28"/>
                <w:szCs w:val="28"/>
                <w:rtl/>
              </w:rPr>
              <w:t>مد</w:t>
            </w:r>
            <w:r w:rsidR="00947B25" w:rsidRPr="00947B25">
              <w:rPr>
                <w:rStyle w:val="Hyperlink"/>
                <w:rFonts w:ascii="Vazirmatn" w:hAnsi="Vazirmatn" w:cs="B Mitra" w:hint="cs"/>
                <w:noProof/>
                <w:sz w:val="28"/>
                <w:szCs w:val="28"/>
                <w:rtl/>
              </w:rPr>
              <w:t>ی</w:t>
            </w:r>
            <w:r w:rsidR="00947B25" w:rsidRPr="00947B25">
              <w:rPr>
                <w:rStyle w:val="Hyperlink"/>
                <w:rFonts w:ascii="Vazirmatn" w:hAnsi="Vazirmatn" w:cs="B Mitra" w:hint="eastAsia"/>
                <w:noProof/>
                <w:sz w:val="28"/>
                <w:szCs w:val="28"/>
                <w:rtl/>
              </w:rPr>
              <w:t>ر‌مسئول</w:t>
            </w:r>
            <w:r w:rsidR="00947B25" w:rsidRPr="00947B25">
              <w:rPr>
                <w:rStyle w:val="Hyperlink"/>
                <w:rFonts w:ascii="Vazirmatn" w:hAnsi="Vazirmatn" w:cs="B Mitra"/>
                <w:noProof/>
                <w:sz w:val="28"/>
                <w:szCs w:val="28"/>
                <w:rtl/>
                <w:lang w:bidi="fa-IR"/>
              </w:rPr>
              <w:t xml:space="preserve"> </w:t>
            </w:r>
            <w:r w:rsidR="00947B25" w:rsidRPr="00947B25">
              <w:rPr>
                <w:rStyle w:val="Hyperlink"/>
                <w:rFonts w:ascii="Vazirmatn" w:hAnsi="Vazirmatn" w:cs="B Mitra" w:hint="eastAsia"/>
                <w:noProof/>
                <w:sz w:val="28"/>
                <w:szCs w:val="28"/>
                <w:rtl/>
                <w:lang w:bidi="fa-IR"/>
              </w:rPr>
              <w:t>،</w:t>
            </w:r>
            <w:r w:rsidR="00947B25" w:rsidRPr="00947B25">
              <w:rPr>
                <w:rStyle w:val="Hyperlink"/>
                <w:rFonts w:ascii="Vazirmatn" w:hAnsi="Vazirmatn" w:cs="B Mitra"/>
                <w:noProof/>
                <w:sz w:val="28"/>
                <w:szCs w:val="28"/>
                <w:rtl/>
                <w:lang w:bidi="fa-IR"/>
              </w:rPr>
              <w:t xml:space="preserve"> </w:t>
            </w:r>
            <w:r w:rsidR="00947B25" w:rsidRPr="00947B25">
              <w:rPr>
                <w:rStyle w:val="Hyperlink"/>
                <w:rFonts w:cs="B Mitra" w:hint="eastAsia"/>
                <w:noProof/>
                <w:sz w:val="28"/>
                <w:szCs w:val="28"/>
                <w:rtl/>
              </w:rPr>
              <w:t>از</w:t>
            </w:r>
            <w:r w:rsidR="00947B25" w:rsidRPr="00947B25">
              <w:rPr>
                <w:rStyle w:val="Hyperlink"/>
                <w:rFonts w:cs="B Mitra"/>
                <w:noProof/>
                <w:sz w:val="28"/>
                <w:szCs w:val="28"/>
              </w:rPr>
              <w:t xml:space="preserve"> </w:t>
            </w:r>
            <w:r w:rsidR="00947B25" w:rsidRPr="00947B25">
              <w:rPr>
                <w:rStyle w:val="Hyperlink"/>
                <w:rFonts w:cs="B Mitra" w:hint="eastAsia"/>
                <w:noProof/>
                <w:sz w:val="28"/>
                <w:szCs w:val="28"/>
                <w:rtl/>
              </w:rPr>
              <w:t>شعار</w:t>
            </w:r>
            <w:r w:rsidR="00947B25" w:rsidRPr="00947B25">
              <w:rPr>
                <w:rStyle w:val="Hyperlink"/>
                <w:rFonts w:cs="B Mitra"/>
                <w:noProof/>
                <w:sz w:val="28"/>
                <w:szCs w:val="28"/>
              </w:rPr>
              <w:t xml:space="preserve"> </w:t>
            </w:r>
            <w:r w:rsidR="00947B25" w:rsidRPr="00947B25">
              <w:rPr>
                <w:rStyle w:val="Hyperlink"/>
                <w:rFonts w:cs="B Mitra" w:hint="eastAsia"/>
                <w:noProof/>
                <w:sz w:val="28"/>
                <w:szCs w:val="28"/>
                <w:rtl/>
              </w:rPr>
              <w:t>تا</w:t>
            </w:r>
            <w:r w:rsidR="00947B25" w:rsidRPr="00947B25">
              <w:rPr>
                <w:rStyle w:val="Hyperlink"/>
                <w:rFonts w:cs="B Mitra"/>
                <w:noProof/>
                <w:sz w:val="28"/>
                <w:szCs w:val="28"/>
              </w:rPr>
              <w:t xml:space="preserve"> </w:t>
            </w:r>
            <w:r w:rsidR="00947B25" w:rsidRPr="00947B25">
              <w:rPr>
                <w:rStyle w:val="Hyperlink"/>
                <w:rFonts w:cs="B Mitra" w:hint="eastAsia"/>
                <w:noProof/>
                <w:sz w:val="28"/>
                <w:szCs w:val="28"/>
                <w:rtl/>
              </w:rPr>
              <w:t>شعور</w:t>
            </w:r>
            <w:r w:rsidR="00947B25" w:rsidRPr="00947B25">
              <w:rPr>
                <w:rStyle w:val="Hyperlink"/>
                <w:rFonts w:cs="B Mitra"/>
                <w:noProof/>
                <w:sz w:val="28"/>
                <w:szCs w:val="28"/>
              </w:rPr>
              <w:t xml:space="preserve"> </w:t>
            </w:r>
            <w:r w:rsidR="00947B25" w:rsidRPr="00947B25">
              <w:rPr>
                <w:rStyle w:val="Hyperlink"/>
                <w:rFonts w:cs="B Mitra" w:hint="eastAsia"/>
                <w:noProof/>
                <w:sz w:val="28"/>
                <w:szCs w:val="28"/>
                <w:rtl/>
              </w:rPr>
              <w:t>راهبرد</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واکاو</w:t>
            </w:r>
            <w:r w:rsidR="00947B25" w:rsidRPr="00947B25">
              <w:rPr>
                <w:rStyle w:val="Hyperlink"/>
                <w:rFonts w:cs="B Mitra" w:hint="cs"/>
                <w:noProof/>
                <w:sz w:val="28"/>
                <w:szCs w:val="28"/>
                <w:rtl/>
              </w:rPr>
              <w:t>ی</w:t>
            </w:r>
            <w:r w:rsidR="00947B25" w:rsidRPr="00947B25">
              <w:rPr>
                <w:rStyle w:val="Hyperlink"/>
                <w:rFonts w:cs="B Mitra"/>
                <w:noProof/>
                <w:sz w:val="28"/>
                <w:szCs w:val="28"/>
              </w:rPr>
              <w:t xml:space="preserve"> </w:t>
            </w:r>
            <w:r w:rsidR="00947B25" w:rsidRPr="00947B25">
              <w:rPr>
                <w:rStyle w:val="Hyperlink"/>
                <w:rFonts w:cs="B Mitra" w:hint="eastAsia"/>
                <w:noProof/>
                <w:sz w:val="28"/>
                <w:szCs w:val="28"/>
                <w:rtl/>
              </w:rPr>
              <w:t>نقادانه</w:t>
            </w:r>
            <w:r w:rsidR="00947B25" w:rsidRPr="00947B25">
              <w:rPr>
                <w:rStyle w:val="Hyperlink"/>
                <w:rFonts w:cs="B Mitra"/>
                <w:noProof/>
                <w:sz w:val="28"/>
                <w:szCs w:val="28"/>
              </w:rPr>
              <w:t xml:space="preserve"> </w:t>
            </w:r>
            <w:r w:rsidR="00947B25" w:rsidRPr="00947B25">
              <w:rPr>
                <w:rStyle w:val="Hyperlink"/>
                <w:rFonts w:cs="B Mitra" w:hint="eastAsia"/>
                <w:noProof/>
                <w:sz w:val="28"/>
                <w:szCs w:val="28"/>
                <w:rtl/>
              </w:rPr>
              <w:t>مشارکت</w:t>
            </w:r>
            <w:r w:rsidR="00947B25" w:rsidRPr="00947B25">
              <w:rPr>
                <w:rStyle w:val="Hyperlink"/>
                <w:rFonts w:cs="B Mitra"/>
                <w:noProof/>
                <w:sz w:val="28"/>
                <w:szCs w:val="28"/>
              </w:rPr>
              <w:t xml:space="preserve"> </w:t>
            </w:r>
            <w:r w:rsidR="00947B25" w:rsidRPr="00947B25">
              <w:rPr>
                <w:rStyle w:val="Hyperlink"/>
                <w:rFonts w:cs="B Mitra" w:hint="eastAsia"/>
                <w:noProof/>
                <w:sz w:val="28"/>
                <w:szCs w:val="28"/>
                <w:rtl/>
              </w:rPr>
              <w:t>مؤثر</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در</w:t>
            </w:r>
            <w:r w:rsidR="00947B25" w:rsidRPr="00947B25">
              <w:rPr>
                <w:rStyle w:val="Hyperlink"/>
                <w:rFonts w:cs="B Mitra"/>
                <w:noProof/>
                <w:sz w:val="28"/>
                <w:szCs w:val="28"/>
              </w:rPr>
              <w:t xml:space="preserve"> </w:t>
            </w:r>
            <w:r w:rsidR="00947B25" w:rsidRPr="00947B25">
              <w:rPr>
                <w:rStyle w:val="Hyperlink"/>
                <w:rFonts w:cs="B Mitra" w:hint="eastAsia"/>
                <w:noProof/>
                <w:sz w:val="28"/>
                <w:szCs w:val="28"/>
                <w:rtl/>
              </w:rPr>
              <w:t>نظام</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تصم</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م</w:t>
            </w:r>
            <w:r w:rsidR="00947B25" w:rsidRPr="00947B25">
              <w:rPr>
                <w:rStyle w:val="Hyperlink"/>
                <w:rFonts w:cs="B Mitra" w:hint="eastAsia"/>
                <w:noProof/>
                <w:sz w:val="28"/>
                <w:szCs w:val="28"/>
              </w:rPr>
              <w:t>‌</w:t>
            </w:r>
            <w:r w:rsidR="00947B25" w:rsidRPr="00947B25">
              <w:rPr>
                <w:rStyle w:val="Hyperlink"/>
                <w:rFonts w:cs="B Mitra" w:hint="eastAsia"/>
                <w:noProof/>
                <w:sz w:val="28"/>
                <w:szCs w:val="28"/>
                <w:rtl/>
              </w:rPr>
              <w:t>ساز</w:t>
            </w:r>
            <w:r w:rsidR="00947B25" w:rsidRPr="00947B25">
              <w:rPr>
                <w:rStyle w:val="Hyperlink"/>
                <w:rFonts w:cs="B Mitra" w:hint="cs"/>
                <w:noProof/>
                <w:sz w:val="28"/>
                <w:szCs w:val="28"/>
                <w:rtl/>
              </w:rPr>
              <w:t>ی</w:t>
            </w:r>
            <w:r w:rsidR="00947B25" w:rsidRPr="00947B25">
              <w:rPr>
                <w:noProof/>
                <w:webHidden/>
                <w:sz w:val="28"/>
                <w:szCs w:val="28"/>
                <w:rtl/>
              </w:rPr>
              <w:tab/>
            </w:r>
            <w:r w:rsidR="00947B25" w:rsidRPr="00947B25">
              <w:rPr>
                <w:noProof/>
                <w:webHidden/>
                <w:sz w:val="28"/>
                <w:szCs w:val="28"/>
                <w:rtl/>
              </w:rPr>
              <w:fldChar w:fldCharType="begin"/>
            </w:r>
            <w:r w:rsidR="00947B25" w:rsidRPr="00947B25">
              <w:rPr>
                <w:noProof/>
                <w:webHidden/>
                <w:sz w:val="28"/>
                <w:szCs w:val="28"/>
                <w:rtl/>
              </w:rPr>
              <w:instrText xml:space="preserve"> </w:instrText>
            </w:r>
            <w:r w:rsidR="00947B25" w:rsidRPr="00947B25">
              <w:rPr>
                <w:noProof/>
                <w:webHidden/>
                <w:sz w:val="28"/>
                <w:szCs w:val="28"/>
              </w:rPr>
              <w:instrText>PAGEREF</w:instrText>
            </w:r>
            <w:r w:rsidR="00947B25" w:rsidRPr="00947B25">
              <w:rPr>
                <w:noProof/>
                <w:webHidden/>
                <w:sz w:val="28"/>
                <w:szCs w:val="28"/>
                <w:rtl/>
              </w:rPr>
              <w:instrText xml:space="preserve"> _</w:instrText>
            </w:r>
            <w:r w:rsidR="00947B25" w:rsidRPr="00947B25">
              <w:rPr>
                <w:noProof/>
                <w:webHidden/>
                <w:sz w:val="28"/>
                <w:szCs w:val="28"/>
              </w:rPr>
              <w:instrText>Toc</w:instrText>
            </w:r>
            <w:r w:rsidR="00947B25" w:rsidRPr="00947B25">
              <w:rPr>
                <w:noProof/>
                <w:webHidden/>
                <w:sz w:val="28"/>
                <w:szCs w:val="28"/>
                <w:rtl/>
              </w:rPr>
              <w:instrText xml:space="preserve">243400511 </w:instrText>
            </w:r>
            <w:r w:rsidR="00947B25" w:rsidRPr="00947B25">
              <w:rPr>
                <w:noProof/>
                <w:webHidden/>
                <w:sz w:val="28"/>
                <w:szCs w:val="28"/>
              </w:rPr>
              <w:instrText>\h</w:instrText>
            </w:r>
            <w:r w:rsidR="00947B25" w:rsidRPr="00947B25">
              <w:rPr>
                <w:noProof/>
                <w:webHidden/>
                <w:sz w:val="28"/>
                <w:szCs w:val="28"/>
                <w:rtl/>
              </w:rPr>
              <w:instrText xml:space="preserve"> </w:instrText>
            </w:r>
            <w:r w:rsidR="00947B25" w:rsidRPr="00947B25">
              <w:rPr>
                <w:noProof/>
                <w:webHidden/>
                <w:sz w:val="28"/>
                <w:szCs w:val="28"/>
                <w:rtl/>
              </w:rPr>
            </w:r>
            <w:r w:rsidR="00947B25" w:rsidRPr="00947B25">
              <w:rPr>
                <w:noProof/>
                <w:webHidden/>
                <w:sz w:val="28"/>
                <w:szCs w:val="28"/>
                <w:rtl/>
              </w:rPr>
              <w:fldChar w:fldCharType="separate"/>
            </w:r>
            <w:r w:rsidR="00E36391">
              <w:rPr>
                <w:noProof/>
                <w:webHidden/>
                <w:sz w:val="28"/>
                <w:szCs w:val="28"/>
                <w:rtl/>
              </w:rPr>
              <w:t>6</w:t>
            </w:r>
            <w:r w:rsidR="00947B25" w:rsidRPr="00947B25">
              <w:rPr>
                <w:noProof/>
                <w:webHidden/>
                <w:sz w:val="28"/>
                <w:szCs w:val="28"/>
                <w:rtl/>
              </w:rPr>
              <w:fldChar w:fldCharType="end"/>
            </w:r>
          </w:hyperlink>
        </w:p>
        <w:p w:rsidR="00947B25" w:rsidRPr="00947B25" w:rsidRDefault="001957CA">
          <w:pPr>
            <w:pStyle w:val="TOC2"/>
            <w:tabs>
              <w:tab w:val="right" w:leader="dot" w:pos="9350"/>
            </w:tabs>
            <w:bidi/>
            <w:rPr>
              <w:noProof/>
              <w:sz w:val="28"/>
              <w:szCs w:val="28"/>
              <w:rtl/>
            </w:rPr>
          </w:pPr>
          <w:hyperlink w:anchor="_Toc243400520" w:history="1">
            <w:r w:rsidR="00947B25" w:rsidRPr="00947B25">
              <w:rPr>
                <w:rStyle w:val="Hyperlink"/>
                <w:rFonts w:eastAsia="B Titr" w:cs="B Mitra" w:hint="eastAsia"/>
                <w:noProof/>
                <w:sz w:val="28"/>
                <w:szCs w:val="28"/>
                <w:rtl/>
              </w:rPr>
              <w:t>گزارش</w:t>
            </w:r>
            <w:r w:rsidR="00947B25" w:rsidRPr="00947B25">
              <w:rPr>
                <w:rStyle w:val="Hyperlink"/>
                <w:rFonts w:eastAsia="B Titr" w:cs="B Mitra"/>
                <w:noProof/>
                <w:sz w:val="28"/>
                <w:szCs w:val="28"/>
              </w:rPr>
              <w:t xml:space="preserve"> </w:t>
            </w:r>
            <w:r w:rsidR="00947B25" w:rsidRPr="00947B25">
              <w:rPr>
                <w:rStyle w:val="Hyperlink"/>
                <w:rFonts w:eastAsia="B Titr" w:cs="B Mitra" w:hint="eastAsia"/>
                <w:noProof/>
                <w:sz w:val="28"/>
                <w:szCs w:val="28"/>
                <w:rtl/>
              </w:rPr>
              <w:t>اقدامات</w:t>
            </w:r>
            <w:r w:rsidR="00947B25" w:rsidRPr="00947B25">
              <w:rPr>
                <w:rStyle w:val="Hyperlink"/>
                <w:rFonts w:eastAsia="B Titr" w:cs="B Mitra"/>
                <w:noProof/>
                <w:sz w:val="28"/>
                <w:szCs w:val="28"/>
              </w:rPr>
              <w:t xml:space="preserve"> </w:t>
            </w:r>
            <w:r w:rsidR="00947B25" w:rsidRPr="00947B25">
              <w:rPr>
                <w:rStyle w:val="Hyperlink"/>
                <w:rFonts w:eastAsia="B Titr" w:cs="B Mitra" w:hint="eastAsia"/>
                <w:noProof/>
                <w:sz w:val="28"/>
                <w:szCs w:val="28"/>
                <w:rtl/>
              </w:rPr>
              <w:t>انجمن</w:t>
            </w:r>
            <w:r w:rsidR="00947B25" w:rsidRPr="00947B25">
              <w:rPr>
                <w:rStyle w:val="Hyperlink"/>
                <w:rFonts w:eastAsia="B Titr" w:cs="B Mitra"/>
                <w:noProof/>
                <w:sz w:val="28"/>
                <w:szCs w:val="28"/>
              </w:rPr>
              <w:t xml:space="preserve"> </w:t>
            </w:r>
            <w:r w:rsidR="00947B25" w:rsidRPr="00947B25">
              <w:rPr>
                <w:rStyle w:val="Hyperlink"/>
                <w:rFonts w:eastAsia="B Titr" w:cs="B Mitra" w:hint="eastAsia"/>
                <w:noProof/>
                <w:sz w:val="28"/>
                <w:szCs w:val="28"/>
                <w:rtl/>
              </w:rPr>
              <w:t>ناب</w:t>
            </w:r>
            <w:r w:rsidR="00947B25" w:rsidRPr="00947B25">
              <w:rPr>
                <w:rStyle w:val="Hyperlink"/>
                <w:rFonts w:eastAsia="B Titr" w:cs="B Mitra" w:hint="cs"/>
                <w:noProof/>
                <w:sz w:val="28"/>
                <w:szCs w:val="28"/>
                <w:rtl/>
              </w:rPr>
              <w:t>ی</w:t>
            </w:r>
            <w:r w:rsidR="00947B25" w:rsidRPr="00947B25">
              <w:rPr>
                <w:rStyle w:val="Hyperlink"/>
                <w:rFonts w:eastAsia="B Titr" w:cs="B Mitra" w:hint="eastAsia"/>
                <w:noProof/>
                <w:sz w:val="28"/>
                <w:szCs w:val="28"/>
                <w:rtl/>
              </w:rPr>
              <w:t>نا</w:t>
            </w:r>
            <w:r w:rsidR="00947B25" w:rsidRPr="00947B25">
              <w:rPr>
                <w:rStyle w:val="Hyperlink"/>
                <w:rFonts w:eastAsia="B Titr" w:cs="B Mitra" w:hint="cs"/>
                <w:noProof/>
                <w:sz w:val="28"/>
                <w:szCs w:val="28"/>
                <w:rtl/>
              </w:rPr>
              <w:t>ی</w:t>
            </w:r>
            <w:r w:rsidR="00947B25" w:rsidRPr="00947B25">
              <w:rPr>
                <w:rStyle w:val="Hyperlink"/>
                <w:rFonts w:eastAsia="B Titr" w:cs="B Mitra" w:hint="eastAsia"/>
                <w:noProof/>
                <w:sz w:val="28"/>
                <w:szCs w:val="28"/>
                <w:rtl/>
              </w:rPr>
              <w:t>ان</w:t>
            </w:r>
            <w:r w:rsidR="00947B25" w:rsidRPr="00947B25">
              <w:rPr>
                <w:rStyle w:val="Hyperlink"/>
                <w:rFonts w:eastAsia="B Titr" w:cs="B Mitra"/>
                <w:noProof/>
                <w:sz w:val="28"/>
                <w:szCs w:val="28"/>
              </w:rPr>
              <w:t xml:space="preserve"> </w:t>
            </w:r>
            <w:r w:rsidR="00947B25" w:rsidRPr="00947B25">
              <w:rPr>
                <w:rStyle w:val="Hyperlink"/>
                <w:rFonts w:eastAsia="B Titr" w:cs="B Mitra" w:hint="eastAsia"/>
                <w:noProof/>
                <w:sz w:val="28"/>
                <w:szCs w:val="28"/>
                <w:rtl/>
              </w:rPr>
              <w:t>ا</w:t>
            </w:r>
            <w:r w:rsidR="00947B25" w:rsidRPr="00947B25">
              <w:rPr>
                <w:rStyle w:val="Hyperlink"/>
                <w:rFonts w:eastAsia="B Titr" w:cs="B Mitra" w:hint="cs"/>
                <w:noProof/>
                <w:sz w:val="28"/>
                <w:szCs w:val="28"/>
                <w:rtl/>
              </w:rPr>
              <w:t>ی</w:t>
            </w:r>
            <w:r w:rsidR="00947B25" w:rsidRPr="00947B25">
              <w:rPr>
                <w:rStyle w:val="Hyperlink"/>
                <w:rFonts w:eastAsia="B Titr" w:cs="B Mitra" w:hint="eastAsia"/>
                <w:noProof/>
                <w:sz w:val="28"/>
                <w:szCs w:val="28"/>
                <w:rtl/>
              </w:rPr>
              <w:t>ران</w:t>
            </w:r>
            <w:r w:rsidR="00947B25" w:rsidRPr="00947B25">
              <w:rPr>
                <w:rStyle w:val="Hyperlink"/>
                <w:rFonts w:eastAsia="B Titr" w:cs="B Mitra"/>
                <w:noProof/>
                <w:sz w:val="28"/>
                <w:szCs w:val="28"/>
              </w:rPr>
              <w:t xml:space="preserve"> </w:t>
            </w:r>
            <w:r w:rsidR="00947B25" w:rsidRPr="00947B25">
              <w:rPr>
                <w:rStyle w:val="Hyperlink"/>
                <w:rFonts w:ascii="Tahoma" w:eastAsia="B Titr" w:hAnsi="Tahoma" w:cs="B Mitra" w:hint="eastAsia"/>
                <w:noProof/>
                <w:sz w:val="28"/>
                <w:szCs w:val="28"/>
                <w:rtl/>
              </w:rPr>
              <w:t>مهر</w:t>
            </w:r>
            <w:r w:rsidR="00947B25" w:rsidRPr="00947B25">
              <w:rPr>
                <w:rStyle w:val="Hyperlink"/>
                <w:rFonts w:ascii="Tahoma" w:eastAsia="B Titr" w:hAnsi="Tahoma" w:cs="B Mitra"/>
                <w:noProof/>
                <w:sz w:val="28"/>
                <w:szCs w:val="28"/>
                <w:rtl/>
              </w:rPr>
              <w:t xml:space="preserve"> 1405</w:t>
            </w:r>
            <w:r w:rsidR="00947B25" w:rsidRPr="00947B25">
              <w:rPr>
                <w:noProof/>
                <w:webHidden/>
                <w:sz w:val="28"/>
                <w:szCs w:val="28"/>
                <w:rtl/>
              </w:rPr>
              <w:tab/>
            </w:r>
            <w:r w:rsidR="00947B25" w:rsidRPr="00947B25">
              <w:rPr>
                <w:noProof/>
                <w:webHidden/>
                <w:sz w:val="28"/>
                <w:szCs w:val="28"/>
                <w:rtl/>
              </w:rPr>
              <w:fldChar w:fldCharType="begin"/>
            </w:r>
            <w:r w:rsidR="00947B25" w:rsidRPr="00947B25">
              <w:rPr>
                <w:noProof/>
                <w:webHidden/>
                <w:sz w:val="28"/>
                <w:szCs w:val="28"/>
                <w:rtl/>
              </w:rPr>
              <w:instrText xml:space="preserve"> </w:instrText>
            </w:r>
            <w:r w:rsidR="00947B25" w:rsidRPr="00947B25">
              <w:rPr>
                <w:noProof/>
                <w:webHidden/>
                <w:sz w:val="28"/>
                <w:szCs w:val="28"/>
              </w:rPr>
              <w:instrText>PAGEREF</w:instrText>
            </w:r>
            <w:r w:rsidR="00947B25" w:rsidRPr="00947B25">
              <w:rPr>
                <w:noProof/>
                <w:webHidden/>
                <w:sz w:val="28"/>
                <w:szCs w:val="28"/>
                <w:rtl/>
              </w:rPr>
              <w:instrText xml:space="preserve"> _</w:instrText>
            </w:r>
            <w:r w:rsidR="00947B25" w:rsidRPr="00947B25">
              <w:rPr>
                <w:noProof/>
                <w:webHidden/>
                <w:sz w:val="28"/>
                <w:szCs w:val="28"/>
              </w:rPr>
              <w:instrText>Toc</w:instrText>
            </w:r>
            <w:r w:rsidR="00947B25" w:rsidRPr="00947B25">
              <w:rPr>
                <w:noProof/>
                <w:webHidden/>
                <w:sz w:val="28"/>
                <w:szCs w:val="28"/>
                <w:rtl/>
              </w:rPr>
              <w:instrText xml:space="preserve">243400520 </w:instrText>
            </w:r>
            <w:r w:rsidR="00947B25" w:rsidRPr="00947B25">
              <w:rPr>
                <w:noProof/>
                <w:webHidden/>
                <w:sz w:val="28"/>
                <w:szCs w:val="28"/>
              </w:rPr>
              <w:instrText>\h</w:instrText>
            </w:r>
            <w:r w:rsidR="00947B25" w:rsidRPr="00947B25">
              <w:rPr>
                <w:noProof/>
                <w:webHidden/>
                <w:sz w:val="28"/>
                <w:szCs w:val="28"/>
                <w:rtl/>
              </w:rPr>
              <w:instrText xml:space="preserve"> </w:instrText>
            </w:r>
            <w:r w:rsidR="00947B25" w:rsidRPr="00947B25">
              <w:rPr>
                <w:noProof/>
                <w:webHidden/>
                <w:sz w:val="28"/>
                <w:szCs w:val="28"/>
                <w:rtl/>
              </w:rPr>
            </w:r>
            <w:r w:rsidR="00947B25" w:rsidRPr="00947B25">
              <w:rPr>
                <w:noProof/>
                <w:webHidden/>
                <w:sz w:val="28"/>
                <w:szCs w:val="28"/>
                <w:rtl/>
              </w:rPr>
              <w:fldChar w:fldCharType="separate"/>
            </w:r>
            <w:r w:rsidR="00E36391">
              <w:rPr>
                <w:noProof/>
                <w:webHidden/>
                <w:sz w:val="28"/>
                <w:szCs w:val="28"/>
                <w:rtl/>
              </w:rPr>
              <w:t>10</w:t>
            </w:r>
            <w:r w:rsidR="00947B25" w:rsidRPr="00947B25">
              <w:rPr>
                <w:noProof/>
                <w:webHidden/>
                <w:sz w:val="28"/>
                <w:szCs w:val="28"/>
                <w:rtl/>
              </w:rPr>
              <w:fldChar w:fldCharType="end"/>
            </w:r>
          </w:hyperlink>
        </w:p>
        <w:p w:rsidR="00947B25" w:rsidRPr="00947B25" w:rsidRDefault="001957CA">
          <w:pPr>
            <w:pStyle w:val="TOC2"/>
            <w:tabs>
              <w:tab w:val="right" w:leader="dot" w:pos="9350"/>
            </w:tabs>
            <w:bidi/>
            <w:rPr>
              <w:noProof/>
              <w:sz w:val="28"/>
              <w:szCs w:val="28"/>
              <w:rtl/>
            </w:rPr>
          </w:pPr>
          <w:hyperlink w:anchor="_Toc243400527" w:history="1">
            <w:r w:rsidR="00947B25" w:rsidRPr="00947B25">
              <w:rPr>
                <w:rStyle w:val="Hyperlink"/>
                <w:rFonts w:cs="B Mitra" w:hint="eastAsia"/>
                <w:noProof/>
                <w:sz w:val="28"/>
                <w:szCs w:val="28"/>
                <w:rtl/>
              </w:rPr>
              <w:t>پ</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شخوان</w:t>
            </w:r>
            <w:r w:rsidR="00947B25" w:rsidRPr="00947B25">
              <w:rPr>
                <w:rStyle w:val="Hyperlink"/>
                <w:rFonts w:cs="B Mitra"/>
                <w:noProof/>
                <w:sz w:val="28"/>
                <w:szCs w:val="28"/>
              </w:rPr>
              <w:t xml:space="preserve"> </w:t>
            </w:r>
            <w:r w:rsidR="00947B25" w:rsidRPr="00947B25">
              <w:rPr>
                <w:rStyle w:val="Hyperlink"/>
                <w:rFonts w:cs="B Mitra" w:hint="eastAsia"/>
                <w:noProof/>
                <w:sz w:val="28"/>
                <w:szCs w:val="28"/>
                <w:rtl/>
                <w:lang w:bidi="fa-IR"/>
              </w:rPr>
              <w:t>،</w:t>
            </w:r>
            <w:r w:rsidR="00947B25" w:rsidRPr="00947B25">
              <w:rPr>
                <w:rStyle w:val="Hyperlink"/>
                <w:rFonts w:cs="B Mitra"/>
                <w:noProof/>
                <w:sz w:val="28"/>
                <w:szCs w:val="28"/>
                <w:rtl/>
                <w:lang w:bidi="fa-IR"/>
              </w:rPr>
              <w:t xml:space="preserve"> </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مرور</w:t>
            </w:r>
            <w:r w:rsidR="00947B25" w:rsidRPr="00947B25">
              <w:rPr>
                <w:rStyle w:val="Hyperlink"/>
                <w:rFonts w:cs="B Mitra" w:hint="cs"/>
                <w:noProof/>
                <w:sz w:val="28"/>
                <w:szCs w:val="28"/>
                <w:rtl/>
              </w:rPr>
              <w:t>ی</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بر</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تازه‌تر</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ن</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پادکست‌ها</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و</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نشر</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ات</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ب</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ن‌الملل</w:t>
            </w:r>
            <w:r w:rsidR="00947B25" w:rsidRPr="00947B25">
              <w:rPr>
                <w:rStyle w:val="Hyperlink"/>
                <w:rFonts w:cs="B Mitra" w:hint="cs"/>
                <w:noProof/>
                <w:sz w:val="28"/>
                <w:szCs w:val="28"/>
                <w:rtl/>
              </w:rPr>
              <w:t>ی</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و</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ژه</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افراد</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با</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آس</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ب</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ب</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نا</w:t>
            </w:r>
            <w:r w:rsidR="00947B25" w:rsidRPr="00947B25">
              <w:rPr>
                <w:rStyle w:val="Hyperlink"/>
                <w:rFonts w:cs="B Mitra" w:hint="cs"/>
                <w:noProof/>
                <w:sz w:val="28"/>
                <w:szCs w:val="28"/>
                <w:rtl/>
              </w:rPr>
              <w:t>یی</w:t>
            </w:r>
            <w:r w:rsidR="00947B25" w:rsidRPr="00947B25">
              <w:rPr>
                <w:noProof/>
                <w:webHidden/>
                <w:sz w:val="28"/>
                <w:szCs w:val="28"/>
                <w:rtl/>
              </w:rPr>
              <w:tab/>
            </w:r>
            <w:r w:rsidR="00947B25" w:rsidRPr="00947B25">
              <w:rPr>
                <w:noProof/>
                <w:webHidden/>
                <w:sz w:val="28"/>
                <w:szCs w:val="28"/>
                <w:rtl/>
              </w:rPr>
              <w:fldChar w:fldCharType="begin"/>
            </w:r>
            <w:r w:rsidR="00947B25" w:rsidRPr="00947B25">
              <w:rPr>
                <w:noProof/>
                <w:webHidden/>
                <w:sz w:val="28"/>
                <w:szCs w:val="28"/>
                <w:rtl/>
              </w:rPr>
              <w:instrText xml:space="preserve"> </w:instrText>
            </w:r>
            <w:r w:rsidR="00947B25" w:rsidRPr="00947B25">
              <w:rPr>
                <w:noProof/>
                <w:webHidden/>
                <w:sz w:val="28"/>
                <w:szCs w:val="28"/>
              </w:rPr>
              <w:instrText>PAGEREF</w:instrText>
            </w:r>
            <w:r w:rsidR="00947B25" w:rsidRPr="00947B25">
              <w:rPr>
                <w:noProof/>
                <w:webHidden/>
                <w:sz w:val="28"/>
                <w:szCs w:val="28"/>
                <w:rtl/>
              </w:rPr>
              <w:instrText xml:space="preserve"> _</w:instrText>
            </w:r>
            <w:r w:rsidR="00947B25" w:rsidRPr="00947B25">
              <w:rPr>
                <w:noProof/>
                <w:webHidden/>
                <w:sz w:val="28"/>
                <w:szCs w:val="28"/>
              </w:rPr>
              <w:instrText>Toc</w:instrText>
            </w:r>
            <w:r w:rsidR="00947B25" w:rsidRPr="00947B25">
              <w:rPr>
                <w:noProof/>
                <w:webHidden/>
                <w:sz w:val="28"/>
                <w:szCs w:val="28"/>
                <w:rtl/>
              </w:rPr>
              <w:instrText xml:space="preserve">243400527 </w:instrText>
            </w:r>
            <w:r w:rsidR="00947B25" w:rsidRPr="00947B25">
              <w:rPr>
                <w:noProof/>
                <w:webHidden/>
                <w:sz w:val="28"/>
                <w:szCs w:val="28"/>
              </w:rPr>
              <w:instrText>\h</w:instrText>
            </w:r>
            <w:r w:rsidR="00947B25" w:rsidRPr="00947B25">
              <w:rPr>
                <w:noProof/>
                <w:webHidden/>
                <w:sz w:val="28"/>
                <w:szCs w:val="28"/>
                <w:rtl/>
              </w:rPr>
              <w:instrText xml:space="preserve"> </w:instrText>
            </w:r>
            <w:r w:rsidR="00947B25" w:rsidRPr="00947B25">
              <w:rPr>
                <w:noProof/>
                <w:webHidden/>
                <w:sz w:val="28"/>
                <w:szCs w:val="28"/>
                <w:rtl/>
              </w:rPr>
            </w:r>
            <w:r w:rsidR="00947B25" w:rsidRPr="00947B25">
              <w:rPr>
                <w:noProof/>
                <w:webHidden/>
                <w:sz w:val="28"/>
                <w:szCs w:val="28"/>
                <w:rtl/>
              </w:rPr>
              <w:fldChar w:fldCharType="separate"/>
            </w:r>
            <w:r w:rsidR="00E36391">
              <w:rPr>
                <w:noProof/>
                <w:webHidden/>
                <w:sz w:val="28"/>
                <w:szCs w:val="28"/>
                <w:rtl/>
              </w:rPr>
              <w:t>13</w:t>
            </w:r>
            <w:r w:rsidR="00947B25" w:rsidRPr="00947B25">
              <w:rPr>
                <w:noProof/>
                <w:webHidden/>
                <w:sz w:val="28"/>
                <w:szCs w:val="28"/>
                <w:rtl/>
              </w:rPr>
              <w:fldChar w:fldCharType="end"/>
            </w:r>
          </w:hyperlink>
        </w:p>
        <w:p w:rsidR="00947B25" w:rsidRPr="00947B25" w:rsidRDefault="001957CA">
          <w:pPr>
            <w:pStyle w:val="TOC2"/>
            <w:tabs>
              <w:tab w:val="right" w:leader="dot" w:pos="9350"/>
            </w:tabs>
            <w:bidi/>
            <w:rPr>
              <w:noProof/>
              <w:sz w:val="28"/>
              <w:szCs w:val="28"/>
              <w:rtl/>
            </w:rPr>
          </w:pPr>
          <w:hyperlink w:anchor="_Toc243400532" w:history="1">
            <w:r w:rsidR="00947B25" w:rsidRPr="00947B25">
              <w:rPr>
                <w:rStyle w:val="Hyperlink"/>
                <w:rFonts w:cs="B Mitra" w:hint="eastAsia"/>
                <w:noProof/>
                <w:sz w:val="28"/>
                <w:szCs w:val="28"/>
                <w:rtl/>
              </w:rPr>
              <w:t>توان‌بخش</w:t>
            </w:r>
            <w:r w:rsidR="00947B25" w:rsidRPr="00947B25">
              <w:rPr>
                <w:rStyle w:val="Hyperlink"/>
                <w:rFonts w:cs="B Mitra" w:hint="cs"/>
                <w:noProof/>
                <w:sz w:val="28"/>
                <w:szCs w:val="28"/>
                <w:rtl/>
              </w:rPr>
              <w:t>ی</w:t>
            </w:r>
            <w:r w:rsidR="00947B25" w:rsidRPr="00947B25">
              <w:rPr>
                <w:rStyle w:val="Hyperlink"/>
                <w:rFonts w:cs="B Mitra"/>
                <w:noProof/>
                <w:sz w:val="28"/>
                <w:szCs w:val="28"/>
              </w:rPr>
              <w:t xml:space="preserve"> </w:t>
            </w:r>
            <w:r w:rsidR="00947B25" w:rsidRPr="00947B25">
              <w:rPr>
                <w:rStyle w:val="Hyperlink"/>
                <w:rFonts w:cs="B Mitra" w:hint="eastAsia"/>
                <w:noProof/>
                <w:sz w:val="28"/>
                <w:szCs w:val="28"/>
                <w:rtl/>
                <w:lang w:bidi="fa-IR"/>
              </w:rPr>
              <w:t>،</w:t>
            </w:r>
            <w:r w:rsidR="00947B25" w:rsidRPr="00947B25">
              <w:rPr>
                <w:rStyle w:val="Hyperlink"/>
                <w:rFonts w:cs="B Mitra"/>
                <w:noProof/>
                <w:sz w:val="28"/>
                <w:szCs w:val="28"/>
                <w:rtl/>
                <w:lang w:bidi="fa-IR"/>
              </w:rPr>
              <w:t xml:space="preserve"> </w:t>
            </w:r>
            <w:r w:rsidR="00947B25" w:rsidRPr="00947B25">
              <w:rPr>
                <w:rStyle w:val="Hyperlink"/>
                <w:rFonts w:cs="B Mitra" w:hint="eastAsia"/>
                <w:noProof/>
                <w:sz w:val="28"/>
                <w:szCs w:val="28"/>
                <w:rtl/>
              </w:rPr>
              <w:t>ناب</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نا</w:t>
            </w:r>
            <w:r w:rsidR="00947B25" w:rsidRPr="00947B25">
              <w:rPr>
                <w:rStyle w:val="Hyperlink"/>
                <w:rFonts w:cs="B Mitra" w:hint="cs"/>
                <w:noProof/>
                <w:sz w:val="28"/>
                <w:szCs w:val="28"/>
                <w:rtl/>
              </w:rPr>
              <w:t>یی</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و</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امن</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ت</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لا</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ه‌ها،</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مرزها</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و</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حقوق</w:t>
            </w:r>
            <w:r w:rsidR="00947B25" w:rsidRPr="00947B25">
              <w:rPr>
                <w:noProof/>
                <w:webHidden/>
                <w:sz w:val="28"/>
                <w:szCs w:val="28"/>
                <w:rtl/>
              </w:rPr>
              <w:tab/>
            </w:r>
            <w:r w:rsidR="00947B25" w:rsidRPr="00947B25">
              <w:rPr>
                <w:noProof/>
                <w:webHidden/>
                <w:sz w:val="28"/>
                <w:szCs w:val="28"/>
                <w:rtl/>
              </w:rPr>
              <w:fldChar w:fldCharType="begin"/>
            </w:r>
            <w:r w:rsidR="00947B25" w:rsidRPr="00947B25">
              <w:rPr>
                <w:noProof/>
                <w:webHidden/>
                <w:sz w:val="28"/>
                <w:szCs w:val="28"/>
                <w:rtl/>
              </w:rPr>
              <w:instrText xml:space="preserve"> </w:instrText>
            </w:r>
            <w:r w:rsidR="00947B25" w:rsidRPr="00947B25">
              <w:rPr>
                <w:noProof/>
                <w:webHidden/>
                <w:sz w:val="28"/>
                <w:szCs w:val="28"/>
              </w:rPr>
              <w:instrText>PAGEREF</w:instrText>
            </w:r>
            <w:r w:rsidR="00947B25" w:rsidRPr="00947B25">
              <w:rPr>
                <w:noProof/>
                <w:webHidden/>
                <w:sz w:val="28"/>
                <w:szCs w:val="28"/>
                <w:rtl/>
              </w:rPr>
              <w:instrText xml:space="preserve"> _</w:instrText>
            </w:r>
            <w:r w:rsidR="00947B25" w:rsidRPr="00947B25">
              <w:rPr>
                <w:noProof/>
                <w:webHidden/>
                <w:sz w:val="28"/>
                <w:szCs w:val="28"/>
              </w:rPr>
              <w:instrText>Toc</w:instrText>
            </w:r>
            <w:r w:rsidR="00947B25" w:rsidRPr="00947B25">
              <w:rPr>
                <w:noProof/>
                <w:webHidden/>
                <w:sz w:val="28"/>
                <w:szCs w:val="28"/>
                <w:rtl/>
              </w:rPr>
              <w:instrText xml:space="preserve">243400532 </w:instrText>
            </w:r>
            <w:r w:rsidR="00947B25" w:rsidRPr="00947B25">
              <w:rPr>
                <w:noProof/>
                <w:webHidden/>
                <w:sz w:val="28"/>
                <w:szCs w:val="28"/>
              </w:rPr>
              <w:instrText>\h</w:instrText>
            </w:r>
            <w:r w:rsidR="00947B25" w:rsidRPr="00947B25">
              <w:rPr>
                <w:noProof/>
                <w:webHidden/>
                <w:sz w:val="28"/>
                <w:szCs w:val="28"/>
                <w:rtl/>
              </w:rPr>
              <w:instrText xml:space="preserve"> </w:instrText>
            </w:r>
            <w:r w:rsidR="00947B25" w:rsidRPr="00947B25">
              <w:rPr>
                <w:noProof/>
                <w:webHidden/>
                <w:sz w:val="28"/>
                <w:szCs w:val="28"/>
                <w:rtl/>
              </w:rPr>
            </w:r>
            <w:r w:rsidR="00947B25" w:rsidRPr="00947B25">
              <w:rPr>
                <w:noProof/>
                <w:webHidden/>
                <w:sz w:val="28"/>
                <w:szCs w:val="28"/>
                <w:rtl/>
              </w:rPr>
              <w:fldChar w:fldCharType="separate"/>
            </w:r>
            <w:r w:rsidR="00E36391">
              <w:rPr>
                <w:noProof/>
                <w:webHidden/>
                <w:sz w:val="28"/>
                <w:szCs w:val="28"/>
                <w:rtl/>
              </w:rPr>
              <w:t>19</w:t>
            </w:r>
            <w:r w:rsidR="00947B25" w:rsidRPr="00947B25">
              <w:rPr>
                <w:noProof/>
                <w:webHidden/>
                <w:sz w:val="28"/>
                <w:szCs w:val="28"/>
                <w:rtl/>
              </w:rPr>
              <w:fldChar w:fldCharType="end"/>
            </w:r>
          </w:hyperlink>
        </w:p>
        <w:p w:rsidR="00947B25" w:rsidRPr="00947B25" w:rsidRDefault="001957CA">
          <w:pPr>
            <w:pStyle w:val="TOC2"/>
            <w:tabs>
              <w:tab w:val="right" w:leader="dot" w:pos="9350"/>
            </w:tabs>
            <w:bidi/>
            <w:rPr>
              <w:noProof/>
              <w:sz w:val="28"/>
              <w:szCs w:val="28"/>
              <w:rtl/>
            </w:rPr>
          </w:pPr>
          <w:hyperlink w:anchor="_Toc243400542" w:history="1">
            <w:r w:rsidR="00947B25" w:rsidRPr="00947B25">
              <w:rPr>
                <w:rStyle w:val="Hyperlink"/>
                <w:rFonts w:cs="B Mitra" w:hint="eastAsia"/>
                <w:noProof/>
                <w:sz w:val="28"/>
                <w:szCs w:val="28"/>
                <w:rtl/>
              </w:rPr>
              <w:t>زندگ</w:t>
            </w:r>
            <w:r w:rsidR="00947B25" w:rsidRPr="00947B25">
              <w:rPr>
                <w:rStyle w:val="Hyperlink"/>
                <w:rFonts w:cs="B Mitra" w:hint="cs"/>
                <w:noProof/>
                <w:sz w:val="28"/>
                <w:szCs w:val="28"/>
                <w:rtl/>
              </w:rPr>
              <w:t>ی</w:t>
            </w:r>
            <w:r w:rsidR="00947B25" w:rsidRPr="00947B25">
              <w:rPr>
                <w:rStyle w:val="Hyperlink"/>
                <w:rFonts w:cs="B Mitra"/>
                <w:noProof/>
                <w:sz w:val="28"/>
                <w:szCs w:val="28"/>
              </w:rPr>
              <w:t xml:space="preserve"> </w:t>
            </w:r>
            <w:r w:rsidR="00947B25" w:rsidRPr="00947B25">
              <w:rPr>
                <w:rStyle w:val="Hyperlink"/>
                <w:rFonts w:cs="B Mitra"/>
                <w:noProof/>
                <w:sz w:val="28"/>
                <w:szCs w:val="28"/>
                <w:rtl/>
                <w:lang w:bidi="fa-IR"/>
              </w:rPr>
              <w:t xml:space="preserve"> </w:t>
            </w:r>
            <w:r w:rsidR="00947B25" w:rsidRPr="00947B25">
              <w:rPr>
                <w:rStyle w:val="Hyperlink"/>
                <w:rFonts w:cs="B Mitra" w:hint="eastAsia"/>
                <w:noProof/>
                <w:sz w:val="28"/>
                <w:szCs w:val="28"/>
                <w:rtl/>
                <w:lang w:bidi="fa-IR"/>
              </w:rPr>
              <w:t>،</w:t>
            </w:r>
            <w:r w:rsidR="00947B25" w:rsidRPr="00947B25">
              <w:rPr>
                <w:rStyle w:val="Hyperlink"/>
                <w:rFonts w:cs="B Mitra"/>
                <w:noProof/>
                <w:sz w:val="28"/>
                <w:szCs w:val="28"/>
                <w:rtl/>
                <w:lang w:bidi="fa-IR"/>
              </w:rPr>
              <w:t xml:space="preserve"> </w:t>
            </w:r>
            <w:r w:rsidR="00947B25" w:rsidRPr="00947B25">
              <w:rPr>
                <w:rStyle w:val="Hyperlink"/>
                <w:rFonts w:cs="B Mitra" w:hint="eastAsia"/>
                <w:noProof/>
                <w:sz w:val="28"/>
                <w:szCs w:val="28"/>
                <w:rtl/>
              </w:rPr>
              <w:t>از</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خواب</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مروار</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دباف</w:t>
            </w:r>
            <w:r w:rsidR="00947B25" w:rsidRPr="00947B25">
              <w:rPr>
                <w:rStyle w:val="Hyperlink"/>
                <w:rFonts w:cs="B Mitra" w:hint="cs"/>
                <w:noProof/>
                <w:sz w:val="28"/>
                <w:szCs w:val="28"/>
                <w:rtl/>
              </w:rPr>
              <w:t>ی</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تا</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نخ</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کردن</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سوزن‌ها</w:t>
            </w:r>
            <w:r w:rsidR="00947B25" w:rsidRPr="00947B25">
              <w:rPr>
                <w:rStyle w:val="Hyperlink"/>
                <w:rFonts w:cs="B Mitra" w:hint="cs"/>
                <w:noProof/>
                <w:sz w:val="28"/>
                <w:szCs w:val="28"/>
                <w:rtl/>
              </w:rPr>
              <w:t>ی</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ش</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اردار</w:t>
            </w:r>
            <w:r w:rsidR="00947B25" w:rsidRPr="00947B25">
              <w:rPr>
                <w:noProof/>
                <w:webHidden/>
                <w:sz w:val="28"/>
                <w:szCs w:val="28"/>
                <w:rtl/>
              </w:rPr>
              <w:tab/>
            </w:r>
            <w:r w:rsidR="00947B25" w:rsidRPr="00947B25">
              <w:rPr>
                <w:noProof/>
                <w:webHidden/>
                <w:sz w:val="28"/>
                <w:szCs w:val="28"/>
                <w:rtl/>
              </w:rPr>
              <w:fldChar w:fldCharType="begin"/>
            </w:r>
            <w:r w:rsidR="00947B25" w:rsidRPr="00947B25">
              <w:rPr>
                <w:noProof/>
                <w:webHidden/>
                <w:sz w:val="28"/>
                <w:szCs w:val="28"/>
                <w:rtl/>
              </w:rPr>
              <w:instrText xml:space="preserve"> </w:instrText>
            </w:r>
            <w:r w:rsidR="00947B25" w:rsidRPr="00947B25">
              <w:rPr>
                <w:noProof/>
                <w:webHidden/>
                <w:sz w:val="28"/>
                <w:szCs w:val="28"/>
              </w:rPr>
              <w:instrText>PAGEREF</w:instrText>
            </w:r>
            <w:r w:rsidR="00947B25" w:rsidRPr="00947B25">
              <w:rPr>
                <w:noProof/>
                <w:webHidden/>
                <w:sz w:val="28"/>
                <w:szCs w:val="28"/>
                <w:rtl/>
              </w:rPr>
              <w:instrText xml:space="preserve"> _</w:instrText>
            </w:r>
            <w:r w:rsidR="00947B25" w:rsidRPr="00947B25">
              <w:rPr>
                <w:noProof/>
                <w:webHidden/>
                <w:sz w:val="28"/>
                <w:szCs w:val="28"/>
              </w:rPr>
              <w:instrText>Toc</w:instrText>
            </w:r>
            <w:r w:rsidR="00947B25" w:rsidRPr="00947B25">
              <w:rPr>
                <w:noProof/>
                <w:webHidden/>
                <w:sz w:val="28"/>
                <w:szCs w:val="28"/>
                <w:rtl/>
              </w:rPr>
              <w:instrText xml:space="preserve">243400542 </w:instrText>
            </w:r>
            <w:r w:rsidR="00947B25" w:rsidRPr="00947B25">
              <w:rPr>
                <w:noProof/>
                <w:webHidden/>
                <w:sz w:val="28"/>
                <w:szCs w:val="28"/>
              </w:rPr>
              <w:instrText>\h</w:instrText>
            </w:r>
            <w:r w:rsidR="00947B25" w:rsidRPr="00947B25">
              <w:rPr>
                <w:noProof/>
                <w:webHidden/>
                <w:sz w:val="28"/>
                <w:szCs w:val="28"/>
                <w:rtl/>
              </w:rPr>
              <w:instrText xml:space="preserve"> </w:instrText>
            </w:r>
            <w:r w:rsidR="00947B25" w:rsidRPr="00947B25">
              <w:rPr>
                <w:noProof/>
                <w:webHidden/>
                <w:sz w:val="28"/>
                <w:szCs w:val="28"/>
                <w:rtl/>
              </w:rPr>
            </w:r>
            <w:r w:rsidR="00947B25" w:rsidRPr="00947B25">
              <w:rPr>
                <w:noProof/>
                <w:webHidden/>
                <w:sz w:val="28"/>
                <w:szCs w:val="28"/>
                <w:rtl/>
              </w:rPr>
              <w:fldChar w:fldCharType="separate"/>
            </w:r>
            <w:r w:rsidR="00E36391">
              <w:rPr>
                <w:noProof/>
                <w:webHidden/>
                <w:sz w:val="28"/>
                <w:szCs w:val="28"/>
                <w:rtl/>
              </w:rPr>
              <w:t>23</w:t>
            </w:r>
            <w:r w:rsidR="00947B25" w:rsidRPr="00947B25">
              <w:rPr>
                <w:noProof/>
                <w:webHidden/>
                <w:sz w:val="28"/>
                <w:szCs w:val="28"/>
                <w:rtl/>
              </w:rPr>
              <w:fldChar w:fldCharType="end"/>
            </w:r>
          </w:hyperlink>
        </w:p>
        <w:p w:rsidR="00947B25" w:rsidRPr="00947B25" w:rsidRDefault="001957CA">
          <w:pPr>
            <w:pStyle w:val="TOC2"/>
            <w:tabs>
              <w:tab w:val="right" w:leader="dot" w:pos="9350"/>
            </w:tabs>
            <w:bidi/>
            <w:rPr>
              <w:noProof/>
              <w:sz w:val="28"/>
              <w:szCs w:val="28"/>
              <w:rtl/>
            </w:rPr>
          </w:pPr>
          <w:hyperlink w:anchor="_Toc243400543" w:history="1">
            <w:r w:rsidR="00947B25" w:rsidRPr="00947B25">
              <w:rPr>
                <w:rStyle w:val="Hyperlink"/>
                <w:rFonts w:cs="B Mitra" w:hint="eastAsia"/>
                <w:noProof/>
                <w:sz w:val="28"/>
                <w:szCs w:val="28"/>
                <w:rtl/>
              </w:rPr>
              <w:t>فناور</w:t>
            </w:r>
            <w:r w:rsidR="00947B25" w:rsidRPr="00947B25">
              <w:rPr>
                <w:rStyle w:val="Hyperlink"/>
                <w:rFonts w:cs="B Mitra" w:hint="cs"/>
                <w:noProof/>
                <w:sz w:val="28"/>
                <w:szCs w:val="28"/>
                <w:rtl/>
              </w:rPr>
              <w:t>ی</w:t>
            </w:r>
            <w:r w:rsidR="00947B25" w:rsidRPr="00947B25">
              <w:rPr>
                <w:rStyle w:val="Hyperlink"/>
                <w:rFonts w:cs="B Mitra"/>
                <w:noProof/>
                <w:sz w:val="28"/>
                <w:szCs w:val="28"/>
                <w:rtl/>
                <w:lang w:bidi="fa-IR"/>
              </w:rPr>
              <w:t xml:space="preserve"> </w:t>
            </w:r>
            <w:r w:rsidR="00947B25" w:rsidRPr="00947B25">
              <w:rPr>
                <w:rStyle w:val="Hyperlink"/>
                <w:rFonts w:cs="B Mitra" w:hint="eastAsia"/>
                <w:noProof/>
                <w:sz w:val="28"/>
                <w:szCs w:val="28"/>
                <w:rtl/>
                <w:lang w:bidi="fa-IR"/>
              </w:rPr>
              <w:t>،</w:t>
            </w:r>
            <w:r w:rsidR="00947B25" w:rsidRPr="00947B25">
              <w:rPr>
                <w:rStyle w:val="Hyperlink"/>
                <w:rFonts w:cs="B Mitra"/>
                <w:noProof/>
                <w:sz w:val="28"/>
                <w:szCs w:val="28"/>
                <w:rtl/>
                <w:lang w:bidi="fa-IR"/>
              </w:rPr>
              <w:t xml:space="preserve"> </w:t>
            </w:r>
            <w:r w:rsidR="00947B25" w:rsidRPr="00947B25">
              <w:rPr>
                <w:rStyle w:val="Hyperlink"/>
                <w:rFonts w:cs="B Mitra" w:hint="eastAsia"/>
                <w:noProof/>
                <w:sz w:val="28"/>
                <w:szCs w:val="28"/>
                <w:rtl/>
              </w:rPr>
              <w:t>معرف</w:t>
            </w:r>
            <w:r w:rsidR="00947B25" w:rsidRPr="00947B25">
              <w:rPr>
                <w:rStyle w:val="Hyperlink"/>
                <w:rFonts w:cs="B Mitra" w:hint="cs"/>
                <w:noProof/>
                <w:sz w:val="28"/>
                <w:szCs w:val="28"/>
                <w:rtl/>
              </w:rPr>
              <w:t>ی</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دستگاه</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لتس</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گِلا</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د،</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تحرک</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و</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جهت‌</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اب</w:t>
            </w:r>
            <w:r w:rsidR="00947B25" w:rsidRPr="00947B25">
              <w:rPr>
                <w:rStyle w:val="Hyperlink"/>
                <w:rFonts w:cs="B Mitra" w:hint="cs"/>
                <w:noProof/>
                <w:sz w:val="28"/>
                <w:szCs w:val="28"/>
                <w:rtl/>
              </w:rPr>
              <w:t>ی</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با</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کمک</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هوش</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مصنوع</w:t>
            </w:r>
            <w:r w:rsidR="00947B25" w:rsidRPr="00947B25">
              <w:rPr>
                <w:rStyle w:val="Hyperlink"/>
                <w:rFonts w:cs="B Mitra" w:hint="cs"/>
                <w:noProof/>
                <w:sz w:val="28"/>
                <w:szCs w:val="28"/>
                <w:rtl/>
              </w:rPr>
              <w:t>ی</w:t>
            </w:r>
            <w:r w:rsidR="00947B25" w:rsidRPr="00947B25">
              <w:rPr>
                <w:noProof/>
                <w:webHidden/>
                <w:sz w:val="28"/>
                <w:szCs w:val="28"/>
                <w:rtl/>
              </w:rPr>
              <w:tab/>
            </w:r>
            <w:r w:rsidR="00947B25" w:rsidRPr="00947B25">
              <w:rPr>
                <w:noProof/>
                <w:webHidden/>
                <w:sz w:val="28"/>
                <w:szCs w:val="28"/>
                <w:rtl/>
              </w:rPr>
              <w:fldChar w:fldCharType="begin"/>
            </w:r>
            <w:r w:rsidR="00947B25" w:rsidRPr="00947B25">
              <w:rPr>
                <w:noProof/>
                <w:webHidden/>
                <w:sz w:val="28"/>
                <w:szCs w:val="28"/>
                <w:rtl/>
              </w:rPr>
              <w:instrText xml:space="preserve"> </w:instrText>
            </w:r>
            <w:r w:rsidR="00947B25" w:rsidRPr="00947B25">
              <w:rPr>
                <w:noProof/>
                <w:webHidden/>
                <w:sz w:val="28"/>
                <w:szCs w:val="28"/>
              </w:rPr>
              <w:instrText>PAGEREF</w:instrText>
            </w:r>
            <w:r w:rsidR="00947B25" w:rsidRPr="00947B25">
              <w:rPr>
                <w:noProof/>
                <w:webHidden/>
                <w:sz w:val="28"/>
                <w:szCs w:val="28"/>
                <w:rtl/>
              </w:rPr>
              <w:instrText xml:space="preserve"> _</w:instrText>
            </w:r>
            <w:r w:rsidR="00947B25" w:rsidRPr="00947B25">
              <w:rPr>
                <w:noProof/>
                <w:webHidden/>
                <w:sz w:val="28"/>
                <w:szCs w:val="28"/>
              </w:rPr>
              <w:instrText>Toc</w:instrText>
            </w:r>
            <w:r w:rsidR="00947B25" w:rsidRPr="00947B25">
              <w:rPr>
                <w:noProof/>
                <w:webHidden/>
                <w:sz w:val="28"/>
                <w:szCs w:val="28"/>
                <w:rtl/>
              </w:rPr>
              <w:instrText xml:space="preserve">243400543 </w:instrText>
            </w:r>
            <w:r w:rsidR="00947B25" w:rsidRPr="00947B25">
              <w:rPr>
                <w:noProof/>
                <w:webHidden/>
                <w:sz w:val="28"/>
                <w:szCs w:val="28"/>
              </w:rPr>
              <w:instrText>\h</w:instrText>
            </w:r>
            <w:r w:rsidR="00947B25" w:rsidRPr="00947B25">
              <w:rPr>
                <w:noProof/>
                <w:webHidden/>
                <w:sz w:val="28"/>
                <w:szCs w:val="28"/>
                <w:rtl/>
              </w:rPr>
              <w:instrText xml:space="preserve"> </w:instrText>
            </w:r>
            <w:r w:rsidR="00947B25" w:rsidRPr="00947B25">
              <w:rPr>
                <w:noProof/>
                <w:webHidden/>
                <w:sz w:val="28"/>
                <w:szCs w:val="28"/>
                <w:rtl/>
              </w:rPr>
            </w:r>
            <w:r w:rsidR="00947B25" w:rsidRPr="00947B25">
              <w:rPr>
                <w:noProof/>
                <w:webHidden/>
                <w:sz w:val="28"/>
                <w:szCs w:val="28"/>
                <w:rtl/>
              </w:rPr>
              <w:fldChar w:fldCharType="separate"/>
            </w:r>
            <w:r w:rsidR="00E36391">
              <w:rPr>
                <w:noProof/>
                <w:webHidden/>
                <w:sz w:val="28"/>
                <w:szCs w:val="28"/>
                <w:rtl/>
              </w:rPr>
              <w:t>28</w:t>
            </w:r>
            <w:r w:rsidR="00947B25" w:rsidRPr="00947B25">
              <w:rPr>
                <w:noProof/>
                <w:webHidden/>
                <w:sz w:val="28"/>
                <w:szCs w:val="28"/>
                <w:rtl/>
              </w:rPr>
              <w:fldChar w:fldCharType="end"/>
            </w:r>
          </w:hyperlink>
        </w:p>
        <w:p w:rsidR="00947B25" w:rsidRPr="00947B25" w:rsidRDefault="001957CA">
          <w:pPr>
            <w:pStyle w:val="TOC2"/>
            <w:tabs>
              <w:tab w:val="right" w:leader="dot" w:pos="9350"/>
            </w:tabs>
            <w:bidi/>
            <w:rPr>
              <w:noProof/>
              <w:sz w:val="28"/>
              <w:szCs w:val="28"/>
              <w:rtl/>
            </w:rPr>
          </w:pPr>
          <w:hyperlink w:anchor="_Toc243400549" w:history="1">
            <w:r w:rsidR="00947B25" w:rsidRPr="00947B25">
              <w:rPr>
                <w:rStyle w:val="Hyperlink"/>
                <w:rFonts w:ascii="Arial" w:eastAsia="Times New Roman" w:hAnsi="Arial" w:cs="B Mitra" w:hint="eastAsia"/>
                <w:noProof/>
                <w:sz w:val="28"/>
                <w:szCs w:val="28"/>
                <w:rtl/>
              </w:rPr>
              <w:t>پ</w:t>
            </w:r>
            <w:r w:rsidR="00947B25" w:rsidRPr="00947B25">
              <w:rPr>
                <w:rStyle w:val="Hyperlink"/>
                <w:rFonts w:ascii="Arial" w:eastAsia="Times New Roman" w:hAnsi="Arial" w:cs="B Mitra" w:hint="cs"/>
                <w:noProof/>
                <w:sz w:val="28"/>
                <w:szCs w:val="28"/>
                <w:rtl/>
              </w:rPr>
              <w:t>ی</w:t>
            </w:r>
            <w:r w:rsidR="00947B25" w:rsidRPr="00947B25">
              <w:rPr>
                <w:rStyle w:val="Hyperlink"/>
                <w:rFonts w:ascii="Arial" w:eastAsia="Times New Roman" w:hAnsi="Arial" w:cs="B Mitra" w:hint="eastAsia"/>
                <w:noProof/>
                <w:sz w:val="28"/>
                <w:szCs w:val="28"/>
                <w:rtl/>
              </w:rPr>
              <w:t>ک</w:t>
            </w:r>
            <w:r w:rsidR="00947B25" w:rsidRPr="00947B25">
              <w:rPr>
                <w:rStyle w:val="Hyperlink"/>
                <w:rFonts w:ascii="Arial" w:eastAsia="Times New Roman" w:hAnsi="Arial" w:cs="B Mitra"/>
                <w:noProof/>
                <w:sz w:val="28"/>
                <w:szCs w:val="28"/>
                <w:rtl/>
              </w:rPr>
              <w:t xml:space="preserve"> </w:t>
            </w:r>
            <w:r w:rsidR="00947B25" w:rsidRPr="00947B25">
              <w:rPr>
                <w:rStyle w:val="Hyperlink"/>
                <w:rFonts w:ascii="Arial" w:eastAsia="Times New Roman" w:hAnsi="Arial" w:cs="B Mitra" w:hint="eastAsia"/>
                <w:noProof/>
                <w:sz w:val="28"/>
                <w:szCs w:val="28"/>
                <w:rtl/>
              </w:rPr>
              <w:t>تندرست</w:t>
            </w:r>
            <w:r w:rsidR="00947B25" w:rsidRPr="00947B25">
              <w:rPr>
                <w:rStyle w:val="Hyperlink"/>
                <w:rFonts w:ascii="Arial" w:eastAsia="Times New Roman" w:hAnsi="Arial" w:cs="B Mitra" w:hint="cs"/>
                <w:noProof/>
                <w:sz w:val="28"/>
                <w:szCs w:val="28"/>
                <w:rtl/>
              </w:rPr>
              <w:t>ی</w:t>
            </w:r>
            <w:r w:rsidR="00947B25" w:rsidRPr="00947B25">
              <w:rPr>
                <w:rStyle w:val="Hyperlink"/>
                <w:rFonts w:ascii="Arial" w:eastAsia="Times New Roman" w:hAnsi="Arial" w:cs="B Mitra"/>
                <w:noProof/>
                <w:sz w:val="28"/>
                <w:szCs w:val="28"/>
                <w:rtl/>
              </w:rPr>
              <w:t xml:space="preserve"> </w:t>
            </w:r>
            <w:r w:rsidR="00947B25" w:rsidRPr="00947B25">
              <w:rPr>
                <w:rStyle w:val="Hyperlink"/>
                <w:rFonts w:ascii="Arial" w:eastAsia="Times New Roman" w:hAnsi="Arial" w:cs="B Mitra" w:hint="eastAsia"/>
                <w:noProof/>
                <w:sz w:val="28"/>
                <w:szCs w:val="28"/>
                <w:rtl/>
                <w:lang w:bidi="fa-IR"/>
              </w:rPr>
              <w:t>مهر</w:t>
            </w:r>
            <w:r w:rsidR="00947B25" w:rsidRPr="00947B25">
              <w:rPr>
                <w:rStyle w:val="Hyperlink"/>
                <w:rFonts w:ascii="Arial" w:eastAsia="Times New Roman" w:hAnsi="Arial" w:cs="B Mitra"/>
                <w:noProof/>
                <w:sz w:val="28"/>
                <w:szCs w:val="28"/>
                <w:rtl/>
              </w:rPr>
              <w:t xml:space="preserve"> </w:t>
            </w:r>
            <w:r w:rsidR="00947B25" w:rsidRPr="00947B25">
              <w:rPr>
                <w:rStyle w:val="Hyperlink"/>
                <w:rFonts w:ascii="Arial" w:eastAsia="Times New Roman" w:hAnsi="Arial" w:cs="B Mitra" w:hint="eastAsia"/>
                <w:noProof/>
                <w:sz w:val="28"/>
                <w:szCs w:val="28"/>
                <w:rtl/>
              </w:rPr>
              <w:t>ماه</w:t>
            </w:r>
            <w:r w:rsidR="00947B25" w:rsidRPr="00947B25">
              <w:rPr>
                <w:rStyle w:val="Hyperlink"/>
                <w:rFonts w:ascii="Arial" w:eastAsia="Times New Roman" w:hAnsi="Arial" w:cs="B Mitra"/>
                <w:noProof/>
                <w:sz w:val="28"/>
                <w:szCs w:val="28"/>
              </w:rPr>
              <w:t xml:space="preserve"> </w:t>
            </w:r>
            <w:r w:rsidR="00947B25" w:rsidRPr="00947B25">
              <w:rPr>
                <w:rStyle w:val="Hyperlink"/>
                <w:rFonts w:ascii="Arial" w:eastAsia="Times New Roman" w:hAnsi="Arial" w:cs="B Mitra" w:hint="eastAsia"/>
                <w:noProof/>
                <w:sz w:val="28"/>
                <w:szCs w:val="28"/>
                <w:rtl/>
                <w:lang w:bidi="fa-IR"/>
              </w:rPr>
              <w:t>،</w:t>
            </w:r>
            <w:r w:rsidR="00947B25" w:rsidRPr="00947B25">
              <w:rPr>
                <w:rStyle w:val="Hyperlink"/>
                <w:rFonts w:ascii="Arial" w:eastAsia="Times New Roman" w:hAnsi="Arial" w:cs="B Mitra"/>
                <w:noProof/>
                <w:sz w:val="28"/>
                <w:szCs w:val="28"/>
                <w:rtl/>
                <w:lang w:bidi="fa-IR"/>
              </w:rPr>
              <w:t xml:space="preserve"> </w:t>
            </w:r>
            <w:r w:rsidR="00947B25" w:rsidRPr="00947B25">
              <w:rPr>
                <w:rStyle w:val="Hyperlink"/>
                <w:rFonts w:eastAsia="Times New Roman" w:cs="B Mitra" w:hint="eastAsia"/>
                <w:noProof/>
                <w:sz w:val="28"/>
                <w:szCs w:val="28"/>
                <w:rtl/>
              </w:rPr>
              <w:t>عضلات</w:t>
            </w:r>
            <w:r w:rsidR="00947B25" w:rsidRPr="00947B25">
              <w:rPr>
                <w:rStyle w:val="Hyperlink"/>
                <w:rFonts w:eastAsia="Times New Roman" w:cs="B Mitra"/>
                <w:noProof/>
                <w:sz w:val="28"/>
                <w:szCs w:val="28"/>
                <w:rtl/>
              </w:rPr>
              <w:t xml:space="preserve"> </w:t>
            </w:r>
            <w:r w:rsidR="00947B25" w:rsidRPr="00947B25">
              <w:rPr>
                <w:rStyle w:val="Hyperlink"/>
                <w:rFonts w:eastAsia="Times New Roman" w:cs="B Mitra" w:hint="eastAsia"/>
                <w:noProof/>
                <w:sz w:val="28"/>
                <w:szCs w:val="28"/>
                <w:rtl/>
              </w:rPr>
              <w:t>پنهان،</w:t>
            </w:r>
            <w:r w:rsidR="00947B25" w:rsidRPr="00947B25">
              <w:rPr>
                <w:rStyle w:val="Hyperlink"/>
                <w:rFonts w:eastAsia="Times New Roman" w:cs="B Mitra"/>
                <w:noProof/>
                <w:sz w:val="28"/>
                <w:szCs w:val="28"/>
                <w:rtl/>
              </w:rPr>
              <w:t xml:space="preserve"> </w:t>
            </w:r>
            <w:r w:rsidR="00947B25" w:rsidRPr="00947B25">
              <w:rPr>
                <w:rStyle w:val="Hyperlink"/>
                <w:rFonts w:eastAsia="Times New Roman" w:cs="B Mitra" w:hint="eastAsia"/>
                <w:noProof/>
                <w:sz w:val="28"/>
                <w:szCs w:val="28"/>
                <w:rtl/>
              </w:rPr>
              <w:t>قدرت</w:t>
            </w:r>
            <w:r w:rsidR="00947B25" w:rsidRPr="00947B25">
              <w:rPr>
                <w:rStyle w:val="Hyperlink"/>
                <w:rFonts w:eastAsia="Times New Roman" w:cs="B Mitra" w:hint="cs"/>
                <w:noProof/>
                <w:sz w:val="28"/>
                <w:szCs w:val="28"/>
                <w:rtl/>
              </w:rPr>
              <w:t>ی</w:t>
            </w:r>
            <w:r w:rsidR="00947B25" w:rsidRPr="00947B25">
              <w:rPr>
                <w:rStyle w:val="Hyperlink"/>
                <w:rFonts w:eastAsia="Times New Roman" w:cs="B Mitra"/>
                <w:noProof/>
                <w:sz w:val="28"/>
                <w:szCs w:val="28"/>
                <w:rtl/>
              </w:rPr>
              <w:t xml:space="preserve"> </w:t>
            </w:r>
            <w:r w:rsidR="00947B25" w:rsidRPr="00947B25">
              <w:rPr>
                <w:rStyle w:val="Hyperlink"/>
                <w:rFonts w:eastAsia="Times New Roman" w:cs="B Mitra" w:hint="eastAsia"/>
                <w:noProof/>
                <w:sz w:val="28"/>
                <w:szCs w:val="28"/>
                <w:rtl/>
              </w:rPr>
              <w:t>که</w:t>
            </w:r>
            <w:r w:rsidR="00947B25" w:rsidRPr="00947B25">
              <w:rPr>
                <w:rStyle w:val="Hyperlink"/>
                <w:rFonts w:eastAsia="Times New Roman" w:cs="B Mitra"/>
                <w:noProof/>
                <w:sz w:val="28"/>
                <w:szCs w:val="28"/>
                <w:rtl/>
              </w:rPr>
              <w:t xml:space="preserve"> </w:t>
            </w:r>
            <w:r w:rsidR="00947B25" w:rsidRPr="00947B25">
              <w:rPr>
                <w:rStyle w:val="Hyperlink"/>
                <w:rFonts w:eastAsia="Times New Roman" w:cs="B Mitra" w:hint="eastAsia"/>
                <w:noProof/>
                <w:sz w:val="28"/>
                <w:szCs w:val="28"/>
                <w:rtl/>
              </w:rPr>
              <w:t>د</w:t>
            </w:r>
            <w:r w:rsidR="00947B25" w:rsidRPr="00947B25">
              <w:rPr>
                <w:rStyle w:val="Hyperlink"/>
                <w:rFonts w:eastAsia="Times New Roman" w:cs="B Mitra" w:hint="cs"/>
                <w:noProof/>
                <w:sz w:val="28"/>
                <w:szCs w:val="28"/>
                <w:rtl/>
              </w:rPr>
              <w:t>ی</w:t>
            </w:r>
            <w:r w:rsidR="00947B25" w:rsidRPr="00947B25">
              <w:rPr>
                <w:rStyle w:val="Hyperlink"/>
                <w:rFonts w:eastAsia="Times New Roman" w:cs="B Mitra" w:hint="eastAsia"/>
                <w:noProof/>
                <w:sz w:val="28"/>
                <w:szCs w:val="28"/>
                <w:rtl/>
              </w:rPr>
              <w:t>ده</w:t>
            </w:r>
            <w:r w:rsidR="00947B25" w:rsidRPr="00947B25">
              <w:rPr>
                <w:rStyle w:val="Hyperlink"/>
                <w:rFonts w:eastAsia="Times New Roman" w:cs="B Mitra"/>
                <w:noProof/>
                <w:sz w:val="28"/>
                <w:szCs w:val="28"/>
                <w:rtl/>
              </w:rPr>
              <w:t xml:space="preserve"> </w:t>
            </w:r>
            <w:r w:rsidR="00947B25" w:rsidRPr="00947B25">
              <w:rPr>
                <w:rStyle w:val="Hyperlink"/>
                <w:rFonts w:eastAsia="Times New Roman" w:cs="B Mitra" w:hint="eastAsia"/>
                <w:noProof/>
                <w:sz w:val="28"/>
                <w:szCs w:val="28"/>
                <w:rtl/>
              </w:rPr>
              <w:t>نم</w:t>
            </w:r>
            <w:r w:rsidR="00947B25" w:rsidRPr="00947B25">
              <w:rPr>
                <w:rStyle w:val="Hyperlink"/>
                <w:rFonts w:eastAsia="Times New Roman" w:cs="B Mitra" w:hint="cs"/>
                <w:noProof/>
                <w:sz w:val="28"/>
                <w:szCs w:val="28"/>
                <w:rtl/>
              </w:rPr>
              <w:t>ی‌</w:t>
            </w:r>
            <w:r w:rsidR="00947B25" w:rsidRPr="00947B25">
              <w:rPr>
                <w:rStyle w:val="Hyperlink"/>
                <w:rFonts w:eastAsia="Times New Roman" w:cs="B Mitra" w:hint="eastAsia"/>
                <w:noProof/>
                <w:sz w:val="28"/>
                <w:szCs w:val="28"/>
                <w:rtl/>
              </w:rPr>
              <w:t>شود</w:t>
            </w:r>
            <w:r w:rsidR="00947B25" w:rsidRPr="00947B25">
              <w:rPr>
                <w:noProof/>
                <w:webHidden/>
                <w:sz w:val="28"/>
                <w:szCs w:val="28"/>
                <w:rtl/>
              </w:rPr>
              <w:tab/>
            </w:r>
            <w:r w:rsidR="00947B25" w:rsidRPr="00947B25">
              <w:rPr>
                <w:noProof/>
                <w:webHidden/>
                <w:sz w:val="28"/>
                <w:szCs w:val="28"/>
                <w:rtl/>
              </w:rPr>
              <w:fldChar w:fldCharType="begin"/>
            </w:r>
            <w:r w:rsidR="00947B25" w:rsidRPr="00947B25">
              <w:rPr>
                <w:noProof/>
                <w:webHidden/>
                <w:sz w:val="28"/>
                <w:szCs w:val="28"/>
                <w:rtl/>
              </w:rPr>
              <w:instrText xml:space="preserve"> </w:instrText>
            </w:r>
            <w:r w:rsidR="00947B25" w:rsidRPr="00947B25">
              <w:rPr>
                <w:noProof/>
                <w:webHidden/>
                <w:sz w:val="28"/>
                <w:szCs w:val="28"/>
              </w:rPr>
              <w:instrText>PAGEREF</w:instrText>
            </w:r>
            <w:r w:rsidR="00947B25" w:rsidRPr="00947B25">
              <w:rPr>
                <w:noProof/>
                <w:webHidden/>
                <w:sz w:val="28"/>
                <w:szCs w:val="28"/>
                <w:rtl/>
              </w:rPr>
              <w:instrText xml:space="preserve"> _</w:instrText>
            </w:r>
            <w:r w:rsidR="00947B25" w:rsidRPr="00947B25">
              <w:rPr>
                <w:noProof/>
                <w:webHidden/>
                <w:sz w:val="28"/>
                <w:szCs w:val="28"/>
              </w:rPr>
              <w:instrText>Toc</w:instrText>
            </w:r>
            <w:r w:rsidR="00947B25" w:rsidRPr="00947B25">
              <w:rPr>
                <w:noProof/>
                <w:webHidden/>
                <w:sz w:val="28"/>
                <w:szCs w:val="28"/>
                <w:rtl/>
              </w:rPr>
              <w:instrText xml:space="preserve">243400549 </w:instrText>
            </w:r>
            <w:r w:rsidR="00947B25" w:rsidRPr="00947B25">
              <w:rPr>
                <w:noProof/>
                <w:webHidden/>
                <w:sz w:val="28"/>
                <w:szCs w:val="28"/>
              </w:rPr>
              <w:instrText>\h</w:instrText>
            </w:r>
            <w:r w:rsidR="00947B25" w:rsidRPr="00947B25">
              <w:rPr>
                <w:noProof/>
                <w:webHidden/>
                <w:sz w:val="28"/>
                <w:szCs w:val="28"/>
                <w:rtl/>
              </w:rPr>
              <w:instrText xml:space="preserve"> </w:instrText>
            </w:r>
            <w:r w:rsidR="00947B25" w:rsidRPr="00947B25">
              <w:rPr>
                <w:noProof/>
                <w:webHidden/>
                <w:sz w:val="28"/>
                <w:szCs w:val="28"/>
                <w:rtl/>
              </w:rPr>
            </w:r>
            <w:r w:rsidR="00947B25" w:rsidRPr="00947B25">
              <w:rPr>
                <w:noProof/>
                <w:webHidden/>
                <w:sz w:val="28"/>
                <w:szCs w:val="28"/>
                <w:rtl/>
              </w:rPr>
              <w:fldChar w:fldCharType="separate"/>
            </w:r>
            <w:r w:rsidR="00E36391">
              <w:rPr>
                <w:noProof/>
                <w:webHidden/>
                <w:sz w:val="28"/>
                <w:szCs w:val="28"/>
                <w:rtl/>
              </w:rPr>
              <w:t>32</w:t>
            </w:r>
            <w:r w:rsidR="00947B25" w:rsidRPr="00947B25">
              <w:rPr>
                <w:noProof/>
                <w:webHidden/>
                <w:sz w:val="28"/>
                <w:szCs w:val="28"/>
                <w:rtl/>
              </w:rPr>
              <w:fldChar w:fldCharType="end"/>
            </w:r>
          </w:hyperlink>
        </w:p>
        <w:p w:rsidR="00947B25" w:rsidRPr="00947B25" w:rsidRDefault="001957CA">
          <w:pPr>
            <w:pStyle w:val="TOC2"/>
            <w:tabs>
              <w:tab w:val="right" w:leader="dot" w:pos="9350"/>
            </w:tabs>
            <w:bidi/>
            <w:rPr>
              <w:noProof/>
              <w:sz w:val="28"/>
              <w:szCs w:val="28"/>
              <w:rtl/>
            </w:rPr>
          </w:pPr>
          <w:hyperlink w:anchor="_Toc243400558" w:history="1">
            <w:r w:rsidR="00947B25" w:rsidRPr="00947B25">
              <w:rPr>
                <w:rStyle w:val="Hyperlink"/>
                <w:rFonts w:eastAsia="Times New Roman" w:cs="B Mitra" w:hint="eastAsia"/>
                <w:noProof/>
                <w:sz w:val="28"/>
                <w:szCs w:val="28"/>
                <w:rtl/>
              </w:rPr>
              <w:t>ردپا</w:t>
            </w:r>
            <w:r w:rsidR="00947B25" w:rsidRPr="00947B25">
              <w:rPr>
                <w:rStyle w:val="Hyperlink"/>
                <w:rFonts w:eastAsia="Times New Roman" w:cs="B Mitra" w:hint="cs"/>
                <w:noProof/>
                <w:sz w:val="28"/>
                <w:szCs w:val="28"/>
                <w:rtl/>
              </w:rPr>
              <w:t>ی</w:t>
            </w:r>
            <w:r w:rsidR="00947B25" w:rsidRPr="00947B25">
              <w:rPr>
                <w:rStyle w:val="Hyperlink"/>
                <w:rFonts w:eastAsia="Times New Roman" w:cs="B Mitra"/>
                <w:noProof/>
                <w:sz w:val="28"/>
                <w:szCs w:val="28"/>
                <w:rtl/>
              </w:rPr>
              <w:t xml:space="preserve"> </w:t>
            </w:r>
            <w:r w:rsidR="00947B25" w:rsidRPr="00947B25">
              <w:rPr>
                <w:rStyle w:val="Hyperlink"/>
                <w:rFonts w:eastAsia="Times New Roman" w:cs="B Mitra" w:hint="eastAsia"/>
                <w:noProof/>
                <w:sz w:val="28"/>
                <w:szCs w:val="28"/>
                <w:rtl/>
              </w:rPr>
              <w:t>ناب</w:t>
            </w:r>
            <w:r w:rsidR="00947B25" w:rsidRPr="00947B25">
              <w:rPr>
                <w:rStyle w:val="Hyperlink"/>
                <w:rFonts w:eastAsia="Times New Roman" w:cs="B Mitra" w:hint="cs"/>
                <w:noProof/>
                <w:sz w:val="28"/>
                <w:szCs w:val="28"/>
                <w:rtl/>
              </w:rPr>
              <w:t>ی</w:t>
            </w:r>
            <w:r w:rsidR="00947B25" w:rsidRPr="00947B25">
              <w:rPr>
                <w:rStyle w:val="Hyperlink"/>
                <w:rFonts w:eastAsia="Times New Roman" w:cs="B Mitra" w:hint="eastAsia"/>
                <w:noProof/>
                <w:sz w:val="28"/>
                <w:szCs w:val="28"/>
                <w:rtl/>
              </w:rPr>
              <w:t>نا</w:t>
            </w:r>
            <w:r w:rsidR="00947B25" w:rsidRPr="00947B25">
              <w:rPr>
                <w:rStyle w:val="Hyperlink"/>
                <w:rFonts w:eastAsia="Times New Roman" w:cs="B Mitra" w:hint="cs"/>
                <w:noProof/>
                <w:sz w:val="28"/>
                <w:szCs w:val="28"/>
                <w:rtl/>
              </w:rPr>
              <w:t>ی</w:t>
            </w:r>
            <w:r w:rsidR="00947B25" w:rsidRPr="00947B25">
              <w:rPr>
                <w:rStyle w:val="Hyperlink"/>
                <w:rFonts w:eastAsia="Times New Roman" w:cs="B Mitra" w:hint="eastAsia"/>
                <w:noProof/>
                <w:sz w:val="28"/>
                <w:szCs w:val="28"/>
                <w:rtl/>
              </w:rPr>
              <w:t>ان</w:t>
            </w:r>
            <w:r w:rsidR="00947B25" w:rsidRPr="00947B25">
              <w:rPr>
                <w:rStyle w:val="Hyperlink"/>
                <w:rFonts w:eastAsia="Times New Roman" w:cs="B Mitra"/>
                <w:noProof/>
                <w:sz w:val="28"/>
                <w:szCs w:val="28"/>
                <w:rtl/>
              </w:rPr>
              <w:t xml:space="preserve"> </w:t>
            </w:r>
            <w:r w:rsidR="00947B25" w:rsidRPr="00947B25">
              <w:rPr>
                <w:rStyle w:val="Hyperlink"/>
                <w:rFonts w:eastAsia="Times New Roman" w:cs="B Mitra" w:hint="eastAsia"/>
                <w:noProof/>
                <w:sz w:val="28"/>
                <w:szCs w:val="28"/>
                <w:rtl/>
              </w:rPr>
              <w:t>در</w:t>
            </w:r>
            <w:r w:rsidR="00947B25" w:rsidRPr="00947B25">
              <w:rPr>
                <w:rStyle w:val="Hyperlink"/>
                <w:rFonts w:eastAsia="Times New Roman" w:cs="B Mitra"/>
                <w:noProof/>
                <w:sz w:val="28"/>
                <w:szCs w:val="28"/>
                <w:rtl/>
              </w:rPr>
              <w:t xml:space="preserve"> </w:t>
            </w:r>
            <w:r w:rsidR="00947B25" w:rsidRPr="00947B25">
              <w:rPr>
                <w:rStyle w:val="Hyperlink"/>
                <w:rFonts w:eastAsia="Times New Roman" w:cs="B Mitra" w:hint="eastAsia"/>
                <w:noProof/>
                <w:sz w:val="28"/>
                <w:szCs w:val="28"/>
                <w:rtl/>
              </w:rPr>
              <w:t>آثار</w:t>
            </w:r>
            <w:r w:rsidR="00947B25" w:rsidRPr="00947B25">
              <w:rPr>
                <w:rStyle w:val="Hyperlink"/>
                <w:rFonts w:eastAsia="Times New Roman" w:cs="B Mitra"/>
                <w:noProof/>
                <w:sz w:val="28"/>
                <w:szCs w:val="28"/>
                <w:rtl/>
              </w:rPr>
              <w:t xml:space="preserve"> </w:t>
            </w:r>
            <w:r w:rsidR="00947B25" w:rsidRPr="00947B25">
              <w:rPr>
                <w:rStyle w:val="Hyperlink"/>
                <w:rFonts w:eastAsia="Times New Roman" w:cs="B Mitra" w:hint="eastAsia"/>
                <w:noProof/>
                <w:sz w:val="28"/>
                <w:szCs w:val="28"/>
                <w:rtl/>
              </w:rPr>
              <w:t>ادب</w:t>
            </w:r>
            <w:r w:rsidR="00947B25" w:rsidRPr="00947B25">
              <w:rPr>
                <w:rStyle w:val="Hyperlink"/>
                <w:rFonts w:eastAsia="Times New Roman" w:cs="B Mitra" w:hint="cs"/>
                <w:noProof/>
                <w:sz w:val="28"/>
                <w:szCs w:val="28"/>
                <w:rtl/>
              </w:rPr>
              <w:t>ی</w:t>
            </w:r>
            <w:r w:rsidR="00947B25" w:rsidRPr="00947B25">
              <w:rPr>
                <w:rStyle w:val="Hyperlink"/>
                <w:rFonts w:eastAsia="Times New Roman" w:cs="B Mitra"/>
                <w:noProof/>
                <w:sz w:val="28"/>
                <w:szCs w:val="28"/>
              </w:rPr>
              <w:t xml:space="preserve"> </w:t>
            </w:r>
            <w:r w:rsidR="00947B25" w:rsidRPr="00947B25">
              <w:rPr>
                <w:rStyle w:val="Hyperlink"/>
                <w:rFonts w:eastAsia="Times New Roman" w:cs="B Mitra" w:hint="eastAsia"/>
                <w:noProof/>
                <w:sz w:val="28"/>
                <w:szCs w:val="28"/>
                <w:rtl/>
                <w:lang w:bidi="fa-IR"/>
              </w:rPr>
              <w:t>،</w:t>
            </w:r>
            <w:r w:rsidR="00947B25" w:rsidRPr="00947B25">
              <w:rPr>
                <w:rStyle w:val="Hyperlink"/>
                <w:rFonts w:eastAsia="Times New Roman" w:cs="B Mitra"/>
                <w:noProof/>
                <w:sz w:val="28"/>
                <w:szCs w:val="28"/>
                <w:rtl/>
                <w:lang w:bidi="fa-IR"/>
              </w:rPr>
              <w:t xml:space="preserve"> </w:t>
            </w:r>
            <w:r w:rsidR="00947B25" w:rsidRPr="00947B25">
              <w:rPr>
                <w:rStyle w:val="Hyperlink"/>
                <w:rFonts w:eastAsia="Times New Roman" w:cs="B Mitra" w:hint="eastAsia"/>
                <w:noProof/>
                <w:sz w:val="28"/>
                <w:szCs w:val="28"/>
                <w:rtl/>
              </w:rPr>
              <w:t>معرف</w:t>
            </w:r>
            <w:r w:rsidR="00947B25" w:rsidRPr="00947B25">
              <w:rPr>
                <w:rStyle w:val="Hyperlink"/>
                <w:rFonts w:eastAsia="Times New Roman" w:cs="B Mitra" w:hint="cs"/>
                <w:noProof/>
                <w:sz w:val="28"/>
                <w:szCs w:val="28"/>
                <w:rtl/>
              </w:rPr>
              <w:t>ی</w:t>
            </w:r>
            <w:r w:rsidR="00947B25" w:rsidRPr="00947B25">
              <w:rPr>
                <w:rStyle w:val="Hyperlink"/>
                <w:rFonts w:eastAsia="Times New Roman" w:cs="B Mitra"/>
                <w:noProof/>
                <w:sz w:val="28"/>
                <w:szCs w:val="28"/>
                <w:rtl/>
              </w:rPr>
              <w:t xml:space="preserve"> </w:t>
            </w:r>
            <w:r w:rsidR="00947B25" w:rsidRPr="00947B25">
              <w:rPr>
                <w:rStyle w:val="Hyperlink"/>
                <w:rFonts w:eastAsia="Times New Roman" w:cs="B Mitra" w:hint="eastAsia"/>
                <w:noProof/>
                <w:sz w:val="28"/>
                <w:szCs w:val="28"/>
                <w:rtl/>
              </w:rPr>
              <w:t>نما</w:t>
            </w:r>
            <w:r w:rsidR="00947B25" w:rsidRPr="00947B25">
              <w:rPr>
                <w:rStyle w:val="Hyperlink"/>
                <w:rFonts w:eastAsia="Times New Roman" w:cs="B Mitra" w:hint="cs"/>
                <w:noProof/>
                <w:sz w:val="28"/>
                <w:szCs w:val="28"/>
                <w:rtl/>
              </w:rPr>
              <w:t>ی</w:t>
            </w:r>
            <w:r w:rsidR="00947B25" w:rsidRPr="00947B25">
              <w:rPr>
                <w:rStyle w:val="Hyperlink"/>
                <w:rFonts w:eastAsia="Times New Roman" w:cs="B Mitra" w:hint="eastAsia"/>
                <w:noProof/>
                <w:sz w:val="28"/>
                <w:szCs w:val="28"/>
                <w:rtl/>
              </w:rPr>
              <w:t>ش‌نامه</w:t>
            </w:r>
            <w:r w:rsidR="00947B25" w:rsidRPr="00947B25">
              <w:rPr>
                <w:rStyle w:val="Hyperlink"/>
                <w:rFonts w:eastAsia="Times New Roman" w:cs="B Mitra"/>
                <w:noProof/>
                <w:sz w:val="28"/>
                <w:szCs w:val="28"/>
                <w:rtl/>
              </w:rPr>
              <w:t xml:space="preserve"> </w:t>
            </w:r>
            <w:r w:rsidR="00947B25" w:rsidRPr="00947B25">
              <w:rPr>
                <w:rStyle w:val="Hyperlink"/>
                <w:rFonts w:eastAsia="Times New Roman" w:cs="B Mitra" w:hint="eastAsia"/>
                <w:noProof/>
                <w:sz w:val="28"/>
                <w:szCs w:val="28"/>
                <w:rtl/>
              </w:rPr>
              <w:t>شاه</w:t>
            </w:r>
            <w:r w:rsidR="00947B25" w:rsidRPr="00947B25">
              <w:rPr>
                <w:rStyle w:val="Hyperlink"/>
                <w:rFonts w:eastAsia="Times New Roman" w:cs="B Mitra"/>
                <w:noProof/>
                <w:sz w:val="28"/>
                <w:szCs w:val="28"/>
                <w:rtl/>
              </w:rPr>
              <w:t xml:space="preserve"> </w:t>
            </w:r>
            <w:r w:rsidR="00947B25" w:rsidRPr="00947B25">
              <w:rPr>
                <w:rStyle w:val="Hyperlink"/>
                <w:rFonts w:eastAsia="Times New Roman" w:cs="B Mitra" w:hint="eastAsia"/>
                <w:noProof/>
                <w:sz w:val="28"/>
                <w:szCs w:val="28"/>
                <w:rtl/>
              </w:rPr>
              <w:t>ل</w:t>
            </w:r>
            <w:r w:rsidR="00947B25" w:rsidRPr="00947B25">
              <w:rPr>
                <w:rStyle w:val="Hyperlink"/>
                <w:rFonts w:eastAsia="Times New Roman" w:cs="B Mitra" w:hint="cs"/>
                <w:noProof/>
                <w:sz w:val="28"/>
                <w:szCs w:val="28"/>
                <w:rtl/>
              </w:rPr>
              <w:t>ی</w:t>
            </w:r>
            <w:r w:rsidR="00947B25" w:rsidRPr="00947B25">
              <w:rPr>
                <w:rStyle w:val="Hyperlink"/>
                <w:rFonts w:eastAsia="Times New Roman" w:cs="B Mitra" w:hint="eastAsia"/>
                <w:noProof/>
                <w:sz w:val="28"/>
                <w:szCs w:val="28"/>
                <w:rtl/>
              </w:rPr>
              <w:t>ر</w:t>
            </w:r>
            <w:r w:rsidR="00947B25" w:rsidRPr="00947B25">
              <w:rPr>
                <w:noProof/>
                <w:webHidden/>
                <w:sz w:val="28"/>
                <w:szCs w:val="28"/>
                <w:rtl/>
              </w:rPr>
              <w:tab/>
            </w:r>
            <w:r w:rsidR="00947B25" w:rsidRPr="00947B25">
              <w:rPr>
                <w:noProof/>
                <w:webHidden/>
                <w:sz w:val="28"/>
                <w:szCs w:val="28"/>
                <w:rtl/>
              </w:rPr>
              <w:fldChar w:fldCharType="begin"/>
            </w:r>
            <w:r w:rsidR="00947B25" w:rsidRPr="00947B25">
              <w:rPr>
                <w:noProof/>
                <w:webHidden/>
                <w:sz w:val="28"/>
                <w:szCs w:val="28"/>
                <w:rtl/>
              </w:rPr>
              <w:instrText xml:space="preserve"> </w:instrText>
            </w:r>
            <w:r w:rsidR="00947B25" w:rsidRPr="00947B25">
              <w:rPr>
                <w:noProof/>
                <w:webHidden/>
                <w:sz w:val="28"/>
                <w:szCs w:val="28"/>
              </w:rPr>
              <w:instrText>PAGEREF</w:instrText>
            </w:r>
            <w:r w:rsidR="00947B25" w:rsidRPr="00947B25">
              <w:rPr>
                <w:noProof/>
                <w:webHidden/>
                <w:sz w:val="28"/>
                <w:szCs w:val="28"/>
                <w:rtl/>
              </w:rPr>
              <w:instrText xml:space="preserve"> _</w:instrText>
            </w:r>
            <w:r w:rsidR="00947B25" w:rsidRPr="00947B25">
              <w:rPr>
                <w:noProof/>
                <w:webHidden/>
                <w:sz w:val="28"/>
                <w:szCs w:val="28"/>
              </w:rPr>
              <w:instrText>Toc</w:instrText>
            </w:r>
            <w:r w:rsidR="00947B25" w:rsidRPr="00947B25">
              <w:rPr>
                <w:noProof/>
                <w:webHidden/>
                <w:sz w:val="28"/>
                <w:szCs w:val="28"/>
                <w:rtl/>
              </w:rPr>
              <w:instrText xml:space="preserve">243400558 </w:instrText>
            </w:r>
            <w:r w:rsidR="00947B25" w:rsidRPr="00947B25">
              <w:rPr>
                <w:noProof/>
                <w:webHidden/>
                <w:sz w:val="28"/>
                <w:szCs w:val="28"/>
              </w:rPr>
              <w:instrText>\h</w:instrText>
            </w:r>
            <w:r w:rsidR="00947B25" w:rsidRPr="00947B25">
              <w:rPr>
                <w:noProof/>
                <w:webHidden/>
                <w:sz w:val="28"/>
                <w:szCs w:val="28"/>
                <w:rtl/>
              </w:rPr>
              <w:instrText xml:space="preserve"> </w:instrText>
            </w:r>
            <w:r w:rsidR="00947B25" w:rsidRPr="00947B25">
              <w:rPr>
                <w:noProof/>
                <w:webHidden/>
                <w:sz w:val="28"/>
                <w:szCs w:val="28"/>
                <w:rtl/>
              </w:rPr>
            </w:r>
            <w:r w:rsidR="00947B25" w:rsidRPr="00947B25">
              <w:rPr>
                <w:noProof/>
                <w:webHidden/>
                <w:sz w:val="28"/>
                <w:szCs w:val="28"/>
                <w:rtl/>
              </w:rPr>
              <w:fldChar w:fldCharType="separate"/>
            </w:r>
            <w:r w:rsidR="00E36391">
              <w:rPr>
                <w:noProof/>
                <w:webHidden/>
                <w:sz w:val="28"/>
                <w:szCs w:val="28"/>
                <w:rtl/>
              </w:rPr>
              <w:t>38</w:t>
            </w:r>
            <w:r w:rsidR="00947B25" w:rsidRPr="00947B25">
              <w:rPr>
                <w:noProof/>
                <w:webHidden/>
                <w:sz w:val="28"/>
                <w:szCs w:val="28"/>
                <w:rtl/>
              </w:rPr>
              <w:fldChar w:fldCharType="end"/>
            </w:r>
          </w:hyperlink>
        </w:p>
        <w:p w:rsidR="00947B25" w:rsidRPr="00947B25" w:rsidRDefault="001957CA">
          <w:pPr>
            <w:pStyle w:val="TOC2"/>
            <w:tabs>
              <w:tab w:val="right" w:leader="dot" w:pos="9350"/>
            </w:tabs>
            <w:bidi/>
            <w:rPr>
              <w:noProof/>
              <w:sz w:val="28"/>
              <w:szCs w:val="28"/>
              <w:rtl/>
            </w:rPr>
          </w:pPr>
          <w:hyperlink w:anchor="_Toc243400559" w:history="1">
            <w:r w:rsidR="00947B25" w:rsidRPr="00947B25">
              <w:rPr>
                <w:rStyle w:val="Hyperlink"/>
                <w:rFonts w:cs="B Mitra" w:hint="eastAsia"/>
                <w:noProof/>
                <w:sz w:val="28"/>
                <w:szCs w:val="28"/>
                <w:rtl/>
              </w:rPr>
              <w:t>ترجمه</w:t>
            </w:r>
            <w:r w:rsidR="00947B25" w:rsidRPr="00947B25">
              <w:rPr>
                <w:rStyle w:val="Hyperlink"/>
                <w:rFonts w:cs="B Mitra"/>
                <w:noProof/>
                <w:sz w:val="28"/>
                <w:szCs w:val="28"/>
              </w:rPr>
              <w:t xml:space="preserve"> </w:t>
            </w:r>
            <w:r w:rsidR="00947B25" w:rsidRPr="00947B25">
              <w:rPr>
                <w:rStyle w:val="Hyperlink"/>
                <w:rFonts w:cs="B Mitra" w:hint="eastAsia"/>
                <w:noProof/>
                <w:sz w:val="28"/>
                <w:szCs w:val="28"/>
                <w:rtl/>
                <w:lang w:bidi="fa-IR"/>
              </w:rPr>
              <w:t>،</w:t>
            </w:r>
            <w:r w:rsidR="00947B25" w:rsidRPr="00947B25">
              <w:rPr>
                <w:rStyle w:val="Hyperlink"/>
                <w:rFonts w:cs="B Mitra"/>
                <w:noProof/>
                <w:sz w:val="28"/>
                <w:szCs w:val="28"/>
                <w:rtl/>
                <w:lang w:bidi="fa-IR"/>
              </w:rPr>
              <w:t xml:space="preserve"> </w:t>
            </w:r>
            <w:r w:rsidR="00947B25" w:rsidRPr="00947B25">
              <w:rPr>
                <w:rStyle w:val="Hyperlink"/>
                <w:rFonts w:cs="B Mitra" w:hint="eastAsia"/>
                <w:noProof/>
                <w:sz w:val="28"/>
                <w:szCs w:val="28"/>
                <w:rtl/>
              </w:rPr>
              <w:t>آشپز</w:t>
            </w:r>
            <w:r w:rsidR="00947B25" w:rsidRPr="00947B25">
              <w:rPr>
                <w:rStyle w:val="Hyperlink"/>
                <w:rFonts w:cs="B Mitra" w:hint="cs"/>
                <w:noProof/>
                <w:sz w:val="28"/>
                <w:szCs w:val="28"/>
                <w:rtl/>
              </w:rPr>
              <w:t>ی</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پس</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از</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آس</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ب</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ب</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نا</w:t>
            </w:r>
            <w:r w:rsidR="00947B25" w:rsidRPr="00947B25">
              <w:rPr>
                <w:rStyle w:val="Hyperlink"/>
                <w:rFonts w:cs="B Mitra" w:hint="cs"/>
                <w:noProof/>
                <w:sz w:val="28"/>
                <w:szCs w:val="28"/>
                <w:rtl/>
              </w:rPr>
              <w:t>یی</w:t>
            </w:r>
            <w:r w:rsidR="00947B25" w:rsidRPr="00947B25">
              <w:rPr>
                <w:rStyle w:val="Hyperlink"/>
                <w:rFonts w:cs="B Mitra" w:hint="eastAsia"/>
                <w:noProof/>
                <w:sz w:val="28"/>
                <w:szCs w:val="28"/>
                <w:rtl/>
              </w:rPr>
              <w:t>؛</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راهکارها،</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چالش‌ها</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و</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تجربه‌ها</w:t>
            </w:r>
            <w:r w:rsidR="00947B25" w:rsidRPr="00947B25">
              <w:rPr>
                <w:rStyle w:val="Hyperlink"/>
                <w:rFonts w:cs="B Mitra" w:hint="cs"/>
                <w:noProof/>
                <w:sz w:val="28"/>
                <w:szCs w:val="28"/>
                <w:rtl/>
              </w:rPr>
              <w:t>ی</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ز</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سته</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بخش</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اول</w:t>
            </w:r>
            <w:r w:rsidR="00947B25" w:rsidRPr="00947B25">
              <w:rPr>
                <w:rStyle w:val="Hyperlink"/>
                <w:rFonts w:cs="B Mitra"/>
                <w:noProof/>
                <w:sz w:val="28"/>
                <w:szCs w:val="28"/>
                <w:rtl/>
              </w:rPr>
              <w:t>)</w:t>
            </w:r>
            <w:r w:rsidR="00947B25" w:rsidRPr="00947B25">
              <w:rPr>
                <w:noProof/>
                <w:webHidden/>
                <w:sz w:val="28"/>
                <w:szCs w:val="28"/>
                <w:rtl/>
              </w:rPr>
              <w:tab/>
            </w:r>
            <w:r w:rsidR="00947B25" w:rsidRPr="00947B25">
              <w:rPr>
                <w:noProof/>
                <w:webHidden/>
                <w:sz w:val="28"/>
                <w:szCs w:val="28"/>
                <w:rtl/>
              </w:rPr>
              <w:fldChar w:fldCharType="begin"/>
            </w:r>
            <w:r w:rsidR="00947B25" w:rsidRPr="00947B25">
              <w:rPr>
                <w:noProof/>
                <w:webHidden/>
                <w:sz w:val="28"/>
                <w:szCs w:val="28"/>
                <w:rtl/>
              </w:rPr>
              <w:instrText xml:space="preserve"> </w:instrText>
            </w:r>
            <w:r w:rsidR="00947B25" w:rsidRPr="00947B25">
              <w:rPr>
                <w:noProof/>
                <w:webHidden/>
                <w:sz w:val="28"/>
                <w:szCs w:val="28"/>
              </w:rPr>
              <w:instrText>PAGEREF</w:instrText>
            </w:r>
            <w:r w:rsidR="00947B25" w:rsidRPr="00947B25">
              <w:rPr>
                <w:noProof/>
                <w:webHidden/>
                <w:sz w:val="28"/>
                <w:szCs w:val="28"/>
                <w:rtl/>
              </w:rPr>
              <w:instrText xml:space="preserve"> _</w:instrText>
            </w:r>
            <w:r w:rsidR="00947B25" w:rsidRPr="00947B25">
              <w:rPr>
                <w:noProof/>
                <w:webHidden/>
                <w:sz w:val="28"/>
                <w:szCs w:val="28"/>
              </w:rPr>
              <w:instrText>Toc</w:instrText>
            </w:r>
            <w:r w:rsidR="00947B25" w:rsidRPr="00947B25">
              <w:rPr>
                <w:noProof/>
                <w:webHidden/>
                <w:sz w:val="28"/>
                <w:szCs w:val="28"/>
                <w:rtl/>
              </w:rPr>
              <w:instrText xml:space="preserve">243400559 </w:instrText>
            </w:r>
            <w:r w:rsidR="00947B25" w:rsidRPr="00947B25">
              <w:rPr>
                <w:noProof/>
                <w:webHidden/>
                <w:sz w:val="28"/>
                <w:szCs w:val="28"/>
              </w:rPr>
              <w:instrText>\h</w:instrText>
            </w:r>
            <w:r w:rsidR="00947B25" w:rsidRPr="00947B25">
              <w:rPr>
                <w:noProof/>
                <w:webHidden/>
                <w:sz w:val="28"/>
                <w:szCs w:val="28"/>
                <w:rtl/>
              </w:rPr>
              <w:instrText xml:space="preserve"> </w:instrText>
            </w:r>
            <w:r w:rsidR="00947B25" w:rsidRPr="00947B25">
              <w:rPr>
                <w:noProof/>
                <w:webHidden/>
                <w:sz w:val="28"/>
                <w:szCs w:val="28"/>
                <w:rtl/>
              </w:rPr>
            </w:r>
            <w:r w:rsidR="00947B25" w:rsidRPr="00947B25">
              <w:rPr>
                <w:noProof/>
                <w:webHidden/>
                <w:sz w:val="28"/>
                <w:szCs w:val="28"/>
                <w:rtl/>
              </w:rPr>
              <w:fldChar w:fldCharType="separate"/>
            </w:r>
            <w:r w:rsidR="00E36391">
              <w:rPr>
                <w:noProof/>
                <w:webHidden/>
                <w:sz w:val="28"/>
                <w:szCs w:val="28"/>
                <w:rtl/>
              </w:rPr>
              <w:t>43</w:t>
            </w:r>
            <w:r w:rsidR="00947B25" w:rsidRPr="00947B25">
              <w:rPr>
                <w:noProof/>
                <w:webHidden/>
                <w:sz w:val="28"/>
                <w:szCs w:val="28"/>
                <w:rtl/>
              </w:rPr>
              <w:fldChar w:fldCharType="end"/>
            </w:r>
          </w:hyperlink>
        </w:p>
        <w:p w:rsidR="00947B25" w:rsidRPr="00947B25" w:rsidRDefault="001957CA">
          <w:pPr>
            <w:pStyle w:val="TOC2"/>
            <w:tabs>
              <w:tab w:val="right" w:leader="dot" w:pos="9350"/>
            </w:tabs>
            <w:bidi/>
            <w:rPr>
              <w:noProof/>
              <w:sz w:val="28"/>
              <w:szCs w:val="28"/>
              <w:rtl/>
            </w:rPr>
          </w:pPr>
          <w:hyperlink w:anchor="_Toc243400560" w:history="1">
            <w:r w:rsidR="00947B25" w:rsidRPr="00947B25">
              <w:rPr>
                <w:rStyle w:val="Hyperlink"/>
                <w:rFonts w:cs="B Mitra" w:hint="eastAsia"/>
                <w:noProof/>
                <w:sz w:val="28"/>
                <w:szCs w:val="28"/>
                <w:rtl/>
              </w:rPr>
              <w:t>کارآفر</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ن</w:t>
            </w:r>
            <w:r w:rsidR="00947B25" w:rsidRPr="00947B25">
              <w:rPr>
                <w:rStyle w:val="Hyperlink"/>
                <w:rFonts w:cs="B Mitra"/>
                <w:noProof/>
                <w:sz w:val="28"/>
                <w:szCs w:val="28"/>
              </w:rPr>
              <w:t xml:space="preserve"> </w:t>
            </w:r>
            <w:r w:rsidR="00947B25" w:rsidRPr="00947B25">
              <w:rPr>
                <w:rStyle w:val="Hyperlink"/>
                <w:rFonts w:cs="B Mitra" w:hint="eastAsia"/>
                <w:noProof/>
                <w:sz w:val="28"/>
                <w:szCs w:val="28"/>
                <w:rtl/>
                <w:lang w:bidi="fa-IR"/>
              </w:rPr>
              <w:t>،</w:t>
            </w:r>
            <w:r w:rsidR="00947B25" w:rsidRPr="00947B25">
              <w:rPr>
                <w:rStyle w:val="Hyperlink"/>
                <w:rFonts w:cs="B Mitra"/>
                <w:noProof/>
                <w:sz w:val="28"/>
                <w:szCs w:val="28"/>
                <w:rtl/>
                <w:lang w:bidi="fa-IR"/>
              </w:rPr>
              <w:t xml:space="preserve">  </w:t>
            </w:r>
            <w:r w:rsidR="00947B25" w:rsidRPr="00947B25">
              <w:rPr>
                <w:rStyle w:val="Hyperlink"/>
                <w:rFonts w:cs="B Mitra" w:hint="eastAsia"/>
                <w:noProof/>
                <w:sz w:val="28"/>
                <w:szCs w:val="28"/>
                <w:rtl/>
              </w:rPr>
              <w:t>ک</w:t>
            </w:r>
            <w:r w:rsidR="00947B25" w:rsidRPr="00947B25">
              <w:rPr>
                <w:rStyle w:val="Hyperlink"/>
                <w:rFonts w:cs="B Mitra" w:hint="eastAsia"/>
                <w:noProof/>
                <w:sz w:val="28"/>
                <w:szCs w:val="28"/>
                <w:rtl/>
              </w:rPr>
              <w:t>ارآفر</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ن</w:t>
            </w:r>
            <w:r w:rsidR="00947B25" w:rsidRPr="00947B25">
              <w:rPr>
                <w:rStyle w:val="Hyperlink"/>
                <w:rFonts w:cs="B Mitra" w:hint="cs"/>
                <w:noProof/>
                <w:sz w:val="28"/>
                <w:szCs w:val="28"/>
                <w:rtl/>
              </w:rPr>
              <w:t>ی</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فراتر</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از</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محدود</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ت‌ها،</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بخش</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چهارم</w:t>
            </w:r>
            <w:r w:rsidR="00947B25" w:rsidRPr="00947B25">
              <w:rPr>
                <w:noProof/>
                <w:webHidden/>
                <w:sz w:val="28"/>
                <w:szCs w:val="28"/>
                <w:rtl/>
              </w:rPr>
              <w:tab/>
            </w:r>
            <w:r w:rsidR="00947B25" w:rsidRPr="00947B25">
              <w:rPr>
                <w:noProof/>
                <w:webHidden/>
                <w:sz w:val="28"/>
                <w:szCs w:val="28"/>
                <w:rtl/>
              </w:rPr>
              <w:fldChar w:fldCharType="begin"/>
            </w:r>
            <w:r w:rsidR="00947B25" w:rsidRPr="00947B25">
              <w:rPr>
                <w:noProof/>
                <w:webHidden/>
                <w:sz w:val="28"/>
                <w:szCs w:val="28"/>
                <w:rtl/>
              </w:rPr>
              <w:instrText xml:space="preserve"> </w:instrText>
            </w:r>
            <w:r w:rsidR="00947B25" w:rsidRPr="00947B25">
              <w:rPr>
                <w:noProof/>
                <w:webHidden/>
                <w:sz w:val="28"/>
                <w:szCs w:val="28"/>
              </w:rPr>
              <w:instrText>PAGEREF</w:instrText>
            </w:r>
            <w:r w:rsidR="00947B25" w:rsidRPr="00947B25">
              <w:rPr>
                <w:noProof/>
                <w:webHidden/>
                <w:sz w:val="28"/>
                <w:szCs w:val="28"/>
                <w:rtl/>
              </w:rPr>
              <w:instrText xml:space="preserve"> _</w:instrText>
            </w:r>
            <w:r w:rsidR="00947B25" w:rsidRPr="00947B25">
              <w:rPr>
                <w:noProof/>
                <w:webHidden/>
                <w:sz w:val="28"/>
                <w:szCs w:val="28"/>
              </w:rPr>
              <w:instrText>Toc</w:instrText>
            </w:r>
            <w:r w:rsidR="00947B25" w:rsidRPr="00947B25">
              <w:rPr>
                <w:noProof/>
                <w:webHidden/>
                <w:sz w:val="28"/>
                <w:szCs w:val="28"/>
                <w:rtl/>
              </w:rPr>
              <w:instrText xml:space="preserve">243400560 </w:instrText>
            </w:r>
            <w:r w:rsidR="00947B25" w:rsidRPr="00947B25">
              <w:rPr>
                <w:noProof/>
                <w:webHidden/>
                <w:sz w:val="28"/>
                <w:szCs w:val="28"/>
              </w:rPr>
              <w:instrText>\h</w:instrText>
            </w:r>
            <w:r w:rsidR="00947B25" w:rsidRPr="00947B25">
              <w:rPr>
                <w:noProof/>
                <w:webHidden/>
                <w:sz w:val="28"/>
                <w:szCs w:val="28"/>
                <w:rtl/>
              </w:rPr>
              <w:instrText xml:space="preserve"> </w:instrText>
            </w:r>
            <w:r w:rsidR="00947B25" w:rsidRPr="00947B25">
              <w:rPr>
                <w:noProof/>
                <w:webHidden/>
                <w:sz w:val="28"/>
                <w:szCs w:val="28"/>
                <w:rtl/>
              </w:rPr>
            </w:r>
            <w:r w:rsidR="00947B25" w:rsidRPr="00947B25">
              <w:rPr>
                <w:noProof/>
                <w:webHidden/>
                <w:sz w:val="28"/>
                <w:szCs w:val="28"/>
                <w:rtl/>
              </w:rPr>
              <w:fldChar w:fldCharType="separate"/>
            </w:r>
            <w:r w:rsidR="00E36391">
              <w:rPr>
                <w:noProof/>
                <w:webHidden/>
                <w:sz w:val="28"/>
                <w:szCs w:val="28"/>
                <w:rtl/>
              </w:rPr>
              <w:t>47</w:t>
            </w:r>
            <w:r w:rsidR="00947B25" w:rsidRPr="00947B25">
              <w:rPr>
                <w:noProof/>
                <w:webHidden/>
                <w:sz w:val="28"/>
                <w:szCs w:val="28"/>
                <w:rtl/>
              </w:rPr>
              <w:fldChar w:fldCharType="end"/>
            </w:r>
          </w:hyperlink>
        </w:p>
        <w:p w:rsidR="00947B25" w:rsidRPr="00947B25" w:rsidRDefault="001957CA">
          <w:pPr>
            <w:pStyle w:val="TOC2"/>
            <w:tabs>
              <w:tab w:val="right" w:leader="dot" w:pos="9350"/>
            </w:tabs>
            <w:bidi/>
            <w:rPr>
              <w:noProof/>
              <w:sz w:val="28"/>
              <w:szCs w:val="28"/>
              <w:rtl/>
            </w:rPr>
          </w:pPr>
          <w:hyperlink w:anchor="_Toc243400564" w:history="1">
            <w:r w:rsidR="00947B25" w:rsidRPr="00947B25">
              <w:rPr>
                <w:rStyle w:val="Hyperlink"/>
                <w:rFonts w:cs="B Mitra" w:hint="eastAsia"/>
                <w:noProof/>
                <w:sz w:val="28"/>
                <w:szCs w:val="28"/>
                <w:rtl/>
              </w:rPr>
              <w:t>خاطرات</w:t>
            </w:r>
            <w:r w:rsidR="00947B25" w:rsidRPr="00947B25">
              <w:rPr>
                <w:rStyle w:val="Hyperlink"/>
                <w:rFonts w:cs="B Mitra" w:hint="cs"/>
                <w:noProof/>
                <w:sz w:val="28"/>
                <w:szCs w:val="28"/>
                <w:rtl/>
              </w:rPr>
              <w:t>ی</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از</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روز</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جهان</w:t>
            </w:r>
            <w:r w:rsidR="00947B25" w:rsidRPr="00947B25">
              <w:rPr>
                <w:rStyle w:val="Hyperlink"/>
                <w:rFonts w:cs="B Mitra" w:hint="cs"/>
                <w:noProof/>
                <w:sz w:val="28"/>
                <w:szCs w:val="28"/>
                <w:rtl/>
              </w:rPr>
              <w:t>ی</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عصا</w:t>
            </w:r>
            <w:r w:rsidR="00947B25" w:rsidRPr="00947B25">
              <w:rPr>
                <w:rStyle w:val="Hyperlink"/>
                <w:rFonts w:cs="B Mitra" w:hint="cs"/>
                <w:noProof/>
                <w:sz w:val="28"/>
                <w:szCs w:val="28"/>
                <w:rtl/>
              </w:rPr>
              <w:t>ی</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سف</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د،</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روز</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ناب</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نا</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ان</w:t>
            </w:r>
            <w:r w:rsidR="00947B25" w:rsidRPr="00947B25">
              <w:rPr>
                <w:noProof/>
                <w:webHidden/>
                <w:sz w:val="28"/>
                <w:szCs w:val="28"/>
                <w:rtl/>
              </w:rPr>
              <w:tab/>
            </w:r>
            <w:r w:rsidR="00947B25" w:rsidRPr="00947B25">
              <w:rPr>
                <w:noProof/>
                <w:webHidden/>
                <w:sz w:val="28"/>
                <w:szCs w:val="28"/>
                <w:rtl/>
              </w:rPr>
              <w:fldChar w:fldCharType="begin"/>
            </w:r>
            <w:r w:rsidR="00947B25" w:rsidRPr="00947B25">
              <w:rPr>
                <w:noProof/>
                <w:webHidden/>
                <w:sz w:val="28"/>
                <w:szCs w:val="28"/>
                <w:rtl/>
              </w:rPr>
              <w:instrText xml:space="preserve"> </w:instrText>
            </w:r>
            <w:r w:rsidR="00947B25" w:rsidRPr="00947B25">
              <w:rPr>
                <w:noProof/>
                <w:webHidden/>
                <w:sz w:val="28"/>
                <w:szCs w:val="28"/>
              </w:rPr>
              <w:instrText>PAGEREF</w:instrText>
            </w:r>
            <w:r w:rsidR="00947B25" w:rsidRPr="00947B25">
              <w:rPr>
                <w:noProof/>
                <w:webHidden/>
                <w:sz w:val="28"/>
                <w:szCs w:val="28"/>
                <w:rtl/>
              </w:rPr>
              <w:instrText xml:space="preserve"> _</w:instrText>
            </w:r>
            <w:r w:rsidR="00947B25" w:rsidRPr="00947B25">
              <w:rPr>
                <w:noProof/>
                <w:webHidden/>
                <w:sz w:val="28"/>
                <w:szCs w:val="28"/>
              </w:rPr>
              <w:instrText>Toc</w:instrText>
            </w:r>
            <w:r w:rsidR="00947B25" w:rsidRPr="00947B25">
              <w:rPr>
                <w:noProof/>
                <w:webHidden/>
                <w:sz w:val="28"/>
                <w:szCs w:val="28"/>
                <w:rtl/>
              </w:rPr>
              <w:instrText xml:space="preserve">243400564 </w:instrText>
            </w:r>
            <w:r w:rsidR="00947B25" w:rsidRPr="00947B25">
              <w:rPr>
                <w:noProof/>
                <w:webHidden/>
                <w:sz w:val="28"/>
                <w:szCs w:val="28"/>
              </w:rPr>
              <w:instrText>\h</w:instrText>
            </w:r>
            <w:r w:rsidR="00947B25" w:rsidRPr="00947B25">
              <w:rPr>
                <w:noProof/>
                <w:webHidden/>
                <w:sz w:val="28"/>
                <w:szCs w:val="28"/>
                <w:rtl/>
              </w:rPr>
              <w:instrText xml:space="preserve"> </w:instrText>
            </w:r>
            <w:r w:rsidR="00947B25" w:rsidRPr="00947B25">
              <w:rPr>
                <w:noProof/>
                <w:webHidden/>
                <w:sz w:val="28"/>
                <w:szCs w:val="28"/>
                <w:rtl/>
              </w:rPr>
            </w:r>
            <w:r w:rsidR="00947B25" w:rsidRPr="00947B25">
              <w:rPr>
                <w:noProof/>
                <w:webHidden/>
                <w:sz w:val="28"/>
                <w:szCs w:val="28"/>
                <w:rtl/>
              </w:rPr>
              <w:fldChar w:fldCharType="separate"/>
            </w:r>
            <w:r w:rsidR="00E36391">
              <w:rPr>
                <w:noProof/>
                <w:webHidden/>
                <w:sz w:val="28"/>
                <w:szCs w:val="28"/>
                <w:rtl/>
              </w:rPr>
              <w:t>51</w:t>
            </w:r>
            <w:r w:rsidR="00947B25" w:rsidRPr="00947B25">
              <w:rPr>
                <w:noProof/>
                <w:webHidden/>
                <w:sz w:val="28"/>
                <w:szCs w:val="28"/>
                <w:rtl/>
              </w:rPr>
              <w:fldChar w:fldCharType="end"/>
            </w:r>
          </w:hyperlink>
        </w:p>
        <w:p w:rsidR="00947B25" w:rsidRPr="00947B25" w:rsidRDefault="001957CA">
          <w:pPr>
            <w:pStyle w:val="TOC2"/>
            <w:tabs>
              <w:tab w:val="right" w:leader="dot" w:pos="9350"/>
            </w:tabs>
            <w:bidi/>
            <w:rPr>
              <w:noProof/>
              <w:sz w:val="28"/>
              <w:szCs w:val="28"/>
              <w:rtl/>
            </w:rPr>
          </w:pPr>
          <w:hyperlink w:anchor="_Toc243400566" w:history="1">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ک</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داستان</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در</w:t>
            </w:r>
            <w:r w:rsidR="00947B25" w:rsidRPr="00947B25">
              <w:rPr>
                <w:rStyle w:val="Hyperlink"/>
                <w:rFonts w:cs="B Mitra"/>
                <w:noProof/>
                <w:sz w:val="28"/>
                <w:szCs w:val="28"/>
                <w:rtl/>
              </w:rPr>
              <w:t xml:space="preserve"> </w:t>
            </w:r>
            <w:r w:rsidR="00947B25" w:rsidRPr="00947B25">
              <w:rPr>
                <w:rStyle w:val="Hyperlink"/>
                <w:rFonts w:cs="B Mitra" w:hint="cs"/>
                <w:noProof/>
                <w:sz w:val="28"/>
                <w:szCs w:val="28"/>
                <w:rtl/>
              </w:rPr>
              <w:t>ی</w:t>
            </w:r>
            <w:r w:rsidR="00947B25" w:rsidRPr="00947B25">
              <w:rPr>
                <w:rStyle w:val="Hyperlink"/>
                <w:rFonts w:cs="B Mitra" w:hint="eastAsia"/>
                <w:noProof/>
                <w:sz w:val="28"/>
                <w:szCs w:val="28"/>
                <w:rtl/>
              </w:rPr>
              <w:t>ک</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نگاه</w:t>
            </w:r>
            <w:r w:rsidR="00947B25" w:rsidRPr="00947B25">
              <w:rPr>
                <w:rStyle w:val="Hyperlink"/>
                <w:rFonts w:cs="B Mitra"/>
                <w:noProof/>
                <w:sz w:val="28"/>
                <w:szCs w:val="28"/>
              </w:rPr>
              <w:t xml:space="preserve"> </w:t>
            </w:r>
            <w:r w:rsidR="00947B25" w:rsidRPr="00947B25">
              <w:rPr>
                <w:rStyle w:val="Hyperlink"/>
                <w:rFonts w:cs="B Mitra" w:hint="eastAsia"/>
                <w:noProof/>
                <w:sz w:val="28"/>
                <w:szCs w:val="28"/>
                <w:rtl/>
                <w:lang w:bidi="fa-IR"/>
              </w:rPr>
              <w:t>،</w:t>
            </w:r>
            <w:r w:rsidR="00947B25" w:rsidRPr="00947B25">
              <w:rPr>
                <w:rStyle w:val="Hyperlink"/>
                <w:rFonts w:cs="B Mitra"/>
                <w:noProof/>
                <w:sz w:val="28"/>
                <w:szCs w:val="28"/>
                <w:rtl/>
                <w:lang w:bidi="fa-IR"/>
              </w:rPr>
              <w:t xml:space="preserve"> </w:t>
            </w:r>
            <w:r w:rsidR="00947B25" w:rsidRPr="00947B25">
              <w:rPr>
                <w:rStyle w:val="Hyperlink"/>
                <w:rFonts w:cs="B Mitra" w:hint="eastAsia"/>
                <w:noProof/>
                <w:sz w:val="28"/>
                <w:szCs w:val="28"/>
                <w:rtl/>
              </w:rPr>
              <w:t>پول</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روز</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مبادا</w:t>
            </w:r>
            <w:r w:rsidR="00947B25" w:rsidRPr="00947B25">
              <w:rPr>
                <w:noProof/>
                <w:webHidden/>
                <w:sz w:val="28"/>
                <w:szCs w:val="28"/>
                <w:rtl/>
              </w:rPr>
              <w:tab/>
            </w:r>
            <w:r w:rsidR="00947B25" w:rsidRPr="00947B25">
              <w:rPr>
                <w:noProof/>
                <w:webHidden/>
                <w:sz w:val="28"/>
                <w:szCs w:val="28"/>
                <w:rtl/>
              </w:rPr>
              <w:fldChar w:fldCharType="begin"/>
            </w:r>
            <w:r w:rsidR="00947B25" w:rsidRPr="00947B25">
              <w:rPr>
                <w:noProof/>
                <w:webHidden/>
                <w:sz w:val="28"/>
                <w:szCs w:val="28"/>
                <w:rtl/>
              </w:rPr>
              <w:instrText xml:space="preserve"> </w:instrText>
            </w:r>
            <w:r w:rsidR="00947B25" w:rsidRPr="00947B25">
              <w:rPr>
                <w:noProof/>
                <w:webHidden/>
                <w:sz w:val="28"/>
                <w:szCs w:val="28"/>
              </w:rPr>
              <w:instrText>PAGEREF</w:instrText>
            </w:r>
            <w:r w:rsidR="00947B25" w:rsidRPr="00947B25">
              <w:rPr>
                <w:noProof/>
                <w:webHidden/>
                <w:sz w:val="28"/>
                <w:szCs w:val="28"/>
                <w:rtl/>
              </w:rPr>
              <w:instrText xml:space="preserve"> _</w:instrText>
            </w:r>
            <w:r w:rsidR="00947B25" w:rsidRPr="00947B25">
              <w:rPr>
                <w:noProof/>
                <w:webHidden/>
                <w:sz w:val="28"/>
                <w:szCs w:val="28"/>
              </w:rPr>
              <w:instrText>Toc</w:instrText>
            </w:r>
            <w:r w:rsidR="00947B25" w:rsidRPr="00947B25">
              <w:rPr>
                <w:noProof/>
                <w:webHidden/>
                <w:sz w:val="28"/>
                <w:szCs w:val="28"/>
                <w:rtl/>
              </w:rPr>
              <w:instrText xml:space="preserve">243400566 </w:instrText>
            </w:r>
            <w:r w:rsidR="00947B25" w:rsidRPr="00947B25">
              <w:rPr>
                <w:noProof/>
                <w:webHidden/>
                <w:sz w:val="28"/>
                <w:szCs w:val="28"/>
              </w:rPr>
              <w:instrText>\h</w:instrText>
            </w:r>
            <w:r w:rsidR="00947B25" w:rsidRPr="00947B25">
              <w:rPr>
                <w:noProof/>
                <w:webHidden/>
                <w:sz w:val="28"/>
                <w:szCs w:val="28"/>
                <w:rtl/>
              </w:rPr>
              <w:instrText xml:space="preserve"> </w:instrText>
            </w:r>
            <w:r w:rsidR="00947B25" w:rsidRPr="00947B25">
              <w:rPr>
                <w:noProof/>
                <w:webHidden/>
                <w:sz w:val="28"/>
                <w:szCs w:val="28"/>
                <w:rtl/>
              </w:rPr>
            </w:r>
            <w:r w:rsidR="00947B25" w:rsidRPr="00947B25">
              <w:rPr>
                <w:noProof/>
                <w:webHidden/>
                <w:sz w:val="28"/>
                <w:szCs w:val="28"/>
                <w:rtl/>
              </w:rPr>
              <w:fldChar w:fldCharType="separate"/>
            </w:r>
            <w:r w:rsidR="00E36391">
              <w:rPr>
                <w:noProof/>
                <w:webHidden/>
                <w:sz w:val="28"/>
                <w:szCs w:val="28"/>
                <w:rtl/>
              </w:rPr>
              <w:t>54</w:t>
            </w:r>
            <w:r w:rsidR="00947B25" w:rsidRPr="00947B25">
              <w:rPr>
                <w:noProof/>
                <w:webHidden/>
                <w:sz w:val="28"/>
                <w:szCs w:val="28"/>
                <w:rtl/>
              </w:rPr>
              <w:fldChar w:fldCharType="end"/>
            </w:r>
          </w:hyperlink>
        </w:p>
        <w:p w:rsidR="00947B25" w:rsidRPr="00947B25" w:rsidRDefault="001957CA">
          <w:pPr>
            <w:pStyle w:val="TOC2"/>
            <w:tabs>
              <w:tab w:val="right" w:leader="dot" w:pos="9350"/>
            </w:tabs>
            <w:bidi/>
            <w:rPr>
              <w:noProof/>
              <w:sz w:val="28"/>
              <w:szCs w:val="28"/>
              <w:rtl/>
            </w:rPr>
          </w:pPr>
          <w:hyperlink w:anchor="_Toc243400567" w:history="1">
            <w:r w:rsidR="00947B25" w:rsidRPr="00947B25">
              <w:rPr>
                <w:rStyle w:val="Hyperlink"/>
                <w:rFonts w:cs="B Mitra" w:hint="eastAsia"/>
                <w:noProof/>
                <w:sz w:val="28"/>
                <w:szCs w:val="28"/>
                <w:rtl/>
              </w:rPr>
              <w:t>به</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قلم</w:t>
            </w:r>
            <w:r w:rsidR="00947B25" w:rsidRPr="00947B25">
              <w:rPr>
                <w:rStyle w:val="Hyperlink"/>
                <w:rFonts w:cs="B Mitra"/>
                <w:noProof/>
                <w:sz w:val="28"/>
                <w:szCs w:val="28"/>
                <w:rtl/>
              </w:rPr>
              <w:t xml:space="preserve"> </w:t>
            </w:r>
            <w:r w:rsidR="00947B25" w:rsidRPr="00947B25">
              <w:rPr>
                <w:rStyle w:val="Hyperlink"/>
                <w:rFonts w:cs="B Mitra" w:hint="eastAsia"/>
                <w:noProof/>
                <w:sz w:val="28"/>
                <w:szCs w:val="28"/>
                <w:rtl/>
              </w:rPr>
              <w:t>شما</w:t>
            </w:r>
            <w:r w:rsidR="00947B25" w:rsidRPr="00947B25">
              <w:rPr>
                <w:noProof/>
                <w:webHidden/>
                <w:sz w:val="28"/>
                <w:szCs w:val="28"/>
                <w:rtl/>
              </w:rPr>
              <w:tab/>
            </w:r>
            <w:r w:rsidR="00947B25" w:rsidRPr="00947B25">
              <w:rPr>
                <w:noProof/>
                <w:webHidden/>
                <w:sz w:val="28"/>
                <w:szCs w:val="28"/>
                <w:rtl/>
              </w:rPr>
              <w:fldChar w:fldCharType="begin"/>
            </w:r>
            <w:r w:rsidR="00947B25" w:rsidRPr="00947B25">
              <w:rPr>
                <w:noProof/>
                <w:webHidden/>
                <w:sz w:val="28"/>
                <w:szCs w:val="28"/>
                <w:rtl/>
              </w:rPr>
              <w:instrText xml:space="preserve"> </w:instrText>
            </w:r>
            <w:r w:rsidR="00947B25" w:rsidRPr="00947B25">
              <w:rPr>
                <w:noProof/>
                <w:webHidden/>
                <w:sz w:val="28"/>
                <w:szCs w:val="28"/>
              </w:rPr>
              <w:instrText>PAGEREF</w:instrText>
            </w:r>
            <w:r w:rsidR="00947B25" w:rsidRPr="00947B25">
              <w:rPr>
                <w:noProof/>
                <w:webHidden/>
                <w:sz w:val="28"/>
                <w:szCs w:val="28"/>
                <w:rtl/>
              </w:rPr>
              <w:instrText xml:space="preserve"> _</w:instrText>
            </w:r>
            <w:r w:rsidR="00947B25" w:rsidRPr="00947B25">
              <w:rPr>
                <w:noProof/>
                <w:webHidden/>
                <w:sz w:val="28"/>
                <w:szCs w:val="28"/>
              </w:rPr>
              <w:instrText>Toc</w:instrText>
            </w:r>
            <w:r w:rsidR="00947B25" w:rsidRPr="00947B25">
              <w:rPr>
                <w:noProof/>
                <w:webHidden/>
                <w:sz w:val="28"/>
                <w:szCs w:val="28"/>
                <w:rtl/>
              </w:rPr>
              <w:instrText xml:space="preserve">243400567 </w:instrText>
            </w:r>
            <w:r w:rsidR="00947B25" w:rsidRPr="00947B25">
              <w:rPr>
                <w:noProof/>
                <w:webHidden/>
                <w:sz w:val="28"/>
                <w:szCs w:val="28"/>
              </w:rPr>
              <w:instrText>\h</w:instrText>
            </w:r>
            <w:r w:rsidR="00947B25" w:rsidRPr="00947B25">
              <w:rPr>
                <w:noProof/>
                <w:webHidden/>
                <w:sz w:val="28"/>
                <w:szCs w:val="28"/>
                <w:rtl/>
              </w:rPr>
              <w:instrText xml:space="preserve"> </w:instrText>
            </w:r>
            <w:r w:rsidR="00947B25" w:rsidRPr="00947B25">
              <w:rPr>
                <w:noProof/>
                <w:webHidden/>
                <w:sz w:val="28"/>
                <w:szCs w:val="28"/>
                <w:rtl/>
              </w:rPr>
            </w:r>
            <w:r w:rsidR="00947B25" w:rsidRPr="00947B25">
              <w:rPr>
                <w:noProof/>
                <w:webHidden/>
                <w:sz w:val="28"/>
                <w:szCs w:val="28"/>
                <w:rtl/>
              </w:rPr>
              <w:fldChar w:fldCharType="separate"/>
            </w:r>
            <w:r w:rsidR="00E36391">
              <w:rPr>
                <w:noProof/>
                <w:webHidden/>
                <w:sz w:val="28"/>
                <w:szCs w:val="28"/>
                <w:rtl/>
              </w:rPr>
              <w:t>61</w:t>
            </w:r>
            <w:r w:rsidR="00947B25" w:rsidRPr="00947B25">
              <w:rPr>
                <w:noProof/>
                <w:webHidden/>
                <w:sz w:val="28"/>
                <w:szCs w:val="28"/>
                <w:rtl/>
              </w:rPr>
              <w:fldChar w:fldCharType="end"/>
            </w:r>
          </w:hyperlink>
        </w:p>
        <w:p w:rsidR="00947B25" w:rsidRPr="00947B25" w:rsidRDefault="00947B25">
          <w:pPr>
            <w:rPr>
              <w:sz w:val="28"/>
              <w:szCs w:val="28"/>
            </w:rPr>
          </w:pPr>
          <w:r w:rsidRPr="00947B25">
            <w:rPr>
              <w:b/>
              <w:bCs/>
              <w:noProof/>
              <w:sz w:val="28"/>
              <w:szCs w:val="28"/>
            </w:rPr>
            <w:fldChar w:fldCharType="end"/>
          </w:r>
        </w:p>
      </w:sdtContent>
    </w:sdt>
    <w:p w:rsidR="00947B25" w:rsidRDefault="00947B25" w:rsidP="0000691D">
      <w:pPr>
        <w:pStyle w:val="Heading2"/>
        <w:bidi/>
        <w:spacing w:line="360" w:lineRule="auto"/>
        <w:rPr>
          <w:rFonts w:ascii="Vazirmatn" w:hAnsi="Vazirmatn" w:cs="B Mitra"/>
          <w:color w:val="4472C4" w:themeColor="accent5"/>
          <w:sz w:val="28"/>
          <w:szCs w:val="28"/>
        </w:rPr>
      </w:pPr>
    </w:p>
    <w:p w:rsidR="0065412B" w:rsidRDefault="0065412B">
      <w:pPr>
        <w:spacing w:after="160" w:line="259" w:lineRule="auto"/>
      </w:pPr>
      <w:r>
        <w:br w:type="page"/>
      </w:r>
    </w:p>
    <w:p w:rsidR="00A75B1C" w:rsidRPr="002462E8" w:rsidRDefault="00A75B1C" w:rsidP="00947B25">
      <w:pPr>
        <w:pStyle w:val="Heading2"/>
        <w:bidi/>
        <w:spacing w:line="360" w:lineRule="auto"/>
        <w:rPr>
          <w:rFonts w:cs="B Mitra"/>
          <w:color w:val="4472C4" w:themeColor="accent5"/>
          <w:sz w:val="28"/>
          <w:szCs w:val="28"/>
          <w:rtl/>
        </w:rPr>
      </w:pPr>
      <w:bookmarkStart w:id="4" w:name="_Toc243400511"/>
      <w:r w:rsidRPr="002462E8">
        <w:rPr>
          <w:rFonts w:ascii="Vazirmatn" w:hAnsi="Vazirmatn" w:cs="B Mitra" w:hint="cs"/>
          <w:color w:val="4472C4" w:themeColor="accent5"/>
          <w:sz w:val="28"/>
          <w:szCs w:val="28"/>
          <w:rtl/>
        </w:rPr>
        <w:lastRenderedPageBreak/>
        <w:t>یادداشت مدیر‌مسئول</w:t>
      </w:r>
      <w:r w:rsidR="0000691D" w:rsidRPr="002462E8">
        <w:rPr>
          <w:rFonts w:ascii="Vazirmatn" w:hAnsi="Vazirmatn" w:cs="B Mitra" w:hint="cs"/>
          <w:color w:val="4472C4" w:themeColor="accent5"/>
          <w:sz w:val="28"/>
          <w:szCs w:val="28"/>
          <w:rtl/>
          <w:lang w:bidi="fa-IR"/>
        </w:rPr>
        <w:t xml:space="preserve"> ، </w:t>
      </w:r>
      <w:r w:rsidRPr="002462E8">
        <w:rPr>
          <w:rFonts w:cs="B Mitra"/>
          <w:color w:val="4472C4" w:themeColor="accent5"/>
          <w:sz w:val="28"/>
          <w:szCs w:val="28"/>
          <w:rtl/>
        </w:rPr>
        <w:t>از</w:t>
      </w:r>
      <w:r w:rsidRPr="002462E8">
        <w:rPr>
          <w:rFonts w:cs="B Mitra"/>
          <w:color w:val="4472C4" w:themeColor="accent5"/>
          <w:sz w:val="28"/>
          <w:szCs w:val="28"/>
        </w:rPr>
        <w:t xml:space="preserve"> </w:t>
      </w:r>
      <w:r w:rsidRPr="002462E8">
        <w:rPr>
          <w:rFonts w:cs="B Mitra"/>
          <w:color w:val="4472C4" w:themeColor="accent5"/>
          <w:sz w:val="28"/>
          <w:szCs w:val="28"/>
          <w:rtl/>
        </w:rPr>
        <w:t>شعار</w:t>
      </w:r>
      <w:r w:rsidRPr="002462E8">
        <w:rPr>
          <w:rFonts w:cs="B Mitra"/>
          <w:color w:val="4472C4" w:themeColor="accent5"/>
          <w:sz w:val="28"/>
          <w:szCs w:val="28"/>
        </w:rPr>
        <w:t xml:space="preserve"> </w:t>
      </w:r>
      <w:r w:rsidRPr="002462E8">
        <w:rPr>
          <w:rFonts w:cs="B Mitra"/>
          <w:color w:val="4472C4" w:themeColor="accent5"/>
          <w:sz w:val="28"/>
          <w:szCs w:val="28"/>
          <w:rtl/>
        </w:rPr>
        <w:t>تا</w:t>
      </w:r>
      <w:r w:rsidRPr="002462E8">
        <w:rPr>
          <w:rFonts w:cs="B Mitra"/>
          <w:color w:val="4472C4" w:themeColor="accent5"/>
          <w:sz w:val="28"/>
          <w:szCs w:val="28"/>
        </w:rPr>
        <w:t xml:space="preserve"> </w:t>
      </w:r>
      <w:r w:rsidRPr="002462E8">
        <w:rPr>
          <w:rFonts w:cs="B Mitra"/>
          <w:color w:val="4472C4" w:themeColor="accent5"/>
          <w:sz w:val="28"/>
          <w:szCs w:val="28"/>
          <w:rtl/>
        </w:rPr>
        <w:t>شعور</w:t>
      </w:r>
      <w:r w:rsidRPr="002462E8">
        <w:rPr>
          <w:rFonts w:cs="B Mitra"/>
          <w:color w:val="4472C4" w:themeColor="accent5"/>
          <w:sz w:val="28"/>
          <w:szCs w:val="28"/>
        </w:rPr>
        <w:t xml:space="preserve"> </w:t>
      </w:r>
      <w:r w:rsidRPr="002462E8">
        <w:rPr>
          <w:rFonts w:cs="B Mitra"/>
          <w:color w:val="4472C4" w:themeColor="accent5"/>
          <w:sz w:val="28"/>
          <w:szCs w:val="28"/>
          <w:rtl/>
        </w:rPr>
        <w:t>راهبرد</w:t>
      </w:r>
      <w:r w:rsidRPr="002462E8">
        <w:rPr>
          <w:rFonts w:cs="B Mitra" w:hint="cs"/>
          <w:color w:val="4472C4" w:themeColor="accent5"/>
          <w:sz w:val="28"/>
          <w:szCs w:val="28"/>
          <w:rtl/>
        </w:rPr>
        <w:t xml:space="preserve">ی؛ </w:t>
      </w:r>
      <w:r w:rsidRPr="002462E8">
        <w:rPr>
          <w:rFonts w:cs="B Mitra"/>
          <w:color w:val="4472C4" w:themeColor="accent5"/>
          <w:sz w:val="28"/>
          <w:szCs w:val="28"/>
          <w:rtl/>
        </w:rPr>
        <w:t>واکاوی</w:t>
      </w:r>
      <w:r w:rsidRPr="002462E8">
        <w:rPr>
          <w:rFonts w:cs="B Mitra"/>
          <w:color w:val="4472C4" w:themeColor="accent5"/>
          <w:sz w:val="28"/>
          <w:szCs w:val="28"/>
        </w:rPr>
        <w:t xml:space="preserve"> </w:t>
      </w:r>
      <w:r w:rsidRPr="002462E8">
        <w:rPr>
          <w:rFonts w:cs="B Mitra"/>
          <w:color w:val="4472C4" w:themeColor="accent5"/>
          <w:sz w:val="28"/>
          <w:szCs w:val="28"/>
          <w:rtl/>
        </w:rPr>
        <w:t>نقادانه</w:t>
      </w:r>
      <w:r w:rsidRPr="002462E8">
        <w:rPr>
          <w:rFonts w:cs="B Mitra"/>
          <w:color w:val="4472C4" w:themeColor="accent5"/>
          <w:sz w:val="28"/>
          <w:szCs w:val="28"/>
        </w:rPr>
        <w:t xml:space="preserve"> </w:t>
      </w:r>
      <w:r w:rsidRPr="002462E8">
        <w:rPr>
          <w:rFonts w:cs="B Mitra"/>
          <w:color w:val="4472C4" w:themeColor="accent5"/>
          <w:sz w:val="28"/>
          <w:szCs w:val="28"/>
          <w:rtl/>
        </w:rPr>
        <w:t>مشارکت</w:t>
      </w:r>
      <w:r w:rsidRPr="002462E8">
        <w:rPr>
          <w:rFonts w:cs="B Mitra"/>
          <w:color w:val="4472C4" w:themeColor="accent5"/>
          <w:sz w:val="28"/>
          <w:szCs w:val="28"/>
        </w:rPr>
        <w:t xml:space="preserve"> </w:t>
      </w:r>
      <w:r w:rsidRPr="002462E8">
        <w:rPr>
          <w:rFonts w:cs="B Mitra"/>
          <w:color w:val="4472C4" w:themeColor="accent5"/>
          <w:sz w:val="28"/>
          <w:szCs w:val="28"/>
          <w:rtl/>
        </w:rPr>
        <w:t>مؤث</w:t>
      </w:r>
      <w:r w:rsidRPr="002462E8">
        <w:rPr>
          <w:rFonts w:cs="B Mitra" w:hint="cs"/>
          <w:color w:val="4472C4" w:themeColor="accent5"/>
          <w:sz w:val="28"/>
          <w:szCs w:val="28"/>
          <w:rtl/>
        </w:rPr>
        <w:t xml:space="preserve">ر </w:t>
      </w:r>
      <w:r w:rsidRPr="002462E8">
        <w:rPr>
          <w:rFonts w:cs="B Mitra"/>
          <w:color w:val="4472C4" w:themeColor="accent5"/>
          <w:sz w:val="28"/>
          <w:szCs w:val="28"/>
          <w:rtl/>
        </w:rPr>
        <w:t>در</w:t>
      </w:r>
      <w:r w:rsidRPr="002462E8">
        <w:rPr>
          <w:rFonts w:cs="B Mitra"/>
          <w:color w:val="4472C4" w:themeColor="accent5"/>
          <w:sz w:val="28"/>
          <w:szCs w:val="28"/>
        </w:rPr>
        <w:t xml:space="preserve"> </w:t>
      </w:r>
      <w:r w:rsidRPr="002462E8">
        <w:rPr>
          <w:rFonts w:cs="B Mitra"/>
          <w:color w:val="4472C4" w:themeColor="accent5"/>
          <w:sz w:val="28"/>
          <w:szCs w:val="28"/>
          <w:rtl/>
        </w:rPr>
        <w:t>نظا</w:t>
      </w:r>
      <w:r w:rsidRPr="002462E8">
        <w:rPr>
          <w:rFonts w:cs="B Mitra" w:hint="cs"/>
          <w:color w:val="4472C4" w:themeColor="accent5"/>
          <w:sz w:val="28"/>
          <w:szCs w:val="28"/>
          <w:rtl/>
        </w:rPr>
        <w:t xml:space="preserve">م </w:t>
      </w:r>
      <w:r w:rsidRPr="002462E8">
        <w:rPr>
          <w:rFonts w:cs="B Mitra"/>
          <w:color w:val="4472C4" w:themeColor="accent5"/>
          <w:sz w:val="28"/>
          <w:szCs w:val="28"/>
          <w:rtl/>
        </w:rPr>
        <w:t>تصمیم</w:t>
      </w:r>
      <w:r w:rsidRPr="002462E8">
        <w:rPr>
          <w:rFonts w:cs="B Mitra"/>
          <w:color w:val="4472C4" w:themeColor="accent5"/>
          <w:sz w:val="28"/>
          <w:szCs w:val="28"/>
        </w:rPr>
        <w:t>‌</w:t>
      </w:r>
      <w:r w:rsidRPr="002462E8">
        <w:rPr>
          <w:rFonts w:cs="B Mitra"/>
          <w:color w:val="4472C4" w:themeColor="accent5"/>
          <w:sz w:val="28"/>
          <w:szCs w:val="28"/>
          <w:rtl/>
        </w:rPr>
        <w:t>سا</w:t>
      </w:r>
      <w:r w:rsidRPr="002462E8">
        <w:rPr>
          <w:rFonts w:cs="B Mitra" w:hint="cs"/>
          <w:color w:val="4472C4" w:themeColor="accent5"/>
          <w:sz w:val="28"/>
          <w:szCs w:val="28"/>
          <w:rtl/>
        </w:rPr>
        <w:t>زی</w:t>
      </w:r>
      <w:bookmarkEnd w:id="4"/>
    </w:p>
    <w:p w:rsidR="00A75B1C" w:rsidRPr="002462E8" w:rsidRDefault="00A75B1C" w:rsidP="0000691D">
      <w:pPr>
        <w:bidi/>
        <w:spacing w:before="360" w:after="240" w:line="360" w:lineRule="auto"/>
        <w:jc w:val="both"/>
        <w:rPr>
          <w:rFonts w:ascii="Vazirmatn" w:hAnsi="Vazirmatn" w:cs="B Mitra"/>
          <w:bCs/>
          <w:color w:val="000000" w:themeColor="text1"/>
          <w:sz w:val="28"/>
          <w:szCs w:val="28"/>
          <w:lang w:bidi="fa-IR"/>
        </w:rPr>
      </w:pPr>
      <w:r w:rsidRPr="002462E8">
        <w:rPr>
          <w:rFonts w:ascii="Vazirmatn" w:hAnsi="Vazirmatn" w:cs="B Mitra" w:hint="cs"/>
          <w:bCs/>
          <w:color w:val="000000" w:themeColor="text1"/>
          <w:sz w:val="28"/>
          <w:szCs w:val="28"/>
          <w:rtl/>
          <w:lang w:bidi="fa-IR"/>
        </w:rPr>
        <w:t>امیر سرمدی مدیر‌مسئول</w:t>
      </w:r>
    </w:p>
    <w:p w:rsidR="00A75B1C" w:rsidRDefault="00A75B1C" w:rsidP="0000691D">
      <w:pPr>
        <w:bidi/>
        <w:spacing w:after="160" w:line="360" w:lineRule="auto"/>
        <w:jc w:val="both"/>
        <w:rPr>
          <w:rFonts w:ascii="Vazirmatn" w:hAnsi="Vazirmatn" w:cs="B Mitra"/>
          <w:color w:val="000000" w:themeColor="text1"/>
          <w:sz w:val="28"/>
          <w:szCs w:val="28"/>
        </w:rPr>
      </w:pPr>
      <w:r w:rsidRPr="0000691D">
        <w:rPr>
          <w:rFonts w:ascii="Vazirmatn" w:hAnsi="Vazirmatn" w:cs="B Mitra"/>
          <w:color w:val="000000" w:themeColor="text1"/>
          <w:sz w:val="28"/>
          <w:szCs w:val="28"/>
          <w:rtl/>
        </w:rPr>
        <w:t>همه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ساله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اعلام</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شعار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حوزه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اجتماعی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اجرایی،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ادبیات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جدیدی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وارد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ساختارهای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مدیریتی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شود</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امسال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نیز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شعار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تعیین</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شده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سوی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سازمان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بهزیستی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همکاری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انجمن</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تخصصی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ویژه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نابینایان،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تحت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عنوان</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tl/>
        </w:rPr>
        <w:t>مشارکت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مؤثر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نظام</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تصمیم</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سازی؛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راهبرد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کلیدی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بهره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مندی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فرصت</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برابر</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tl/>
        </w:rPr>
        <w:t>،</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رونمایی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شده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است</w:t>
      </w:r>
      <w:r w:rsidRPr="0000691D">
        <w:rPr>
          <w:rFonts w:ascii="Vazirmatn" w:hAnsi="Vazirmatn" w:cs="B Mitra" w:hint="cs"/>
          <w:color w:val="000000" w:themeColor="text1"/>
          <w:sz w:val="28"/>
          <w:szCs w:val="28"/>
          <w:rtl/>
        </w:rPr>
        <w:t>. به همین بهانه در این یادداشت، به واکاوی شعار سال و نحوه ظهور و بروز آن برای نمونه در برخی از دستگاه‌های اجرایی کشور نگاهی انداخته‌ایم.</w:t>
      </w:r>
    </w:p>
    <w:p w:rsidR="00EF5E18" w:rsidRPr="0000691D" w:rsidRDefault="00EF5E18" w:rsidP="00EF5E18">
      <w:pPr>
        <w:bidi/>
        <w:spacing w:after="160" w:line="360" w:lineRule="auto"/>
        <w:jc w:val="center"/>
        <w:rPr>
          <w:rFonts w:ascii="Vazirmatn" w:hAnsi="Vazirmatn" w:cs="B Mitra"/>
          <w:color w:val="000000" w:themeColor="text1"/>
          <w:sz w:val="28"/>
          <w:szCs w:val="28"/>
          <w:rtl/>
        </w:rPr>
      </w:pPr>
      <w:r>
        <w:rPr>
          <w:rFonts w:ascii="Vazirmatn" w:hAnsi="Vazirmatn" w:cs="B Mitra"/>
          <w:noProof/>
          <w:color w:val="000000" w:themeColor="text1"/>
          <w:sz w:val="28"/>
          <w:szCs w:val="28"/>
          <w:rtl/>
        </w:rPr>
        <w:drawing>
          <wp:inline distT="0" distB="0" distL="0" distR="0">
            <wp:extent cx="2270621" cy="3028950"/>
            <wp:effectExtent l="152400" t="152400" r="358775" b="3619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پوستر نابینایان نهایی.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74701" cy="3034392"/>
                    </a:xfrm>
                    <a:prstGeom prst="rect">
                      <a:avLst/>
                    </a:prstGeom>
                    <a:ln>
                      <a:noFill/>
                    </a:ln>
                    <a:effectLst>
                      <a:outerShdw blurRad="292100" dist="139700" dir="2700000" algn="tl" rotWithShape="0">
                        <a:srgbClr val="333333">
                          <a:alpha val="65000"/>
                        </a:srgbClr>
                      </a:outerShdw>
                    </a:effectLst>
                  </pic:spPr>
                </pic:pic>
              </a:graphicData>
            </a:graphic>
          </wp:inline>
        </w:drawing>
      </w:r>
    </w:p>
    <w:p w:rsidR="00A75B1C" w:rsidRPr="002462E8" w:rsidRDefault="00A75B1C" w:rsidP="002462E8">
      <w:pPr>
        <w:pStyle w:val="Heading3"/>
        <w:bidi/>
        <w:rPr>
          <w:rFonts w:cs="B Mitra"/>
          <w:color w:val="70AD47" w:themeColor="accent6"/>
          <w:sz w:val="28"/>
          <w:szCs w:val="28"/>
          <w:rtl/>
        </w:rPr>
      </w:pPr>
      <w:bookmarkStart w:id="5" w:name="_Toc243400512"/>
      <w:r w:rsidRPr="002462E8">
        <w:rPr>
          <w:rFonts w:cs="B Mitra" w:hint="cs"/>
          <w:color w:val="70AD47" w:themeColor="accent6"/>
          <w:sz w:val="28"/>
          <w:szCs w:val="28"/>
          <w:rtl/>
        </w:rPr>
        <w:t>شکاف میان سیاست‌گذاری واژگانی تا تحقق عملیاتی</w:t>
      </w:r>
      <w:bookmarkEnd w:id="5"/>
    </w:p>
    <w:p w:rsidR="00A75B1C" w:rsidRPr="0000691D" w:rsidRDefault="00A75B1C" w:rsidP="0000691D">
      <w:pPr>
        <w:bidi/>
        <w:spacing w:after="160" w:line="360" w:lineRule="auto"/>
        <w:jc w:val="both"/>
        <w:rPr>
          <w:rFonts w:cs="B Mitra"/>
          <w:color w:val="000000" w:themeColor="text1"/>
          <w:sz w:val="28"/>
          <w:szCs w:val="28"/>
          <w:rtl/>
        </w:rPr>
      </w:pPr>
      <w:r w:rsidRPr="0000691D">
        <w:rPr>
          <w:rFonts w:ascii="Arial" w:hAnsi="Arial" w:cs="B Mitra"/>
          <w:color w:val="000000" w:themeColor="text1"/>
          <w:sz w:val="28"/>
          <w:szCs w:val="28"/>
          <w:rtl/>
        </w:rPr>
        <w:t>د</w:t>
      </w:r>
      <w:r w:rsidRPr="0000691D">
        <w:rPr>
          <w:rFonts w:ascii="Vazirmatn" w:hAnsi="Vazirmatn" w:cs="B Mitra"/>
          <w:color w:val="000000" w:themeColor="text1"/>
          <w:sz w:val="28"/>
          <w:szCs w:val="28"/>
          <w:rtl/>
        </w:rPr>
        <w:t>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ظاه</w:t>
      </w:r>
      <w:r w:rsidRPr="0000691D">
        <w:rPr>
          <w:rFonts w:ascii="Vazirmatn" w:hAnsi="Vazirmatn" w:cs="B Mitra" w:hint="cs"/>
          <w:color w:val="000000" w:themeColor="text1"/>
          <w:sz w:val="28"/>
          <w:szCs w:val="28"/>
          <w:rtl/>
        </w:rPr>
        <w:t xml:space="preserve">ر، شعار سال، </w:t>
      </w:r>
      <w:r w:rsidRPr="0000691D">
        <w:rPr>
          <w:rFonts w:ascii="Vazirmatn" w:hAnsi="Vazirmatn" w:cs="B Mitra"/>
          <w:color w:val="000000" w:themeColor="text1"/>
          <w:sz w:val="28"/>
          <w:szCs w:val="28"/>
          <w:rtl/>
        </w:rPr>
        <w:t>واجد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ارزش</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بنیادینِ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حقوق</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بشری،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شهروندی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فراگیری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اجتماعی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اما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تحلیلی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عمیق</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وضعیت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موجود</w:t>
      </w:r>
      <w:r w:rsidRPr="0000691D">
        <w:rPr>
          <w:rFonts w:ascii="Vazirmatn" w:hAnsi="Vazirmatn" w:cs="B Mitra"/>
          <w:color w:val="000000" w:themeColor="text1"/>
          <w:sz w:val="28"/>
          <w:szCs w:val="28"/>
        </w:rPr>
        <w:t xml:space="preserve"> </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tl/>
        </w:rPr>
        <w:t>نشان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دهد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فاصله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میان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این</w:t>
      </w:r>
      <w:r w:rsidRPr="0000691D">
        <w:rPr>
          <w:rFonts w:ascii="Vazirmatn" w:hAnsi="Vazirmatn" w:cs="B Mitra"/>
          <w:color w:val="000000" w:themeColor="text1"/>
          <w:sz w:val="28"/>
          <w:szCs w:val="28"/>
        </w:rPr>
        <w:t xml:space="preserve"> </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tl/>
        </w:rPr>
        <w:t>سیاست</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گذاریِ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واژگانی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تحقق</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عملیاتی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آن</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tl/>
        </w:rPr>
        <w:t>،</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شکافی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عمیق</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پرچال</w:t>
      </w:r>
      <w:r w:rsidRPr="0000691D">
        <w:rPr>
          <w:rFonts w:ascii="Vazirmatn" w:hAnsi="Vazirmatn" w:cs="B Mitra" w:hint="cs"/>
          <w:color w:val="000000" w:themeColor="text1"/>
          <w:sz w:val="28"/>
          <w:szCs w:val="28"/>
          <w:rtl/>
        </w:rPr>
        <w:t xml:space="preserve">ش </w:t>
      </w:r>
      <w:r w:rsidRPr="0000691D">
        <w:rPr>
          <w:rFonts w:ascii="Vazirmatn" w:hAnsi="Vazirmatn" w:cs="B Mitra"/>
          <w:color w:val="000000" w:themeColor="text1"/>
          <w:sz w:val="28"/>
          <w:szCs w:val="28"/>
          <w:rtl/>
        </w:rPr>
        <w:t>است</w:t>
      </w:r>
      <w:r w:rsidRPr="0000691D">
        <w:rPr>
          <w:rFonts w:ascii="Vazirmatn" w:hAnsi="Vazirmatn" w:cs="B Mitra" w:hint="cs"/>
          <w:color w:val="000000" w:themeColor="text1"/>
          <w:sz w:val="28"/>
          <w:szCs w:val="28"/>
          <w:rtl/>
        </w:rPr>
        <w:t xml:space="preserve">؛ </w:t>
      </w:r>
      <w:r w:rsidRPr="0000691D">
        <w:rPr>
          <w:rFonts w:cs="B Mitra" w:hint="cs"/>
          <w:color w:val="000000" w:themeColor="text1"/>
          <w:sz w:val="28"/>
          <w:szCs w:val="28"/>
          <w:rtl/>
        </w:rPr>
        <w:lastRenderedPageBreak/>
        <w:t>پرسش اصلی اینجاست: مشارکت مؤثر دقیقاً یعنی چه؟ آیا منظور از مشارکت این است که در برخی جلسات از نمایندگان انجمن‌های افراد دارای معلولیت دعوت کنیم، چند نظر بشنویم و در نهایت همان تصمیمی را بگیریم که از پیش گرفته‌ایم؟ یا مشارکت باید به معنای حضور واقعی و اثرگذار خود افراد دارای معلولیت در فرایند تصمیم‌سازی باشد؛ به‌گونه‌ای که تجربه زیسته و دانش تخصصی آنان بتواند مسیر تصمیم نهایی را تغییر دهد. اگر معنای دوم را بپذیریم، آنگاه شعار امسال می‌تواند نقطه آغاز یک تغییر جدی باشد.</w:t>
      </w:r>
    </w:p>
    <w:p w:rsidR="00A75B1C" w:rsidRPr="0000691D" w:rsidRDefault="00A75B1C" w:rsidP="0000691D">
      <w:pPr>
        <w:bidi/>
        <w:spacing w:after="160" w:line="360" w:lineRule="auto"/>
        <w:jc w:val="both"/>
        <w:rPr>
          <w:rFonts w:ascii="Vazirmatn" w:hAnsi="Vazirmatn" w:cs="B Mitra"/>
          <w:color w:val="000000" w:themeColor="text1"/>
          <w:sz w:val="28"/>
          <w:szCs w:val="28"/>
          <w:rtl/>
        </w:rPr>
      </w:pP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نظام</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اداری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تصمیم</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گیری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جمهوری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اسلامی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ایران،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سنت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دیرینه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وجود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دارد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طی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آن،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مسئولان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اجرایی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وزارتخانه</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tl/>
        </w:rPr>
        <w:t>ها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سازمان</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مختلف</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هنگام</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تصمیم</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گیری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درباره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حوزه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تخصصی،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کمتر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سراغ</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متخصصان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صاحبان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اصلی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مسئله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روند</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آسیب</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شناسیِ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ساختاری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حوزه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افراد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دارای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معلولیت</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ویژه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جامعه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نابینایان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کم</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بینایان</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ابعادی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بسیار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عمی</w:t>
      </w:r>
      <w:r w:rsidRPr="0000691D">
        <w:rPr>
          <w:rFonts w:ascii="Vazirmatn" w:hAnsi="Vazirmatn" w:cs="B Mitra" w:hint="cs"/>
          <w:color w:val="000000" w:themeColor="text1"/>
          <w:sz w:val="28"/>
          <w:szCs w:val="28"/>
          <w:rtl/>
        </w:rPr>
        <w:t xml:space="preserve">ق‌تر </w:t>
      </w:r>
      <w:r w:rsidRPr="0000691D">
        <w:rPr>
          <w:rFonts w:ascii="Vazirmatn" w:hAnsi="Vazirmatn" w:cs="B Mitra"/>
          <w:color w:val="000000" w:themeColor="text1"/>
          <w:sz w:val="28"/>
          <w:szCs w:val="28"/>
          <w:rtl/>
        </w:rPr>
        <w:t>دارد.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مسئولانی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خو</w:t>
      </w:r>
      <w:r w:rsidRPr="0000691D">
        <w:rPr>
          <w:rFonts w:ascii="Vazirmatn" w:hAnsi="Vazirmatn" w:cs="B Mitra" w:hint="cs"/>
          <w:color w:val="000000" w:themeColor="text1"/>
          <w:sz w:val="28"/>
          <w:szCs w:val="28"/>
          <w:rtl/>
        </w:rPr>
        <w:t xml:space="preserve">د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زیست</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بوم</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زندگی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افراد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دارای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معلولیت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قرار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ندارند،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فارغ</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میزان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نیت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خیرشان،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هرگز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قادر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لمس</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واقعی،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ملموس</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زیسته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چالش</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جامعه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نیستند</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نتیجه،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تصمیماتی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پشت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بسته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بدون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حضور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ذی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نفعان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اصلی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گرفته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شود،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تنها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منتج</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فرصت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برابر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نمی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شود،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بلکه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خود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موانعی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جدید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مبدل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گردد.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برای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خروج</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چرخه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معیوب،</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باید</w:t>
      </w:r>
      <w:r w:rsidRPr="0000691D">
        <w:rPr>
          <w:rFonts w:ascii="Vazirmatn" w:hAnsi="Vazirmatn" w:cs="B Mitra"/>
          <w:color w:val="000000" w:themeColor="text1"/>
          <w:sz w:val="28"/>
          <w:szCs w:val="28"/>
        </w:rPr>
        <w:t xml:space="preserve"> </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tl/>
        </w:rPr>
        <w:t>نهضت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بدعتی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نو</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پایه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مشارکت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حقیقی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شکل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گیرد</w:t>
      </w:r>
      <w:r w:rsidRPr="0000691D">
        <w:rPr>
          <w:rFonts w:ascii="Vazirmatn" w:hAnsi="Vazirmatn" w:cs="B Mitra" w:hint="cs"/>
          <w:color w:val="000000" w:themeColor="text1"/>
          <w:sz w:val="28"/>
          <w:szCs w:val="28"/>
          <w:rtl/>
        </w:rPr>
        <w:t>.</w:t>
      </w:r>
    </w:p>
    <w:p w:rsidR="00A75B1C" w:rsidRPr="0000691D" w:rsidRDefault="00A75B1C" w:rsidP="0000691D">
      <w:pPr>
        <w:pStyle w:val="Heading3"/>
        <w:bidi/>
        <w:spacing w:line="360" w:lineRule="auto"/>
        <w:rPr>
          <w:rFonts w:cs="B Mitra"/>
          <w:color w:val="70AD47" w:themeColor="accent6"/>
          <w:sz w:val="28"/>
          <w:szCs w:val="28"/>
        </w:rPr>
      </w:pPr>
      <w:bookmarkStart w:id="6" w:name="_Toc243400513"/>
      <w:r w:rsidRPr="0000691D">
        <w:rPr>
          <w:rFonts w:ascii="Times New Roman" w:hAnsi="Times New Roman" w:cs="B Mitra"/>
          <w:color w:val="70AD47" w:themeColor="accent6"/>
          <w:sz w:val="28"/>
          <w:szCs w:val="28"/>
          <w:rtl/>
        </w:rPr>
        <w:t>چرخه</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منطق</w:t>
      </w:r>
      <w:r w:rsidRPr="0000691D">
        <w:rPr>
          <w:rFonts w:cs="B Mitra" w:hint="cs"/>
          <w:color w:val="70AD47" w:themeColor="accent6"/>
          <w:sz w:val="28"/>
          <w:szCs w:val="28"/>
          <w:rtl/>
        </w:rPr>
        <w:t>ی: ا</w:t>
      </w:r>
      <w:r w:rsidRPr="0000691D">
        <w:rPr>
          <w:rFonts w:cs="B Mitra"/>
          <w:color w:val="70AD47" w:themeColor="accent6"/>
          <w:sz w:val="28"/>
          <w:szCs w:val="28"/>
          <w:rtl/>
        </w:rPr>
        <w:t>ز</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شناخت</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صحیح</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تا</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فرصت</w:t>
      </w:r>
      <w:r w:rsidRPr="0000691D">
        <w:rPr>
          <w:rFonts w:ascii="Vazirmatn" w:hAnsi="Vazirmatn" w:cs="B Mitra"/>
          <w:color w:val="70AD47" w:themeColor="accent6"/>
          <w:sz w:val="28"/>
          <w:szCs w:val="28"/>
        </w:rPr>
        <w:t>‌</w:t>
      </w:r>
      <w:r w:rsidRPr="0000691D">
        <w:rPr>
          <w:rFonts w:cs="B Mitra"/>
          <w:color w:val="70AD47" w:themeColor="accent6"/>
          <w:sz w:val="28"/>
          <w:szCs w:val="28"/>
          <w:rtl/>
        </w:rPr>
        <w:t>های</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برابر</w:t>
      </w:r>
      <w:bookmarkEnd w:id="6"/>
    </w:p>
    <w:p w:rsidR="00A75B1C" w:rsidRPr="0000691D" w:rsidRDefault="00A75B1C" w:rsidP="0000691D">
      <w:pPr>
        <w:bidi/>
        <w:spacing w:after="160" w:line="360" w:lineRule="auto"/>
        <w:jc w:val="both"/>
        <w:rPr>
          <w:rFonts w:cs="B Mitra"/>
          <w:color w:val="000000" w:themeColor="text1"/>
          <w:sz w:val="28"/>
          <w:szCs w:val="28"/>
        </w:rPr>
      </w:pPr>
      <w:r w:rsidRPr="0000691D">
        <w:rPr>
          <w:rFonts w:ascii="Arial" w:hAnsi="Arial" w:cs="B Mitra"/>
          <w:color w:val="000000" w:themeColor="text1"/>
          <w:sz w:val="28"/>
          <w:szCs w:val="28"/>
          <w:rtl/>
        </w:rPr>
        <w:t>و</w:t>
      </w:r>
      <w:r w:rsidRPr="0000691D">
        <w:rPr>
          <w:rFonts w:ascii="Vazirmatn" w:hAnsi="Vazirmatn" w:cs="B Mitra"/>
          <w:color w:val="000000" w:themeColor="text1"/>
          <w:sz w:val="28"/>
          <w:szCs w:val="28"/>
          <w:rtl/>
        </w:rPr>
        <w:t>صول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tl/>
        </w:rPr>
        <w:t>فرصت</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برابر</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هدف</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غایی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هر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جامعه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پیشرو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تنها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مسیر</w:t>
      </w:r>
      <w:r w:rsidRPr="0000691D">
        <w:rPr>
          <w:rFonts w:ascii="Vazirmatn" w:hAnsi="Vazirmatn" w:cs="B Mitra"/>
          <w:color w:val="000000" w:themeColor="text1"/>
          <w:sz w:val="28"/>
          <w:szCs w:val="28"/>
        </w:rPr>
        <w:t xml:space="preserve"> </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tl/>
        </w:rPr>
        <w:t>تصمیم</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گیری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درست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کارشناسی</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گذرد</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اما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تصمیم</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درست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خود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معلول</w:t>
      </w:r>
      <w:r w:rsidRPr="0000691D">
        <w:rPr>
          <w:rFonts w:ascii="Vazirmatn" w:hAnsi="Vazirmatn" w:cs="B Mitra"/>
          <w:color w:val="000000" w:themeColor="text1"/>
          <w:sz w:val="28"/>
          <w:szCs w:val="28"/>
        </w:rPr>
        <w:t xml:space="preserve"> </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tl/>
        </w:rPr>
        <w:t>شناخت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صحیح</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واسطه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مسئل</w:t>
      </w:r>
      <w:r w:rsidRPr="0000691D">
        <w:rPr>
          <w:rFonts w:ascii="Vazirmatn" w:hAnsi="Vazirmatn" w:cs="B Mitra" w:hint="cs"/>
          <w:color w:val="000000" w:themeColor="text1"/>
          <w:sz w:val="28"/>
          <w:szCs w:val="28"/>
          <w:rtl/>
        </w:rPr>
        <w:t>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است</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شناخت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دقیق</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هرگز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گزارش</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ستادی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یا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آمارهای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خشک</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اداری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حاصل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نمی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شود؛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بلک</w:t>
      </w:r>
      <w:r w:rsidRPr="0000691D">
        <w:rPr>
          <w:rFonts w:ascii="Vazirmatn" w:hAnsi="Vazirmatn" w:cs="B Mitra" w:hint="cs"/>
          <w:color w:val="000000" w:themeColor="text1"/>
          <w:sz w:val="28"/>
          <w:szCs w:val="28"/>
          <w:rtl/>
        </w:rPr>
        <w:t xml:space="preserve">ه، </w:t>
      </w:r>
      <w:r w:rsidRPr="0000691D">
        <w:rPr>
          <w:rFonts w:ascii="Vazirmatn" w:hAnsi="Vazirmatn" w:cs="B Mitra"/>
          <w:color w:val="000000" w:themeColor="text1"/>
          <w:sz w:val="28"/>
          <w:szCs w:val="28"/>
          <w:rtl/>
        </w:rPr>
        <w:t>تنها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مشارکت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فعال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مؤثر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جامعه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تخصصیِ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ذی</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tl/>
        </w:rPr>
        <w:t>نفع</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بیرون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آید.</w:t>
      </w:r>
    </w:p>
    <w:p w:rsidR="00A75B1C" w:rsidRPr="0000691D" w:rsidRDefault="00A75B1C" w:rsidP="0000691D">
      <w:pPr>
        <w:bidi/>
        <w:spacing w:after="160" w:line="360" w:lineRule="auto"/>
        <w:jc w:val="both"/>
        <w:rPr>
          <w:rFonts w:ascii="Vazirmatn" w:hAnsi="Vazirmatn" w:cs="B Mitra"/>
          <w:color w:val="000000" w:themeColor="text1"/>
          <w:sz w:val="28"/>
          <w:szCs w:val="28"/>
          <w:rtl/>
        </w:rPr>
      </w:pPr>
      <w:r w:rsidRPr="0000691D">
        <w:rPr>
          <w:rFonts w:ascii="Arial" w:hAnsi="Arial" w:cs="B Mitra"/>
          <w:color w:val="000000" w:themeColor="text1"/>
          <w:sz w:val="28"/>
          <w:szCs w:val="28"/>
          <w:rtl/>
        </w:rPr>
        <w:t>اگر</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قرار</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است</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فرصت</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برابری</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ایجاد</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شود،</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باید</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دل</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نظرات</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کارشناسی</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سپرد؛</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نظراتی</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که</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مستقیماً</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تجربه</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زیسته</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افراد</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نابینا</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متخصصان</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این</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حوزه</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برمی</w:t>
      </w:r>
      <w:r w:rsidRPr="0000691D">
        <w:rPr>
          <w:rFonts w:ascii="Vazirmatn" w:hAnsi="Vazirmatn" w:cs="B Mitra"/>
          <w:color w:val="000000" w:themeColor="text1"/>
          <w:sz w:val="28"/>
          <w:szCs w:val="28"/>
        </w:rPr>
        <w:t>‌</w:t>
      </w:r>
      <w:r w:rsidRPr="0000691D">
        <w:rPr>
          <w:rFonts w:ascii="Arial" w:hAnsi="Arial" w:cs="B Mitra"/>
          <w:color w:val="000000" w:themeColor="text1"/>
          <w:sz w:val="28"/>
          <w:szCs w:val="28"/>
          <w:rtl/>
        </w:rPr>
        <w:t>خیزد</w:t>
      </w:r>
      <w:r w:rsidRPr="0000691D">
        <w:rPr>
          <w:rFonts w:ascii="Vazirmatn" w:hAnsi="Vazirmatn" w:cs="B Mitra"/>
          <w:color w:val="000000" w:themeColor="text1"/>
          <w:sz w:val="28"/>
          <w:szCs w:val="28"/>
          <w:rtl/>
        </w:rPr>
        <w:t>.</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ادامه،</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تحقق</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این</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راهبرد</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کلیدی</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را</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بخش</w:t>
      </w:r>
      <w:r w:rsidRPr="0000691D">
        <w:rPr>
          <w:rFonts w:ascii="Vazirmatn" w:hAnsi="Vazirmatn" w:cs="B Mitra"/>
          <w:color w:val="000000" w:themeColor="text1"/>
          <w:sz w:val="28"/>
          <w:szCs w:val="28"/>
        </w:rPr>
        <w:t>‌</w:t>
      </w:r>
      <w:r w:rsidRPr="0000691D">
        <w:rPr>
          <w:rFonts w:ascii="Arial" w:hAnsi="Arial" w:cs="B Mitra"/>
          <w:color w:val="000000" w:themeColor="text1"/>
          <w:sz w:val="28"/>
          <w:szCs w:val="28"/>
          <w:rtl/>
        </w:rPr>
        <w:t>ها</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ارگان</w:t>
      </w:r>
      <w:r w:rsidRPr="0000691D">
        <w:rPr>
          <w:rFonts w:ascii="Vazirmatn" w:hAnsi="Vazirmatn" w:cs="B Mitra"/>
          <w:color w:val="000000" w:themeColor="text1"/>
          <w:sz w:val="28"/>
          <w:szCs w:val="28"/>
        </w:rPr>
        <w:t>‌</w:t>
      </w:r>
      <w:r w:rsidRPr="0000691D">
        <w:rPr>
          <w:rFonts w:ascii="Arial" w:hAnsi="Arial"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حیاتی</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کشور</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نقد</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بررسی</w:t>
      </w:r>
      <w:r w:rsidRPr="0000691D">
        <w:rPr>
          <w:rFonts w:ascii="Vazirmatn" w:hAnsi="Vazirmatn" w:cs="B Mitra"/>
          <w:color w:val="000000" w:themeColor="text1"/>
          <w:sz w:val="28"/>
          <w:szCs w:val="28"/>
        </w:rPr>
        <w:t xml:space="preserve"> </w:t>
      </w:r>
      <w:r w:rsidRPr="0000691D">
        <w:rPr>
          <w:rFonts w:ascii="Arial" w:hAnsi="Arial" w:cs="B Mitra"/>
          <w:color w:val="000000" w:themeColor="text1"/>
          <w:sz w:val="28"/>
          <w:szCs w:val="28"/>
          <w:rtl/>
        </w:rPr>
        <w:t>می</w:t>
      </w:r>
      <w:r w:rsidRPr="0000691D">
        <w:rPr>
          <w:rFonts w:ascii="Vazirmatn" w:hAnsi="Vazirmatn" w:cs="B Mitra"/>
          <w:color w:val="000000" w:themeColor="text1"/>
          <w:sz w:val="28"/>
          <w:szCs w:val="28"/>
        </w:rPr>
        <w:t>‌</w:t>
      </w:r>
      <w:r w:rsidRPr="0000691D">
        <w:rPr>
          <w:rFonts w:ascii="Arial" w:hAnsi="Arial" w:cs="B Mitra"/>
          <w:color w:val="000000" w:themeColor="text1"/>
          <w:sz w:val="28"/>
          <w:szCs w:val="28"/>
          <w:rtl/>
        </w:rPr>
        <w:t>کنی</w:t>
      </w:r>
      <w:r w:rsidRPr="0000691D">
        <w:rPr>
          <w:rFonts w:ascii="Vazirmatn" w:hAnsi="Vazirmatn" w:cs="B Mitra" w:hint="cs"/>
          <w:color w:val="000000" w:themeColor="text1"/>
          <w:sz w:val="28"/>
          <w:szCs w:val="28"/>
          <w:rtl/>
        </w:rPr>
        <w:t>م.</w:t>
      </w:r>
    </w:p>
    <w:p w:rsidR="00A75B1C" w:rsidRPr="002462E8" w:rsidRDefault="00A75B1C" w:rsidP="002462E8">
      <w:pPr>
        <w:pStyle w:val="Heading3"/>
        <w:bidi/>
        <w:rPr>
          <w:rFonts w:ascii="Vazirmatn" w:hAnsi="Vazirmatn" w:cs="B Mitra"/>
          <w:color w:val="70AD47" w:themeColor="accent6"/>
          <w:sz w:val="28"/>
          <w:szCs w:val="28"/>
        </w:rPr>
      </w:pPr>
      <w:bookmarkStart w:id="7" w:name="_Toc243400514"/>
      <w:r w:rsidRPr="002462E8">
        <w:rPr>
          <w:rFonts w:ascii="Vazirmatn" w:hAnsi="Vazirmatn" w:cs="B Mitra"/>
          <w:color w:val="70AD47" w:themeColor="accent6"/>
          <w:sz w:val="28"/>
          <w:szCs w:val="28"/>
          <w:rtl/>
        </w:rPr>
        <w:lastRenderedPageBreak/>
        <w:t>آموزش</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و</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پرورش</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استثنایی؛</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لزوم</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عبور</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از</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نگاه</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مصلحت</w:t>
      </w:r>
      <w:r w:rsidRPr="002462E8">
        <w:rPr>
          <w:rFonts w:ascii="Vazirmatn" w:hAnsi="Vazirmatn" w:cs="B Mitra"/>
          <w:color w:val="70AD47" w:themeColor="accent6"/>
          <w:sz w:val="28"/>
          <w:szCs w:val="28"/>
        </w:rPr>
        <w:t>‌</w:t>
      </w:r>
      <w:r w:rsidRPr="002462E8">
        <w:rPr>
          <w:rFonts w:cs="B Mitra"/>
          <w:color w:val="70AD47" w:themeColor="accent6"/>
          <w:sz w:val="28"/>
          <w:szCs w:val="28"/>
          <w:rtl/>
        </w:rPr>
        <w:t>اندیشانه</w:t>
      </w:r>
      <w:bookmarkEnd w:id="7"/>
    </w:p>
    <w:p w:rsidR="00A75B1C" w:rsidRPr="0000691D" w:rsidRDefault="00A75B1C" w:rsidP="0000691D">
      <w:pPr>
        <w:bidi/>
        <w:spacing w:after="160" w:line="360" w:lineRule="auto"/>
        <w:jc w:val="both"/>
        <w:rPr>
          <w:rFonts w:cs="B Mitra"/>
          <w:color w:val="000000" w:themeColor="text1"/>
          <w:sz w:val="28"/>
          <w:szCs w:val="28"/>
        </w:rPr>
      </w:pPr>
      <w:r w:rsidRPr="0000691D">
        <w:rPr>
          <w:rFonts w:ascii="Arial" w:hAnsi="Arial" w:cs="B Mitra"/>
          <w:color w:val="000000" w:themeColor="text1"/>
          <w:sz w:val="28"/>
          <w:szCs w:val="28"/>
          <w:rtl/>
        </w:rPr>
        <w:t>ی</w:t>
      </w:r>
      <w:r w:rsidRPr="0000691D">
        <w:rPr>
          <w:rFonts w:ascii="Vazirmatn" w:hAnsi="Vazirmatn" w:cs="B Mitra"/>
          <w:color w:val="000000" w:themeColor="text1"/>
          <w:sz w:val="28"/>
          <w:szCs w:val="28"/>
          <w:rtl/>
        </w:rPr>
        <w:t>کی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نخستین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عرصه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درگیر،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سازمان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آموزش</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پرورش</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استثنایی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ساختار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آموزشی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کشور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کودکان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دانش</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آموزان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نابینا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کم</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بینا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روزانه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چالش</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ریز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درشتی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کلاس</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درس،</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مسائل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روحی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روانی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محتواهای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آموزشی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دست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گریبانند.</w:t>
      </w:r>
    </w:p>
    <w:p w:rsidR="00A75B1C" w:rsidRPr="0000691D" w:rsidRDefault="00A75B1C" w:rsidP="0000691D">
      <w:pPr>
        <w:bidi/>
        <w:spacing w:after="160" w:line="360" w:lineRule="auto"/>
        <w:jc w:val="both"/>
        <w:rPr>
          <w:rFonts w:ascii="Vazirmatn" w:hAnsi="Vazirmatn" w:cs="B Mitra"/>
          <w:color w:val="000000" w:themeColor="text1"/>
          <w:sz w:val="28"/>
          <w:szCs w:val="28"/>
          <w:rtl/>
        </w:rPr>
      </w:pPr>
      <w:r w:rsidRPr="0000691D">
        <w:rPr>
          <w:rFonts w:ascii="Vazirmatn" w:hAnsi="Vazirmatn" w:cs="B Mitra"/>
          <w:color w:val="000000" w:themeColor="text1"/>
          <w:sz w:val="28"/>
          <w:szCs w:val="28"/>
          <w:rtl/>
        </w:rPr>
        <w:t>اگرچه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سازمان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دارای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کارشناسان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ستادی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اما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کارشناس</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اداری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دلیل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ملاحظات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سازمانی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محافظه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کاری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رایج</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سیستم</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دولتی،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غالباً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توان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یا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جسارتِ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بیان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پرده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حقایق</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ندارد.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راهکار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تحقق</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شعار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حوزه،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تشکیل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کمیته</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تخصصی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مشورتی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متشکل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معلمان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دبیران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نابینا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خود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خط</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مقدم</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تدریس</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مدارس</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استثنایی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یا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تلفیقی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حضور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دارند.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معلمان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دلیل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تجربه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روبرو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شدن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مستقیم</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چالش</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عدم</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وابستگی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ملاحظات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اداریِ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ستاد،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توانند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پرده،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شجاعانه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کاربردی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رئیس</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سازمان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مدیران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ارشد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مشاوره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دهند</w:t>
      </w:r>
      <w:r w:rsidRPr="0000691D">
        <w:rPr>
          <w:rFonts w:ascii="Vazirmatn" w:hAnsi="Vazirmatn" w:cs="B Mitra" w:hint="cs"/>
          <w:color w:val="000000" w:themeColor="text1"/>
          <w:sz w:val="28"/>
          <w:szCs w:val="28"/>
          <w:rtl/>
        </w:rPr>
        <w:t>.</w:t>
      </w:r>
    </w:p>
    <w:p w:rsidR="00A75B1C" w:rsidRPr="0000691D" w:rsidRDefault="00A75B1C" w:rsidP="0000691D">
      <w:pPr>
        <w:pStyle w:val="Heading3"/>
        <w:bidi/>
        <w:spacing w:line="360" w:lineRule="auto"/>
        <w:rPr>
          <w:rFonts w:cs="B Mitra"/>
          <w:color w:val="70AD47" w:themeColor="accent6"/>
          <w:sz w:val="28"/>
          <w:szCs w:val="28"/>
        </w:rPr>
      </w:pPr>
      <w:bookmarkStart w:id="8" w:name="_Toc243400515"/>
      <w:r w:rsidRPr="0000691D">
        <w:rPr>
          <w:rFonts w:ascii="Times New Roman" w:hAnsi="Times New Roman" w:cs="B Mitra"/>
          <w:color w:val="70AD47" w:themeColor="accent6"/>
          <w:sz w:val="28"/>
          <w:szCs w:val="28"/>
          <w:rtl/>
        </w:rPr>
        <w:t>سازمان</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بهزیستی</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کشور؛</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احیای</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چارت</w:t>
      </w:r>
      <w:r w:rsidRPr="0000691D">
        <w:rPr>
          <w:rFonts w:ascii="Vazirmatn" w:hAnsi="Vazirmatn" w:cs="B Mitra"/>
          <w:color w:val="70AD47" w:themeColor="accent6"/>
          <w:sz w:val="28"/>
          <w:szCs w:val="28"/>
        </w:rPr>
        <w:t>‌</w:t>
      </w:r>
      <w:r w:rsidRPr="0000691D">
        <w:rPr>
          <w:rFonts w:cs="B Mitra"/>
          <w:color w:val="70AD47" w:themeColor="accent6"/>
          <w:sz w:val="28"/>
          <w:szCs w:val="28"/>
          <w:rtl/>
        </w:rPr>
        <w:t>های</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خالی</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و</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کارگروه</w:t>
      </w:r>
      <w:r w:rsidRPr="0000691D">
        <w:rPr>
          <w:rFonts w:ascii="Vazirmatn" w:hAnsi="Vazirmatn" w:cs="B Mitra"/>
          <w:color w:val="70AD47" w:themeColor="accent6"/>
          <w:sz w:val="28"/>
          <w:szCs w:val="28"/>
        </w:rPr>
        <w:t>‌</w:t>
      </w:r>
      <w:r w:rsidRPr="0000691D">
        <w:rPr>
          <w:rFonts w:cs="B Mitra"/>
          <w:color w:val="70AD47" w:themeColor="accent6"/>
          <w:sz w:val="28"/>
          <w:szCs w:val="28"/>
          <w:rtl/>
        </w:rPr>
        <w:t>های</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تخصصی</w:t>
      </w:r>
      <w:bookmarkEnd w:id="8"/>
    </w:p>
    <w:p w:rsidR="00A75B1C" w:rsidRPr="0000691D" w:rsidRDefault="00A75B1C" w:rsidP="0000691D">
      <w:pPr>
        <w:bidi/>
        <w:spacing w:after="160" w:line="360" w:lineRule="auto"/>
        <w:jc w:val="both"/>
        <w:rPr>
          <w:rFonts w:ascii="Vazirmatn" w:hAnsi="Vazirmatn" w:cs="B Mitra"/>
          <w:color w:val="000000" w:themeColor="text1"/>
          <w:sz w:val="28"/>
          <w:szCs w:val="28"/>
          <w:rtl/>
        </w:rPr>
      </w:pPr>
      <w:r w:rsidRPr="0000691D">
        <w:rPr>
          <w:rFonts w:ascii="Arial" w:hAnsi="Arial" w:cs="B Mitra"/>
          <w:color w:val="000000" w:themeColor="text1"/>
          <w:sz w:val="28"/>
          <w:szCs w:val="28"/>
          <w:rtl/>
        </w:rPr>
        <w:t>س</w:t>
      </w:r>
      <w:r w:rsidRPr="0000691D">
        <w:rPr>
          <w:rFonts w:ascii="Vazirmatn" w:hAnsi="Vazirmatn" w:cs="B Mitra"/>
          <w:color w:val="000000" w:themeColor="text1"/>
          <w:sz w:val="28"/>
          <w:szCs w:val="28"/>
          <w:rtl/>
        </w:rPr>
        <w:t>ازمان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بهزیستی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عنوان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متولی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اصلی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رفاه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توانبخشی،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خود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صادرکننده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شعار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بیش</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هر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ارگان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دیگری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زیر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ذره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بین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نقد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قرار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دارد.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رویه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گذشته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بهزیستی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بود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چارت</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سازمانی،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کارشناسان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نابینا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دارای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معلولیت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بهره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جست؛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اما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سال</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اخیر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بازنشستگی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نیروها،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جایگزینی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برای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آنان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نظر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گرفته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نشد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پست</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تخصصی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عملاً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خالی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یا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افراد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غیرمتخصص</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واگذار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گردید</w:t>
      </w:r>
      <w:r w:rsidRPr="0000691D">
        <w:rPr>
          <w:rFonts w:ascii="Vazirmatn" w:hAnsi="Vazirmatn" w:cs="B Mitra" w:hint="cs"/>
          <w:color w:val="000000" w:themeColor="text1"/>
          <w:sz w:val="28"/>
          <w:szCs w:val="28"/>
          <w:rtl/>
        </w:rPr>
        <w:t xml:space="preserve">. </w:t>
      </w:r>
      <w:r w:rsidRPr="0000691D">
        <w:rPr>
          <w:rFonts w:ascii="Vazirmatn" w:hAnsi="Vazirmatn" w:cs="B Mitra"/>
          <w:color w:val="000000" w:themeColor="text1"/>
          <w:sz w:val="28"/>
          <w:szCs w:val="28"/>
          <w:rtl/>
        </w:rPr>
        <w:t>برای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آنکه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شعار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امسال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بهزیستی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حد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یک</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نماد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متوقف</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نماند،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ایجاد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کارگروه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تخصصی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پنج</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نفره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برای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هر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گروه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معلولیت</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w:t>
      </w:r>
      <w:r w:rsidRPr="0000691D">
        <w:rPr>
          <w:rFonts w:ascii="Vazirmatn" w:hAnsi="Vazirmatn" w:cs="B Mitra" w:hint="cs"/>
          <w:color w:val="000000" w:themeColor="text1"/>
          <w:sz w:val="28"/>
          <w:szCs w:val="28"/>
          <w:rtl/>
        </w:rPr>
        <w:t>ا (نابینایان</w:t>
      </w:r>
      <w:r w:rsidRPr="0000691D">
        <w:rPr>
          <w:rFonts w:ascii="Vazirmatn" w:hAnsi="Vazirmatn" w:cs="B Mitra"/>
          <w:color w:val="000000" w:themeColor="text1"/>
          <w:sz w:val="28"/>
          <w:szCs w:val="28"/>
          <w:rtl/>
        </w:rPr>
        <w:t xml:space="preserve"> ،</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ناشنوایان،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معلولان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جسمی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حرکتی،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اتیسم،</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سندروم</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داون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معلولان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ذهن</w:t>
      </w:r>
      <w:r w:rsidRPr="0000691D">
        <w:rPr>
          <w:rFonts w:ascii="Vazirmatn" w:hAnsi="Vazirmatn" w:cs="B Mitra" w:hint="cs"/>
          <w:color w:val="000000" w:themeColor="text1"/>
          <w:sz w:val="28"/>
          <w:szCs w:val="28"/>
          <w:rtl/>
        </w:rPr>
        <w:t xml:space="preserve">ی) </w:t>
      </w:r>
      <w:r w:rsidRPr="0000691D">
        <w:rPr>
          <w:rFonts w:ascii="Vazirmatn" w:hAnsi="Vazirmatn" w:cs="B Mitra"/>
          <w:color w:val="000000" w:themeColor="text1"/>
          <w:sz w:val="28"/>
          <w:szCs w:val="28"/>
          <w:rtl/>
        </w:rPr>
        <w:t>الزامی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اعضای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کارگروه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باید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میان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صاحب</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نظران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مستقل،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نخبگان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جامعه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معلولان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نمایندگان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تشکل</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غیردولت</w:t>
      </w:r>
      <w:r w:rsidRPr="0000691D">
        <w:rPr>
          <w:rFonts w:ascii="Vazirmatn" w:hAnsi="Vazirmatn" w:cs="B Mitra" w:hint="cs"/>
          <w:color w:val="000000" w:themeColor="text1"/>
          <w:sz w:val="28"/>
          <w:szCs w:val="28"/>
          <w:rtl/>
        </w:rPr>
        <w:t xml:space="preserve">ی </w:t>
      </w:r>
      <w:r w:rsidRPr="0000691D">
        <w:rPr>
          <w:rFonts w:ascii="Vazirmatn" w:hAnsi="Vazirmatn" w:cs="B Mitra"/>
          <w:color w:val="000000" w:themeColor="text1"/>
          <w:sz w:val="28"/>
          <w:szCs w:val="28"/>
          <w:rtl/>
        </w:rPr>
        <w:t>انتخاب</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شوند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عنوان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بازوی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کارشناسی،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چالش</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واقعی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مستقیماً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سطوح</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تصمیم</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tl/>
        </w:rPr>
        <w:t>ساز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منتقل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کنند</w:t>
      </w:r>
      <w:r w:rsidRPr="0000691D">
        <w:rPr>
          <w:rFonts w:ascii="Vazirmatn" w:hAnsi="Vazirmatn" w:cs="B Mitra" w:hint="cs"/>
          <w:color w:val="000000" w:themeColor="text1"/>
          <w:sz w:val="28"/>
          <w:szCs w:val="28"/>
          <w:rtl/>
        </w:rPr>
        <w:t>.</w:t>
      </w:r>
    </w:p>
    <w:p w:rsidR="00A75B1C" w:rsidRPr="002462E8" w:rsidRDefault="00A75B1C" w:rsidP="002462E8">
      <w:pPr>
        <w:pStyle w:val="Heading3"/>
        <w:bidi/>
        <w:rPr>
          <w:rFonts w:cs="B Mitra"/>
          <w:color w:val="70AD47" w:themeColor="accent6"/>
          <w:sz w:val="28"/>
          <w:szCs w:val="28"/>
        </w:rPr>
      </w:pPr>
      <w:bookmarkStart w:id="9" w:name="_Toc243400516"/>
      <w:r w:rsidRPr="002462E8">
        <w:rPr>
          <w:rFonts w:ascii="Vazirmatn" w:hAnsi="Vazirmatn" w:cs="B Mitra"/>
          <w:color w:val="70AD47" w:themeColor="accent6"/>
          <w:sz w:val="28"/>
          <w:szCs w:val="28"/>
          <w:rtl/>
        </w:rPr>
        <w:t>شبکه</w:t>
      </w:r>
      <w:r w:rsidRPr="002462E8">
        <w:rPr>
          <w:rFonts w:ascii="Vazirmatn" w:hAnsi="Vazirmatn" w:cs="B Mitra"/>
          <w:color w:val="70AD47" w:themeColor="accent6"/>
          <w:sz w:val="28"/>
          <w:szCs w:val="28"/>
        </w:rPr>
        <w:t>‌</w:t>
      </w:r>
      <w:r w:rsidRPr="002462E8">
        <w:rPr>
          <w:rFonts w:cs="B Mitra"/>
          <w:color w:val="70AD47" w:themeColor="accent6"/>
          <w:sz w:val="28"/>
          <w:szCs w:val="28"/>
          <w:rtl/>
        </w:rPr>
        <w:t>های</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ملی</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تشکل</w:t>
      </w:r>
      <w:r w:rsidRPr="002462E8">
        <w:rPr>
          <w:rFonts w:ascii="Vazirmatn" w:hAnsi="Vazirmatn" w:cs="B Mitra"/>
          <w:color w:val="70AD47" w:themeColor="accent6"/>
          <w:sz w:val="28"/>
          <w:szCs w:val="28"/>
        </w:rPr>
        <w:t>‌</w:t>
      </w:r>
      <w:r w:rsidRPr="002462E8">
        <w:rPr>
          <w:rFonts w:cs="B Mitra"/>
          <w:color w:val="70AD47" w:themeColor="accent6"/>
          <w:sz w:val="28"/>
          <w:szCs w:val="28"/>
          <w:rtl/>
        </w:rPr>
        <w:t>ها؛</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واسطه</w:t>
      </w:r>
      <w:r w:rsidRPr="002462E8">
        <w:rPr>
          <w:rFonts w:ascii="Vazirmatn" w:hAnsi="Vazirmatn" w:cs="B Mitra"/>
          <w:color w:val="70AD47" w:themeColor="accent6"/>
          <w:sz w:val="28"/>
          <w:szCs w:val="28"/>
        </w:rPr>
        <w:t>‌</w:t>
      </w:r>
      <w:r w:rsidRPr="002462E8">
        <w:rPr>
          <w:rFonts w:cs="B Mitra"/>
          <w:color w:val="70AD47" w:themeColor="accent6"/>
          <w:sz w:val="28"/>
          <w:szCs w:val="28"/>
          <w:rtl/>
        </w:rPr>
        <w:t>ای</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برای</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رسالت</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واقعی</w:t>
      </w:r>
      <w:bookmarkEnd w:id="9"/>
    </w:p>
    <w:p w:rsidR="00A75B1C" w:rsidRPr="0000691D" w:rsidRDefault="00A75B1C" w:rsidP="0000691D">
      <w:pPr>
        <w:bidi/>
        <w:spacing w:after="160" w:line="360" w:lineRule="auto"/>
        <w:jc w:val="both"/>
        <w:rPr>
          <w:rFonts w:ascii="Vazirmatn" w:hAnsi="Vazirmatn" w:cs="B Mitra"/>
          <w:color w:val="000000" w:themeColor="text1"/>
          <w:sz w:val="28"/>
          <w:szCs w:val="28"/>
          <w:rtl/>
        </w:rPr>
      </w:pPr>
      <w:r w:rsidRPr="0000691D">
        <w:rPr>
          <w:rFonts w:ascii="Arial" w:hAnsi="Arial" w:cs="B Mitra"/>
          <w:color w:val="000000" w:themeColor="text1"/>
          <w:sz w:val="28"/>
          <w:szCs w:val="28"/>
          <w:rtl/>
        </w:rPr>
        <w:t>ب</w:t>
      </w:r>
      <w:r w:rsidRPr="0000691D">
        <w:rPr>
          <w:rFonts w:ascii="Vazirmatn" w:hAnsi="Vazirmatn" w:cs="B Mitra"/>
          <w:color w:val="000000" w:themeColor="text1"/>
          <w:sz w:val="28"/>
          <w:szCs w:val="28"/>
          <w:rtl/>
        </w:rPr>
        <w:t>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اساس</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قانون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حمایت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حقوق</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افراد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دارای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معلولیت،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شبکه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ملی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تشکل</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ظرفیت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قانونی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نظیری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برای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تحقق</w:t>
      </w:r>
      <w:r w:rsidRPr="0000691D">
        <w:rPr>
          <w:rFonts w:ascii="Vazirmatn" w:hAnsi="Vazirmatn" w:cs="B Mitra"/>
          <w:color w:val="000000" w:themeColor="text1"/>
          <w:sz w:val="28"/>
          <w:szCs w:val="28"/>
        </w:rPr>
        <w:t xml:space="preserve"> </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tl/>
        </w:rPr>
        <w:t>مشارکت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مؤث</w:t>
      </w:r>
      <w:r w:rsidRPr="0000691D">
        <w:rPr>
          <w:rFonts w:ascii="Vazirmatn" w:hAnsi="Vazirmatn" w:cs="B Mitra" w:hint="cs"/>
          <w:color w:val="000000" w:themeColor="text1"/>
          <w:sz w:val="28"/>
          <w:szCs w:val="28"/>
          <w:rtl/>
        </w:rPr>
        <w:t>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دارند.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شبکه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نباید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ساختارهایی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تشریفاتی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یا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محدود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چند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فرد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خاص</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تبدیل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شوند.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رسالت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واقعی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lastRenderedPageBreak/>
        <w:t>شبکه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ملی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برقراری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ارتباط</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سازمان</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مردم</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نهادِ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زیرمجموعه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سراسر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کشور،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صدای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واقعی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بدنه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جامعه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نابینایان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معلولان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بشنوند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آن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نظام</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تصمیم</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سازی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کشور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پیوند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زنند</w:t>
      </w:r>
      <w:r w:rsidRPr="0000691D">
        <w:rPr>
          <w:rFonts w:ascii="Vazirmatn" w:hAnsi="Vazirmatn" w:cs="B Mitra" w:hint="cs"/>
          <w:color w:val="000000" w:themeColor="text1"/>
          <w:sz w:val="28"/>
          <w:szCs w:val="28"/>
          <w:rtl/>
        </w:rPr>
        <w:t>.</w:t>
      </w:r>
    </w:p>
    <w:p w:rsidR="00A75B1C" w:rsidRPr="0000691D" w:rsidRDefault="00A75B1C" w:rsidP="0000691D">
      <w:pPr>
        <w:pStyle w:val="Heading3"/>
        <w:bidi/>
        <w:spacing w:line="360" w:lineRule="auto"/>
        <w:rPr>
          <w:rFonts w:cs="B Mitra"/>
          <w:color w:val="70AD47" w:themeColor="accent6"/>
          <w:sz w:val="28"/>
          <w:szCs w:val="28"/>
        </w:rPr>
      </w:pPr>
      <w:bookmarkStart w:id="10" w:name="_Toc243400517"/>
      <w:r w:rsidRPr="0000691D">
        <w:rPr>
          <w:rFonts w:ascii="Times New Roman" w:hAnsi="Times New Roman" w:cs="B Mitra"/>
          <w:color w:val="70AD47" w:themeColor="accent6"/>
          <w:sz w:val="28"/>
          <w:szCs w:val="28"/>
          <w:rtl/>
        </w:rPr>
        <w:t>ستاد</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مناسب</w:t>
      </w:r>
      <w:r w:rsidRPr="0000691D">
        <w:rPr>
          <w:rFonts w:ascii="Vazirmatn" w:hAnsi="Vazirmatn" w:cs="B Mitra"/>
          <w:color w:val="70AD47" w:themeColor="accent6"/>
          <w:sz w:val="28"/>
          <w:szCs w:val="28"/>
        </w:rPr>
        <w:t>‌</w:t>
      </w:r>
      <w:r w:rsidRPr="0000691D">
        <w:rPr>
          <w:rFonts w:cs="B Mitra"/>
          <w:color w:val="70AD47" w:themeColor="accent6"/>
          <w:sz w:val="28"/>
          <w:szCs w:val="28"/>
          <w:rtl/>
        </w:rPr>
        <w:t>سازی؛</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ضرورت</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حضور</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کارشناسان</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نابینا</w:t>
      </w:r>
      <w:bookmarkEnd w:id="10"/>
    </w:p>
    <w:p w:rsidR="00A75B1C" w:rsidRPr="0000691D" w:rsidRDefault="00A75B1C" w:rsidP="0000691D">
      <w:pPr>
        <w:bidi/>
        <w:spacing w:after="160" w:line="360" w:lineRule="auto"/>
        <w:jc w:val="both"/>
        <w:rPr>
          <w:rFonts w:cs="B Mitra"/>
          <w:color w:val="000000" w:themeColor="text1"/>
          <w:sz w:val="28"/>
          <w:szCs w:val="28"/>
        </w:rPr>
      </w:pPr>
      <w:r w:rsidRPr="0000691D">
        <w:rPr>
          <w:rFonts w:ascii="Arial" w:hAnsi="Arial" w:cs="B Mitra"/>
          <w:color w:val="000000" w:themeColor="text1"/>
          <w:sz w:val="28"/>
          <w:szCs w:val="28"/>
          <w:rtl/>
        </w:rPr>
        <w:t>ی</w:t>
      </w:r>
      <w:r w:rsidRPr="0000691D">
        <w:rPr>
          <w:rFonts w:ascii="Vazirmatn" w:hAnsi="Vazirmatn" w:cs="B Mitra"/>
          <w:color w:val="000000" w:themeColor="text1"/>
          <w:sz w:val="28"/>
          <w:szCs w:val="28"/>
          <w:rtl/>
        </w:rPr>
        <w:t>کی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ملموس</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ترین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چالش</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افراد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نابینا،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مسئله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مناسب</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سازی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شهری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دسترس</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پذیری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فضای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مجازی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سایبری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حقیقت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ساده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اما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مغفول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w:t>
      </w:r>
      <w:r w:rsidRPr="0000691D">
        <w:rPr>
          <w:rFonts w:ascii="Vazirmatn" w:hAnsi="Vazirmatn" w:cs="B Mitra" w:hint="cs"/>
          <w:color w:val="000000" w:themeColor="text1"/>
          <w:sz w:val="28"/>
          <w:szCs w:val="28"/>
          <w:rtl/>
        </w:rPr>
        <w:t xml:space="preserve">ت: </w:t>
      </w:r>
      <w:r w:rsidRPr="0000691D">
        <w:rPr>
          <w:rFonts w:ascii="Vazirmatn" w:hAnsi="Vazirmatn" w:cs="B Mitra"/>
          <w:color w:val="000000" w:themeColor="text1"/>
          <w:sz w:val="28"/>
          <w:szCs w:val="28"/>
          <w:rtl/>
        </w:rPr>
        <w:t>تنها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یک</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فرد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نابینا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خود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نرم</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افزارهای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صفحه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خوان</w:t>
      </w:r>
      <w:r w:rsidRPr="0000691D">
        <w:rPr>
          <w:rFonts w:ascii="Vazirmatn" w:hAnsi="Vazirmatn" w:cs="B Mitra"/>
          <w:color w:val="000000" w:themeColor="text1"/>
          <w:sz w:val="28"/>
          <w:szCs w:val="28"/>
        </w:rPr>
        <w:t xml:space="preserve"> (Screen Readers) </w:t>
      </w:r>
      <w:r w:rsidRPr="0000691D">
        <w:rPr>
          <w:rFonts w:ascii="Vazirmatn" w:hAnsi="Vazirmatn" w:cs="B Mitra"/>
          <w:color w:val="000000" w:themeColor="text1"/>
          <w:sz w:val="28"/>
          <w:szCs w:val="28"/>
          <w:rtl/>
        </w:rPr>
        <w:t>استفاده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کند،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تواند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دسترس</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پذیری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یک</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وب</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سایت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یا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سامانه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اینترنتی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درستی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ارزیابی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تأیید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کند.</w:t>
      </w:r>
    </w:p>
    <w:p w:rsidR="00A75B1C" w:rsidRPr="0000691D" w:rsidRDefault="00A75B1C" w:rsidP="0000691D">
      <w:pPr>
        <w:bidi/>
        <w:spacing w:after="160" w:line="360" w:lineRule="auto"/>
        <w:jc w:val="both"/>
        <w:rPr>
          <w:rFonts w:ascii="Vazirmatn" w:hAnsi="Vazirmatn" w:cs="B Mitra"/>
          <w:color w:val="000000" w:themeColor="text1"/>
          <w:sz w:val="28"/>
          <w:szCs w:val="28"/>
          <w:rtl/>
        </w:rPr>
      </w:pPr>
      <w:r w:rsidRPr="0000691D">
        <w:rPr>
          <w:rFonts w:ascii="Vazirmatn" w:hAnsi="Vazirmatn" w:cs="B Mitra"/>
          <w:color w:val="000000" w:themeColor="text1"/>
          <w:sz w:val="28"/>
          <w:szCs w:val="28"/>
          <w:rtl/>
        </w:rPr>
        <w:t>همین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اصل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مورد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مبلمان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شهری،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سامانه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حمل</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ونقل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مناسب</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سازی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فیزیکی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نیز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صادق</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است</w:t>
      </w:r>
      <w:r w:rsidRPr="0000691D">
        <w:rPr>
          <w:rFonts w:ascii="Vazirmatn" w:hAnsi="Vazirmatn" w:cs="B Mitra" w:hint="cs"/>
          <w:color w:val="000000" w:themeColor="text1"/>
          <w:sz w:val="28"/>
          <w:szCs w:val="28"/>
          <w:rtl/>
        </w:rPr>
        <w:t xml:space="preserve">. تجربه شرکت دیوار و استخدام یک نابینای متخصص تنها برای امر دسترسی‌پذیری را می‌توان یک نمونه موفق و دارای ضرورت در این ارتباط ارزیابی کرد. </w:t>
      </w:r>
      <w:r w:rsidRPr="0000691D">
        <w:rPr>
          <w:rFonts w:ascii="Vazirmatn" w:hAnsi="Vazirmatn" w:cs="B Mitra"/>
          <w:color w:val="000000" w:themeColor="text1"/>
          <w:sz w:val="28"/>
          <w:szCs w:val="28"/>
          <w:rtl/>
        </w:rPr>
        <w:t>ستاد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مناسب</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سازی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کشور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شهرداری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مکلفند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ترکیب</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اصلی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تصمیم</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گیری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خود،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نماینده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کارشناس</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متخصص</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جامعه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نابینایان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سایر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گروه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معلولیت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داشته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باشند.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تصمیم</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گیریِ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بینایان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برای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مناسب</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سازی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دنیای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نابینایان،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حاصلی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جز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هدررفت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بودجه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پروژه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غیرقابل</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استفاده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نداشته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نخواهد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داشت</w:t>
      </w:r>
      <w:r w:rsidRPr="0000691D">
        <w:rPr>
          <w:rFonts w:ascii="Vazirmatn" w:hAnsi="Vazirmatn" w:cs="B Mitra" w:hint="cs"/>
          <w:color w:val="000000" w:themeColor="text1"/>
          <w:sz w:val="28"/>
          <w:szCs w:val="28"/>
          <w:rtl/>
        </w:rPr>
        <w:t>.</w:t>
      </w:r>
    </w:p>
    <w:p w:rsidR="00A75B1C" w:rsidRPr="0000691D" w:rsidRDefault="00A75B1C" w:rsidP="0000691D">
      <w:pPr>
        <w:pStyle w:val="Heading3"/>
        <w:bidi/>
        <w:spacing w:line="360" w:lineRule="auto"/>
        <w:rPr>
          <w:rFonts w:cs="B Mitra"/>
          <w:color w:val="70AD47" w:themeColor="accent6"/>
          <w:sz w:val="28"/>
          <w:szCs w:val="28"/>
        </w:rPr>
      </w:pPr>
      <w:bookmarkStart w:id="11" w:name="_Toc243400518"/>
      <w:r w:rsidRPr="0000691D">
        <w:rPr>
          <w:rFonts w:ascii="Times New Roman" w:hAnsi="Times New Roman" w:cs="B Mitra"/>
          <w:color w:val="70AD47" w:themeColor="accent6"/>
          <w:sz w:val="28"/>
          <w:szCs w:val="28"/>
          <w:rtl/>
        </w:rPr>
        <w:t>مجلس</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شورای</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اسلامی؛</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استفاده</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از</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انجمن</w:t>
      </w:r>
      <w:r w:rsidRPr="0000691D">
        <w:rPr>
          <w:rFonts w:ascii="Vazirmatn" w:hAnsi="Vazirmatn" w:cs="B Mitra"/>
          <w:color w:val="70AD47" w:themeColor="accent6"/>
          <w:sz w:val="28"/>
          <w:szCs w:val="28"/>
        </w:rPr>
        <w:t>‌</w:t>
      </w:r>
      <w:r w:rsidRPr="0000691D">
        <w:rPr>
          <w:rFonts w:cs="B Mitra"/>
          <w:color w:val="70AD47" w:themeColor="accent6"/>
          <w:sz w:val="28"/>
          <w:szCs w:val="28"/>
          <w:rtl/>
        </w:rPr>
        <w:t>ها</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در</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تدوین</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قوانین</w:t>
      </w:r>
      <w:r w:rsidRPr="0000691D">
        <w:rPr>
          <w:rFonts w:ascii="Vazirmatn" w:hAnsi="Vazirmatn" w:cs="B Mitra"/>
          <w:color w:val="70AD47" w:themeColor="accent6"/>
          <w:sz w:val="28"/>
          <w:szCs w:val="28"/>
        </w:rPr>
        <w:t xml:space="preserve"> </w:t>
      </w:r>
      <w:r w:rsidRPr="0000691D">
        <w:rPr>
          <w:rFonts w:cs="B Mitra"/>
          <w:color w:val="70AD47" w:themeColor="accent6"/>
          <w:sz w:val="28"/>
          <w:szCs w:val="28"/>
          <w:rtl/>
        </w:rPr>
        <w:t>بالادستی</w:t>
      </w:r>
      <w:bookmarkEnd w:id="11"/>
    </w:p>
    <w:p w:rsidR="00A75B1C" w:rsidRPr="0000691D" w:rsidRDefault="00A75B1C" w:rsidP="0000691D">
      <w:pPr>
        <w:bidi/>
        <w:spacing w:after="160" w:line="360" w:lineRule="auto"/>
        <w:jc w:val="both"/>
        <w:rPr>
          <w:rFonts w:ascii="Vazirmatn" w:hAnsi="Vazirmatn" w:cs="B Mitra"/>
          <w:color w:val="000000" w:themeColor="text1"/>
          <w:sz w:val="28"/>
          <w:szCs w:val="28"/>
          <w:rtl/>
        </w:rPr>
      </w:pPr>
      <w:r w:rsidRPr="0000691D">
        <w:rPr>
          <w:rFonts w:ascii="Arial" w:hAnsi="Arial" w:cs="B Mitra"/>
          <w:color w:val="000000" w:themeColor="text1"/>
          <w:sz w:val="28"/>
          <w:szCs w:val="28"/>
          <w:rtl/>
        </w:rPr>
        <w:t>م</w:t>
      </w:r>
      <w:r w:rsidRPr="0000691D">
        <w:rPr>
          <w:rFonts w:ascii="Vazirmatn" w:hAnsi="Vazirmatn" w:cs="B Mitra"/>
          <w:color w:val="000000" w:themeColor="text1"/>
          <w:sz w:val="28"/>
          <w:szCs w:val="28"/>
          <w:rtl/>
        </w:rPr>
        <w:t>جلس</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شورای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اسلامی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عنوان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ریل</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گذار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قوانین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کشور،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نقش</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تعیین</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کننده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دارد</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پیش</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قرار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قانونی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حوزه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معلولیت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یا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اصلاح</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قوانین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موجود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تصویب</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شود،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فراکسیون</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کمیسیون</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تخصصی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مجلس</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مکلفند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صاحب</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نظران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انجمن</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تخصصی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نابینایان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دعوت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عمل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آورند.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قوانینی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بدون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حضور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ذی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نفعان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غیاب</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تجربه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زیسته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آنان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تصویب</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برسند،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مرحله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اجرا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عقیم</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مانده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گرهی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مشکلات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نخواهند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کرد</w:t>
      </w:r>
      <w:r w:rsidRPr="0000691D">
        <w:rPr>
          <w:rFonts w:ascii="Vazirmatn" w:hAnsi="Vazirmatn" w:cs="B Mitra" w:hint="cs"/>
          <w:color w:val="000000" w:themeColor="text1"/>
          <w:sz w:val="28"/>
          <w:szCs w:val="28"/>
          <w:rtl/>
        </w:rPr>
        <w:t>.</w:t>
      </w:r>
    </w:p>
    <w:p w:rsidR="00A75B1C" w:rsidRPr="002462E8" w:rsidRDefault="00A75B1C" w:rsidP="002462E8">
      <w:pPr>
        <w:pStyle w:val="Heading3"/>
        <w:bidi/>
        <w:rPr>
          <w:rFonts w:cs="B Mitra"/>
          <w:color w:val="70AD47" w:themeColor="accent6"/>
          <w:sz w:val="28"/>
          <w:szCs w:val="28"/>
        </w:rPr>
      </w:pPr>
      <w:bookmarkStart w:id="12" w:name="_Toc243400519"/>
      <w:r w:rsidRPr="002462E8">
        <w:rPr>
          <w:rFonts w:ascii="Vazirmatn" w:hAnsi="Vazirmatn" w:cs="B Mitra"/>
          <w:color w:val="70AD47" w:themeColor="accent6"/>
          <w:sz w:val="28"/>
          <w:szCs w:val="28"/>
          <w:rtl/>
        </w:rPr>
        <w:t>وزارت</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علوم،</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تحقیقات</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و</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فناوری؛</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رفع</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خلاء</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ساختاری</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در</w:t>
      </w:r>
      <w:r w:rsidRPr="002462E8">
        <w:rPr>
          <w:rFonts w:ascii="Vazirmatn" w:hAnsi="Vazirmatn" w:cs="B Mitra"/>
          <w:color w:val="70AD47" w:themeColor="accent6"/>
          <w:sz w:val="28"/>
          <w:szCs w:val="28"/>
        </w:rPr>
        <w:t xml:space="preserve"> </w:t>
      </w:r>
      <w:r w:rsidRPr="002462E8">
        <w:rPr>
          <w:rFonts w:cs="B Mitra"/>
          <w:color w:val="70AD47" w:themeColor="accent6"/>
          <w:sz w:val="28"/>
          <w:szCs w:val="28"/>
          <w:rtl/>
        </w:rPr>
        <w:t>دانشگاه</w:t>
      </w:r>
      <w:r w:rsidRPr="002462E8">
        <w:rPr>
          <w:rFonts w:ascii="Vazirmatn" w:hAnsi="Vazirmatn" w:cs="B Mitra"/>
          <w:color w:val="70AD47" w:themeColor="accent6"/>
          <w:sz w:val="28"/>
          <w:szCs w:val="28"/>
        </w:rPr>
        <w:t>‌</w:t>
      </w:r>
      <w:r w:rsidRPr="002462E8">
        <w:rPr>
          <w:rFonts w:cs="B Mitra"/>
          <w:color w:val="70AD47" w:themeColor="accent6"/>
          <w:sz w:val="28"/>
          <w:szCs w:val="28"/>
          <w:rtl/>
        </w:rPr>
        <w:t>ها</w:t>
      </w:r>
      <w:bookmarkEnd w:id="12"/>
    </w:p>
    <w:p w:rsidR="00A75B1C" w:rsidRPr="0000691D" w:rsidRDefault="00A75B1C" w:rsidP="0000691D">
      <w:pPr>
        <w:bidi/>
        <w:spacing w:after="160" w:line="360" w:lineRule="auto"/>
        <w:jc w:val="both"/>
        <w:rPr>
          <w:rFonts w:ascii="Vazirmatn" w:hAnsi="Vazirmatn" w:cs="B Mitra"/>
          <w:color w:val="000000" w:themeColor="text1"/>
          <w:sz w:val="28"/>
          <w:szCs w:val="28"/>
          <w:rtl/>
        </w:rPr>
      </w:pPr>
      <w:r w:rsidRPr="0000691D">
        <w:rPr>
          <w:rFonts w:ascii="Arial" w:hAnsi="Arial" w:cs="B Mitra"/>
          <w:color w:val="000000" w:themeColor="text1"/>
          <w:sz w:val="28"/>
          <w:szCs w:val="28"/>
          <w:rtl/>
        </w:rPr>
        <w:t>و</w:t>
      </w:r>
      <w:r w:rsidRPr="0000691D">
        <w:rPr>
          <w:rFonts w:ascii="Vazirmatn" w:hAnsi="Vazirmatn" w:cs="B Mitra"/>
          <w:color w:val="000000" w:themeColor="text1"/>
          <w:sz w:val="28"/>
          <w:szCs w:val="28"/>
          <w:rtl/>
        </w:rPr>
        <w:t>رود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دانشجو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دانشگاه،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آغاز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یک</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رهاییِ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رهاشده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است</w:t>
      </w:r>
      <w:r w:rsidRPr="0000691D">
        <w:rPr>
          <w:rFonts w:ascii="Vazirmatn" w:hAnsi="Vazirmatn" w:cs="B Mitra" w:hint="cs"/>
          <w:color w:val="000000" w:themeColor="text1"/>
          <w:sz w:val="28"/>
          <w:szCs w:val="28"/>
          <w:rtl/>
        </w:rPr>
        <w:t>! ب</w:t>
      </w:r>
      <w:r w:rsidRPr="0000691D">
        <w:rPr>
          <w:rFonts w:ascii="Vazirmatn" w:hAnsi="Vazirmatn" w:cs="B Mitra"/>
          <w:color w:val="000000" w:themeColor="text1"/>
          <w:sz w:val="28"/>
          <w:szCs w:val="28"/>
          <w:rtl/>
        </w:rPr>
        <w:t>رخلاف</w:t>
      </w:r>
      <w:r w:rsidRPr="0000691D">
        <w:rPr>
          <w:rFonts w:ascii="Vazirmatn" w:hAnsi="Vazirmatn" w:cs="B Mitra"/>
          <w:color w:val="000000" w:themeColor="text1"/>
          <w:sz w:val="28"/>
          <w:szCs w:val="28"/>
        </w:rPr>
        <w:t xml:space="preserve"> </w:t>
      </w:r>
      <w:r w:rsidRPr="0000691D">
        <w:rPr>
          <w:rFonts w:ascii="Vazirmatn" w:hAnsi="Vazirmatn" w:cs="B Mitra" w:hint="cs"/>
          <w:color w:val="000000" w:themeColor="text1"/>
          <w:sz w:val="28"/>
          <w:szCs w:val="28"/>
          <w:rtl/>
        </w:rPr>
        <w:t xml:space="preserve">وزارت </w:t>
      </w:r>
      <w:r w:rsidRPr="0000691D">
        <w:rPr>
          <w:rFonts w:ascii="Vazirmatn" w:hAnsi="Vazirmatn" w:cs="B Mitra"/>
          <w:color w:val="000000" w:themeColor="text1"/>
          <w:sz w:val="28"/>
          <w:szCs w:val="28"/>
          <w:rtl/>
        </w:rPr>
        <w:t>آموزش</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پرورش</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حداقل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ساختاری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نام</w:t>
      </w:r>
      <w:r w:rsidRPr="0000691D">
        <w:rPr>
          <w:rFonts w:ascii="Vazirmatn" w:hAnsi="Vazirmatn" w:cs="B Mitra"/>
          <w:color w:val="000000" w:themeColor="text1"/>
          <w:sz w:val="28"/>
          <w:szCs w:val="28"/>
        </w:rPr>
        <w:t xml:space="preserve"> </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tl/>
        </w:rPr>
        <w:t>سازمان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استثنای</w:t>
      </w:r>
      <w:r w:rsidRPr="0000691D">
        <w:rPr>
          <w:rFonts w:ascii="Vazirmatn" w:hAnsi="Vazirmatn" w:cs="B Mitra" w:hint="cs"/>
          <w:color w:val="000000" w:themeColor="text1"/>
          <w:sz w:val="28"/>
          <w:szCs w:val="28"/>
          <w:rtl/>
        </w:rPr>
        <w:t>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دارد،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وزارت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علوم</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هیچ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چارت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یا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سازمانی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متولی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امور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دانشجویان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دارای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معلولیت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نیست</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دانشجویان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نابینا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پس</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قبولی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دانشگاه،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مواجهه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مسائلی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چون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نحوه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برگزاری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امتحانات،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تامین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منشی،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تبدیل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کتب</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فرمت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صوتی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یا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بریل،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مناسب</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سازی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محیط</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دانشکده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کاملاً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تنها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می</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مانند</w:t>
      </w:r>
      <w:r w:rsidRPr="0000691D">
        <w:rPr>
          <w:rFonts w:ascii="Vazirmatn" w:hAnsi="Vazirmatn" w:cs="B Mitra" w:hint="cs"/>
          <w:color w:val="000000" w:themeColor="text1"/>
          <w:sz w:val="28"/>
          <w:szCs w:val="28"/>
          <w:rtl/>
        </w:rPr>
        <w:t xml:space="preserve">. </w:t>
      </w:r>
      <w:r w:rsidRPr="0000691D">
        <w:rPr>
          <w:rFonts w:ascii="Vazirmatn" w:hAnsi="Vazirmatn" w:cs="B Mitra"/>
          <w:color w:val="000000" w:themeColor="text1"/>
          <w:sz w:val="28"/>
          <w:szCs w:val="28"/>
          <w:rtl/>
        </w:rPr>
        <w:t>وزارت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علوم</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بخواهد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شعار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امسال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عملیاتی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باید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بخش</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دفتر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lastRenderedPageBreak/>
        <w:t>ویژه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برای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امور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دانشجویان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دارای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معلولیت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ایجاد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کرده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رأس</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برنامه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ریزی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آن،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نظرات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تخصصیِ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خود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دانشجویان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فارغ</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التحصیلان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نابینا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بهره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گیرد</w:t>
      </w:r>
      <w:r w:rsidRPr="0000691D">
        <w:rPr>
          <w:rFonts w:ascii="Vazirmatn" w:hAnsi="Vazirmatn" w:cs="B Mitra" w:hint="cs"/>
          <w:color w:val="000000" w:themeColor="text1"/>
          <w:sz w:val="28"/>
          <w:szCs w:val="28"/>
          <w:rtl/>
        </w:rPr>
        <w:t>.</w:t>
      </w:r>
    </w:p>
    <w:p w:rsidR="00A75B1C" w:rsidRPr="0000691D" w:rsidRDefault="00A75B1C" w:rsidP="0000691D">
      <w:pPr>
        <w:bidi/>
        <w:spacing w:after="160" w:line="360" w:lineRule="auto"/>
        <w:jc w:val="both"/>
        <w:rPr>
          <w:rFonts w:cs="B Mitra"/>
          <w:color w:val="000000" w:themeColor="text1"/>
          <w:sz w:val="28"/>
          <w:szCs w:val="28"/>
        </w:rPr>
      </w:pPr>
      <w:r w:rsidRPr="0000691D">
        <w:rPr>
          <w:rFonts w:ascii="Vazirmatn" w:hAnsi="Vazirmatn" w:cs="B Mitra" w:hint="cs"/>
          <w:color w:val="000000" w:themeColor="text1"/>
          <w:sz w:val="28"/>
          <w:szCs w:val="28"/>
          <w:rtl/>
        </w:rPr>
        <w:t xml:space="preserve">مخلص کلام آن‌که، </w:t>
      </w:r>
      <w:r w:rsidRPr="0000691D">
        <w:rPr>
          <w:rFonts w:ascii="Vazirmatn" w:hAnsi="Vazirmatn" w:cs="B Mitra"/>
          <w:color w:val="000000" w:themeColor="text1"/>
          <w:sz w:val="28"/>
          <w:szCs w:val="28"/>
          <w:rtl/>
        </w:rPr>
        <w:t>شعار</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tl/>
        </w:rPr>
        <w:t>مشارکت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مؤثر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نظام</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تصمیم</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سازی؛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راهبرد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کلیدی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بهره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مندی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فرصت</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براب</w:t>
      </w:r>
      <w:r w:rsidRPr="0000691D">
        <w:rPr>
          <w:rFonts w:ascii="Vazirmatn" w:hAnsi="Vazirmatn" w:cs="B Mitra" w:hint="cs"/>
          <w:color w:val="000000" w:themeColor="text1"/>
          <w:sz w:val="28"/>
          <w:szCs w:val="28"/>
          <w:rtl/>
        </w:rPr>
        <w:t>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نباید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بنرهایی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دیوار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سازمان</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یا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تیتر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خبرهای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همایشی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تقلیل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یابد</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تحقق</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شعار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نیازمند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یک</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تغییر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پارادایم</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ساختاری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تغییری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آن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مسئولان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بپذیرند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بدون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حضور،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مشورت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تایید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متخصصانِ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خودِ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جامعه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نابینایان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معلولان،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هیچ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تصمیم</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درستی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شکل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نخواهد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گرفت</w:t>
      </w:r>
      <w:r w:rsidRPr="0000691D">
        <w:rPr>
          <w:rFonts w:ascii="Vazirmatn" w:hAnsi="Vazirmatn" w:cs="B Mitra" w:hint="cs"/>
          <w:color w:val="000000" w:themeColor="text1"/>
          <w:sz w:val="28"/>
          <w:szCs w:val="28"/>
          <w:rtl/>
        </w:rPr>
        <w:t xml:space="preserve">. </w:t>
      </w:r>
      <w:r w:rsidRPr="0000691D">
        <w:rPr>
          <w:rFonts w:ascii="Vazirmatn" w:hAnsi="Vazirmatn" w:cs="B Mitra"/>
          <w:color w:val="000000" w:themeColor="text1"/>
          <w:sz w:val="28"/>
          <w:szCs w:val="28"/>
          <w:rtl/>
        </w:rPr>
        <w:t>ایجاد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کارگروه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تخصصی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سازمان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بهزیستی،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بهره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گیری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دبیران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نابینا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آموزش</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پرورش</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استثنایی،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تخصیص</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کرسی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ثابت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ستاد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مناسب</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سازی،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دعوت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نخبگان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کمیسیون</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های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مجلس</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ایجاد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چارت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تخصصی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وزارت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علوم،</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تنها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چند</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نمونه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عملیاتی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تجلی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این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شعار</w:t>
      </w:r>
      <w:r w:rsidRPr="0000691D">
        <w:rPr>
          <w:rFonts w:ascii="Vazirmatn" w:hAnsi="Vazirmatn" w:cs="B Mitra"/>
          <w:color w:val="000000" w:themeColor="text1"/>
          <w:sz w:val="28"/>
          <w:szCs w:val="28"/>
        </w:rPr>
        <w:t xml:space="preserve"> </w:t>
      </w:r>
      <w:r w:rsidRPr="0000691D">
        <w:rPr>
          <w:rFonts w:ascii="Vazirmatn" w:hAnsi="Vazirmatn" w:cs="B Mitra" w:hint="cs"/>
          <w:color w:val="000000" w:themeColor="text1"/>
          <w:sz w:val="28"/>
          <w:szCs w:val="28"/>
          <w:rtl/>
        </w:rPr>
        <w:t>است</w:t>
      </w:r>
      <w:r w:rsidRPr="0000691D">
        <w:rPr>
          <w:rFonts w:ascii="Vazirmatn" w:hAnsi="Vazirmatn" w:cs="B Mitra"/>
          <w:color w:val="000000" w:themeColor="text1"/>
          <w:sz w:val="28"/>
          <w:szCs w:val="28"/>
          <w:rtl/>
        </w:rPr>
        <w:t>.</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فرصت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برابر،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هدیه</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ای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سوی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مسئولان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نیست؛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بلکه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حق</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مسلمی</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است</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که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مقدمه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اول</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آن،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باور</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اصلِ</w:t>
      </w:r>
      <w:r w:rsidRPr="0000691D">
        <w:rPr>
          <w:rFonts w:ascii="Vazirmatn" w:hAnsi="Vazirmatn" w:cs="B Mitra"/>
          <w:color w:val="000000" w:themeColor="text1"/>
          <w:sz w:val="28"/>
          <w:szCs w:val="28"/>
        </w:rPr>
        <w:t xml:space="preserve"> </w:t>
      </w:r>
      <w:r w:rsidRPr="0000691D">
        <w:rPr>
          <w:rFonts w:ascii="Vazirmatn" w:hAnsi="Vazirmatn" w:cs="B Mitra" w:hint="cs"/>
          <w:color w:val="000000" w:themeColor="text1"/>
          <w:sz w:val="28"/>
          <w:szCs w:val="28"/>
          <w:rtl/>
        </w:rPr>
        <w:t>«</w:t>
      </w:r>
      <w:r w:rsidRPr="0000691D">
        <w:rPr>
          <w:rFonts w:ascii="Vazirmatn" w:hAnsi="Vazirmatn" w:cs="B Mitra"/>
          <w:color w:val="000000" w:themeColor="text1"/>
          <w:sz w:val="28"/>
          <w:szCs w:val="28"/>
          <w:rtl/>
        </w:rPr>
        <w:t>هیچ</w:t>
      </w:r>
      <w:r w:rsidRPr="0000691D">
        <w:rPr>
          <w:rFonts w:ascii="Vazirmatn" w:hAnsi="Vazirmatn" w:cs="B Mitra"/>
          <w:color w:val="000000" w:themeColor="text1"/>
          <w:sz w:val="28"/>
          <w:szCs w:val="28"/>
        </w:rPr>
        <w:t>‌</w:t>
      </w:r>
      <w:r w:rsidRPr="0000691D">
        <w:rPr>
          <w:rFonts w:ascii="Vazirmatn" w:hAnsi="Vazirmatn" w:cs="B Mitra"/>
          <w:color w:val="000000" w:themeColor="text1"/>
          <w:sz w:val="28"/>
          <w:szCs w:val="28"/>
          <w:rtl/>
        </w:rPr>
        <w:t>چیز</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درباره</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بدون</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ما</w:t>
      </w:r>
      <w:r w:rsidRPr="0000691D">
        <w:rPr>
          <w:rFonts w:ascii="Vazirmatn" w:hAnsi="Vazirmatn" w:cs="B Mitra"/>
          <w:color w:val="000000" w:themeColor="text1"/>
          <w:sz w:val="28"/>
          <w:szCs w:val="28"/>
        </w:rPr>
        <w:t xml:space="preserve"> </w:t>
      </w:r>
      <w:r w:rsidRPr="0000691D">
        <w:rPr>
          <w:rFonts w:ascii="Vazirmatn" w:hAnsi="Vazirmatn" w:cs="B Mitra"/>
          <w:color w:val="000000" w:themeColor="text1"/>
          <w:sz w:val="28"/>
          <w:szCs w:val="28"/>
          <w:rtl/>
        </w:rPr>
        <w:t>نیست</w:t>
      </w:r>
      <w:r w:rsidRPr="0000691D">
        <w:rPr>
          <w:rFonts w:ascii="Vazirmatn" w:hAnsi="Vazirmatn" w:cs="B Mitra" w:hint="cs"/>
          <w:color w:val="000000" w:themeColor="text1"/>
          <w:sz w:val="28"/>
          <w:szCs w:val="28"/>
          <w:rtl/>
        </w:rPr>
        <w:t>» بوده و این امر باید به باور واقعی همه مسئولان مبدل گردد.</w:t>
      </w:r>
    </w:p>
    <w:p w:rsidR="00A75B1C" w:rsidRPr="0000691D" w:rsidRDefault="00A75B1C" w:rsidP="0000691D">
      <w:pPr>
        <w:spacing w:line="360" w:lineRule="auto"/>
        <w:jc w:val="both"/>
        <w:rPr>
          <w:rFonts w:cs="B Mitra"/>
          <w:sz w:val="28"/>
          <w:szCs w:val="28"/>
        </w:rPr>
      </w:pPr>
    </w:p>
    <w:p w:rsidR="00A75B1C" w:rsidRPr="0000691D" w:rsidRDefault="00A75B1C" w:rsidP="0000691D">
      <w:pPr>
        <w:pStyle w:val="Heading2"/>
        <w:bidi/>
        <w:spacing w:line="360" w:lineRule="auto"/>
        <w:rPr>
          <w:rFonts w:cs="B Mitra"/>
          <w:b w:val="0"/>
          <w:bCs w:val="0"/>
          <w:color w:val="4472C4" w:themeColor="accent5"/>
          <w:sz w:val="32"/>
          <w:szCs w:val="32"/>
        </w:rPr>
      </w:pPr>
      <w:bookmarkStart w:id="13" w:name="_Toc243400520"/>
      <w:r w:rsidRPr="0000691D">
        <w:rPr>
          <w:rFonts w:eastAsia="B Titr" w:cs="B Mitra"/>
          <w:color w:val="4472C4" w:themeColor="accent5"/>
          <w:sz w:val="32"/>
          <w:szCs w:val="32"/>
          <w:rtl/>
        </w:rPr>
        <w:t>گزارش</w:t>
      </w:r>
      <w:r w:rsidRPr="0000691D">
        <w:rPr>
          <w:rFonts w:eastAsia="B Titr" w:cs="B Mitra"/>
          <w:color w:val="4472C4" w:themeColor="accent5"/>
          <w:sz w:val="32"/>
          <w:szCs w:val="32"/>
        </w:rPr>
        <w:t xml:space="preserve"> </w:t>
      </w:r>
      <w:r w:rsidRPr="0000691D">
        <w:rPr>
          <w:rFonts w:eastAsia="B Titr" w:cs="B Mitra"/>
          <w:color w:val="4472C4" w:themeColor="accent5"/>
          <w:sz w:val="32"/>
          <w:szCs w:val="32"/>
          <w:rtl/>
        </w:rPr>
        <w:t>اقدامات</w:t>
      </w:r>
      <w:r w:rsidRPr="0000691D">
        <w:rPr>
          <w:rFonts w:eastAsia="B Titr" w:cs="B Mitra"/>
          <w:color w:val="4472C4" w:themeColor="accent5"/>
          <w:sz w:val="32"/>
          <w:szCs w:val="32"/>
        </w:rPr>
        <w:t xml:space="preserve"> </w:t>
      </w:r>
      <w:r w:rsidRPr="0000691D">
        <w:rPr>
          <w:rFonts w:eastAsia="B Titr" w:cs="B Mitra"/>
          <w:color w:val="4472C4" w:themeColor="accent5"/>
          <w:sz w:val="32"/>
          <w:szCs w:val="32"/>
          <w:rtl/>
        </w:rPr>
        <w:t>انجمن</w:t>
      </w:r>
      <w:r w:rsidRPr="0000691D">
        <w:rPr>
          <w:rFonts w:eastAsia="B Titr" w:cs="B Mitra"/>
          <w:color w:val="4472C4" w:themeColor="accent5"/>
          <w:sz w:val="32"/>
          <w:szCs w:val="32"/>
        </w:rPr>
        <w:t xml:space="preserve"> </w:t>
      </w:r>
      <w:r w:rsidRPr="0000691D">
        <w:rPr>
          <w:rFonts w:eastAsia="B Titr" w:cs="B Mitra"/>
          <w:color w:val="4472C4" w:themeColor="accent5"/>
          <w:sz w:val="32"/>
          <w:szCs w:val="32"/>
          <w:rtl/>
        </w:rPr>
        <w:t>نابینایان</w:t>
      </w:r>
      <w:r w:rsidRPr="0000691D">
        <w:rPr>
          <w:rFonts w:eastAsia="B Titr" w:cs="B Mitra"/>
          <w:color w:val="4472C4" w:themeColor="accent5"/>
          <w:sz w:val="32"/>
          <w:szCs w:val="32"/>
        </w:rPr>
        <w:t xml:space="preserve"> </w:t>
      </w:r>
      <w:r w:rsidRPr="0000691D">
        <w:rPr>
          <w:rFonts w:eastAsia="B Titr" w:cs="B Mitra"/>
          <w:color w:val="4472C4" w:themeColor="accent5"/>
          <w:sz w:val="32"/>
          <w:szCs w:val="32"/>
          <w:rtl/>
        </w:rPr>
        <w:t>ایران</w:t>
      </w:r>
      <w:r w:rsidRPr="0000691D">
        <w:rPr>
          <w:rFonts w:eastAsia="B Titr" w:cs="B Mitra"/>
          <w:color w:val="4472C4" w:themeColor="accent5"/>
          <w:sz w:val="32"/>
          <w:szCs w:val="32"/>
        </w:rPr>
        <w:t xml:space="preserve"> </w:t>
      </w:r>
      <w:r w:rsidRPr="0000691D">
        <w:rPr>
          <w:rFonts w:ascii="Tahoma" w:eastAsia="B Titr" w:hAnsi="Tahoma" w:cs="B Mitra"/>
          <w:color w:val="4472C4" w:themeColor="accent5"/>
          <w:sz w:val="32"/>
          <w:szCs w:val="32"/>
          <w:rtl/>
        </w:rPr>
        <w:t>مهر</w:t>
      </w:r>
      <w:r w:rsidRPr="0000691D">
        <w:rPr>
          <w:rFonts w:ascii="Tahoma" w:eastAsia="B Titr" w:hAnsi="Tahoma" w:cs="B Mitra" w:hint="cs"/>
          <w:color w:val="4472C4" w:themeColor="accent5"/>
          <w:sz w:val="32"/>
          <w:szCs w:val="32"/>
          <w:rtl/>
        </w:rPr>
        <w:t xml:space="preserve"> 1405</w:t>
      </w:r>
      <w:bookmarkEnd w:id="13"/>
    </w:p>
    <w:p w:rsidR="00A75B1C" w:rsidRDefault="00A75B1C" w:rsidP="0000691D">
      <w:pPr>
        <w:bidi/>
        <w:spacing w:line="360" w:lineRule="auto"/>
        <w:jc w:val="both"/>
        <w:rPr>
          <w:rFonts w:ascii="Tahoma" w:hAnsi="Tahoma" w:cs="B Mitra"/>
          <w:b/>
          <w:bCs/>
          <w:sz w:val="28"/>
          <w:szCs w:val="28"/>
        </w:rPr>
      </w:pPr>
      <w:r w:rsidRPr="0000691D">
        <w:rPr>
          <w:rFonts w:ascii="Tahoma" w:hAnsi="Tahoma" w:cs="B Mitra" w:hint="cs"/>
          <w:b/>
          <w:bCs/>
          <w:sz w:val="28"/>
          <w:szCs w:val="28"/>
          <w:rtl/>
        </w:rPr>
        <w:t xml:space="preserve">به روایت </w:t>
      </w:r>
      <w:r w:rsidRPr="0000691D">
        <w:rPr>
          <w:rFonts w:ascii="Tahoma" w:hAnsi="Tahoma" w:cs="B Mitra"/>
          <w:b/>
          <w:bCs/>
          <w:sz w:val="28"/>
          <w:szCs w:val="28"/>
          <w:rtl/>
        </w:rPr>
        <w:t>مهندس</w:t>
      </w:r>
      <w:r w:rsidRPr="0000691D">
        <w:rPr>
          <w:rFonts w:ascii="Tahoma" w:hAnsi="Tahoma" w:cs="B Mitra"/>
          <w:b/>
          <w:bCs/>
          <w:sz w:val="28"/>
          <w:szCs w:val="28"/>
        </w:rPr>
        <w:t xml:space="preserve"> </w:t>
      </w:r>
      <w:r w:rsidRPr="0000691D">
        <w:rPr>
          <w:rFonts w:ascii="Tahoma" w:hAnsi="Tahoma" w:cs="B Mitra"/>
          <w:b/>
          <w:bCs/>
          <w:sz w:val="28"/>
          <w:szCs w:val="28"/>
          <w:rtl/>
        </w:rPr>
        <w:t>منصور</w:t>
      </w:r>
      <w:r w:rsidRPr="0000691D">
        <w:rPr>
          <w:rFonts w:ascii="Tahoma" w:hAnsi="Tahoma" w:cs="B Mitra"/>
          <w:b/>
          <w:bCs/>
          <w:sz w:val="28"/>
          <w:szCs w:val="28"/>
        </w:rPr>
        <w:t xml:space="preserve"> </w:t>
      </w:r>
      <w:r w:rsidRPr="0000691D">
        <w:rPr>
          <w:rFonts w:ascii="Tahoma" w:hAnsi="Tahoma" w:cs="B Mitra"/>
          <w:b/>
          <w:bCs/>
          <w:sz w:val="28"/>
          <w:szCs w:val="28"/>
          <w:rtl/>
        </w:rPr>
        <w:t>شادکام،</w:t>
      </w:r>
      <w:r w:rsidRPr="0000691D">
        <w:rPr>
          <w:rFonts w:ascii="Tahoma" w:hAnsi="Tahoma" w:cs="B Mitra"/>
          <w:b/>
          <w:bCs/>
          <w:sz w:val="28"/>
          <w:szCs w:val="28"/>
        </w:rPr>
        <w:t xml:space="preserve"> </w:t>
      </w:r>
      <w:r w:rsidRPr="0000691D">
        <w:rPr>
          <w:rFonts w:ascii="Tahoma" w:hAnsi="Tahoma" w:cs="B Mitra"/>
          <w:b/>
          <w:bCs/>
          <w:sz w:val="28"/>
          <w:szCs w:val="28"/>
          <w:rtl/>
        </w:rPr>
        <w:t>مدیرعامل</w:t>
      </w:r>
      <w:r w:rsidRPr="0000691D">
        <w:rPr>
          <w:rFonts w:ascii="Tahoma" w:hAnsi="Tahoma" w:cs="B Mitra"/>
          <w:b/>
          <w:bCs/>
          <w:sz w:val="28"/>
          <w:szCs w:val="28"/>
        </w:rPr>
        <w:t xml:space="preserve"> </w:t>
      </w:r>
      <w:r w:rsidRPr="0000691D">
        <w:rPr>
          <w:rFonts w:ascii="Tahoma" w:hAnsi="Tahoma" w:cs="B Mitra"/>
          <w:b/>
          <w:bCs/>
          <w:sz w:val="28"/>
          <w:szCs w:val="28"/>
          <w:rtl/>
        </w:rPr>
        <w:t>انجمن</w:t>
      </w:r>
      <w:r w:rsidRPr="0000691D">
        <w:rPr>
          <w:rFonts w:ascii="Tahoma" w:hAnsi="Tahoma" w:cs="B Mitra"/>
          <w:b/>
          <w:bCs/>
          <w:sz w:val="28"/>
          <w:szCs w:val="28"/>
        </w:rPr>
        <w:t xml:space="preserve"> </w:t>
      </w:r>
      <w:r w:rsidRPr="0000691D">
        <w:rPr>
          <w:rFonts w:ascii="Tahoma" w:hAnsi="Tahoma" w:cs="B Mitra"/>
          <w:b/>
          <w:bCs/>
          <w:sz w:val="28"/>
          <w:szCs w:val="28"/>
          <w:rtl/>
        </w:rPr>
        <w:t>نابینایان</w:t>
      </w:r>
      <w:r w:rsidRPr="0000691D">
        <w:rPr>
          <w:rFonts w:ascii="Tahoma" w:hAnsi="Tahoma" w:cs="B Mitra"/>
          <w:b/>
          <w:bCs/>
          <w:sz w:val="28"/>
          <w:szCs w:val="28"/>
        </w:rPr>
        <w:t xml:space="preserve"> </w:t>
      </w:r>
      <w:r w:rsidRPr="0000691D">
        <w:rPr>
          <w:rFonts w:ascii="Tahoma" w:hAnsi="Tahoma" w:cs="B Mitra"/>
          <w:b/>
          <w:bCs/>
          <w:sz w:val="28"/>
          <w:szCs w:val="28"/>
          <w:rtl/>
        </w:rPr>
        <w:t>ایران</w:t>
      </w:r>
    </w:p>
    <w:p w:rsidR="00A75B1C" w:rsidRPr="0000691D" w:rsidRDefault="00A75B1C" w:rsidP="0000691D">
      <w:pPr>
        <w:pStyle w:val="Heading3"/>
        <w:bidi/>
        <w:spacing w:line="360" w:lineRule="auto"/>
        <w:rPr>
          <w:rFonts w:cs="B Mitra"/>
          <w:sz w:val="28"/>
          <w:szCs w:val="28"/>
        </w:rPr>
      </w:pPr>
      <w:bookmarkStart w:id="14" w:name="_Toc243400521"/>
      <w:r w:rsidRPr="0000691D">
        <w:rPr>
          <w:rFonts w:cs="B Mitra"/>
          <w:color w:val="70AD47" w:themeColor="accent6"/>
          <w:sz w:val="28"/>
          <w:szCs w:val="28"/>
          <w:rtl/>
        </w:rPr>
        <w:t>قدردانی</w:t>
      </w:r>
      <w:r w:rsidRPr="0000691D">
        <w:rPr>
          <w:rFonts w:cs="B Mitra"/>
          <w:color w:val="70AD47" w:themeColor="accent6"/>
          <w:sz w:val="28"/>
          <w:szCs w:val="28"/>
        </w:rPr>
        <w:t xml:space="preserve"> </w:t>
      </w:r>
      <w:r w:rsidRPr="0000691D">
        <w:rPr>
          <w:rFonts w:cs="B Mitra"/>
          <w:color w:val="70AD47" w:themeColor="accent6"/>
          <w:sz w:val="28"/>
          <w:szCs w:val="28"/>
          <w:rtl/>
        </w:rPr>
        <w:t>از</w:t>
      </w:r>
      <w:r w:rsidRPr="0000691D">
        <w:rPr>
          <w:rFonts w:cs="B Mitra"/>
          <w:color w:val="70AD47" w:themeColor="accent6"/>
          <w:sz w:val="28"/>
          <w:szCs w:val="28"/>
        </w:rPr>
        <w:t xml:space="preserve"> </w:t>
      </w:r>
      <w:r w:rsidRPr="0000691D">
        <w:rPr>
          <w:rFonts w:cs="B Mitra"/>
          <w:color w:val="70AD47" w:themeColor="accent6"/>
          <w:sz w:val="28"/>
          <w:szCs w:val="28"/>
          <w:rtl/>
        </w:rPr>
        <w:t>دست</w:t>
      </w:r>
      <w:r w:rsidRPr="0000691D">
        <w:rPr>
          <w:rFonts w:cs="B Mitra"/>
          <w:color w:val="70AD47" w:themeColor="accent6"/>
          <w:sz w:val="28"/>
          <w:szCs w:val="28"/>
        </w:rPr>
        <w:t>‌</w:t>
      </w:r>
      <w:r w:rsidRPr="0000691D">
        <w:rPr>
          <w:rFonts w:cs="B Mitra"/>
          <w:color w:val="70AD47" w:themeColor="accent6"/>
          <w:sz w:val="28"/>
          <w:szCs w:val="28"/>
          <w:rtl/>
        </w:rPr>
        <w:t>اندرکاران</w:t>
      </w:r>
      <w:r w:rsidRPr="0000691D">
        <w:rPr>
          <w:rFonts w:cs="B Mitra"/>
          <w:color w:val="70AD47" w:themeColor="accent6"/>
          <w:sz w:val="28"/>
          <w:szCs w:val="28"/>
        </w:rPr>
        <w:t xml:space="preserve"> </w:t>
      </w:r>
      <w:r w:rsidRPr="0000691D">
        <w:rPr>
          <w:rFonts w:cs="B Mitra"/>
          <w:color w:val="70AD47" w:themeColor="accent6"/>
          <w:sz w:val="28"/>
          <w:szCs w:val="28"/>
          <w:rtl/>
        </w:rPr>
        <w:t>نسل</w:t>
      </w:r>
      <w:r w:rsidRPr="0000691D">
        <w:rPr>
          <w:rFonts w:cs="B Mitra"/>
          <w:color w:val="70AD47" w:themeColor="accent6"/>
          <w:sz w:val="28"/>
          <w:szCs w:val="28"/>
        </w:rPr>
        <w:t xml:space="preserve"> </w:t>
      </w:r>
      <w:r w:rsidRPr="0000691D">
        <w:rPr>
          <w:rFonts w:cs="B Mitra"/>
          <w:color w:val="70AD47" w:themeColor="accent6"/>
          <w:sz w:val="28"/>
          <w:szCs w:val="28"/>
          <w:rtl/>
        </w:rPr>
        <w:t>مانا</w:t>
      </w:r>
      <w:bookmarkEnd w:id="14"/>
    </w:p>
    <w:p w:rsidR="00A75B1C" w:rsidRPr="0000691D" w:rsidRDefault="00A75B1C" w:rsidP="0000691D">
      <w:pPr>
        <w:bidi/>
        <w:spacing w:after="160" w:line="360" w:lineRule="auto"/>
        <w:jc w:val="both"/>
        <w:rPr>
          <w:rFonts w:cs="B Mitra"/>
          <w:sz w:val="28"/>
          <w:szCs w:val="28"/>
        </w:rPr>
      </w:pPr>
      <w:r w:rsidRPr="0000691D">
        <w:rPr>
          <w:rFonts w:ascii="Tahoma" w:hAnsi="Tahoma" w:cs="B Mitra"/>
          <w:sz w:val="28"/>
          <w:szCs w:val="28"/>
          <w:rtl/>
        </w:rPr>
        <w:t>عرض</w:t>
      </w:r>
      <w:r w:rsidRPr="0000691D">
        <w:rPr>
          <w:rFonts w:ascii="Tahoma" w:hAnsi="Tahoma" w:cs="B Mitra"/>
          <w:sz w:val="28"/>
          <w:szCs w:val="28"/>
        </w:rPr>
        <w:t xml:space="preserve"> </w:t>
      </w:r>
      <w:r w:rsidRPr="0000691D">
        <w:rPr>
          <w:rFonts w:ascii="Tahoma" w:hAnsi="Tahoma" w:cs="B Mitra"/>
          <w:sz w:val="28"/>
          <w:szCs w:val="28"/>
          <w:rtl/>
        </w:rPr>
        <w:t>سلام</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ادب</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احترام</w:t>
      </w:r>
      <w:r w:rsidRPr="0000691D">
        <w:rPr>
          <w:rFonts w:ascii="Tahoma" w:hAnsi="Tahoma" w:cs="B Mitra"/>
          <w:sz w:val="28"/>
          <w:szCs w:val="28"/>
        </w:rPr>
        <w:t xml:space="preserve"> </w:t>
      </w:r>
      <w:r w:rsidRPr="0000691D">
        <w:rPr>
          <w:rFonts w:ascii="Tahoma" w:hAnsi="Tahoma" w:cs="B Mitra"/>
          <w:sz w:val="28"/>
          <w:szCs w:val="28"/>
          <w:rtl/>
        </w:rPr>
        <w:t>دارم</w:t>
      </w:r>
      <w:r w:rsidRPr="0000691D">
        <w:rPr>
          <w:rFonts w:ascii="Tahoma" w:hAnsi="Tahoma" w:cs="B Mitra"/>
          <w:sz w:val="28"/>
          <w:szCs w:val="28"/>
        </w:rPr>
        <w:t xml:space="preserve"> </w:t>
      </w:r>
      <w:r w:rsidRPr="0000691D">
        <w:rPr>
          <w:rFonts w:ascii="Tahoma" w:hAnsi="Tahoma" w:cs="B Mitra"/>
          <w:sz w:val="28"/>
          <w:szCs w:val="28"/>
          <w:rtl/>
        </w:rPr>
        <w:t>خدمت</w:t>
      </w:r>
      <w:r w:rsidRPr="0000691D">
        <w:rPr>
          <w:rFonts w:ascii="Tahoma" w:hAnsi="Tahoma" w:cs="B Mitra"/>
          <w:sz w:val="28"/>
          <w:szCs w:val="28"/>
        </w:rPr>
        <w:t xml:space="preserve"> </w:t>
      </w:r>
      <w:r w:rsidRPr="0000691D">
        <w:rPr>
          <w:rFonts w:ascii="Tahoma" w:hAnsi="Tahoma" w:cs="B Mitra"/>
          <w:sz w:val="28"/>
          <w:szCs w:val="28"/>
          <w:rtl/>
        </w:rPr>
        <w:t>تمام</w:t>
      </w:r>
      <w:r w:rsidRPr="0000691D">
        <w:rPr>
          <w:rFonts w:ascii="Tahoma" w:hAnsi="Tahoma" w:cs="B Mitra"/>
          <w:sz w:val="28"/>
          <w:szCs w:val="28"/>
        </w:rPr>
        <w:t xml:space="preserve"> </w:t>
      </w:r>
      <w:r w:rsidRPr="0000691D">
        <w:rPr>
          <w:rFonts w:ascii="Tahoma" w:hAnsi="Tahoma" w:cs="B Mitra"/>
          <w:sz w:val="28"/>
          <w:szCs w:val="28"/>
          <w:rtl/>
        </w:rPr>
        <w:t>مخاطبان</w:t>
      </w:r>
      <w:r w:rsidRPr="0000691D">
        <w:rPr>
          <w:rFonts w:ascii="Tahoma" w:hAnsi="Tahoma" w:cs="B Mitra"/>
          <w:sz w:val="28"/>
          <w:szCs w:val="28"/>
        </w:rPr>
        <w:t xml:space="preserve"> </w:t>
      </w:r>
      <w:r w:rsidRPr="0000691D">
        <w:rPr>
          <w:rFonts w:ascii="Tahoma" w:hAnsi="Tahoma" w:cs="B Mitra"/>
          <w:sz w:val="28"/>
          <w:szCs w:val="28"/>
          <w:rtl/>
        </w:rPr>
        <w:t>محترم</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عزیزان</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مشترکان</w:t>
      </w:r>
      <w:r w:rsidRPr="0000691D">
        <w:rPr>
          <w:rFonts w:ascii="Tahoma" w:hAnsi="Tahoma" w:cs="B Mitra"/>
          <w:sz w:val="28"/>
          <w:szCs w:val="28"/>
        </w:rPr>
        <w:t xml:space="preserve"> </w:t>
      </w:r>
      <w:r w:rsidRPr="0000691D">
        <w:rPr>
          <w:rFonts w:ascii="Tahoma" w:hAnsi="Tahoma" w:cs="B Mitra"/>
          <w:sz w:val="28"/>
          <w:szCs w:val="28"/>
          <w:rtl/>
        </w:rPr>
        <w:t>ماهنامه</w:t>
      </w:r>
      <w:r w:rsidRPr="0000691D">
        <w:rPr>
          <w:rFonts w:ascii="Tahoma" w:hAnsi="Tahoma" w:cs="B Mitra"/>
          <w:sz w:val="28"/>
          <w:szCs w:val="28"/>
        </w:rPr>
        <w:t xml:space="preserve"> </w:t>
      </w:r>
      <w:r w:rsidRPr="0000691D">
        <w:rPr>
          <w:rFonts w:ascii="Tahoma" w:hAnsi="Tahoma" w:cs="B Mitra"/>
          <w:sz w:val="28"/>
          <w:szCs w:val="28"/>
          <w:rtl/>
        </w:rPr>
        <w:t>نسل</w:t>
      </w:r>
      <w:r w:rsidRPr="0000691D">
        <w:rPr>
          <w:rFonts w:ascii="Tahoma" w:hAnsi="Tahoma" w:cs="B Mitra"/>
          <w:sz w:val="28"/>
          <w:szCs w:val="28"/>
        </w:rPr>
        <w:t xml:space="preserve"> </w:t>
      </w:r>
      <w:r w:rsidRPr="0000691D">
        <w:rPr>
          <w:rFonts w:ascii="Tahoma" w:hAnsi="Tahoma" w:cs="B Mitra"/>
          <w:sz w:val="28"/>
          <w:szCs w:val="28"/>
          <w:rtl/>
        </w:rPr>
        <w:t>مانا</w:t>
      </w:r>
      <w:r w:rsidRPr="0000691D">
        <w:rPr>
          <w:rFonts w:ascii="Tahoma" w:hAnsi="Tahoma" w:cs="B Mitra" w:hint="cs"/>
          <w:sz w:val="28"/>
          <w:szCs w:val="28"/>
          <w:rtl/>
        </w:rPr>
        <w:t>؛</w:t>
      </w:r>
      <w:r w:rsidRPr="0000691D">
        <w:rPr>
          <w:rFonts w:cs="B Mitra" w:hint="cs"/>
          <w:sz w:val="28"/>
          <w:szCs w:val="28"/>
          <w:rtl/>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ابتدا</w:t>
      </w:r>
      <w:r w:rsidRPr="0000691D">
        <w:rPr>
          <w:rFonts w:ascii="Tahoma" w:hAnsi="Tahoma" w:cs="B Mitra"/>
          <w:sz w:val="28"/>
          <w:szCs w:val="28"/>
        </w:rPr>
        <w:t xml:space="preserve"> </w:t>
      </w:r>
      <w:r w:rsidRPr="0000691D">
        <w:rPr>
          <w:rFonts w:ascii="Tahoma" w:hAnsi="Tahoma" w:cs="B Mitra"/>
          <w:sz w:val="28"/>
          <w:szCs w:val="28"/>
          <w:rtl/>
        </w:rPr>
        <w:t>لازم</w:t>
      </w:r>
      <w:r w:rsidRPr="0000691D">
        <w:rPr>
          <w:rFonts w:ascii="Tahoma" w:hAnsi="Tahoma" w:cs="B Mitra"/>
          <w:sz w:val="28"/>
          <w:szCs w:val="28"/>
        </w:rPr>
        <w:t xml:space="preserve"> </w:t>
      </w:r>
      <w:r w:rsidRPr="0000691D">
        <w:rPr>
          <w:rFonts w:ascii="Tahoma" w:hAnsi="Tahoma" w:cs="B Mitra"/>
          <w:sz w:val="28"/>
          <w:szCs w:val="28"/>
          <w:rtl/>
        </w:rPr>
        <w:t>می</w:t>
      </w:r>
      <w:r w:rsidRPr="0000691D">
        <w:rPr>
          <w:rFonts w:ascii="Tahoma" w:hAnsi="Tahoma" w:cs="B Mitra" w:hint="cs"/>
          <w:sz w:val="28"/>
          <w:szCs w:val="28"/>
          <w:rtl/>
        </w:rPr>
        <w:t>‌</w:t>
      </w:r>
      <w:r w:rsidRPr="0000691D">
        <w:rPr>
          <w:rFonts w:ascii="Tahoma" w:hAnsi="Tahoma" w:cs="B Mitra"/>
          <w:sz w:val="28"/>
          <w:szCs w:val="28"/>
          <w:rtl/>
        </w:rPr>
        <w:t>دانم</w:t>
      </w:r>
      <w:r w:rsidRPr="0000691D">
        <w:rPr>
          <w:rFonts w:ascii="Tahoma" w:hAnsi="Tahoma" w:cs="B Mitra"/>
          <w:sz w:val="28"/>
          <w:szCs w:val="28"/>
        </w:rPr>
        <w:t xml:space="preserve"> </w:t>
      </w:r>
      <w:r w:rsidRPr="0000691D">
        <w:rPr>
          <w:rFonts w:ascii="Tahoma" w:hAnsi="Tahoma" w:cs="B Mitra"/>
          <w:sz w:val="28"/>
          <w:szCs w:val="28"/>
          <w:rtl/>
        </w:rPr>
        <w:t>از</w:t>
      </w:r>
      <w:r w:rsidRPr="0000691D">
        <w:rPr>
          <w:rFonts w:ascii="Tahoma" w:hAnsi="Tahoma" w:cs="B Mitra"/>
          <w:sz w:val="28"/>
          <w:szCs w:val="28"/>
        </w:rPr>
        <w:t xml:space="preserve"> </w:t>
      </w:r>
      <w:r w:rsidRPr="0000691D">
        <w:rPr>
          <w:rFonts w:ascii="Tahoma" w:hAnsi="Tahoma" w:cs="B Mitra"/>
          <w:sz w:val="28"/>
          <w:szCs w:val="28"/>
          <w:rtl/>
        </w:rPr>
        <w:t>همه</w:t>
      </w:r>
      <w:r w:rsidRPr="0000691D">
        <w:rPr>
          <w:rFonts w:ascii="Tahoma" w:hAnsi="Tahoma" w:cs="B Mitra"/>
          <w:sz w:val="28"/>
          <w:szCs w:val="28"/>
        </w:rPr>
        <w:t xml:space="preserve"> </w:t>
      </w:r>
      <w:r w:rsidRPr="0000691D">
        <w:rPr>
          <w:rFonts w:ascii="Tahoma" w:hAnsi="Tahoma" w:cs="B Mitra"/>
          <w:sz w:val="28"/>
          <w:szCs w:val="28"/>
          <w:rtl/>
        </w:rPr>
        <w:t>عزیزانی</w:t>
      </w:r>
      <w:r w:rsidRPr="0000691D">
        <w:rPr>
          <w:rFonts w:ascii="Tahoma" w:hAnsi="Tahoma" w:cs="B Mitra"/>
          <w:sz w:val="28"/>
          <w:szCs w:val="28"/>
        </w:rPr>
        <w:t xml:space="preserve"> </w:t>
      </w:r>
      <w:r w:rsidRPr="0000691D">
        <w:rPr>
          <w:rFonts w:ascii="Tahoma" w:hAnsi="Tahoma" w:cs="B Mitra"/>
          <w:sz w:val="28"/>
          <w:szCs w:val="28"/>
          <w:rtl/>
        </w:rPr>
        <w:t>که</w:t>
      </w:r>
      <w:r w:rsidRPr="0000691D">
        <w:rPr>
          <w:rFonts w:ascii="Tahoma" w:hAnsi="Tahoma" w:cs="B Mitra"/>
          <w:sz w:val="28"/>
          <w:szCs w:val="28"/>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هیئت</w:t>
      </w:r>
      <w:r w:rsidRPr="0000691D">
        <w:rPr>
          <w:rFonts w:ascii="Tahoma" w:hAnsi="Tahoma" w:cs="B Mitra"/>
          <w:sz w:val="28"/>
          <w:szCs w:val="28"/>
        </w:rPr>
        <w:t xml:space="preserve"> </w:t>
      </w:r>
      <w:r w:rsidRPr="0000691D">
        <w:rPr>
          <w:rFonts w:ascii="Tahoma" w:hAnsi="Tahoma" w:cs="B Mitra"/>
          <w:sz w:val="28"/>
          <w:szCs w:val="28"/>
          <w:rtl/>
        </w:rPr>
        <w:t>تحریریه</w:t>
      </w:r>
      <w:r w:rsidRPr="0000691D">
        <w:rPr>
          <w:rFonts w:ascii="Tahoma" w:hAnsi="Tahoma" w:cs="B Mitra"/>
          <w:sz w:val="28"/>
          <w:szCs w:val="28"/>
        </w:rPr>
        <w:t xml:space="preserve"> </w:t>
      </w:r>
      <w:r w:rsidRPr="0000691D">
        <w:rPr>
          <w:rFonts w:ascii="Tahoma" w:hAnsi="Tahoma" w:cs="B Mitra"/>
          <w:sz w:val="28"/>
          <w:szCs w:val="28"/>
          <w:rtl/>
        </w:rPr>
        <w:t>ماهنامه</w:t>
      </w:r>
      <w:r w:rsidRPr="0000691D">
        <w:rPr>
          <w:rFonts w:ascii="Tahoma" w:hAnsi="Tahoma" w:cs="B Mitra"/>
          <w:sz w:val="28"/>
          <w:szCs w:val="28"/>
        </w:rPr>
        <w:t xml:space="preserve"> </w:t>
      </w:r>
      <w:r w:rsidRPr="0000691D">
        <w:rPr>
          <w:rFonts w:ascii="Tahoma" w:hAnsi="Tahoma" w:cs="B Mitra"/>
          <w:sz w:val="28"/>
          <w:szCs w:val="28"/>
          <w:rtl/>
        </w:rPr>
        <w:t>نسل</w:t>
      </w:r>
      <w:r w:rsidRPr="0000691D">
        <w:rPr>
          <w:rFonts w:ascii="Tahoma" w:hAnsi="Tahoma" w:cs="B Mitra"/>
          <w:sz w:val="28"/>
          <w:szCs w:val="28"/>
        </w:rPr>
        <w:t xml:space="preserve"> </w:t>
      </w:r>
      <w:r w:rsidRPr="0000691D">
        <w:rPr>
          <w:rFonts w:ascii="Tahoma" w:hAnsi="Tahoma" w:cs="B Mitra"/>
          <w:sz w:val="28"/>
          <w:szCs w:val="28"/>
          <w:rtl/>
        </w:rPr>
        <w:t>مانا</w:t>
      </w:r>
      <w:r w:rsidRPr="0000691D">
        <w:rPr>
          <w:rFonts w:ascii="Tahoma" w:hAnsi="Tahoma" w:cs="B Mitra"/>
          <w:sz w:val="28"/>
          <w:szCs w:val="28"/>
        </w:rPr>
        <w:t xml:space="preserve"> </w:t>
      </w:r>
      <w:r w:rsidRPr="0000691D">
        <w:rPr>
          <w:rFonts w:ascii="Tahoma" w:hAnsi="Tahoma" w:cs="B Mitra"/>
          <w:sz w:val="28"/>
          <w:szCs w:val="28"/>
          <w:rtl/>
        </w:rPr>
        <w:t>فعالیت</w:t>
      </w:r>
      <w:r w:rsidRPr="0000691D">
        <w:rPr>
          <w:rFonts w:ascii="Tahoma" w:hAnsi="Tahoma" w:cs="B Mitra"/>
          <w:sz w:val="28"/>
          <w:szCs w:val="28"/>
        </w:rPr>
        <w:t xml:space="preserve"> </w:t>
      </w:r>
      <w:r w:rsidRPr="0000691D">
        <w:rPr>
          <w:rFonts w:ascii="Tahoma" w:hAnsi="Tahoma" w:cs="B Mitra"/>
          <w:sz w:val="28"/>
          <w:szCs w:val="28"/>
          <w:rtl/>
        </w:rPr>
        <w:t>می</w:t>
      </w:r>
      <w:r w:rsidRPr="0000691D">
        <w:rPr>
          <w:rFonts w:ascii="Tahoma" w:hAnsi="Tahoma" w:cs="B Mitra"/>
          <w:sz w:val="28"/>
          <w:szCs w:val="28"/>
        </w:rPr>
        <w:t>‌</w:t>
      </w:r>
      <w:r w:rsidRPr="0000691D">
        <w:rPr>
          <w:rFonts w:ascii="Tahoma" w:hAnsi="Tahoma" w:cs="B Mitra"/>
          <w:sz w:val="28"/>
          <w:szCs w:val="28"/>
          <w:rtl/>
        </w:rPr>
        <w:t>کنند</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برای</w:t>
      </w:r>
      <w:r w:rsidRPr="0000691D">
        <w:rPr>
          <w:rFonts w:ascii="Tahoma" w:hAnsi="Tahoma" w:cs="B Mitra"/>
          <w:sz w:val="28"/>
          <w:szCs w:val="28"/>
        </w:rPr>
        <w:t xml:space="preserve"> </w:t>
      </w:r>
      <w:r w:rsidRPr="0000691D">
        <w:rPr>
          <w:rFonts w:ascii="Tahoma" w:hAnsi="Tahoma" w:cs="B Mitra"/>
          <w:sz w:val="28"/>
          <w:szCs w:val="28"/>
          <w:rtl/>
        </w:rPr>
        <w:t>انتشار</w:t>
      </w:r>
      <w:r w:rsidRPr="0000691D">
        <w:rPr>
          <w:rFonts w:ascii="Tahoma" w:hAnsi="Tahoma" w:cs="B Mitra"/>
          <w:sz w:val="28"/>
          <w:szCs w:val="28"/>
        </w:rPr>
        <w:t xml:space="preserve"> </w:t>
      </w:r>
      <w:r w:rsidRPr="0000691D">
        <w:rPr>
          <w:rFonts w:ascii="Tahoma" w:hAnsi="Tahoma" w:cs="B Mitra"/>
          <w:sz w:val="28"/>
          <w:szCs w:val="28"/>
          <w:rtl/>
        </w:rPr>
        <w:t>به</w:t>
      </w:r>
      <w:r w:rsidRPr="0000691D">
        <w:rPr>
          <w:rFonts w:ascii="Tahoma" w:hAnsi="Tahoma" w:cs="B Mitra"/>
          <w:sz w:val="28"/>
          <w:szCs w:val="28"/>
        </w:rPr>
        <w:t>‌</w:t>
      </w:r>
      <w:r w:rsidRPr="0000691D">
        <w:rPr>
          <w:rFonts w:ascii="Tahoma" w:hAnsi="Tahoma" w:cs="B Mitra"/>
          <w:sz w:val="28"/>
          <w:szCs w:val="28"/>
          <w:rtl/>
        </w:rPr>
        <w:t>موقع</w:t>
      </w:r>
      <w:r w:rsidRPr="0000691D">
        <w:rPr>
          <w:rFonts w:ascii="Tahoma" w:hAnsi="Tahoma" w:cs="B Mitra"/>
          <w:sz w:val="28"/>
          <w:szCs w:val="28"/>
        </w:rPr>
        <w:t xml:space="preserve"> </w:t>
      </w:r>
      <w:r w:rsidRPr="0000691D">
        <w:rPr>
          <w:rFonts w:ascii="Tahoma" w:hAnsi="Tahoma" w:cs="B Mitra"/>
          <w:sz w:val="28"/>
          <w:szCs w:val="28"/>
          <w:rtl/>
        </w:rPr>
        <w:t>این</w:t>
      </w:r>
      <w:r w:rsidRPr="0000691D">
        <w:rPr>
          <w:rFonts w:ascii="Tahoma" w:hAnsi="Tahoma" w:cs="B Mitra"/>
          <w:sz w:val="28"/>
          <w:szCs w:val="28"/>
        </w:rPr>
        <w:t xml:space="preserve"> </w:t>
      </w:r>
      <w:r w:rsidRPr="0000691D">
        <w:rPr>
          <w:rFonts w:ascii="Tahoma" w:hAnsi="Tahoma" w:cs="B Mitra"/>
          <w:sz w:val="28"/>
          <w:szCs w:val="28"/>
          <w:rtl/>
        </w:rPr>
        <w:t>ماهنامه</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رساندن</w:t>
      </w:r>
      <w:r w:rsidRPr="0000691D">
        <w:rPr>
          <w:rFonts w:ascii="Tahoma" w:hAnsi="Tahoma" w:cs="B Mitra"/>
          <w:sz w:val="28"/>
          <w:szCs w:val="28"/>
        </w:rPr>
        <w:t xml:space="preserve"> </w:t>
      </w:r>
      <w:r w:rsidRPr="0000691D">
        <w:rPr>
          <w:rFonts w:ascii="Tahoma" w:hAnsi="Tahoma" w:cs="B Mitra"/>
          <w:sz w:val="28"/>
          <w:szCs w:val="28"/>
          <w:rtl/>
        </w:rPr>
        <w:t>آن</w:t>
      </w:r>
      <w:r w:rsidRPr="0000691D">
        <w:rPr>
          <w:rFonts w:ascii="Tahoma" w:hAnsi="Tahoma" w:cs="B Mitra"/>
          <w:sz w:val="28"/>
          <w:szCs w:val="28"/>
        </w:rPr>
        <w:t xml:space="preserve"> </w:t>
      </w:r>
      <w:r w:rsidRPr="0000691D">
        <w:rPr>
          <w:rFonts w:ascii="Tahoma" w:hAnsi="Tahoma" w:cs="B Mitra"/>
          <w:sz w:val="28"/>
          <w:szCs w:val="28"/>
          <w:rtl/>
        </w:rPr>
        <w:t>به</w:t>
      </w:r>
      <w:r w:rsidRPr="0000691D">
        <w:rPr>
          <w:rFonts w:ascii="Tahoma" w:hAnsi="Tahoma" w:cs="B Mitra"/>
          <w:sz w:val="28"/>
          <w:szCs w:val="28"/>
        </w:rPr>
        <w:t xml:space="preserve"> </w:t>
      </w:r>
      <w:r w:rsidRPr="0000691D">
        <w:rPr>
          <w:rFonts w:ascii="Tahoma" w:hAnsi="Tahoma" w:cs="B Mitra"/>
          <w:sz w:val="28"/>
          <w:szCs w:val="28"/>
          <w:rtl/>
        </w:rPr>
        <w:t>دست</w:t>
      </w:r>
      <w:r w:rsidRPr="0000691D">
        <w:rPr>
          <w:rFonts w:ascii="Tahoma" w:hAnsi="Tahoma" w:cs="B Mitra"/>
          <w:sz w:val="28"/>
          <w:szCs w:val="28"/>
        </w:rPr>
        <w:t xml:space="preserve"> </w:t>
      </w:r>
      <w:r w:rsidRPr="0000691D">
        <w:rPr>
          <w:rFonts w:ascii="Tahoma" w:hAnsi="Tahoma" w:cs="B Mitra"/>
          <w:sz w:val="28"/>
          <w:szCs w:val="28"/>
          <w:rtl/>
        </w:rPr>
        <w:t>عزیزان</w:t>
      </w:r>
      <w:r w:rsidRPr="0000691D">
        <w:rPr>
          <w:rFonts w:ascii="Tahoma" w:hAnsi="Tahoma" w:cs="B Mitra"/>
          <w:sz w:val="28"/>
          <w:szCs w:val="28"/>
        </w:rPr>
        <w:t xml:space="preserve"> </w:t>
      </w:r>
      <w:r w:rsidRPr="0000691D">
        <w:rPr>
          <w:rFonts w:ascii="Tahoma" w:hAnsi="Tahoma" w:cs="B Mitra"/>
          <w:sz w:val="28"/>
          <w:szCs w:val="28"/>
          <w:rtl/>
        </w:rPr>
        <w:t>نابینا</w:t>
      </w:r>
      <w:r w:rsidRPr="0000691D">
        <w:rPr>
          <w:rFonts w:ascii="Tahoma" w:hAnsi="Tahoma" w:cs="B Mitra"/>
          <w:sz w:val="28"/>
          <w:szCs w:val="28"/>
        </w:rPr>
        <w:t xml:space="preserve"> </w:t>
      </w:r>
      <w:r w:rsidRPr="0000691D">
        <w:rPr>
          <w:rFonts w:ascii="Tahoma" w:hAnsi="Tahoma" w:cs="B Mitra"/>
          <w:sz w:val="28"/>
          <w:szCs w:val="28"/>
          <w:rtl/>
        </w:rPr>
        <w:t>تلاش</w:t>
      </w:r>
      <w:r w:rsidRPr="0000691D">
        <w:rPr>
          <w:rFonts w:ascii="Tahoma" w:hAnsi="Tahoma" w:cs="B Mitra"/>
          <w:sz w:val="28"/>
          <w:szCs w:val="28"/>
        </w:rPr>
        <w:t xml:space="preserve"> </w:t>
      </w:r>
      <w:r w:rsidRPr="0000691D">
        <w:rPr>
          <w:rFonts w:ascii="Tahoma" w:hAnsi="Tahoma" w:cs="B Mitra"/>
          <w:sz w:val="28"/>
          <w:szCs w:val="28"/>
          <w:rtl/>
        </w:rPr>
        <w:t>می</w:t>
      </w:r>
      <w:r w:rsidRPr="0000691D">
        <w:rPr>
          <w:rFonts w:ascii="Tahoma" w:hAnsi="Tahoma" w:cs="B Mitra"/>
          <w:sz w:val="28"/>
          <w:szCs w:val="28"/>
        </w:rPr>
        <w:t>‌</w:t>
      </w:r>
      <w:r w:rsidRPr="0000691D">
        <w:rPr>
          <w:rFonts w:ascii="Tahoma" w:hAnsi="Tahoma" w:cs="B Mitra"/>
          <w:sz w:val="28"/>
          <w:szCs w:val="28"/>
          <w:rtl/>
        </w:rPr>
        <w:t>کنند،</w:t>
      </w:r>
      <w:r w:rsidRPr="0000691D">
        <w:rPr>
          <w:rFonts w:ascii="Tahoma" w:hAnsi="Tahoma" w:cs="B Mitra"/>
          <w:sz w:val="28"/>
          <w:szCs w:val="28"/>
        </w:rPr>
        <w:t xml:space="preserve"> </w:t>
      </w:r>
      <w:r w:rsidRPr="0000691D">
        <w:rPr>
          <w:rFonts w:ascii="Tahoma" w:hAnsi="Tahoma" w:cs="B Mitra"/>
          <w:sz w:val="28"/>
          <w:szCs w:val="28"/>
          <w:rtl/>
        </w:rPr>
        <w:t>صمیمانه</w:t>
      </w:r>
      <w:r w:rsidRPr="0000691D">
        <w:rPr>
          <w:rFonts w:ascii="Tahoma" w:hAnsi="Tahoma" w:cs="B Mitra"/>
          <w:sz w:val="28"/>
          <w:szCs w:val="28"/>
        </w:rPr>
        <w:t xml:space="preserve"> </w:t>
      </w:r>
      <w:r w:rsidRPr="0000691D">
        <w:rPr>
          <w:rFonts w:ascii="Tahoma" w:hAnsi="Tahoma" w:cs="B Mitra"/>
          <w:sz w:val="28"/>
          <w:szCs w:val="28"/>
          <w:rtl/>
        </w:rPr>
        <w:t>تشکر</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قدردانی</w:t>
      </w:r>
      <w:r w:rsidRPr="0000691D">
        <w:rPr>
          <w:rFonts w:ascii="Tahoma" w:hAnsi="Tahoma" w:cs="B Mitra"/>
          <w:sz w:val="28"/>
          <w:szCs w:val="28"/>
        </w:rPr>
        <w:t xml:space="preserve"> </w:t>
      </w:r>
      <w:r w:rsidRPr="0000691D">
        <w:rPr>
          <w:rFonts w:ascii="Tahoma" w:hAnsi="Tahoma" w:cs="B Mitra"/>
          <w:sz w:val="28"/>
          <w:szCs w:val="28"/>
          <w:rtl/>
        </w:rPr>
        <w:t>کنم.</w:t>
      </w:r>
    </w:p>
    <w:p w:rsidR="00A75B1C" w:rsidRPr="0000691D" w:rsidRDefault="00A75B1C" w:rsidP="0000691D">
      <w:pPr>
        <w:bidi/>
        <w:spacing w:after="160" w:line="360" w:lineRule="auto"/>
        <w:jc w:val="both"/>
        <w:rPr>
          <w:rFonts w:cs="B Mitra"/>
          <w:sz w:val="28"/>
          <w:szCs w:val="28"/>
        </w:rPr>
      </w:pPr>
      <w:r w:rsidRPr="0000691D">
        <w:rPr>
          <w:rFonts w:ascii="Tahoma" w:hAnsi="Tahoma" w:cs="B Mitra"/>
          <w:sz w:val="28"/>
          <w:szCs w:val="28"/>
          <w:rtl/>
        </w:rPr>
        <w:t>از</w:t>
      </w:r>
      <w:r w:rsidRPr="0000691D">
        <w:rPr>
          <w:rFonts w:ascii="Tahoma" w:hAnsi="Tahoma" w:cs="B Mitra"/>
          <w:sz w:val="28"/>
          <w:szCs w:val="28"/>
        </w:rPr>
        <w:t xml:space="preserve"> </w:t>
      </w:r>
      <w:r w:rsidRPr="0000691D">
        <w:rPr>
          <w:rFonts w:ascii="Tahoma" w:hAnsi="Tahoma" w:cs="B Mitra"/>
          <w:sz w:val="28"/>
          <w:szCs w:val="28"/>
          <w:rtl/>
        </w:rPr>
        <w:t>مدیرمسئول،</w:t>
      </w:r>
      <w:r w:rsidRPr="0000691D">
        <w:rPr>
          <w:rFonts w:ascii="Tahoma" w:hAnsi="Tahoma" w:cs="B Mitra"/>
          <w:sz w:val="28"/>
          <w:szCs w:val="28"/>
        </w:rPr>
        <w:t xml:space="preserve"> </w:t>
      </w:r>
      <w:r w:rsidRPr="0000691D">
        <w:rPr>
          <w:rFonts w:ascii="Tahoma" w:hAnsi="Tahoma" w:cs="B Mitra"/>
          <w:sz w:val="28"/>
          <w:szCs w:val="28"/>
          <w:rtl/>
        </w:rPr>
        <w:t>سردبیر،</w:t>
      </w:r>
      <w:r w:rsidRPr="0000691D">
        <w:rPr>
          <w:rFonts w:ascii="Tahoma" w:hAnsi="Tahoma" w:cs="B Mitra"/>
          <w:sz w:val="28"/>
          <w:szCs w:val="28"/>
        </w:rPr>
        <w:t xml:space="preserve"> </w:t>
      </w:r>
      <w:r w:rsidRPr="0000691D">
        <w:rPr>
          <w:rFonts w:ascii="Tahoma" w:hAnsi="Tahoma" w:cs="B Mitra"/>
          <w:sz w:val="28"/>
          <w:szCs w:val="28"/>
          <w:rtl/>
        </w:rPr>
        <w:t>تهیه</w:t>
      </w:r>
      <w:r w:rsidRPr="0000691D">
        <w:rPr>
          <w:rFonts w:ascii="Tahoma" w:hAnsi="Tahoma" w:cs="B Mitra"/>
          <w:sz w:val="28"/>
          <w:szCs w:val="28"/>
        </w:rPr>
        <w:t>‌</w:t>
      </w:r>
      <w:r w:rsidRPr="0000691D">
        <w:rPr>
          <w:rFonts w:ascii="Tahoma" w:hAnsi="Tahoma" w:cs="B Mitra"/>
          <w:sz w:val="28"/>
          <w:szCs w:val="28"/>
          <w:rtl/>
        </w:rPr>
        <w:t>کننده</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تمام</w:t>
      </w:r>
      <w:r w:rsidRPr="0000691D">
        <w:rPr>
          <w:rFonts w:ascii="Tahoma" w:hAnsi="Tahoma" w:cs="B Mitra"/>
          <w:sz w:val="28"/>
          <w:szCs w:val="28"/>
        </w:rPr>
        <w:t xml:space="preserve"> </w:t>
      </w:r>
      <w:r w:rsidRPr="0000691D">
        <w:rPr>
          <w:rFonts w:ascii="Tahoma" w:hAnsi="Tahoma" w:cs="B Mitra"/>
          <w:sz w:val="28"/>
          <w:szCs w:val="28"/>
          <w:rtl/>
        </w:rPr>
        <w:t>کسانی</w:t>
      </w:r>
      <w:r w:rsidRPr="0000691D">
        <w:rPr>
          <w:rFonts w:ascii="Tahoma" w:hAnsi="Tahoma" w:cs="B Mitra"/>
          <w:sz w:val="28"/>
          <w:szCs w:val="28"/>
        </w:rPr>
        <w:t xml:space="preserve"> </w:t>
      </w:r>
      <w:r w:rsidRPr="0000691D">
        <w:rPr>
          <w:rFonts w:ascii="Tahoma" w:hAnsi="Tahoma" w:cs="B Mitra"/>
          <w:sz w:val="28"/>
          <w:szCs w:val="28"/>
          <w:rtl/>
        </w:rPr>
        <w:t>که</w:t>
      </w:r>
      <w:r w:rsidRPr="0000691D">
        <w:rPr>
          <w:rFonts w:ascii="Tahoma" w:hAnsi="Tahoma" w:cs="B Mitra"/>
          <w:sz w:val="28"/>
          <w:szCs w:val="28"/>
        </w:rPr>
        <w:t xml:space="preserve"> </w:t>
      </w:r>
      <w:r w:rsidRPr="0000691D">
        <w:rPr>
          <w:rFonts w:ascii="Tahoma" w:hAnsi="Tahoma" w:cs="B Mitra"/>
          <w:sz w:val="28"/>
          <w:szCs w:val="28"/>
          <w:rtl/>
        </w:rPr>
        <w:t>به</w:t>
      </w:r>
      <w:r w:rsidRPr="0000691D">
        <w:rPr>
          <w:rFonts w:ascii="Tahoma" w:hAnsi="Tahoma" w:cs="B Mitra"/>
          <w:sz w:val="28"/>
          <w:szCs w:val="28"/>
        </w:rPr>
        <w:t xml:space="preserve"> </w:t>
      </w:r>
      <w:r w:rsidRPr="0000691D">
        <w:rPr>
          <w:rFonts w:ascii="Tahoma" w:hAnsi="Tahoma" w:cs="B Mitra"/>
          <w:sz w:val="28"/>
          <w:szCs w:val="28"/>
          <w:rtl/>
        </w:rPr>
        <w:t>هر</w:t>
      </w:r>
      <w:r w:rsidRPr="0000691D">
        <w:rPr>
          <w:rFonts w:ascii="Tahoma" w:hAnsi="Tahoma" w:cs="B Mitra"/>
          <w:sz w:val="28"/>
          <w:szCs w:val="28"/>
        </w:rPr>
        <w:t xml:space="preserve"> </w:t>
      </w:r>
      <w:r w:rsidRPr="0000691D">
        <w:rPr>
          <w:rFonts w:ascii="Tahoma" w:hAnsi="Tahoma" w:cs="B Mitra"/>
          <w:sz w:val="28"/>
          <w:szCs w:val="28"/>
          <w:rtl/>
        </w:rPr>
        <w:t>شکل</w:t>
      </w:r>
      <w:r w:rsidRPr="0000691D">
        <w:rPr>
          <w:rFonts w:ascii="Tahoma" w:hAnsi="Tahoma" w:cs="B Mitra"/>
          <w:sz w:val="28"/>
          <w:szCs w:val="28"/>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تهیه</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انتشار</w:t>
      </w:r>
      <w:r w:rsidRPr="0000691D">
        <w:rPr>
          <w:rFonts w:ascii="Tahoma" w:hAnsi="Tahoma" w:cs="B Mitra"/>
          <w:sz w:val="28"/>
          <w:szCs w:val="28"/>
        </w:rPr>
        <w:t xml:space="preserve"> </w:t>
      </w:r>
      <w:r w:rsidRPr="0000691D">
        <w:rPr>
          <w:rFonts w:ascii="Tahoma" w:hAnsi="Tahoma" w:cs="B Mitra"/>
          <w:sz w:val="28"/>
          <w:szCs w:val="28"/>
          <w:rtl/>
        </w:rPr>
        <w:t>ماهنامه</w:t>
      </w:r>
      <w:r w:rsidRPr="0000691D">
        <w:rPr>
          <w:rFonts w:ascii="Tahoma" w:hAnsi="Tahoma" w:cs="B Mitra"/>
          <w:sz w:val="28"/>
          <w:szCs w:val="28"/>
        </w:rPr>
        <w:t xml:space="preserve"> </w:t>
      </w:r>
      <w:r w:rsidRPr="0000691D">
        <w:rPr>
          <w:rFonts w:ascii="Tahoma" w:hAnsi="Tahoma" w:cs="B Mitra"/>
          <w:sz w:val="28"/>
          <w:szCs w:val="28"/>
          <w:rtl/>
        </w:rPr>
        <w:t>زحمت</w:t>
      </w:r>
      <w:r w:rsidRPr="0000691D">
        <w:rPr>
          <w:rFonts w:ascii="Tahoma" w:hAnsi="Tahoma" w:cs="B Mitra"/>
          <w:sz w:val="28"/>
          <w:szCs w:val="28"/>
        </w:rPr>
        <w:t xml:space="preserve"> </w:t>
      </w:r>
      <w:r w:rsidRPr="0000691D">
        <w:rPr>
          <w:rFonts w:ascii="Tahoma" w:hAnsi="Tahoma" w:cs="B Mitra"/>
          <w:sz w:val="28"/>
          <w:szCs w:val="28"/>
          <w:rtl/>
        </w:rPr>
        <w:t>می</w:t>
      </w:r>
      <w:r w:rsidRPr="0000691D">
        <w:rPr>
          <w:rFonts w:ascii="Tahoma" w:hAnsi="Tahoma" w:cs="B Mitra"/>
          <w:sz w:val="28"/>
          <w:szCs w:val="28"/>
        </w:rPr>
        <w:t>‌</w:t>
      </w:r>
      <w:r w:rsidRPr="0000691D">
        <w:rPr>
          <w:rFonts w:ascii="Tahoma" w:hAnsi="Tahoma" w:cs="B Mitra"/>
          <w:sz w:val="28"/>
          <w:szCs w:val="28"/>
          <w:rtl/>
        </w:rPr>
        <w:t>کشند،</w:t>
      </w:r>
      <w:r w:rsidRPr="0000691D">
        <w:rPr>
          <w:rFonts w:ascii="Tahoma" w:hAnsi="Tahoma" w:cs="B Mitra"/>
          <w:sz w:val="28"/>
          <w:szCs w:val="28"/>
        </w:rPr>
        <w:t xml:space="preserve"> </w:t>
      </w:r>
      <w:r w:rsidRPr="0000691D">
        <w:rPr>
          <w:rFonts w:ascii="Tahoma" w:hAnsi="Tahoma" w:cs="B Mitra"/>
          <w:sz w:val="28"/>
          <w:szCs w:val="28"/>
          <w:rtl/>
        </w:rPr>
        <w:t>تشکر</w:t>
      </w:r>
      <w:r w:rsidRPr="0000691D">
        <w:rPr>
          <w:rFonts w:ascii="Tahoma" w:hAnsi="Tahoma" w:cs="B Mitra"/>
          <w:sz w:val="28"/>
          <w:szCs w:val="28"/>
        </w:rPr>
        <w:t xml:space="preserve"> </w:t>
      </w:r>
      <w:r w:rsidRPr="0000691D">
        <w:rPr>
          <w:rFonts w:ascii="Tahoma" w:hAnsi="Tahoma" w:cs="B Mitra"/>
          <w:sz w:val="28"/>
          <w:szCs w:val="28"/>
          <w:rtl/>
        </w:rPr>
        <w:t>می</w:t>
      </w:r>
      <w:r w:rsidRPr="0000691D">
        <w:rPr>
          <w:rFonts w:ascii="Tahoma" w:hAnsi="Tahoma" w:cs="B Mitra" w:hint="cs"/>
          <w:sz w:val="28"/>
          <w:szCs w:val="28"/>
          <w:rtl/>
        </w:rPr>
        <w:t>‌</w:t>
      </w:r>
      <w:r w:rsidRPr="0000691D">
        <w:rPr>
          <w:rFonts w:ascii="Tahoma" w:hAnsi="Tahoma" w:cs="B Mitra"/>
          <w:sz w:val="28"/>
          <w:szCs w:val="28"/>
          <w:rtl/>
        </w:rPr>
        <w:t>کنم.</w:t>
      </w:r>
      <w:r w:rsidRPr="0000691D">
        <w:rPr>
          <w:rFonts w:ascii="Tahoma" w:hAnsi="Tahoma" w:cs="B Mitra"/>
          <w:sz w:val="28"/>
          <w:szCs w:val="28"/>
        </w:rPr>
        <w:t xml:space="preserve"> </w:t>
      </w:r>
      <w:r w:rsidRPr="0000691D">
        <w:rPr>
          <w:rFonts w:ascii="Tahoma" w:hAnsi="Tahoma" w:cs="B Mitra"/>
          <w:sz w:val="28"/>
          <w:szCs w:val="28"/>
          <w:rtl/>
        </w:rPr>
        <w:t>همچنین</w:t>
      </w:r>
      <w:r w:rsidRPr="0000691D">
        <w:rPr>
          <w:rFonts w:ascii="Tahoma" w:hAnsi="Tahoma" w:cs="B Mitra"/>
          <w:sz w:val="28"/>
          <w:szCs w:val="28"/>
        </w:rPr>
        <w:t xml:space="preserve"> </w:t>
      </w:r>
      <w:r w:rsidRPr="0000691D">
        <w:rPr>
          <w:rFonts w:ascii="Tahoma" w:hAnsi="Tahoma" w:cs="B Mitra"/>
          <w:sz w:val="28"/>
          <w:szCs w:val="28"/>
          <w:rtl/>
        </w:rPr>
        <w:t>قدردان</w:t>
      </w:r>
      <w:r w:rsidRPr="0000691D">
        <w:rPr>
          <w:rFonts w:ascii="Tahoma" w:hAnsi="Tahoma" w:cs="B Mitra"/>
          <w:sz w:val="28"/>
          <w:szCs w:val="28"/>
        </w:rPr>
        <w:t xml:space="preserve"> </w:t>
      </w:r>
      <w:r w:rsidRPr="0000691D">
        <w:rPr>
          <w:rFonts w:ascii="Tahoma" w:hAnsi="Tahoma" w:cs="B Mitra"/>
          <w:sz w:val="28"/>
          <w:szCs w:val="28"/>
          <w:rtl/>
        </w:rPr>
        <w:t>خیرین</w:t>
      </w:r>
      <w:r w:rsidRPr="0000691D">
        <w:rPr>
          <w:rFonts w:ascii="Tahoma" w:hAnsi="Tahoma" w:cs="B Mitra"/>
          <w:sz w:val="28"/>
          <w:szCs w:val="28"/>
        </w:rPr>
        <w:t xml:space="preserve"> </w:t>
      </w:r>
      <w:r w:rsidRPr="0000691D">
        <w:rPr>
          <w:rFonts w:ascii="Tahoma" w:hAnsi="Tahoma" w:cs="B Mitra"/>
          <w:sz w:val="28"/>
          <w:szCs w:val="28"/>
          <w:rtl/>
        </w:rPr>
        <w:t>عزیز</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بزرگوار</w:t>
      </w:r>
      <w:r w:rsidRPr="0000691D">
        <w:rPr>
          <w:rFonts w:ascii="Tahoma" w:hAnsi="Tahoma" w:cs="B Mitra"/>
          <w:sz w:val="28"/>
          <w:szCs w:val="28"/>
        </w:rPr>
        <w:t xml:space="preserve"> </w:t>
      </w:r>
      <w:r w:rsidRPr="0000691D">
        <w:rPr>
          <w:rFonts w:ascii="Tahoma" w:hAnsi="Tahoma" w:cs="B Mitra"/>
          <w:sz w:val="28"/>
          <w:szCs w:val="28"/>
          <w:rtl/>
        </w:rPr>
        <w:t>هستم؛</w:t>
      </w:r>
      <w:r w:rsidRPr="0000691D">
        <w:rPr>
          <w:rFonts w:ascii="Tahoma" w:hAnsi="Tahoma" w:cs="B Mitra"/>
          <w:sz w:val="28"/>
          <w:szCs w:val="28"/>
        </w:rPr>
        <w:t xml:space="preserve"> </w:t>
      </w:r>
      <w:r w:rsidRPr="0000691D">
        <w:rPr>
          <w:rFonts w:ascii="Tahoma" w:hAnsi="Tahoma" w:cs="B Mitra"/>
          <w:sz w:val="28"/>
          <w:szCs w:val="28"/>
          <w:rtl/>
        </w:rPr>
        <w:t>چه</w:t>
      </w:r>
      <w:r w:rsidRPr="0000691D">
        <w:rPr>
          <w:rFonts w:ascii="Tahoma" w:hAnsi="Tahoma" w:cs="B Mitra"/>
          <w:sz w:val="28"/>
          <w:szCs w:val="28"/>
        </w:rPr>
        <w:t xml:space="preserve"> </w:t>
      </w:r>
      <w:r w:rsidRPr="0000691D">
        <w:rPr>
          <w:rFonts w:ascii="Tahoma" w:hAnsi="Tahoma" w:cs="B Mitra"/>
          <w:sz w:val="28"/>
          <w:szCs w:val="28"/>
          <w:rtl/>
        </w:rPr>
        <w:t>خیرینی</w:t>
      </w:r>
      <w:r w:rsidRPr="0000691D">
        <w:rPr>
          <w:rFonts w:ascii="Tahoma" w:hAnsi="Tahoma" w:cs="B Mitra"/>
          <w:sz w:val="28"/>
          <w:szCs w:val="28"/>
        </w:rPr>
        <w:t xml:space="preserve"> </w:t>
      </w:r>
      <w:r w:rsidRPr="0000691D">
        <w:rPr>
          <w:rFonts w:ascii="Tahoma" w:hAnsi="Tahoma" w:cs="B Mitra"/>
          <w:sz w:val="28"/>
          <w:szCs w:val="28"/>
          <w:rtl/>
        </w:rPr>
        <w:t>که</w:t>
      </w:r>
      <w:r w:rsidRPr="0000691D">
        <w:rPr>
          <w:rFonts w:ascii="Tahoma" w:hAnsi="Tahoma" w:cs="B Mitra"/>
          <w:sz w:val="28"/>
          <w:szCs w:val="28"/>
        </w:rPr>
        <w:t xml:space="preserve"> </w:t>
      </w:r>
      <w:r w:rsidRPr="0000691D">
        <w:rPr>
          <w:rFonts w:ascii="Tahoma" w:hAnsi="Tahoma" w:cs="B Mitra"/>
          <w:sz w:val="28"/>
          <w:szCs w:val="28"/>
          <w:rtl/>
        </w:rPr>
        <w:t>به</w:t>
      </w:r>
      <w:r w:rsidRPr="0000691D">
        <w:rPr>
          <w:rFonts w:ascii="Tahoma" w:hAnsi="Tahoma" w:cs="B Mitra"/>
          <w:sz w:val="28"/>
          <w:szCs w:val="28"/>
        </w:rPr>
        <w:t xml:space="preserve"> </w:t>
      </w:r>
      <w:r w:rsidRPr="0000691D">
        <w:rPr>
          <w:rFonts w:ascii="Tahoma" w:hAnsi="Tahoma" w:cs="B Mitra"/>
          <w:sz w:val="28"/>
          <w:szCs w:val="28"/>
          <w:rtl/>
        </w:rPr>
        <w:t>صورت</w:t>
      </w:r>
      <w:r w:rsidRPr="0000691D">
        <w:rPr>
          <w:rFonts w:ascii="Tahoma" w:hAnsi="Tahoma" w:cs="B Mitra" w:hint="cs"/>
          <w:sz w:val="28"/>
          <w:szCs w:val="28"/>
          <w:rtl/>
        </w:rPr>
        <w:t xml:space="preserve"> </w:t>
      </w:r>
      <w:r w:rsidRPr="0000691D">
        <w:rPr>
          <w:rFonts w:ascii="Tahoma" w:hAnsi="Tahoma" w:cs="B Mitra"/>
          <w:sz w:val="28"/>
          <w:szCs w:val="28"/>
          <w:rtl/>
        </w:rPr>
        <w:t>حقیقی</w:t>
      </w:r>
      <w:r w:rsidRPr="0000691D">
        <w:rPr>
          <w:rFonts w:ascii="Tahoma" w:hAnsi="Tahoma" w:cs="B Mitra"/>
          <w:sz w:val="28"/>
          <w:szCs w:val="28"/>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کنار</w:t>
      </w:r>
      <w:r w:rsidRPr="0000691D">
        <w:rPr>
          <w:rFonts w:ascii="Tahoma" w:hAnsi="Tahoma" w:cs="B Mitra"/>
          <w:sz w:val="28"/>
          <w:szCs w:val="28"/>
        </w:rPr>
        <w:t xml:space="preserve"> </w:t>
      </w:r>
      <w:r w:rsidRPr="0000691D">
        <w:rPr>
          <w:rFonts w:ascii="Tahoma" w:hAnsi="Tahoma" w:cs="B Mitra"/>
          <w:sz w:val="28"/>
          <w:szCs w:val="28"/>
          <w:rtl/>
        </w:rPr>
        <w:t>ما</w:t>
      </w:r>
      <w:r w:rsidRPr="0000691D">
        <w:rPr>
          <w:rFonts w:ascii="Tahoma" w:hAnsi="Tahoma" w:cs="B Mitra"/>
          <w:sz w:val="28"/>
          <w:szCs w:val="28"/>
        </w:rPr>
        <w:t xml:space="preserve"> </w:t>
      </w:r>
      <w:r w:rsidRPr="0000691D">
        <w:rPr>
          <w:rFonts w:ascii="Tahoma" w:hAnsi="Tahoma" w:cs="B Mitra"/>
          <w:sz w:val="28"/>
          <w:szCs w:val="28"/>
          <w:rtl/>
        </w:rPr>
        <w:t>هستند</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چه</w:t>
      </w:r>
      <w:r w:rsidRPr="0000691D">
        <w:rPr>
          <w:rFonts w:ascii="Tahoma" w:hAnsi="Tahoma" w:cs="B Mitra"/>
          <w:sz w:val="28"/>
          <w:szCs w:val="28"/>
        </w:rPr>
        <w:t xml:space="preserve"> </w:t>
      </w:r>
      <w:r w:rsidRPr="0000691D">
        <w:rPr>
          <w:rFonts w:ascii="Tahoma" w:hAnsi="Tahoma" w:cs="B Mitra"/>
          <w:sz w:val="28"/>
          <w:szCs w:val="28"/>
          <w:rtl/>
        </w:rPr>
        <w:lastRenderedPageBreak/>
        <w:t>مجموعه</w:t>
      </w:r>
      <w:r w:rsidRPr="0000691D">
        <w:rPr>
          <w:rFonts w:ascii="Tahoma" w:hAnsi="Tahoma" w:cs="B Mitra"/>
          <w:sz w:val="28"/>
          <w:szCs w:val="28"/>
        </w:rPr>
        <w:t>‌</w:t>
      </w:r>
      <w:r w:rsidRPr="0000691D">
        <w:rPr>
          <w:rFonts w:ascii="Tahoma" w:hAnsi="Tahoma" w:cs="B Mitra"/>
          <w:sz w:val="28"/>
          <w:szCs w:val="28"/>
          <w:rtl/>
        </w:rPr>
        <w:t>های</w:t>
      </w:r>
      <w:r w:rsidRPr="0000691D">
        <w:rPr>
          <w:rFonts w:ascii="Tahoma" w:hAnsi="Tahoma" w:cs="B Mitra"/>
          <w:sz w:val="28"/>
          <w:szCs w:val="28"/>
        </w:rPr>
        <w:t xml:space="preserve"> </w:t>
      </w:r>
      <w:r w:rsidRPr="0000691D">
        <w:rPr>
          <w:rFonts w:ascii="Tahoma" w:hAnsi="Tahoma" w:cs="B Mitra"/>
          <w:sz w:val="28"/>
          <w:szCs w:val="28"/>
          <w:rtl/>
        </w:rPr>
        <w:t>حقوقی</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سازمان</w:t>
      </w:r>
      <w:r w:rsidRPr="0000691D">
        <w:rPr>
          <w:rFonts w:ascii="Tahoma" w:hAnsi="Tahoma" w:cs="B Mitra"/>
          <w:sz w:val="28"/>
          <w:szCs w:val="28"/>
        </w:rPr>
        <w:t>‌</w:t>
      </w:r>
      <w:r w:rsidRPr="0000691D">
        <w:rPr>
          <w:rFonts w:ascii="Tahoma" w:hAnsi="Tahoma" w:cs="B Mitra"/>
          <w:sz w:val="28"/>
          <w:szCs w:val="28"/>
          <w:rtl/>
        </w:rPr>
        <w:t>هایی</w:t>
      </w:r>
      <w:r w:rsidRPr="0000691D">
        <w:rPr>
          <w:rFonts w:ascii="Tahoma" w:hAnsi="Tahoma" w:cs="B Mitra"/>
          <w:sz w:val="28"/>
          <w:szCs w:val="28"/>
        </w:rPr>
        <w:t xml:space="preserve"> </w:t>
      </w:r>
      <w:r w:rsidRPr="0000691D">
        <w:rPr>
          <w:rFonts w:ascii="Tahoma" w:hAnsi="Tahoma" w:cs="B Mitra"/>
          <w:sz w:val="28"/>
          <w:szCs w:val="28"/>
          <w:rtl/>
        </w:rPr>
        <w:t>مانند</w:t>
      </w:r>
      <w:r w:rsidRPr="0000691D">
        <w:rPr>
          <w:rFonts w:ascii="Tahoma" w:hAnsi="Tahoma" w:cs="B Mitra"/>
          <w:sz w:val="28"/>
          <w:szCs w:val="28"/>
        </w:rPr>
        <w:t xml:space="preserve"> </w:t>
      </w:r>
      <w:r w:rsidRPr="0000691D">
        <w:rPr>
          <w:rFonts w:ascii="Tahoma" w:hAnsi="Tahoma" w:cs="B Mitra"/>
          <w:sz w:val="28"/>
          <w:szCs w:val="28"/>
          <w:rtl/>
        </w:rPr>
        <w:t>بانک</w:t>
      </w:r>
      <w:r w:rsidRPr="0000691D">
        <w:rPr>
          <w:rFonts w:ascii="Tahoma" w:hAnsi="Tahoma" w:cs="B Mitra"/>
          <w:sz w:val="28"/>
          <w:szCs w:val="28"/>
        </w:rPr>
        <w:t xml:space="preserve"> </w:t>
      </w:r>
      <w:r w:rsidRPr="0000691D">
        <w:rPr>
          <w:rFonts w:ascii="Tahoma" w:hAnsi="Tahoma" w:cs="B Mitra"/>
          <w:sz w:val="28"/>
          <w:szCs w:val="28"/>
          <w:rtl/>
        </w:rPr>
        <w:t>مسکن،</w:t>
      </w:r>
      <w:r w:rsidRPr="0000691D">
        <w:rPr>
          <w:rFonts w:ascii="Tahoma" w:hAnsi="Tahoma" w:cs="B Mitra"/>
          <w:sz w:val="28"/>
          <w:szCs w:val="28"/>
        </w:rPr>
        <w:t xml:space="preserve"> </w:t>
      </w:r>
      <w:r w:rsidRPr="0000691D">
        <w:rPr>
          <w:rFonts w:ascii="Tahoma" w:hAnsi="Tahoma" w:cs="B Mitra"/>
          <w:sz w:val="28"/>
          <w:szCs w:val="28"/>
          <w:rtl/>
        </w:rPr>
        <w:t>اداره</w:t>
      </w:r>
      <w:r w:rsidRPr="0000691D">
        <w:rPr>
          <w:rFonts w:ascii="Tahoma" w:hAnsi="Tahoma" w:cs="B Mitra"/>
          <w:sz w:val="28"/>
          <w:szCs w:val="28"/>
        </w:rPr>
        <w:t xml:space="preserve"> </w:t>
      </w:r>
      <w:r w:rsidRPr="0000691D">
        <w:rPr>
          <w:rFonts w:ascii="Tahoma" w:hAnsi="Tahoma" w:cs="B Mitra"/>
          <w:sz w:val="28"/>
          <w:szCs w:val="28"/>
          <w:rtl/>
        </w:rPr>
        <w:t>کل</w:t>
      </w:r>
      <w:r w:rsidRPr="0000691D">
        <w:rPr>
          <w:rFonts w:ascii="Tahoma" w:hAnsi="Tahoma" w:cs="B Mitra"/>
          <w:sz w:val="28"/>
          <w:szCs w:val="28"/>
        </w:rPr>
        <w:t xml:space="preserve"> </w:t>
      </w:r>
      <w:r w:rsidRPr="0000691D">
        <w:rPr>
          <w:rFonts w:ascii="Tahoma" w:hAnsi="Tahoma" w:cs="B Mitra"/>
          <w:sz w:val="28"/>
          <w:szCs w:val="28"/>
          <w:rtl/>
        </w:rPr>
        <w:t>سلامت</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hint="cs"/>
          <w:sz w:val="28"/>
          <w:szCs w:val="28"/>
          <w:rtl/>
        </w:rPr>
        <w:t xml:space="preserve">سایر حامیان </w:t>
      </w:r>
      <w:r w:rsidRPr="0000691D">
        <w:rPr>
          <w:rFonts w:ascii="Tahoma" w:hAnsi="Tahoma" w:cs="B Mitra"/>
          <w:sz w:val="28"/>
          <w:szCs w:val="28"/>
          <w:rtl/>
        </w:rPr>
        <w:t>که</w:t>
      </w:r>
      <w:r w:rsidRPr="0000691D">
        <w:rPr>
          <w:rFonts w:ascii="Tahoma" w:hAnsi="Tahoma" w:cs="B Mitra"/>
          <w:sz w:val="28"/>
          <w:szCs w:val="28"/>
        </w:rPr>
        <w:t xml:space="preserve"> </w:t>
      </w:r>
      <w:r w:rsidRPr="0000691D">
        <w:rPr>
          <w:rFonts w:ascii="Tahoma" w:hAnsi="Tahoma" w:cs="B Mitra"/>
          <w:sz w:val="28"/>
          <w:szCs w:val="28"/>
          <w:rtl/>
        </w:rPr>
        <w:t>از</w:t>
      </w:r>
      <w:r w:rsidRPr="0000691D">
        <w:rPr>
          <w:rFonts w:ascii="Tahoma" w:hAnsi="Tahoma" w:cs="B Mitra"/>
          <w:sz w:val="28"/>
          <w:szCs w:val="28"/>
        </w:rPr>
        <w:t xml:space="preserve"> </w:t>
      </w:r>
      <w:r w:rsidRPr="0000691D">
        <w:rPr>
          <w:rFonts w:ascii="Tahoma" w:hAnsi="Tahoma" w:cs="B Mitra"/>
          <w:sz w:val="28"/>
          <w:szCs w:val="28"/>
          <w:rtl/>
        </w:rPr>
        <w:t>فعالیت</w:t>
      </w:r>
      <w:r w:rsidRPr="0000691D">
        <w:rPr>
          <w:rFonts w:ascii="Tahoma" w:hAnsi="Tahoma" w:cs="B Mitra"/>
          <w:sz w:val="28"/>
          <w:szCs w:val="28"/>
        </w:rPr>
        <w:t>‌</w:t>
      </w:r>
      <w:r w:rsidRPr="0000691D">
        <w:rPr>
          <w:rFonts w:ascii="Tahoma" w:hAnsi="Tahoma" w:cs="B Mitra"/>
          <w:sz w:val="28"/>
          <w:szCs w:val="28"/>
          <w:rtl/>
        </w:rPr>
        <w:t>های</w:t>
      </w:r>
      <w:r w:rsidRPr="0000691D">
        <w:rPr>
          <w:rFonts w:ascii="Tahoma" w:hAnsi="Tahoma" w:cs="B Mitra"/>
          <w:sz w:val="28"/>
          <w:szCs w:val="28"/>
        </w:rPr>
        <w:t xml:space="preserve"> </w:t>
      </w:r>
      <w:r w:rsidRPr="0000691D">
        <w:rPr>
          <w:rFonts w:ascii="Tahoma" w:hAnsi="Tahoma" w:cs="B Mitra"/>
          <w:sz w:val="28"/>
          <w:szCs w:val="28"/>
          <w:rtl/>
        </w:rPr>
        <w:t>ما</w:t>
      </w:r>
      <w:r w:rsidRPr="0000691D">
        <w:rPr>
          <w:rFonts w:ascii="Tahoma" w:hAnsi="Tahoma" w:cs="B Mitra"/>
          <w:sz w:val="28"/>
          <w:szCs w:val="28"/>
        </w:rPr>
        <w:t xml:space="preserve"> </w:t>
      </w:r>
      <w:r w:rsidRPr="0000691D">
        <w:rPr>
          <w:rFonts w:ascii="Tahoma" w:hAnsi="Tahoma" w:cs="B Mitra"/>
          <w:sz w:val="28"/>
          <w:szCs w:val="28"/>
          <w:rtl/>
        </w:rPr>
        <w:t>پشتیبانی</w:t>
      </w:r>
      <w:r w:rsidRPr="0000691D">
        <w:rPr>
          <w:rFonts w:ascii="Tahoma" w:hAnsi="Tahoma" w:cs="B Mitra"/>
          <w:sz w:val="28"/>
          <w:szCs w:val="28"/>
        </w:rPr>
        <w:t xml:space="preserve"> </w:t>
      </w:r>
      <w:r w:rsidRPr="0000691D">
        <w:rPr>
          <w:rFonts w:ascii="Tahoma" w:hAnsi="Tahoma" w:cs="B Mitra"/>
          <w:sz w:val="28"/>
          <w:szCs w:val="28"/>
          <w:rtl/>
        </w:rPr>
        <w:t>می</w:t>
      </w:r>
      <w:r w:rsidRPr="0000691D">
        <w:rPr>
          <w:rFonts w:ascii="Tahoma" w:hAnsi="Tahoma" w:cs="B Mitra"/>
          <w:sz w:val="28"/>
          <w:szCs w:val="28"/>
        </w:rPr>
        <w:t>‌</w:t>
      </w:r>
      <w:r w:rsidRPr="0000691D">
        <w:rPr>
          <w:rFonts w:ascii="Tahoma" w:hAnsi="Tahoma" w:cs="B Mitra"/>
          <w:sz w:val="28"/>
          <w:szCs w:val="28"/>
          <w:rtl/>
        </w:rPr>
        <w:t>کنند.</w:t>
      </w:r>
    </w:p>
    <w:p w:rsidR="00A75B1C" w:rsidRPr="0000691D" w:rsidRDefault="00A75B1C" w:rsidP="0000691D">
      <w:pPr>
        <w:bidi/>
        <w:spacing w:after="160" w:line="360" w:lineRule="auto"/>
        <w:jc w:val="both"/>
        <w:rPr>
          <w:rFonts w:cs="B Mitra"/>
          <w:sz w:val="28"/>
          <w:szCs w:val="28"/>
        </w:rPr>
      </w:pPr>
      <w:r w:rsidRPr="0000691D">
        <w:rPr>
          <w:rFonts w:ascii="Tahoma" w:hAnsi="Tahoma" w:cs="B Mitra"/>
          <w:sz w:val="28"/>
          <w:szCs w:val="28"/>
          <w:rtl/>
        </w:rPr>
        <w:t>اگر</w:t>
      </w:r>
      <w:r w:rsidRPr="0000691D">
        <w:rPr>
          <w:rFonts w:ascii="Tahoma" w:hAnsi="Tahoma" w:cs="B Mitra"/>
          <w:sz w:val="28"/>
          <w:szCs w:val="28"/>
        </w:rPr>
        <w:t xml:space="preserve"> </w:t>
      </w:r>
      <w:r w:rsidRPr="0000691D">
        <w:rPr>
          <w:rFonts w:ascii="Tahoma" w:hAnsi="Tahoma" w:cs="B Mitra"/>
          <w:sz w:val="28"/>
          <w:szCs w:val="28"/>
          <w:rtl/>
        </w:rPr>
        <w:t>مساعدت</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همکاری</w:t>
      </w:r>
      <w:r w:rsidRPr="0000691D">
        <w:rPr>
          <w:rFonts w:ascii="Tahoma" w:hAnsi="Tahoma" w:cs="B Mitra"/>
          <w:sz w:val="28"/>
          <w:szCs w:val="28"/>
        </w:rPr>
        <w:t xml:space="preserve"> </w:t>
      </w:r>
      <w:r w:rsidRPr="0000691D">
        <w:rPr>
          <w:rFonts w:ascii="Tahoma" w:hAnsi="Tahoma" w:cs="B Mitra"/>
          <w:sz w:val="28"/>
          <w:szCs w:val="28"/>
          <w:rtl/>
        </w:rPr>
        <w:t>این</w:t>
      </w:r>
      <w:r w:rsidRPr="0000691D">
        <w:rPr>
          <w:rFonts w:ascii="Tahoma" w:hAnsi="Tahoma" w:cs="B Mitra"/>
          <w:sz w:val="28"/>
          <w:szCs w:val="28"/>
        </w:rPr>
        <w:t xml:space="preserve"> </w:t>
      </w:r>
      <w:r w:rsidRPr="0000691D">
        <w:rPr>
          <w:rFonts w:ascii="Tahoma" w:hAnsi="Tahoma" w:cs="B Mitra"/>
          <w:sz w:val="28"/>
          <w:szCs w:val="28"/>
          <w:rtl/>
        </w:rPr>
        <w:t>عزیزان</w:t>
      </w:r>
      <w:r w:rsidRPr="0000691D">
        <w:rPr>
          <w:rFonts w:ascii="Tahoma" w:hAnsi="Tahoma" w:cs="B Mitra"/>
          <w:sz w:val="28"/>
          <w:szCs w:val="28"/>
        </w:rPr>
        <w:t xml:space="preserve"> </w:t>
      </w:r>
      <w:r w:rsidRPr="0000691D">
        <w:rPr>
          <w:rFonts w:ascii="Tahoma" w:hAnsi="Tahoma" w:cs="B Mitra"/>
          <w:sz w:val="28"/>
          <w:szCs w:val="28"/>
          <w:rtl/>
        </w:rPr>
        <w:t>نبود،</w:t>
      </w:r>
      <w:r w:rsidRPr="0000691D">
        <w:rPr>
          <w:rFonts w:ascii="Tahoma" w:hAnsi="Tahoma" w:cs="B Mitra"/>
          <w:sz w:val="28"/>
          <w:szCs w:val="28"/>
        </w:rPr>
        <w:t xml:space="preserve"> </w:t>
      </w:r>
      <w:r w:rsidRPr="0000691D">
        <w:rPr>
          <w:rFonts w:ascii="Tahoma" w:hAnsi="Tahoma" w:cs="B Mitra"/>
          <w:sz w:val="28"/>
          <w:szCs w:val="28"/>
          <w:rtl/>
        </w:rPr>
        <w:t>واقعاً</w:t>
      </w:r>
      <w:r w:rsidRPr="0000691D">
        <w:rPr>
          <w:rFonts w:ascii="Tahoma" w:hAnsi="Tahoma" w:cs="B Mitra"/>
          <w:sz w:val="28"/>
          <w:szCs w:val="28"/>
        </w:rPr>
        <w:t xml:space="preserve"> </w:t>
      </w:r>
      <w:r w:rsidRPr="0000691D">
        <w:rPr>
          <w:rFonts w:ascii="Tahoma" w:hAnsi="Tahoma" w:cs="B Mitra"/>
          <w:sz w:val="28"/>
          <w:szCs w:val="28"/>
          <w:rtl/>
        </w:rPr>
        <w:t>امکان</w:t>
      </w:r>
      <w:r w:rsidRPr="0000691D">
        <w:rPr>
          <w:rFonts w:ascii="Tahoma" w:hAnsi="Tahoma" w:cs="B Mitra"/>
          <w:sz w:val="28"/>
          <w:szCs w:val="28"/>
        </w:rPr>
        <w:t xml:space="preserve"> </w:t>
      </w:r>
      <w:r w:rsidRPr="0000691D">
        <w:rPr>
          <w:rFonts w:ascii="Tahoma" w:hAnsi="Tahoma" w:cs="B Mitra"/>
          <w:sz w:val="28"/>
          <w:szCs w:val="28"/>
          <w:rtl/>
        </w:rPr>
        <w:t>نداشت</w:t>
      </w:r>
      <w:r w:rsidRPr="0000691D">
        <w:rPr>
          <w:rFonts w:ascii="Tahoma" w:hAnsi="Tahoma" w:cs="B Mitra"/>
          <w:sz w:val="28"/>
          <w:szCs w:val="28"/>
        </w:rPr>
        <w:t xml:space="preserve"> </w:t>
      </w:r>
      <w:r w:rsidRPr="0000691D">
        <w:rPr>
          <w:rFonts w:ascii="Tahoma" w:hAnsi="Tahoma" w:cs="B Mitra"/>
          <w:sz w:val="28"/>
          <w:szCs w:val="28"/>
          <w:rtl/>
        </w:rPr>
        <w:t>ماهنامه</w:t>
      </w:r>
      <w:r w:rsidRPr="0000691D">
        <w:rPr>
          <w:rFonts w:ascii="Tahoma" w:hAnsi="Tahoma" w:cs="B Mitra"/>
          <w:sz w:val="28"/>
          <w:szCs w:val="28"/>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موعد</w:t>
      </w:r>
      <w:r w:rsidRPr="0000691D">
        <w:rPr>
          <w:rFonts w:ascii="Tahoma" w:hAnsi="Tahoma" w:cs="B Mitra"/>
          <w:sz w:val="28"/>
          <w:szCs w:val="28"/>
        </w:rPr>
        <w:t xml:space="preserve"> </w:t>
      </w:r>
      <w:r w:rsidRPr="0000691D">
        <w:rPr>
          <w:rFonts w:ascii="Tahoma" w:hAnsi="Tahoma" w:cs="B Mitra"/>
          <w:sz w:val="28"/>
          <w:szCs w:val="28"/>
          <w:rtl/>
        </w:rPr>
        <w:t>مقرر</w:t>
      </w:r>
      <w:r w:rsidRPr="0000691D">
        <w:rPr>
          <w:rFonts w:ascii="Tahoma" w:hAnsi="Tahoma" w:cs="B Mitra"/>
          <w:sz w:val="28"/>
          <w:szCs w:val="28"/>
        </w:rPr>
        <w:t xml:space="preserve"> </w:t>
      </w:r>
      <w:r w:rsidRPr="0000691D">
        <w:rPr>
          <w:rFonts w:ascii="Tahoma" w:hAnsi="Tahoma" w:cs="B Mitra"/>
          <w:sz w:val="28"/>
          <w:szCs w:val="28"/>
          <w:rtl/>
        </w:rPr>
        <w:t>آماده</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اختیار</w:t>
      </w:r>
      <w:r w:rsidRPr="0000691D">
        <w:rPr>
          <w:rFonts w:ascii="Tahoma" w:hAnsi="Tahoma" w:cs="B Mitra"/>
          <w:sz w:val="28"/>
          <w:szCs w:val="28"/>
        </w:rPr>
        <w:t xml:space="preserve"> </w:t>
      </w:r>
      <w:r w:rsidRPr="0000691D">
        <w:rPr>
          <w:rFonts w:ascii="Tahoma" w:hAnsi="Tahoma" w:cs="B Mitra"/>
          <w:sz w:val="28"/>
          <w:szCs w:val="28"/>
          <w:rtl/>
        </w:rPr>
        <w:t>دوستان</w:t>
      </w:r>
      <w:r w:rsidRPr="0000691D">
        <w:rPr>
          <w:rFonts w:ascii="Tahoma" w:hAnsi="Tahoma" w:cs="B Mitra"/>
          <w:sz w:val="28"/>
          <w:szCs w:val="28"/>
        </w:rPr>
        <w:t xml:space="preserve"> </w:t>
      </w:r>
      <w:r w:rsidRPr="0000691D">
        <w:rPr>
          <w:rFonts w:ascii="Tahoma" w:hAnsi="Tahoma" w:cs="B Mitra"/>
          <w:sz w:val="28"/>
          <w:szCs w:val="28"/>
          <w:rtl/>
        </w:rPr>
        <w:t>عزیز</w:t>
      </w:r>
      <w:r w:rsidRPr="0000691D">
        <w:rPr>
          <w:rFonts w:ascii="Tahoma" w:hAnsi="Tahoma" w:cs="B Mitra"/>
          <w:sz w:val="28"/>
          <w:szCs w:val="28"/>
        </w:rPr>
        <w:t xml:space="preserve"> </w:t>
      </w:r>
      <w:r w:rsidRPr="0000691D">
        <w:rPr>
          <w:rFonts w:ascii="Tahoma" w:hAnsi="Tahoma" w:cs="B Mitra"/>
          <w:sz w:val="28"/>
          <w:szCs w:val="28"/>
          <w:rtl/>
        </w:rPr>
        <w:t>نابینا</w:t>
      </w:r>
      <w:r w:rsidRPr="0000691D">
        <w:rPr>
          <w:rFonts w:ascii="Tahoma" w:hAnsi="Tahoma" w:cs="B Mitra"/>
          <w:sz w:val="28"/>
          <w:szCs w:val="28"/>
        </w:rPr>
        <w:t xml:space="preserve"> </w:t>
      </w:r>
      <w:r w:rsidRPr="0000691D">
        <w:rPr>
          <w:rFonts w:ascii="Tahoma" w:hAnsi="Tahoma" w:cs="B Mitra"/>
          <w:sz w:val="28"/>
          <w:szCs w:val="28"/>
          <w:rtl/>
        </w:rPr>
        <w:t>قرار</w:t>
      </w:r>
      <w:r w:rsidRPr="0000691D">
        <w:rPr>
          <w:rFonts w:ascii="Tahoma" w:hAnsi="Tahoma" w:cs="B Mitra"/>
          <w:sz w:val="28"/>
          <w:szCs w:val="28"/>
        </w:rPr>
        <w:t xml:space="preserve"> </w:t>
      </w:r>
      <w:r w:rsidRPr="0000691D">
        <w:rPr>
          <w:rFonts w:ascii="Tahoma" w:hAnsi="Tahoma" w:cs="B Mitra"/>
          <w:sz w:val="28"/>
          <w:szCs w:val="28"/>
          <w:rtl/>
        </w:rPr>
        <w:t>بگیرد.</w:t>
      </w:r>
    </w:p>
    <w:p w:rsidR="00A75B1C" w:rsidRPr="0000691D" w:rsidRDefault="00A75B1C" w:rsidP="0000691D">
      <w:pPr>
        <w:pStyle w:val="Heading3"/>
        <w:bidi/>
        <w:spacing w:line="360" w:lineRule="auto"/>
        <w:rPr>
          <w:rFonts w:cs="B Mitra"/>
          <w:color w:val="70AD47" w:themeColor="accent6"/>
          <w:sz w:val="28"/>
          <w:szCs w:val="28"/>
        </w:rPr>
      </w:pPr>
      <w:bookmarkStart w:id="15" w:name="_Toc243400522"/>
      <w:r w:rsidRPr="0000691D">
        <w:rPr>
          <w:rFonts w:cs="B Mitra"/>
          <w:color w:val="70AD47" w:themeColor="accent6"/>
          <w:sz w:val="28"/>
          <w:szCs w:val="28"/>
          <w:rtl/>
        </w:rPr>
        <w:t>برنامه</w:t>
      </w:r>
      <w:r w:rsidRPr="0000691D">
        <w:rPr>
          <w:rFonts w:cs="B Mitra"/>
          <w:color w:val="70AD47" w:themeColor="accent6"/>
          <w:sz w:val="28"/>
          <w:szCs w:val="28"/>
        </w:rPr>
        <w:t>‌</w:t>
      </w:r>
      <w:r w:rsidRPr="0000691D">
        <w:rPr>
          <w:rFonts w:cs="B Mitra"/>
          <w:color w:val="70AD47" w:themeColor="accent6"/>
          <w:sz w:val="28"/>
          <w:szCs w:val="28"/>
          <w:rtl/>
        </w:rPr>
        <w:t>ریزی</w:t>
      </w:r>
      <w:r w:rsidRPr="0000691D">
        <w:rPr>
          <w:rFonts w:cs="B Mitra"/>
          <w:color w:val="70AD47" w:themeColor="accent6"/>
          <w:sz w:val="28"/>
          <w:szCs w:val="28"/>
        </w:rPr>
        <w:t xml:space="preserve"> </w:t>
      </w:r>
      <w:r w:rsidRPr="0000691D">
        <w:rPr>
          <w:rFonts w:cs="B Mitra"/>
          <w:color w:val="70AD47" w:themeColor="accent6"/>
          <w:sz w:val="28"/>
          <w:szCs w:val="28"/>
          <w:rtl/>
        </w:rPr>
        <w:t>برای</w:t>
      </w:r>
      <w:r w:rsidRPr="0000691D">
        <w:rPr>
          <w:rFonts w:cs="B Mitra"/>
          <w:color w:val="70AD47" w:themeColor="accent6"/>
          <w:sz w:val="28"/>
          <w:szCs w:val="28"/>
        </w:rPr>
        <w:t xml:space="preserve"> </w:t>
      </w:r>
      <w:r w:rsidRPr="0000691D">
        <w:rPr>
          <w:rFonts w:cs="B Mitra"/>
          <w:color w:val="70AD47" w:themeColor="accent6"/>
          <w:sz w:val="28"/>
          <w:szCs w:val="28"/>
          <w:rtl/>
        </w:rPr>
        <w:t>روز</w:t>
      </w:r>
      <w:r w:rsidRPr="0000691D">
        <w:rPr>
          <w:rFonts w:cs="B Mitra"/>
          <w:color w:val="70AD47" w:themeColor="accent6"/>
          <w:sz w:val="28"/>
          <w:szCs w:val="28"/>
        </w:rPr>
        <w:t xml:space="preserve"> </w:t>
      </w:r>
      <w:r w:rsidRPr="0000691D">
        <w:rPr>
          <w:rFonts w:cs="B Mitra"/>
          <w:color w:val="70AD47" w:themeColor="accent6"/>
          <w:sz w:val="28"/>
          <w:szCs w:val="28"/>
          <w:rtl/>
        </w:rPr>
        <w:t>جهانی</w:t>
      </w:r>
      <w:r w:rsidRPr="0000691D">
        <w:rPr>
          <w:rFonts w:cs="B Mitra"/>
          <w:color w:val="70AD47" w:themeColor="accent6"/>
          <w:sz w:val="28"/>
          <w:szCs w:val="28"/>
        </w:rPr>
        <w:t xml:space="preserve"> </w:t>
      </w:r>
      <w:r w:rsidRPr="0000691D">
        <w:rPr>
          <w:rFonts w:cs="B Mitra"/>
          <w:color w:val="70AD47" w:themeColor="accent6"/>
          <w:sz w:val="28"/>
          <w:szCs w:val="28"/>
          <w:rtl/>
        </w:rPr>
        <w:t>نابینایان</w:t>
      </w:r>
      <w:bookmarkEnd w:id="15"/>
    </w:p>
    <w:p w:rsidR="00A75B1C" w:rsidRDefault="00A75B1C" w:rsidP="0000691D">
      <w:pPr>
        <w:bidi/>
        <w:spacing w:after="160" w:line="360" w:lineRule="auto"/>
        <w:jc w:val="both"/>
        <w:rPr>
          <w:rFonts w:ascii="Tahoma" w:hAnsi="Tahoma" w:cs="B Mitra"/>
          <w:sz w:val="28"/>
          <w:szCs w:val="28"/>
        </w:rPr>
      </w:pPr>
      <w:r w:rsidRPr="0000691D">
        <w:rPr>
          <w:rFonts w:ascii="Tahoma" w:hAnsi="Tahoma" w:cs="B Mitra"/>
          <w:sz w:val="28"/>
          <w:szCs w:val="28"/>
          <w:rtl/>
        </w:rPr>
        <w:t>ماه</w:t>
      </w:r>
      <w:r w:rsidRPr="0000691D">
        <w:rPr>
          <w:rFonts w:ascii="Tahoma" w:hAnsi="Tahoma" w:cs="B Mitra"/>
          <w:sz w:val="28"/>
          <w:szCs w:val="28"/>
        </w:rPr>
        <w:t xml:space="preserve"> </w:t>
      </w:r>
      <w:r w:rsidRPr="0000691D">
        <w:rPr>
          <w:rFonts w:ascii="Tahoma" w:hAnsi="Tahoma" w:cs="B Mitra"/>
          <w:sz w:val="28"/>
          <w:szCs w:val="28"/>
          <w:rtl/>
        </w:rPr>
        <w:t>مهر،</w:t>
      </w:r>
      <w:r w:rsidRPr="0000691D">
        <w:rPr>
          <w:rFonts w:ascii="Tahoma" w:hAnsi="Tahoma" w:cs="B Mitra"/>
          <w:sz w:val="28"/>
          <w:szCs w:val="28"/>
        </w:rPr>
        <w:t xml:space="preserve"> </w:t>
      </w:r>
      <w:r w:rsidRPr="0000691D">
        <w:rPr>
          <w:rFonts w:ascii="Tahoma" w:hAnsi="Tahoma" w:cs="B Mitra"/>
          <w:sz w:val="28"/>
          <w:szCs w:val="28"/>
          <w:rtl/>
        </w:rPr>
        <w:t>ماهی</w:t>
      </w:r>
      <w:r w:rsidRPr="0000691D">
        <w:rPr>
          <w:rFonts w:ascii="Tahoma" w:hAnsi="Tahoma" w:cs="B Mitra"/>
          <w:sz w:val="28"/>
          <w:szCs w:val="28"/>
        </w:rPr>
        <w:t xml:space="preserve"> </w:t>
      </w:r>
      <w:r w:rsidRPr="0000691D">
        <w:rPr>
          <w:rFonts w:ascii="Tahoma" w:hAnsi="Tahoma" w:cs="B Mitra"/>
          <w:sz w:val="28"/>
          <w:szCs w:val="28"/>
          <w:rtl/>
        </w:rPr>
        <w:t>با</w:t>
      </w:r>
      <w:r w:rsidRPr="0000691D">
        <w:rPr>
          <w:rFonts w:ascii="Tahoma" w:hAnsi="Tahoma" w:cs="B Mitra"/>
          <w:sz w:val="28"/>
          <w:szCs w:val="28"/>
        </w:rPr>
        <w:t xml:space="preserve"> </w:t>
      </w:r>
      <w:r w:rsidRPr="0000691D">
        <w:rPr>
          <w:rFonts w:ascii="Tahoma" w:hAnsi="Tahoma" w:cs="B Mitra"/>
          <w:sz w:val="28"/>
          <w:szCs w:val="28"/>
          <w:rtl/>
        </w:rPr>
        <w:t>حجم</w:t>
      </w:r>
      <w:r w:rsidRPr="0000691D">
        <w:rPr>
          <w:rFonts w:ascii="Tahoma" w:hAnsi="Tahoma" w:cs="B Mitra"/>
          <w:sz w:val="28"/>
          <w:szCs w:val="28"/>
        </w:rPr>
        <w:t xml:space="preserve"> </w:t>
      </w:r>
      <w:r w:rsidRPr="0000691D">
        <w:rPr>
          <w:rFonts w:ascii="Tahoma" w:hAnsi="Tahoma" w:cs="B Mitra"/>
          <w:sz w:val="28"/>
          <w:szCs w:val="28"/>
          <w:rtl/>
        </w:rPr>
        <w:t>بسیار</w:t>
      </w:r>
      <w:r w:rsidRPr="0000691D">
        <w:rPr>
          <w:rFonts w:ascii="Tahoma" w:hAnsi="Tahoma" w:cs="B Mitra"/>
          <w:sz w:val="28"/>
          <w:szCs w:val="28"/>
        </w:rPr>
        <w:t xml:space="preserve"> </w:t>
      </w:r>
      <w:r w:rsidRPr="0000691D">
        <w:rPr>
          <w:rFonts w:ascii="Tahoma" w:hAnsi="Tahoma" w:cs="B Mitra"/>
          <w:sz w:val="28"/>
          <w:szCs w:val="28"/>
          <w:rtl/>
        </w:rPr>
        <w:t>بالای</w:t>
      </w:r>
      <w:r w:rsidRPr="0000691D">
        <w:rPr>
          <w:rFonts w:ascii="Tahoma" w:hAnsi="Tahoma" w:cs="B Mitra"/>
          <w:sz w:val="28"/>
          <w:szCs w:val="28"/>
        </w:rPr>
        <w:t xml:space="preserve"> </w:t>
      </w:r>
      <w:r w:rsidRPr="0000691D">
        <w:rPr>
          <w:rFonts w:ascii="Tahoma" w:hAnsi="Tahoma" w:cs="B Mitra"/>
          <w:sz w:val="28"/>
          <w:szCs w:val="28"/>
          <w:rtl/>
        </w:rPr>
        <w:t>کار</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نیازمند</w:t>
      </w:r>
      <w:r w:rsidRPr="0000691D">
        <w:rPr>
          <w:rFonts w:ascii="Tahoma" w:hAnsi="Tahoma" w:cs="B Mitra"/>
          <w:sz w:val="28"/>
          <w:szCs w:val="28"/>
        </w:rPr>
        <w:t xml:space="preserve"> </w:t>
      </w:r>
      <w:r w:rsidRPr="0000691D">
        <w:rPr>
          <w:rFonts w:ascii="Tahoma" w:hAnsi="Tahoma" w:cs="B Mitra"/>
          <w:sz w:val="28"/>
          <w:szCs w:val="28"/>
          <w:rtl/>
        </w:rPr>
        <w:t>هماهنگی</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برنامه</w:t>
      </w:r>
      <w:r w:rsidRPr="0000691D">
        <w:rPr>
          <w:rFonts w:ascii="Tahoma" w:hAnsi="Tahoma" w:cs="B Mitra"/>
          <w:sz w:val="28"/>
          <w:szCs w:val="28"/>
        </w:rPr>
        <w:t>‌</w:t>
      </w:r>
      <w:r w:rsidRPr="0000691D">
        <w:rPr>
          <w:rFonts w:ascii="Tahoma" w:hAnsi="Tahoma" w:cs="B Mitra"/>
          <w:sz w:val="28"/>
          <w:szCs w:val="28"/>
          <w:rtl/>
        </w:rPr>
        <w:t>ریزی</w:t>
      </w:r>
      <w:r w:rsidRPr="0000691D">
        <w:rPr>
          <w:rFonts w:ascii="Tahoma" w:hAnsi="Tahoma" w:cs="B Mitra"/>
          <w:sz w:val="28"/>
          <w:szCs w:val="28"/>
        </w:rPr>
        <w:t xml:space="preserve"> </w:t>
      </w:r>
      <w:r w:rsidRPr="0000691D">
        <w:rPr>
          <w:rFonts w:ascii="Tahoma" w:hAnsi="Tahoma" w:cs="B Mitra"/>
          <w:sz w:val="28"/>
          <w:szCs w:val="28"/>
          <w:rtl/>
        </w:rPr>
        <w:t>دقیق</w:t>
      </w:r>
      <w:r w:rsidRPr="0000691D">
        <w:rPr>
          <w:rFonts w:ascii="Tahoma" w:hAnsi="Tahoma" w:cs="B Mitra"/>
          <w:sz w:val="28"/>
          <w:szCs w:val="28"/>
        </w:rPr>
        <w:t xml:space="preserve"> </w:t>
      </w:r>
      <w:r w:rsidRPr="0000691D">
        <w:rPr>
          <w:rFonts w:ascii="Tahoma" w:hAnsi="Tahoma" w:cs="B Mitra"/>
          <w:sz w:val="28"/>
          <w:szCs w:val="28"/>
          <w:rtl/>
        </w:rPr>
        <w:t>است</w:t>
      </w:r>
      <w:r w:rsidRPr="0000691D">
        <w:rPr>
          <w:rFonts w:ascii="Tahoma" w:hAnsi="Tahoma" w:cs="B Mitra" w:hint="cs"/>
          <w:sz w:val="28"/>
          <w:szCs w:val="28"/>
          <w:rtl/>
        </w:rPr>
        <w:t>؛</w:t>
      </w:r>
      <w:r w:rsidRPr="0000691D">
        <w:rPr>
          <w:rFonts w:ascii="Tahoma" w:hAnsi="Tahoma" w:cs="B Mitra"/>
          <w:sz w:val="28"/>
          <w:szCs w:val="28"/>
        </w:rPr>
        <w:t xml:space="preserve"> </w:t>
      </w:r>
      <w:r w:rsidRPr="0000691D">
        <w:rPr>
          <w:rFonts w:ascii="Tahoma" w:hAnsi="Tahoma" w:cs="B Mitra"/>
          <w:sz w:val="28"/>
          <w:szCs w:val="28"/>
          <w:rtl/>
        </w:rPr>
        <w:t>ما</w:t>
      </w:r>
      <w:r w:rsidRPr="0000691D">
        <w:rPr>
          <w:rFonts w:ascii="Tahoma" w:hAnsi="Tahoma" w:cs="B Mitra"/>
          <w:sz w:val="28"/>
          <w:szCs w:val="28"/>
        </w:rPr>
        <w:t xml:space="preserve"> </w:t>
      </w:r>
      <w:r w:rsidRPr="0000691D">
        <w:rPr>
          <w:rFonts w:ascii="Tahoma" w:hAnsi="Tahoma" w:cs="B Mitra"/>
          <w:sz w:val="28"/>
          <w:szCs w:val="28"/>
          <w:rtl/>
        </w:rPr>
        <w:t>از</w:t>
      </w:r>
      <w:r w:rsidRPr="0000691D">
        <w:rPr>
          <w:rFonts w:ascii="Tahoma" w:hAnsi="Tahoma" w:cs="B Mitra"/>
          <w:sz w:val="28"/>
          <w:szCs w:val="28"/>
        </w:rPr>
        <w:t xml:space="preserve"> </w:t>
      </w:r>
      <w:r w:rsidRPr="0000691D">
        <w:rPr>
          <w:rFonts w:ascii="Tahoma" w:hAnsi="Tahoma" w:cs="B Mitra"/>
          <w:sz w:val="28"/>
          <w:szCs w:val="28"/>
          <w:rtl/>
        </w:rPr>
        <w:t>مردادماه</w:t>
      </w:r>
      <w:r w:rsidRPr="0000691D">
        <w:rPr>
          <w:rFonts w:ascii="Tahoma" w:hAnsi="Tahoma" w:cs="B Mitra"/>
          <w:sz w:val="28"/>
          <w:szCs w:val="28"/>
        </w:rPr>
        <w:t xml:space="preserve"> </w:t>
      </w:r>
      <w:r w:rsidRPr="0000691D">
        <w:rPr>
          <w:rFonts w:ascii="Tahoma" w:hAnsi="Tahoma" w:cs="B Mitra"/>
          <w:sz w:val="28"/>
          <w:szCs w:val="28"/>
          <w:rtl/>
        </w:rPr>
        <w:t>برنامه</w:t>
      </w:r>
      <w:r w:rsidRPr="0000691D">
        <w:rPr>
          <w:rFonts w:ascii="Tahoma" w:hAnsi="Tahoma" w:cs="B Mitra"/>
          <w:sz w:val="28"/>
          <w:szCs w:val="28"/>
        </w:rPr>
        <w:t>‌</w:t>
      </w:r>
      <w:r w:rsidRPr="0000691D">
        <w:rPr>
          <w:rFonts w:ascii="Tahoma" w:hAnsi="Tahoma" w:cs="B Mitra"/>
          <w:sz w:val="28"/>
          <w:szCs w:val="28"/>
          <w:rtl/>
        </w:rPr>
        <w:t>ریزی</w:t>
      </w:r>
      <w:r w:rsidRPr="0000691D">
        <w:rPr>
          <w:rFonts w:ascii="Tahoma" w:hAnsi="Tahoma" w:cs="B Mitra"/>
          <w:sz w:val="28"/>
          <w:szCs w:val="28"/>
        </w:rPr>
        <w:t>‌</w:t>
      </w:r>
      <w:r w:rsidRPr="0000691D">
        <w:rPr>
          <w:rFonts w:ascii="Tahoma" w:hAnsi="Tahoma" w:cs="B Mitra"/>
          <w:sz w:val="28"/>
          <w:szCs w:val="28"/>
          <w:rtl/>
        </w:rPr>
        <w:t>های</w:t>
      </w:r>
      <w:r w:rsidRPr="0000691D">
        <w:rPr>
          <w:rFonts w:ascii="Tahoma" w:hAnsi="Tahoma" w:cs="B Mitra"/>
          <w:sz w:val="28"/>
          <w:szCs w:val="28"/>
        </w:rPr>
        <w:t xml:space="preserve"> </w:t>
      </w:r>
      <w:r w:rsidRPr="0000691D">
        <w:rPr>
          <w:rFonts w:ascii="Tahoma" w:hAnsi="Tahoma" w:cs="B Mitra"/>
          <w:sz w:val="28"/>
          <w:szCs w:val="28"/>
          <w:rtl/>
        </w:rPr>
        <w:t>خودمان</w:t>
      </w:r>
      <w:r w:rsidRPr="0000691D">
        <w:rPr>
          <w:rFonts w:ascii="Tahoma" w:hAnsi="Tahoma" w:cs="B Mitra"/>
          <w:sz w:val="28"/>
          <w:szCs w:val="28"/>
        </w:rPr>
        <w:t xml:space="preserve"> </w:t>
      </w:r>
      <w:r w:rsidRPr="0000691D">
        <w:rPr>
          <w:rFonts w:ascii="Tahoma" w:hAnsi="Tahoma" w:cs="B Mitra"/>
          <w:sz w:val="28"/>
          <w:szCs w:val="28"/>
          <w:rtl/>
        </w:rPr>
        <w:t>را</w:t>
      </w:r>
      <w:r w:rsidRPr="0000691D">
        <w:rPr>
          <w:rFonts w:ascii="Tahoma" w:hAnsi="Tahoma" w:cs="B Mitra"/>
          <w:sz w:val="28"/>
          <w:szCs w:val="28"/>
        </w:rPr>
        <w:t xml:space="preserve"> </w:t>
      </w:r>
      <w:r w:rsidRPr="0000691D">
        <w:rPr>
          <w:rFonts w:ascii="Tahoma" w:hAnsi="Tahoma" w:cs="B Mitra"/>
          <w:sz w:val="28"/>
          <w:szCs w:val="28"/>
          <w:rtl/>
        </w:rPr>
        <w:t>برای</w:t>
      </w:r>
      <w:r w:rsidRPr="0000691D">
        <w:rPr>
          <w:rFonts w:ascii="Tahoma" w:hAnsi="Tahoma" w:cs="B Mitra"/>
          <w:sz w:val="28"/>
          <w:szCs w:val="28"/>
        </w:rPr>
        <w:t xml:space="preserve"> </w:t>
      </w:r>
      <w:r w:rsidRPr="0000691D">
        <w:rPr>
          <w:rFonts w:ascii="Tahoma" w:hAnsi="Tahoma" w:cs="B Mitra"/>
          <w:sz w:val="28"/>
          <w:szCs w:val="28"/>
          <w:rtl/>
        </w:rPr>
        <w:t>برگزاری</w:t>
      </w:r>
      <w:r w:rsidRPr="0000691D">
        <w:rPr>
          <w:rFonts w:ascii="Tahoma" w:hAnsi="Tahoma" w:cs="B Mitra"/>
          <w:sz w:val="28"/>
          <w:szCs w:val="28"/>
        </w:rPr>
        <w:t xml:space="preserve"> </w:t>
      </w:r>
      <w:r w:rsidRPr="0000691D">
        <w:rPr>
          <w:rFonts w:ascii="Tahoma" w:hAnsi="Tahoma" w:cs="B Mitra"/>
          <w:sz w:val="28"/>
          <w:szCs w:val="28"/>
          <w:rtl/>
        </w:rPr>
        <w:t>مراسم</w:t>
      </w:r>
      <w:r w:rsidRPr="0000691D">
        <w:rPr>
          <w:rFonts w:ascii="Tahoma" w:hAnsi="Tahoma" w:cs="B Mitra"/>
          <w:sz w:val="28"/>
          <w:szCs w:val="28"/>
        </w:rPr>
        <w:t xml:space="preserve"> </w:t>
      </w:r>
      <w:r w:rsidRPr="0000691D">
        <w:rPr>
          <w:rFonts w:ascii="Tahoma" w:hAnsi="Tahoma" w:cs="B Mitra"/>
          <w:sz w:val="28"/>
          <w:szCs w:val="28"/>
          <w:rtl/>
        </w:rPr>
        <w:t>روز</w:t>
      </w:r>
      <w:r w:rsidRPr="0000691D">
        <w:rPr>
          <w:rFonts w:ascii="Tahoma" w:hAnsi="Tahoma" w:cs="B Mitra"/>
          <w:sz w:val="28"/>
          <w:szCs w:val="28"/>
        </w:rPr>
        <w:t xml:space="preserve"> </w:t>
      </w:r>
      <w:r w:rsidRPr="0000691D">
        <w:rPr>
          <w:rFonts w:ascii="Tahoma" w:hAnsi="Tahoma" w:cs="B Mitra"/>
          <w:sz w:val="28"/>
          <w:szCs w:val="28"/>
          <w:rtl/>
        </w:rPr>
        <w:t>جهانی</w:t>
      </w:r>
      <w:r w:rsidRPr="0000691D">
        <w:rPr>
          <w:rFonts w:ascii="Tahoma" w:hAnsi="Tahoma" w:cs="B Mitra"/>
          <w:sz w:val="28"/>
          <w:szCs w:val="28"/>
        </w:rPr>
        <w:t xml:space="preserve"> </w:t>
      </w:r>
      <w:r w:rsidRPr="0000691D">
        <w:rPr>
          <w:rFonts w:ascii="Tahoma" w:hAnsi="Tahoma" w:cs="B Mitra"/>
          <w:sz w:val="28"/>
          <w:szCs w:val="28"/>
          <w:rtl/>
        </w:rPr>
        <w:t>نابینایان</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ایمنی</w:t>
      </w:r>
      <w:r w:rsidRPr="0000691D">
        <w:rPr>
          <w:rFonts w:ascii="Tahoma" w:hAnsi="Tahoma" w:cs="B Mitra"/>
          <w:sz w:val="28"/>
          <w:szCs w:val="28"/>
        </w:rPr>
        <w:t xml:space="preserve"> </w:t>
      </w:r>
      <w:r w:rsidRPr="0000691D">
        <w:rPr>
          <w:rFonts w:ascii="Tahoma" w:hAnsi="Tahoma" w:cs="B Mitra"/>
          <w:sz w:val="28"/>
          <w:szCs w:val="28"/>
          <w:rtl/>
        </w:rPr>
        <w:t>عصای</w:t>
      </w:r>
      <w:r w:rsidRPr="0000691D">
        <w:rPr>
          <w:rFonts w:ascii="Tahoma" w:hAnsi="Tahoma" w:cs="B Mitra"/>
          <w:sz w:val="28"/>
          <w:szCs w:val="28"/>
        </w:rPr>
        <w:t xml:space="preserve"> </w:t>
      </w:r>
      <w:r w:rsidRPr="0000691D">
        <w:rPr>
          <w:rFonts w:ascii="Tahoma" w:hAnsi="Tahoma" w:cs="B Mitra"/>
          <w:sz w:val="28"/>
          <w:szCs w:val="28"/>
          <w:rtl/>
        </w:rPr>
        <w:t>سفید</w:t>
      </w:r>
      <w:r w:rsidRPr="0000691D">
        <w:rPr>
          <w:rFonts w:ascii="Tahoma" w:hAnsi="Tahoma" w:cs="B Mitra"/>
          <w:sz w:val="28"/>
          <w:szCs w:val="28"/>
        </w:rPr>
        <w:t xml:space="preserve"> </w:t>
      </w:r>
      <w:r w:rsidRPr="0000691D">
        <w:rPr>
          <w:rFonts w:ascii="Tahoma" w:hAnsi="Tahoma" w:cs="B Mitra"/>
          <w:sz w:val="28"/>
          <w:szCs w:val="28"/>
          <w:rtl/>
        </w:rPr>
        <w:t>آغاز</w:t>
      </w:r>
      <w:r w:rsidRPr="0000691D">
        <w:rPr>
          <w:rFonts w:ascii="Tahoma" w:hAnsi="Tahoma" w:cs="B Mitra"/>
          <w:sz w:val="28"/>
          <w:szCs w:val="28"/>
        </w:rPr>
        <w:t xml:space="preserve"> </w:t>
      </w:r>
      <w:r w:rsidRPr="0000691D">
        <w:rPr>
          <w:rFonts w:ascii="Tahoma" w:hAnsi="Tahoma" w:cs="B Mitra"/>
          <w:sz w:val="28"/>
          <w:szCs w:val="28"/>
          <w:rtl/>
        </w:rPr>
        <w:t>کرد</w:t>
      </w:r>
      <w:r w:rsidRPr="0000691D">
        <w:rPr>
          <w:rFonts w:ascii="Tahoma" w:hAnsi="Tahoma" w:cs="B Mitra" w:hint="cs"/>
          <w:sz w:val="28"/>
          <w:szCs w:val="28"/>
          <w:rtl/>
        </w:rPr>
        <w:t>ه‌ایم؛ تا زمان تهیه این یادداشت، این تلاش‌ها همچنان ادامه دارد. در شماره بعد به شرح برگزاری برنامه‌های این روز می‌پردازیم.</w:t>
      </w:r>
    </w:p>
    <w:p w:rsidR="00F412A6" w:rsidRPr="0000691D" w:rsidRDefault="00F412A6" w:rsidP="00F412A6">
      <w:pPr>
        <w:bidi/>
        <w:spacing w:after="160" w:line="360" w:lineRule="auto"/>
        <w:jc w:val="center"/>
        <w:rPr>
          <w:rFonts w:cs="B Mitra"/>
          <w:sz w:val="28"/>
          <w:szCs w:val="28"/>
        </w:rPr>
      </w:pPr>
      <w:r>
        <w:rPr>
          <w:rFonts w:cs="B Mitra"/>
          <w:noProof/>
          <w:sz w:val="28"/>
          <w:szCs w:val="28"/>
        </w:rPr>
        <w:drawing>
          <wp:inline distT="0" distB="0" distL="0" distR="0">
            <wp:extent cx="2857500" cy="1905000"/>
            <wp:effectExtent l="152400" t="152400" r="361950" b="36195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اقدسیه 1.jpg"/>
                    <pic:cNvPicPr/>
                  </pic:nvPicPr>
                  <pic:blipFill>
                    <a:blip r:embed="rId10">
                      <a:extLst>
                        <a:ext uri="{28A0092B-C50C-407E-A947-70E740481C1C}">
                          <a14:useLocalDpi xmlns:a14="http://schemas.microsoft.com/office/drawing/2010/main" val="0"/>
                        </a:ext>
                      </a:extLst>
                    </a:blip>
                    <a:stretch>
                      <a:fillRect/>
                    </a:stretch>
                  </pic:blipFill>
                  <pic:spPr>
                    <a:xfrm>
                      <a:off x="0" y="0"/>
                      <a:ext cx="2857500" cy="1905000"/>
                    </a:xfrm>
                    <a:prstGeom prst="rect">
                      <a:avLst/>
                    </a:prstGeom>
                    <a:ln>
                      <a:noFill/>
                    </a:ln>
                    <a:effectLst>
                      <a:outerShdw blurRad="292100" dist="139700" dir="2700000" algn="tl" rotWithShape="0">
                        <a:srgbClr val="333333">
                          <a:alpha val="65000"/>
                        </a:srgbClr>
                      </a:outerShdw>
                    </a:effectLst>
                  </pic:spPr>
                </pic:pic>
              </a:graphicData>
            </a:graphic>
          </wp:inline>
        </w:drawing>
      </w:r>
    </w:p>
    <w:p w:rsidR="00A75B1C" w:rsidRPr="0000691D" w:rsidRDefault="00A75B1C" w:rsidP="0000691D">
      <w:pPr>
        <w:bidi/>
        <w:spacing w:after="160" w:line="360" w:lineRule="auto"/>
        <w:jc w:val="both"/>
        <w:rPr>
          <w:rFonts w:cs="B Mitra"/>
          <w:sz w:val="28"/>
          <w:szCs w:val="28"/>
        </w:rPr>
      </w:pP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همین</w:t>
      </w:r>
      <w:r w:rsidRPr="0000691D">
        <w:rPr>
          <w:rFonts w:ascii="Tahoma" w:hAnsi="Tahoma" w:cs="B Mitra"/>
          <w:sz w:val="28"/>
          <w:szCs w:val="28"/>
        </w:rPr>
        <w:t>‌</w:t>
      </w:r>
      <w:r w:rsidRPr="0000691D">
        <w:rPr>
          <w:rFonts w:ascii="Tahoma" w:hAnsi="Tahoma" w:cs="B Mitra"/>
          <w:sz w:val="28"/>
          <w:szCs w:val="28"/>
          <w:rtl/>
        </w:rPr>
        <w:t>جا</w:t>
      </w:r>
      <w:r w:rsidRPr="0000691D">
        <w:rPr>
          <w:rFonts w:ascii="Tahoma" w:hAnsi="Tahoma" w:cs="B Mitra"/>
          <w:sz w:val="28"/>
          <w:szCs w:val="28"/>
        </w:rPr>
        <w:t xml:space="preserve"> </w:t>
      </w:r>
      <w:r w:rsidRPr="0000691D">
        <w:rPr>
          <w:rFonts w:ascii="Tahoma" w:hAnsi="Tahoma" w:cs="B Mitra"/>
          <w:sz w:val="28"/>
          <w:szCs w:val="28"/>
          <w:rtl/>
        </w:rPr>
        <w:t>بار</w:t>
      </w:r>
      <w:r w:rsidRPr="0000691D">
        <w:rPr>
          <w:rFonts w:ascii="Tahoma" w:hAnsi="Tahoma" w:cs="B Mitra"/>
          <w:sz w:val="28"/>
          <w:szCs w:val="28"/>
        </w:rPr>
        <w:t xml:space="preserve"> </w:t>
      </w:r>
      <w:r w:rsidRPr="0000691D">
        <w:rPr>
          <w:rFonts w:ascii="Tahoma" w:hAnsi="Tahoma" w:cs="B Mitra"/>
          <w:sz w:val="28"/>
          <w:szCs w:val="28"/>
          <w:rtl/>
        </w:rPr>
        <w:t>دیگر</w:t>
      </w:r>
      <w:r w:rsidRPr="0000691D">
        <w:rPr>
          <w:rFonts w:ascii="Tahoma" w:hAnsi="Tahoma" w:cs="B Mitra"/>
          <w:sz w:val="28"/>
          <w:szCs w:val="28"/>
        </w:rPr>
        <w:t xml:space="preserve"> </w:t>
      </w:r>
      <w:r w:rsidRPr="0000691D">
        <w:rPr>
          <w:rFonts w:ascii="Tahoma" w:hAnsi="Tahoma" w:cs="B Mitra"/>
          <w:sz w:val="28"/>
          <w:szCs w:val="28"/>
          <w:rtl/>
        </w:rPr>
        <w:t>روز</w:t>
      </w:r>
      <w:r w:rsidRPr="0000691D">
        <w:rPr>
          <w:rFonts w:ascii="Tahoma" w:hAnsi="Tahoma" w:cs="B Mitra"/>
          <w:sz w:val="28"/>
          <w:szCs w:val="28"/>
        </w:rPr>
        <w:t xml:space="preserve"> </w:t>
      </w:r>
      <w:r w:rsidRPr="0000691D">
        <w:rPr>
          <w:rFonts w:ascii="Tahoma" w:hAnsi="Tahoma" w:cs="B Mitra" w:hint="cs"/>
          <w:sz w:val="28"/>
          <w:szCs w:val="28"/>
          <w:rtl/>
        </w:rPr>
        <w:t xml:space="preserve">عصای سفید </w:t>
      </w:r>
      <w:r w:rsidRPr="0000691D">
        <w:rPr>
          <w:rFonts w:ascii="Tahoma" w:hAnsi="Tahoma" w:cs="B Mitra"/>
          <w:sz w:val="28"/>
          <w:szCs w:val="28"/>
          <w:rtl/>
        </w:rPr>
        <w:t>را</w:t>
      </w:r>
      <w:r w:rsidRPr="0000691D">
        <w:rPr>
          <w:rFonts w:ascii="Tahoma" w:hAnsi="Tahoma" w:cs="B Mitra"/>
          <w:sz w:val="28"/>
          <w:szCs w:val="28"/>
        </w:rPr>
        <w:t xml:space="preserve"> </w:t>
      </w:r>
      <w:r w:rsidRPr="0000691D">
        <w:rPr>
          <w:rFonts w:ascii="Tahoma" w:hAnsi="Tahoma" w:cs="B Mitra"/>
          <w:sz w:val="28"/>
          <w:szCs w:val="28"/>
          <w:rtl/>
        </w:rPr>
        <w:t>به</w:t>
      </w:r>
      <w:r w:rsidRPr="0000691D">
        <w:rPr>
          <w:rFonts w:ascii="Tahoma" w:hAnsi="Tahoma" w:cs="B Mitra"/>
          <w:sz w:val="28"/>
          <w:szCs w:val="28"/>
        </w:rPr>
        <w:t xml:space="preserve"> </w:t>
      </w:r>
      <w:r w:rsidRPr="0000691D">
        <w:rPr>
          <w:rFonts w:ascii="Tahoma" w:hAnsi="Tahoma" w:cs="B Mitra"/>
          <w:sz w:val="28"/>
          <w:szCs w:val="28"/>
          <w:rtl/>
        </w:rPr>
        <w:t>همه</w:t>
      </w:r>
      <w:r w:rsidRPr="0000691D">
        <w:rPr>
          <w:rFonts w:ascii="Tahoma" w:hAnsi="Tahoma" w:cs="B Mitra"/>
          <w:sz w:val="28"/>
          <w:szCs w:val="28"/>
        </w:rPr>
        <w:t xml:space="preserve"> </w:t>
      </w:r>
      <w:r w:rsidRPr="0000691D">
        <w:rPr>
          <w:rFonts w:ascii="Tahoma" w:hAnsi="Tahoma" w:cs="B Mitra"/>
          <w:sz w:val="28"/>
          <w:szCs w:val="28"/>
          <w:rtl/>
        </w:rPr>
        <w:t>نابینایان</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خانواده</w:t>
      </w:r>
      <w:r w:rsidRPr="0000691D">
        <w:rPr>
          <w:rFonts w:ascii="Tahoma" w:hAnsi="Tahoma" w:cs="B Mitra"/>
          <w:sz w:val="28"/>
          <w:szCs w:val="28"/>
        </w:rPr>
        <w:t>‌</w:t>
      </w:r>
      <w:r w:rsidRPr="0000691D">
        <w:rPr>
          <w:rFonts w:ascii="Tahoma" w:hAnsi="Tahoma" w:cs="B Mitra"/>
          <w:sz w:val="28"/>
          <w:szCs w:val="28"/>
          <w:rtl/>
        </w:rPr>
        <w:t>های</w:t>
      </w:r>
      <w:r w:rsidRPr="0000691D">
        <w:rPr>
          <w:rFonts w:ascii="Tahoma" w:hAnsi="Tahoma" w:cs="B Mitra"/>
          <w:sz w:val="28"/>
          <w:szCs w:val="28"/>
        </w:rPr>
        <w:t xml:space="preserve"> </w:t>
      </w:r>
      <w:r w:rsidRPr="0000691D">
        <w:rPr>
          <w:rFonts w:ascii="Tahoma" w:hAnsi="Tahoma" w:cs="B Mitra"/>
          <w:sz w:val="28"/>
          <w:szCs w:val="28"/>
          <w:rtl/>
        </w:rPr>
        <w:t>محترمشان</w:t>
      </w:r>
      <w:r w:rsidRPr="0000691D">
        <w:rPr>
          <w:rFonts w:ascii="Tahoma" w:hAnsi="Tahoma" w:cs="B Mitra"/>
          <w:sz w:val="28"/>
          <w:szCs w:val="28"/>
        </w:rPr>
        <w:t xml:space="preserve"> </w:t>
      </w:r>
      <w:r w:rsidRPr="0000691D">
        <w:rPr>
          <w:rFonts w:ascii="Tahoma" w:hAnsi="Tahoma" w:cs="B Mitra"/>
          <w:sz w:val="28"/>
          <w:szCs w:val="28"/>
          <w:rtl/>
        </w:rPr>
        <w:t>تبریک</w:t>
      </w:r>
      <w:r w:rsidRPr="0000691D">
        <w:rPr>
          <w:rFonts w:ascii="Tahoma" w:hAnsi="Tahoma" w:cs="B Mitra"/>
          <w:sz w:val="28"/>
          <w:szCs w:val="28"/>
        </w:rPr>
        <w:t xml:space="preserve"> </w:t>
      </w:r>
      <w:r w:rsidRPr="0000691D">
        <w:rPr>
          <w:rFonts w:ascii="Tahoma" w:hAnsi="Tahoma" w:cs="B Mitra"/>
          <w:sz w:val="28"/>
          <w:szCs w:val="28"/>
          <w:rtl/>
        </w:rPr>
        <w:t>می</w:t>
      </w:r>
      <w:r w:rsidRPr="0000691D">
        <w:rPr>
          <w:rFonts w:ascii="Tahoma" w:hAnsi="Tahoma" w:cs="B Mitra"/>
          <w:sz w:val="28"/>
          <w:szCs w:val="28"/>
        </w:rPr>
        <w:t>‌</w:t>
      </w:r>
      <w:r w:rsidRPr="0000691D">
        <w:rPr>
          <w:rFonts w:ascii="Tahoma" w:hAnsi="Tahoma" w:cs="B Mitra"/>
          <w:sz w:val="28"/>
          <w:szCs w:val="28"/>
          <w:rtl/>
        </w:rPr>
        <w:t>گویم</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امیدوارم</w:t>
      </w:r>
      <w:r w:rsidRPr="0000691D">
        <w:rPr>
          <w:rFonts w:ascii="Tahoma" w:hAnsi="Tahoma" w:cs="B Mitra"/>
          <w:sz w:val="28"/>
          <w:szCs w:val="28"/>
        </w:rPr>
        <w:t xml:space="preserve"> </w:t>
      </w:r>
      <w:r w:rsidRPr="0000691D">
        <w:rPr>
          <w:rFonts w:ascii="Tahoma" w:hAnsi="Tahoma" w:cs="B Mitra"/>
          <w:sz w:val="28"/>
          <w:szCs w:val="28"/>
          <w:rtl/>
        </w:rPr>
        <w:t>مطالبات</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خواسته</w:t>
      </w:r>
      <w:r w:rsidRPr="0000691D">
        <w:rPr>
          <w:rFonts w:ascii="Tahoma" w:hAnsi="Tahoma" w:cs="B Mitra"/>
          <w:sz w:val="28"/>
          <w:szCs w:val="28"/>
        </w:rPr>
        <w:t>‌</w:t>
      </w:r>
      <w:r w:rsidRPr="0000691D">
        <w:rPr>
          <w:rFonts w:ascii="Tahoma" w:hAnsi="Tahoma" w:cs="B Mitra"/>
          <w:sz w:val="28"/>
          <w:szCs w:val="28"/>
          <w:rtl/>
        </w:rPr>
        <w:t>هایی</w:t>
      </w:r>
      <w:r w:rsidRPr="0000691D">
        <w:rPr>
          <w:rFonts w:ascii="Tahoma" w:hAnsi="Tahoma" w:cs="B Mitra"/>
          <w:sz w:val="28"/>
          <w:szCs w:val="28"/>
        </w:rPr>
        <w:t xml:space="preserve"> </w:t>
      </w:r>
      <w:r w:rsidRPr="0000691D">
        <w:rPr>
          <w:rFonts w:ascii="Tahoma" w:hAnsi="Tahoma" w:cs="B Mitra"/>
          <w:sz w:val="28"/>
          <w:szCs w:val="28"/>
          <w:rtl/>
        </w:rPr>
        <w:t>که</w:t>
      </w:r>
      <w:r w:rsidRPr="0000691D">
        <w:rPr>
          <w:rFonts w:ascii="Tahoma" w:hAnsi="Tahoma" w:cs="B Mitra"/>
          <w:sz w:val="28"/>
          <w:szCs w:val="28"/>
        </w:rPr>
        <w:t xml:space="preserve"> </w:t>
      </w:r>
      <w:r w:rsidRPr="0000691D">
        <w:rPr>
          <w:rFonts w:ascii="Tahoma" w:hAnsi="Tahoma" w:cs="B Mitra"/>
          <w:sz w:val="28"/>
          <w:szCs w:val="28"/>
          <w:rtl/>
        </w:rPr>
        <w:t>عزیزان</w:t>
      </w:r>
      <w:r w:rsidRPr="0000691D">
        <w:rPr>
          <w:rFonts w:ascii="Tahoma" w:hAnsi="Tahoma" w:cs="B Mitra"/>
          <w:sz w:val="28"/>
          <w:szCs w:val="28"/>
        </w:rPr>
        <w:t xml:space="preserve"> </w:t>
      </w:r>
      <w:r w:rsidRPr="0000691D">
        <w:rPr>
          <w:rFonts w:ascii="Tahoma" w:hAnsi="Tahoma" w:cs="B Mitra"/>
          <w:sz w:val="28"/>
          <w:szCs w:val="28"/>
          <w:rtl/>
        </w:rPr>
        <w:t>نابینا</w:t>
      </w:r>
      <w:r w:rsidRPr="0000691D">
        <w:rPr>
          <w:rFonts w:ascii="Tahoma" w:hAnsi="Tahoma" w:cs="B Mitra"/>
          <w:sz w:val="28"/>
          <w:szCs w:val="28"/>
        </w:rPr>
        <w:t xml:space="preserve"> </w:t>
      </w:r>
      <w:r w:rsidRPr="0000691D">
        <w:rPr>
          <w:rFonts w:ascii="Tahoma" w:hAnsi="Tahoma" w:cs="B Mitra"/>
          <w:sz w:val="28"/>
          <w:szCs w:val="28"/>
          <w:rtl/>
        </w:rPr>
        <w:t>دارند،</w:t>
      </w:r>
      <w:r w:rsidRPr="0000691D">
        <w:rPr>
          <w:rFonts w:ascii="Tahoma" w:hAnsi="Tahoma" w:cs="B Mitra"/>
          <w:sz w:val="28"/>
          <w:szCs w:val="28"/>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سال</w:t>
      </w:r>
      <w:r w:rsidRPr="0000691D">
        <w:rPr>
          <w:rFonts w:ascii="Tahoma" w:hAnsi="Tahoma" w:cs="B Mitra"/>
          <w:sz w:val="28"/>
          <w:szCs w:val="28"/>
        </w:rPr>
        <w:t xml:space="preserve"> </w:t>
      </w:r>
      <w:r w:rsidRPr="0000691D">
        <w:rPr>
          <w:rFonts w:ascii="Tahoma" w:hAnsi="Tahoma" w:cs="B Mitra"/>
          <w:sz w:val="28"/>
          <w:szCs w:val="28"/>
          <w:rtl/>
        </w:rPr>
        <w:t>آینده</w:t>
      </w:r>
      <w:r w:rsidRPr="0000691D">
        <w:rPr>
          <w:rFonts w:ascii="Tahoma" w:hAnsi="Tahoma" w:cs="B Mitra"/>
          <w:sz w:val="28"/>
          <w:szCs w:val="28"/>
        </w:rPr>
        <w:t xml:space="preserve"> </w:t>
      </w:r>
      <w:r w:rsidRPr="0000691D">
        <w:rPr>
          <w:rFonts w:ascii="Tahoma" w:hAnsi="Tahoma" w:cs="B Mitra"/>
          <w:sz w:val="28"/>
          <w:szCs w:val="28"/>
          <w:rtl/>
        </w:rPr>
        <w:t>تا</w:t>
      </w:r>
      <w:r w:rsidRPr="0000691D">
        <w:rPr>
          <w:rFonts w:ascii="Tahoma" w:hAnsi="Tahoma" w:cs="B Mitra"/>
          <w:sz w:val="28"/>
          <w:szCs w:val="28"/>
        </w:rPr>
        <w:t xml:space="preserve"> </w:t>
      </w:r>
      <w:r w:rsidRPr="0000691D">
        <w:rPr>
          <w:rFonts w:ascii="Tahoma" w:hAnsi="Tahoma" w:cs="B Mitra"/>
          <w:sz w:val="28"/>
          <w:szCs w:val="28"/>
          <w:rtl/>
        </w:rPr>
        <w:t>حد</w:t>
      </w:r>
      <w:r w:rsidRPr="0000691D">
        <w:rPr>
          <w:rFonts w:ascii="Tahoma" w:hAnsi="Tahoma" w:cs="B Mitra"/>
          <w:sz w:val="28"/>
          <w:szCs w:val="28"/>
        </w:rPr>
        <w:t xml:space="preserve"> </w:t>
      </w:r>
      <w:r w:rsidRPr="0000691D">
        <w:rPr>
          <w:rFonts w:ascii="Tahoma" w:hAnsi="Tahoma" w:cs="B Mitra"/>
          <w:sz w:val="28"/>
          <w:szCs w:val="28"/>
          <w:rtl/>
        </w:rPr>
        <w:t>امکان</w:t>
      </w:r>
      <w:r w:rsidRPr="0000691D">
        <w:rPr>
          <w:rFonts w:ascii="Tahoma" w:hAnsi="Tahoma" w:cs="B Mitra"/>
          <w:sz w:val="28"/>
          <w:szCs w:val="28"/>
        </w:rPr>
        <w:t xml:space="preserve"> </w:t>
      </w:r>
      <w:r w:rsidRPr="0000691D">
        <w:rPr>
          <w:rFonts w:ascii="Tahoma" w:hAnsi="Tahoma" w:cs="B Mitra"/>
          <w:sz w:val="28"/>
          <w:szCs w:val="28"/>
          <w:rtl/>
        </w:rPr>
        <w:t>محقق</w:t>
      </w:r>
      <w:r w:rsidRPr="0000691D">
        <w:rPr>
          <w:rFonts w:ascii="Tahoma" w:hAnsi="Tahoma" w:cs="B Mitra"/>
          <w:sz w:val="28"/>
          <w:szCs w:val="28"/>
        </w:rPr>
        <w:t xml:space="preserve"> </w:t>
      </w:r>
      <w:r w:rsidRPr="0000691D">
        <w:rPr>
          <w:rFonts w:ascii="Tahoma" w:hAnsi="Tahoma" w:cs="B Mitra"/>
          <w:sz w:val="28"/>
          <w:szCs w:val="28"/>
          <w:rtl/>
        </w:rPr>
        <w:t>شده</w:t>
      </w:r>
      <w:r w:rsidRPr="0000691D">
        <w:rPr>
          <w:rFonts w:ascii="Tahoma" w:hAnsi="Tahoma" w:cs="B Mitra"/>
          <w:sz w:val="28"/>
          <w:szCs w:val="28"/>
        </w:rPr>
        <w:t xml:space="preserve"> </w:t>
      </w:r>
      <w:r w:rsidRPr="0000691D">
        <w:rPr>
          <w:rFonts w:ascii="Tahoma" w:hAnsi="Tahoma" w:cs="B Mitra"/>
          <w:sz w:val="28"/>
          <w:szCs w:val="28"/>
          <w:rtl/>
        </w:rPr>
        <w:t>باشد</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دیگر</w:t>
      </w:r>
      <w:r w:rsidRPr="0000691D">
        <w:rPr>
          <w:rFonts w:ascii="Tahoma" w:hAnsi="Tahoma" w:cs="B Mitra"/>
          <w:sz w:val="28"/>
          <w:szCs w:val="28"/>
        </w:rPr>
        <w:t xml:space="preserve"> </w:t>
      </w:r>
      <w:r w:rsidRPr="0000691D">
        <w:rPr>
          <w:rFonts w:ascii="Tahoma" w:hAnsi="Tahoma" w:cs="B Mitra"/>
          <w:sz w:val="28"/>
          <w:szCs w:val="28"/>
          <w:rtl/>
        </w:rPr>
        <w:t>شاهد</w:t>
      </w:r>
      <w:r w:rsidRPr="0000691D">
        <w:rPr>
          <w:rFonts w:ascii="Tahoma" w:hAnsi="Tahoma" w:cs="B Mitra"/>
          <w:sz w:val="28"/>
          <w:szCs w:val="28"/>
        </w:rPr>
        <w:t xml:space="preserve"> </w:t>
      </w:r>
      <w:r w:rsidRPr="0000691D">
        <w:rPr>
          <w:rFonts w:ascii="Tahoma" w:hAnsi="Tahoma" w:cs="B Mitra"/>
          <w:sz w:val="28"/>
          <w:szCs w:val="28"/>
          <w:rtl/>
        </w:rPr>
        <w:t>تکرار</w:t>
      </w:r>
      <w:r w:rsidRPr="0000691D">
        <w:rPr>
          <w:rFonts w:ascii="Tahoma" w:hAnsi="Tahoma" w:cs="B Mitra"/>
          <w:sz w:val="28"/>
          <w:szCs w:val="28"/>
        </w:rPr>
        <w:t xml:space="preserve"> </w:t>
      </w:r>
      <w:r w:rsidRPr="0000691D">
        <w:rPr>
          <w:rFonts w:ascii="Tahoma" w:hAnsi="Tahoma" w:cs="B Mitra"/>
          <w:sz w:val="28"/>
          <w:szCs w:val="28"/>
          <w:rtl/>
        </w:rPr>
        <w:t>بسیاری</w:t>
      </w:r>
      <w:r w:rsidRPr="0000691D">
        <w:rPr>
          <w:rFonts w:ascii="Tahoma" w:hAnsi="Tahoma" w:cs="B Mitra"/>
          <w:sz w:val="28"/>
          <w:szCs w:val="28"/>
        </w:rPr>
        <w:t xml:space="preserve"> </w:t>
      </w:r>
      <w:r w:rsidRPr="0000691D">
        <w:rPr>
          <w:rFonts w:ascii="Tahoma" w:hAnsi="Tahoma" w:cs="B Mitra"/>
          <w:sz w:val="28"/>
          <w:szCs w:val="28"/>
          <w:rtl/>
        </w:rPr>
        <w:t>از</w:t>
      </w:r>
      <w:r w:rsidRPr="0000691D">
        <w:rPr>
          <w:rFonts w:ascii="Tahoma" w:hAnsi="Tahoma" w:cs="B Mitra"/>
          <w:sz w:val="28"/>
          <w:szCs w:val="28"/>
        </w:rPr>
        <w:t xml:space="preserve"> </w:t>
      </w:r>
      <w:r w:rsidRPr="0000691D">
        <w:rPr>
          <w:rFonts w:ascii="Tahoma" w:hAnsi="Tahoma" w:cs="B Mitra"/>
          <w:sz w:val="28"/>
          <w:szCs w:val="28"/>
          <w:rtl/>
        </w:rPr>
        <w:t>مطالبات</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خواسته</w:t>
      </w:r>
      <w:r w:rsidRPr="0000691D">
        <w:rPr>
          <w:rFonts w:ascii="Tahoma" w:hAnsi="Tahoma" w:cs="B Mitra"/>
          <w:sz w:val="28"/>
          <w:szCs w:val="28"/>
        </w:rPr>
        <w:t>‌</w:t>
      </w:r>
      <w:r w:rsidRPr="0000691D">
        <w:rPr>
          <w:rFonts w:ascii="Tahoma" w:hAnsi="Tahoma" w:cs="B Mitra"/>
          <w:sz w:val="28"/>
          <w:szCs w:val="28"/>
          <w:rtl/>
        </w:rPr>
        <w:t>های</w:t>
      </w:r>
      <w:r w:rsidRPr="0000691D">
        <w:rPr>
          <w:rFonts w:ascii="Tahoma" w:hAnsi="Tahoma" w:cs="B Mitra"/>
          <w:sz w:val="28"/>
          <w:szCs w:val="28"/>
        </w:rPr>
        <w:t xml:space="preserve"> </w:t>
      </w:r>
      <w:r w:rsidRPr="0000691D">
        <w:rPr>
          <w:rFonts w:ascii="Tahoma" w:hAnsi="Tahoma" w:cs="B Mitra"/>
          <w:sz w:val="28"/>
          <w:szCs w:val="28"/>
          <w:rtl/>
        </w:rPr>
        <w:t>سال</w:t>
      </w:r>
      <w:r w:rsidRPr="0000691D">
        <w:rPr>
          <w:rFonts w:ascii="Tahoma" w:hAnsi="Tahoma" w:cs="B Mitra"/>
          <w:sz w:val="28"/>
          <w:szCs w:val="28"/>
        </w:rPr>
        <w:t>‌</w:t>
      </w:r>
      <w:r w:rsidRPr="0000691D">
        <w:rPr>
          <w:rFonts w:ascii="Tahoma" w:hAnsi="Tahoma" w:cs="B Mitra"/>
          <w:sz w:val="28"/>
          <w:szCs w:val="28"/>
          <w:rtl/>
        </w:rPr>
        <w:t>های</w:t>
      </w:r>
      <w:r w:rsidRPr="0000691D">
        <w:rPr>
          <w:rFonts w:ascii="Tahoma" w:hAnsi="Tahoma" w:cs="B Mitra"/>
          <w:sz w:val="28"/>
          <w:szCs w:val="28"/>
        </w:rPr>
        <w:t xml:space="preserve"> </w:t>
      </w:r>
      <w:r w:rsidRPr="0000691D">
        <w:rPr>
          <w:rFonts w:ascii="Tahoma" w:hAnsi="Tahoma" w:cs="B Mitra"/>
          <w:sz w:val="28"/>
          <w:szCs w:val="28"/>
          <w:rtl/>
        </w:rPr>
        <w:t>گذشته</w:t>
      </w:r>
      <w:r w:rsidRPr="0000691D">
        <w:rPr>
          <w:rFonts w:ascii="Tahoma" w:hAnsi="Tahoma" w:cs="B Mitra"/>
          <w:sz w:val="28"/>
          <w:szCs w:val="28"/>
        </w:rPr>
        <w:t xml:space="preserve"> </w:t>
      </w:r>
      <w:r w:rsidRPr="0000691D">
        <w:rPr>
          <w:rFonts w:ascii="Tahoma" w:hAnsi="Tahoma" w:cs="B Mitra"/>
          <w:sz w:val="28"/>
          <w:szCs w:val="28"/>
          <w:rtl/>
        </w:rPr>
        <w:t>نباشیم.</w:t>
      </w:r>
    </w:p>
    <w:p w:rsidR="00A75B1C" w:rsidRPr="0000691D" w:rsidRDefault="00A75B1C" w:rsidP="0000691D">
      <w:pPr>
        <w:pStyle w:val="Heading3"/>
        <w:bidi/>
        <w:spacing w:line="360" w:lineRule="auto"/>
        <w:rPr>
          <w:rFonts w:cs="B Mitra"/>
          <w:color w:val="70AD47" w:themeColor="accent6"/>
          <w:sz w:val="28"/>
          <w:szCs w:val="28"/>
        </w:rPr>
      </w:pPr>
      <w:bookmarkStart w:id="16" w:name="_Toc243400523"/>
      <w:r w:rsidRPr="0000691D">
        <w:rPr>
          <w:rFonts w:cs="B Mitra"/>
          <w:color w:val="70AD47" w:themeColor="accent6"/>
          <w:sz w:val="28"/>
          <w:szCs w:val="28"/>
          <w:rtl/>
        </w:rPr>
        <w:lastRenderedPageBreak/>
        <w:t>حمایت</w:t>
      </w:r>
      <w:r w:rsidRPr="0000691D">
        <w:rPr>
          <w:rFonts w:cs="B Mitra"/>
          <w:color w:val="70AD47" w:themeColor="accent6"/>
          <w:sz w:val="28"/>
          <w:szCs w:val="28"/>
        </w:rPr>
        <w:t>‌</w:t>
      </w:r>
      <w:r w:rsidRPr="0000691D">
        <w:rPr>
          <w:rFonts w:cs="B Mitra"/>
          <w:color w:val="70AD47" w:themeColor="accent6"/>
          <w:sz w:val="28"/>
          <w:szCs w:val="28"/>
          <w:rtl/>
        </w:rPr>
        <w:t>های</w:t>
      </w:r>
      <w:r w:rsidRPr="0000691D">
        <w:rPr>
          <w:rFonts w:cs="B Mitra"/>
          <w:color w:val="70AD47" w:themeColor="accent6"/>
          <w:sz w:val="28"/>
          <w:szCs w:val="28"/>
        </w:rPr>
        <w:t xml:space="preserve"> </w:t>
      </w:r>
      <w:r w:rsidRPr="0000691D">
        <w:rPr>
          <w:rFonts w:cs="B Mitra"/>
          <w:color w:val="70AD47" w:themeColor="accent6"/>
          <w:sz w:val="28"/>
          <w:szCs w:val="28"/>
          <w:rtl/>
        </w:rPr>
        <w:t>نقدی</w:t>
      </w:r>
      <w:r w:rsidRPr="0000691D">
        <w:rPr>
          <w:rFonts w:cs="B Mitra"/>
          <w:color w:val="70AD47" w:themeColor="accent6"/>
          <w:sz w:val="28"/>
          <w:szCs w:val="28"/>
        </w:rPr>
        <w:t xml:space="preserve"> </w:t>
      </w:r>
      <w:r w:rsidRPr="0000691D">
        <w:rPr>
          <w:rFonts w:cs="B Mitra"/>
          <w:color w:val="70AD47" w:themeColor="accent6"/>
          <w:sz w:val="28"/>
          <w:szCs w:val="28"/>
          <w:rtl/>
        </w:rPr>
        <w:t>از</w:t>
      </w:r>
      <w:r w:rsidRPr="0000691D">
        <w:rPr>
          <w:rFonts w:cs="B Mitra"/>
          <w:color w:val="70AD47" w:themeColor="accent6"/>
          <w:sz w:val="28"/>
          <w:szCs w:val="28"/>
        </w:rPr>
        <w:t xml:space="preserve"> </w:t>
      </w:r>
      <w:r w:rsidRPr="0000691D">
        <w:rPr>
          <w:rFonts w:cs="B Mitra"/>
          <w:color w:val="70AD47" w:themeColor="accent6"/>
          <w:sz w:val="28"/>
          <w:szCs w:val="28"/>
          <w:rtl/>
        </w:rPr>
        <w:t>افراد</w:t>
      </w:r>
      <w:r w:rsidRPr="0000691D">
        <w:rPr>
          <w:rFonts w:cs="B Mitra"/>
          <w:color w:val="70AD47" w:themeColor="accent6"/>
          <w:sz w:val="28"/>
          <w:szCs w:val="28"/>
        </w:rPr>
        <w:t xml:space="preserve"> </w:t>
      </w:r>
      <w:r w:rsidRPr="0000691D">
        <w:rPr>
          <w:rFonts w:cs="B Mitra"/>
          <w:color w:val="70AD47" w:themeColor="accent6"/>
          <w:sz w:val="28"/>
          <w:szCs w:val="28"/>
          <w:rtl/>
        </w:rPr>
        <w:t>دارای</w:t>
      </w:r>
      <w:r w:rsidRPr="0000691D">
        <w:rPr>
          <w:rFonts w:cs="B Mitra"/>
          <w:color w:val="70AD47" w:themeColor="accent6"/>
          <w:sz w:val="28"/>
          <w:szCs w:val="28"/>
        </w:rPr>
        <w:t xml:space="preserve"> </w:t>
      </w:r>
      <w:r w:rsidRPr="0000691D">
        <w:rPr>
          <w:rFonts w:cs="B Mitra"/>
          <w:color w:val="70AD47" w:themeColor="accent6"/>
          <w:sz w:val="28"/>
          <w:szCs w:val="28"/>
          <w:rtl/>
        </w:rPr>
        <w:t>شرایط</w:t>
      </w:r>
      <w:r w:rsidRPr="0000691D">
        <w:rPr>
          <w:rFonts w:cs="B Mitra"/>
          <w:color w:val="70AD47" w:themeColor="accent6"/>
          <w:sz w:val="28"/>
          <w:szCs w:val="28"/>
        </w:rPr>
        <w:t xml:space="preserve"> </w:t>
      </w:r>
      <w:r w:rsidRPr="0000691D">
        <w:rPr>
          <w:rFonts w:cs="B Mitra"/>
          <w:color w:val="70AD47" w:themeColor="accent6"/>
          <w:sz w:val="28"/>
          <w:szCs w:val="28"/>
          <w:rtl/>
        </w:rPr>
        <w:t>خاص</w:t>
      </w:r>
      <w:bookmarkEnd w:id="16"/>
    </w:p>
    <w:p w:rsidR="00A75B1C" w:rsidRPr="0000691D" w:rsidRDefault="00A75B1C" w:rsidP="0000691D">
      <w:pPr>
        <w:bidi/>
        <w:spacing w:after="160" w:line="360" w:lineRule="auto"/>
        <w:jc w:val="both"/>
        <w:rPr>
          <w:rFonts w:cs="B Mitra"/>
          <w:sz w:val="28"/>
          <w:szCs w:val="28"/>
        </w:rPr>
      </w:pPr>
      <w:r w:rsidRPr="0000691D">
        <w:rPr>
          <w:rFonts w:ascii="Tahoma" w:hAnsi="Tahoma" w:cs="B Mitra"/>
          <w:sz w:val="28"/>
          <w:szCs w:val="28"/>
          <w:rtl/>
        </w:rPr>
        <w:t>اگر</w:t>
      </w:r>
      <w:r w:rsidRPr="0000691D">
        <w:rPr>
          <w:rFonts w:ascii="Tahoma" w:hAnsi="Tahoma" w:cs="B Mitra"/>
          <w:sz w:val="28"/>
          <w:szCs w:val="28"/>
        </w:rPr>
        <w:t xml:space="preserve"> </w:t>
      </w:r>
      <w:r w:rsidRPr="0000691D">
        <w:rPr>
          <w:rFonts w:ascii="Tahoma" w:hAnsi="Tahoma" w:cs="B Mitra"/>
          <w:sz w:val="28"/>
          <w:szCs w:val="28"/>
          <w:rtl/>
        </w:rPr>
        <w:t>بخواهم</w:t>
      </w:r>
      <w:r w:rsidRPr="0000691D">
        <w:rPr>
          <w:rFonts w:ascii="Tahoma" w:hAnsi="Tahoma" w:cs="B Mitra"/>
          <w:sz w:val="28"/>
          <w:szCs w:val="28"/>
        </w:rPr>
        <w:t xml:space="preserve"> </w:t>
      </w:r>
      <w:r w:rsidRPr="0000691D">
        <w:rPr>
          <w:rFonts w:ascii="Tahoma" w:hAnsi="Tahoma" w:cs="B Mitra"/>
          <w:sz w:val="28"/>
          <w:szCs w:val="28"/>
          <w:rtl/>
        </w:rPr>
        <w:t>گزارشی</w:t>
      </w:r>
      <w:r w:rsidRPr="0000691D">
        <w:rPr>
          <w:rFonts w:ascii="Tahoma" w:hAnsi="Tahoma" w:cs="B Mitra"/>
          <w:sz w:val="28"/>
          <w:szCs w:val="28"/>
        </w:rPr>
        <w:t xml:space="preserve"> </w:t>
      </w:r>
      <w:r w:rsidRPr="0000691D">
        <w:rPr>
          <w:rFonts w:ascii="Tahoma" w:hAnsi="Tahoma" w:cs="B Mitra"/>
          <w:sz w:val="28"/>
          <w:szCs w:val="28"/>
          <w:rtl/>
        </w:rPr>
        <w:t>کوتاه</w:t>
      </w:r>
      <w:r w:rsidRPr="0000691D">
        <w:rPr>
          <w:rFonts w:ascii="Tahoma" w:hAnsi="Tahoma" w:cs="B Mitra"/>
          <w:sz w:val="28"/>
          <w:szCs w:val="28"/>
        </w:rPr>
        <w:t xml:space="preserve"> </w:t>
      </w:r>
      <w:r w:rsidRPr="0000691D">
        <w:rPr>
          <w:rFonts w:ascii="Tahoma" w:hAnsi="Tahoma" w:cs="B Mitra"/>
          <w:sz w:val="28"/>
          <w:szCs w:val="28"/>
          <w:rtl/>
        </w:rPr>
        <w:t>از</w:t>
      </w:r>
      <w:r w:rsidRPr="0000691D">
        <w:rPr>
          <w:rFonts w:ascii="Tahoma" w:hAnsi="Tahoma" w:cs="B Mitra"/>
          <w:sz w:val="28"/>
          <w:szCs w:val="28"/>
        </w:rPr>
        <w:t xml:space="preserve"> </w:t>
      </w:r>
      <w:r w:rsidRPr="0000691D">
        <w:rPr>
          <w:rFonts w:ascii="Tahoma" w:hAnsi="Tahoma" w:cs="B Mitra"/>
          <w:sz w:val="28"/>
          <w:szCs w:val="28"/>
          <w:rtl/>
        </w:rPr>
        <w:t>اقدامات</w:t>
      </w:r>
      <w:r w:rsidRPr="0000691D">
        <w:rPr>
          <w:rFonts w:ascii="Tahoma" w:hAnsi="Tahoma" w:cs="B Mitra"/>
          <w:sz w:val="28"/>
          <w:szCs w:val="28"/>
        </w:rPr>
        <w:t xml:space="preserve"> </w:t>
      </w:r>
      <w:r w:rsidRPr="0000691D">
        <w:rPr>
          <w:rFonts w:ascii="Tahoma" w:hAnsi="Tahoma" w:cs="B Mitra"/>
          <w:sz w:val="28"/>
          <w:szCs w:val="28"/>
          <w:rtl/>
        </w:rPr>
        <w:t>انجام</w:t>
      </w:r>
      <w:r w:rsidRPr="0000691D">
        <w:rPr>
          <w:rFonts w:ascii="Tahoma" w:hAnsi="Tahoma" w:cs="B Mitra"/>
          <w:sz w:val="28"/>
          <w:szCs w:val="28"/>
        </w:rPr>
        <w:t>‌</w:t>
      </w:r>
      <w:r w:rsidRPr="0000691D">
        <w:rPr>
          <w:rFonts w:ascii="Tahoma" w:hAnsi="Tahoma" w:cs="B Mitra"/>
          <w:sz w:val="28"/>
          <w:szCs w:val="28"/>
          <w:rtl/>
        </w:rPr>
        <w:t>شده</w:t>
      </w:r>
      <w:r w:rsidRPr="0000691D">
        <w:rPr>
          <w:rFonts w:ascii="Tahoma" w:hAnsi="Tahoma" w:cs="B Mitra"/>
          <w:sz w:val="28"/>
          <w:szCs w:val="28"/>
        </w:rPr>
        <w:t xml:space="preserve"> </w:t>
      </w:r>
      <w:r w:rsidRPr="0000691D">
        <w:rPr>
          <w:rFonts w:ascii="Tahoma" w:hAnsi="Tahoma" w:cs="B Mitra"/>
          <w:sz w:val="28"/>
          <w:szCs w:val="28"/>
          <w:rtl/>
        </w:rPr>
        <w:t>ارائه</w:t>
      </w:r>
      <w:r w:rsidRPr="0000691D">
        <w:rPr>
          <w:rFonts w:ascii="Tahoma" w:hAnsi="Tahoma" w:cs="B Mitra"/>
          <w:sz w:val="28"/>
          <w:szCs w:val="28"/>
        </w:rPr>
        <w:t xml:space="preserve"> </w:t>
      </w:r>
      <w:r w:rsidRPr="0000691D">
        <w:rPr>
          <w:rFonts w:ascii="Tahoma" w:hAnsi="Tahoma" w:cs="B Mitra"/>
          <w:sz w:val="28"/>
          <w:szCs w:val="28"/>
          <w:rtl/>
        </w:rPr>
        <w:t>کنم،</w:t>
      </w:r>
      <w:r w:rsidRPr="0000691D">
        <w:rPr>
          <w:rFonts w:ascii="Tahoma" w:hAnsi="Tahoma" w:cs="B Mitra"/>
          <w:sz w:val="28"/>
          <w:szCs w:val="28"/>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ماه</w:t>
      </w:r>
      <w:r w:rsidRPr="0000691D">
        <w:rPr>
          <w:rFonts w:ascii="Tahoma" w:hAnsi="Tahoma" w:cs="B Mitra"/>
          <w:sz w:val="28"/>
          <w:szCs w:val="28"/>
        </w:rPr>
        <w:t xml:space="preserve"> </w:t>
      </w:r>
      <w:r w:rsidRPr="0000691D">
        <w:rPr>
          <w:rFonts w:ascii="Tahoma" w:hAnsi="Tahoma" w:cs="B Mitra"/>
          <w:sz w:val="28"/>
          <w:szCs w:val="28"/>
          <w:rtl/>
        </w:rPr>
        <w:t>مهر</w:t>
      </w:r>
      <w:r w:rsidRPr="0000691D">
        <w:rPr>
          <w:rFonts w:ascii="Tahoma" w:hAnsi="Tahoma" w:cs="B Mitra"/>
          <w:sz w:val="28"/>
          <w:szCs w:val="28"/>
        </w:rPr>
        <w:t xml:space="preserve"> </w:t>
      </w:r>
      <w:r w:rsidRPr="0000691D">
        <w:rPr>
          <w:rFonts w:ascii="Tahoma" w:hAnsi="Tahoma" w:cs="B Mitra"/>
          <w:sz w:val="28"/>
          <w:szCs w:val="28"/>
          <w:rtl/>
        </w:rPr>
        <w:t>نزدیک</w:t>
      </w:r>
      <w:r w:rsidRPr="0000691D">
        <w:rPr>
          <w:rFonts w:ascii="Tahoma" w:hAnsi="Tahoma" w:cs="B Mitra"/>
          <w:sz w:val="28"/>
          <w:szCs w:val="28"/>
        </w:rPr>
        <w:t xml:space="preserve"> </w:t>
      </w:r>
      <w:r w:rsidRPr="0000691D">
        <w:rPr>
          <w:rFonts w:ascii="Tahoma" w:hAnsi="Tahoma" w:cs="B Mitra"/>
          <w:sz w:val="28"/>
          <w:szCs w:val="28"/>
          <w:rtl/>
        </w:rPr>
        <w:t>به</w:t>
      </w:r>
      <w:r w:rsidRPr="0000691D">
        <w:rPr>
          <w:rFonts w:ascii="Tahoma" w:hAnsi="Tahoma" w:cs="B Mitra"/>
          <w:sz w:val="28"/>
          <w:szCs w:val="28"/>
        </w:rPr>
        <w:t xml:space="preserve"> </w:t>
      </w:r>
      <w:r w:rsidRPr="0000691D">
        <w:rPr>
          <w:rFonts w:ascii="Tahoma" w:hAnsi="Tahoma" w:cs="B Mitra"/>
          <w:sz w:val="28"/>
          <w:szCs w:val="28"/>
          <w:rtl/>
        </w:rPr>
        <w:t>۵۳</w:t>
      </w:r>
      <w:r w:rsidRPr="0000691D">
        <w:rPr>
          <w:rFonts w:ascii="Tahoma" w:hAnsi="Tahoma" w:cs="B Mitra"/>
          <w:sz w:val="28"/>
          <w:szCs w:val="28"/>
        </w:rPr>
        <w:t xml:space="preserve"> </w:t>
      </w:r>
      <w:r w:rsidRPr="0000691D">
        <w:rPr>
          <w:rFonts w:ascii="Tahoma" w:hAnsi="Tahoma" w:cs="B Mitra"/>
          <w:sz w:val="28"/>
          <w:szCs w:val="28"/>
          <w:rtl/>
        </w:rPr>
        <w:t>نفر</w:t>
      </w:r>
      <w:r w:rsidRPr="0000691D">
        <w:rPr>
          <w:rFonts w:ascii="Tahoma" w:hAnsi="Tahoma" w:cs="B Mitra"/>
          <w:sz w:val="28"/>
          <w:szCs w:val="28"/>
        </w:rPr>
        <w:t xml:space="preserve"> </w:t>
      </w:r>
      <w:r w:rsidRPr="0000691D">
        <w:rPr>
          <w:rFonts w:ascii="Tahoma" w:hAnsi="Tahoma" w:cs="B Mitra"/>
          <w:sz w:val="28"/>
          <w:szCs w:val="28"/>
          <w:rtl/>
        </w:rPr>
        <w:t>از</w:t>
      </w:r>
      <w:r w:rsidRPr="0000691D">
        <w:rPr>
          <w:rFonts w:ascii="Tahoma" w:hAnsi="Tahoma" w:cs="B Mitra"/>
          <w:sz w:val="28"/>
          <w:szCs w:val="28"/>
        </w:rPr>
        <w:t xml:space="preserve"> </w:t>
      </w:r>
      <w:r w:rsidRPr="0000691D">
        <w:rPr>
          <w:rFonts w:ascii="Tahoma" w:hAnsi="Tahoma" w:cs="B Mitra"/>
          <w:sz w:val="28"/>
          <w:szCs w:val="28"/>
          <w:rtl/>
        </w:rPr>
        <w:t>عزیزان</w:t>
      </w:r>
      <w:r w:rsidRPr="0000691D">
        <w:rPr>
          <w:rFonts w:ascii="Tahoma" w:hAnsi="Tahoma" w:cs="B Mitra"/>
          <w:sz w:val="28"/>
          <w:szCs w:val="28"/>
        </w:rPr>
        <w:t xml:space="preserve"> </w:t>
      </w:r>
      <w:r w:rsidRPr="0000691D">
        <w:rPr>
          <w:rFonts w:ascii="Tahoma" w:hAnsi="Tahoma" w:cs="B Mitra"/>
          <w:sz w:val="28"/>
          <w:szCs w:val="28"/>
          <w:rtl/>
        </w:rPr>
        <w:t>نابینایی</w:t>
      </w:r>
      <w:r w:rsidRPr="0000691D">
        <w:rPr>
          <w:rFonts w:ascii="Tahoma" w:hAnsi="Tahoma" w:cs="B Mitra"/>
          <w:sz w:val="28"/>
          <w:szCs w:val="28"/>
        </w:rPr>
        <w:t xml:space="preserve"> </w:t>
      </w:r>
      <w:r w:rsidRPr="0000691D">
        <w:rPr>
          <w:rFonts w:ascii="Tahoma" w:hAnsi="Tahoma" w:cs="B Mitra"/>
          <w:sz w:val="28"/>
          <w:szCs w:val="28"/>
          <w:rtl/>
        </w:rPr>
        <w:t>که</w:t>
      </w:r>
      <w:r w:rsidRPr="0000691D">
        <w:rPr>
          <w:rFonts w:ascii="Tahoma" w:hAnsi="Tahoma" w:cs="B Mitra"/>
          <w:sz w:val="28"/>
          <w:szCs w:val="28"/>
        </w:rPr>
        <w:t xml:space="preserve"> </w:t>
      </w:r>
      <w:r w:rsidRPr="0000691D">
        <w:rPr>
          <w:rFonts w:ascii="Tahoma" w:hAnsi="Tahoma" w:cs="B Mitra"/>
          <w:sz w:val="28"/>
          <w:szCs w:val="28"/>
          <w:rtl/>
        </w:rPr>
        <w:t>دارای</w:t>
      </w:r>
      <w:r w:rsidRPr="0000691D">
        <w:rPr>
          <w:rFonts w:ascii="Tahoma" w:hAnsi="Tahoma" w:cs="B Mitra"/>
          <w:sz w:val="28"/>
          <w:szCs w:val="28"/>
        </w:rPr>
        <w:t xml:space="preserve"> </w:t>
      </w:r>
      <w:r w:rsidRPr="0000691D">
        <w:rPr>
          <w:rFonts w:ascii="Tahoma" w:hAnsi="Tahoma" w:cs="B Mitra"/>
          <w:sz w:val="28"/>
          <w:szCs w:val="28"/>
          <w:rtl/>
        </w:rPr>
        <w:t>شرایط</w:t>
      </w:r>
      <w:r w:rsidRPr="0000691D">
        <w:rPr>
          <w:rFonts w:ascii="Tahoma" w:hAnsi="Tahoma" w:cs="B Mitra"/>
          <w:sz w:val="28"/>
          <w:szCs w:val="28"/>
        </w:rPr>
        <w:t xml:space="preserve"> </w:t>
      </w:r>
      <w:r w:rsidRPr="0000691D">
        <w:rPr>
          <w:rFonts w:ascii="Tahoma" w:hAnsi="Tahoma" w:cs="B Mitra"/>
          <w:sz w:val="28"/>
          <w:szCs w:val="28"/>
          <w:rtl/>
        </w:rPr>
        <w:t>خاص</w:t>
      </w:r>
      <w:r w:rsidRPr="0000691D">
        <w:rPr>
          <w:rFonts w:ascii="Tahoma" w:hAnsi="Tahoma" w:cs="B Mitra"/>
          <w:sz w:val="28"/>
          <w:szCs w:val="28"/>
        </w:rPr>
        <w:t xml:space="preserve"> </w:t>
      </w:r>
      <w:r w:rsidRPr="0000691D">
        <w:rPr>
          <w:rFonts w:ascii="Tahoma" w:hAnsi="Tahoma" w:cs="B Mitra"/>
          <w:sz w:val="28"/>
          <w:szCs w:val="28"/>
          <w:rtl/>
        </w:rPr>
        <w:t>بودند،</w:t>
      </w:r>
      <w:r w:rsidRPr="0000691D">
        <w:rPr>
          <w:rFonts w:ascii="Tahoma" w:hAnsi="Tahoma" w:cs="B Mitra"/>
          <w:sz w:val="28"/>
          <w:szCs w:val="28"/>
        </w:rPr>
        <w:t xml:space="preserve"> </w:t>
      </w:r>
      <w:r w:rsidRPr="0000691D">
        <w:rPr>
          <w:rFonts w:ascii="Tahoma" w:hAnsi="Tahoma" w:cs="B Mitra"/>
          <w:sz w:val="28"/>
          <w:szCs w:val="28"/>
          <w:rtl/>
        </w:rPr>
        <w:t>از</w:t>
      </w:r>
      <w:r w:rsidRPr="0000691D">
        <w:rPr>
          <w:rFonts w:ascii="Tahoma" w:hAnsi="Tahoma" w:cs="B Mitra"/>
          <w:sz w:val="28"/>
          <w:szCs w:val="28"/>
        </w:rPr>
        <w:t xml:space="preserve"> </w:t>
      </w:r>
      <w:r w:rsidRPr="0000691D">
        <w:rPr>
          <w:rFonts w:ascii="Tahoma" w:hAnsi="Tahoma" w:cs="B Mitra"/>
          <w:sz w:val="28"/>
          <w:szCs w:val="28"/>
          <w:rtl/>
        </w:rPr>
        <w:t>حمایت</w:t>
      </w:r>
      <w:r w:rsidRPr="0000691D">
        <w:rPr>
          <w:rFonts w:ascii="Tahoma" w:hAnsi="Tahoma" w:cs="B Mitra"/>
          <w:sz w:val="28"/>
          <w:szCs w:val="28"/>
        </w:rPr>
        <w:t>‌</w:t>
      </w:r>
      <w:r w:rsidRPr="0000691D">
        <w:rPr>
          <w:rFonts w:ascii="Tahoma" w:hAnsi="Tahoma" w:cs="B Mitra"/>
          <w:sz w:val="28"/>
          <w:szCs w:val="28"/>
          <w:rtl/>
        </w:rPr>
        <w:t>های</w:t>
      </w:r>
      <w:r w:rsidRPr="0000691D">
        <w:rPr>
          <w:rFonts w:ascii="Tahoma" w:hAnsi="Tahoma" w:cs="B Mitra"/>
          <w:sz w:val="28"/>
          <w:szCs w:val="28"/>
        </w:rPr>
        <w:t xml:space="preserve"> </w:t>
      </w:r>
      <w:r w:rsidRPr="0000691D">
        <w:rPr>
          <w:rFonts w:ascii="Tahoma" w:hAnsi="Tahoma" w:cs="B Mitra"/>
          <w:sz w:val="28"/>
          <w:szCs w:val="28"/>
          <w:rtl/>
        </w:rPr>
        <w:t>ماهانه</w:t>
      </w:r>
      <w:r w:rsidRPr="0000691D">
        <w:rPr>
          <w:rFonts w:ascii="Tahoma" w:hAnsi="Tahoma" w:cs="B Mitra"/>
          <w:sz w:val="28"/>
          <w:szCs w:val="28"/>
        </w:rPr>
        <w:t xml:space="preserve"> </w:t>
      </w:r>
      <w:r w:rsidRPr="0000691D">
        <w:rPr>
          <w:rFonts w:ascii="Tahoma" w:hAnsi="Tahoma" w:cs="B Mitra"/>
          <w:sz w:val="28"/>
          <w:szCs w:val="28"/>
          <w:rtl/>
        </w:rPr>
        <w:t>انجمن</w:t>
      </w:r>
      <w:r w:rsidRPr="0000691D">
        <w:rPr>
          <w:rFonts w:ascii="Tahoma" w:hAnsi="Tahoma" w:cs="B Mitra"/>
          <w:sz w:val="28"/>
          <w:szCs w:val="28"/>
        </w:rPr>
        <w:t xml:space="preserve"> </w:t>
      </w:r>
      <w:r w:rsidRPr="0000691D">
        <w:rPr>
          <w:rFonts w:ascii="Tahoma" w:hAnsi="Tahoma" w:cs="B Mitra"/>
          <w:sz w:val="28"/>
          <w:szCs w:val="28"/>
          <w:rtl/>
        </w:rPr>
        <w:t>برخوردار</w:t>
      </w:r>
      <w:r w:rsidRPr="0000691D">
        <w:rPr>
          <w:rFonts w:ascii="Tahoma" w:hAnsi="Tahoma" w:cs="B Mitra"/>
          <w:sz w:val="28"/>
          <w:szCs w:val="28"/>
        </w:rPr>
        <w:t xml:space="preserve"> </w:t>
      </w:r>
      <w:r w:rsidRPr="0000691D">
        <w:rPr>
          <w:rFonts w:ascii="Tahoma" w:hAnsi="Tahoma" w:cs="B Mitra"/>
          <w:sz w:val="28"/>
          <w:szCs w:val="28"/>
          <w:rtl/>
        </w:rPr>
        <w:t>شدند.</w:t>
      </w:r>
    </w:p>
    <w:p w:rsidR="00A75B1C" w:rsidRPr="0000691D" w:rsidRDefault="00A75B1C" w:rsidP="0000691D">
      <w:pPr>
        <w:bidi/>
        <w:spacing w:after="160" w:line="360" w:lineRule="auto"/>
        <w:jc w:val="both"/>
        <w:rPr>
          <w:rFonts w:cs="B Mitra"/>
          <w:sz w:val="28"/>
          <w:szCs w:val="28"/>
        </w:rPr>
      </w:pPr>
      <w:r w:rsidRPr="0000691D">
        <w:rPr>
          <w:rFonts w:ascii="Tahoma" w:hAnsi="Tahoma" w:cs="B Mitra"/>
          <w:sz w:val="28"/>
          <w:szCs w:val="28"/>
          <w:rtl/>
        </w:rPr>
        <w:t>این</w:t>
      </w:r>
      <w:r w:rsidRPr="0000691D">
        <w:rPr>
          <w:rFonts w:ascii="Tahoma" w:hAnsi="Tahoma" w:cs="B Mitra"/>
          <w:sz w:val="28"/>
          <w:szCs w:val="28"/>
        </w:rPr>
        <w:t xml:space="preserve"> </w:t>
      </w:r>
      <w:r w:rsidRPr="0000691D">
        <w:rPr>
          <w:rFonts w:ascii="Tahoma" w:hAnsi="Tahoma" w:cs="B Mitra"/>
          <w:sz w:val="28"/>
          <w:szCs w:val="28"/>
          <w:rtl/>
        </w:rPr>
        <w:t>عزیزان</w:t>
      </w:r>
      <w:r w:rsidRPr="0000691D">
        <w:rPr>
          <w:rFonts w:ascii="Tahoma" w:hAnsi="Tahoma" w:cs="B Mitra"/>
          <w:sz w:val="28"/>
          <w:szCs w:val="28"/>
        </w:rPr>
        <w:t xml:space="preserve"> </w:t>
      </w:r>
      <w:r w:rsidRPr="0000691D">
        <w:rPr>
          <w:rFonts w:ascii="Tahoma" w:hAnsi="Tahoma" w:cs="B Mitra"/>
          <w:sz w:val="28"/>
          <w:szCs w:val="28"/>
          <w:rtl/>
        </w:rPr>
        <w:t>عمدتاً</w:t>
      </w:r>
      <w:r w:rsidRPr="0000691D">
        <w:rPr>
          <w:rFonts w:ascii="Tahoma" w:hAnsi="Tahoma" w:cs="B Mitra"/>
          <w:sz w:val="28"/>
          <w:szCs w:val="28"/>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دهک</w:t>
      </w:r>
      <w:r w:rsidRPr="0000691D">
        <w:rPr>
          <w:rFonts w:ascii="Tahoma" w:hAnsi="Tahoma" w:cs="B Mitra"/>
          <w:sz w:val="28"/>
          <w:szCs w:val="28"/>
        </w:rPr>
        <w:t>‌</w:t>
      </w:r>
      <w:r w:rsidRPr="0000691D">
        <w:rPr>
          <w:rFonts w:ascii="Tahoma" w:hAnsi="Tahoma" w:cs="B Mitra"/>
          <w:sz w:val="28"/>
          <w:szCs w:val="28"/>
          <w:rtl/>
        </w:rPr>
        <w:t>های</w:t>
      </w:r>
      <w:r w:rsidRPr="0000691D">
        <w:rPr>
          <w:rFonts w:ascii="Tahoma" w:hAnsi="Tahoma" w:cs="B Mitra"/>
          <w:sz w:val="28"/>
          <w:szCs w:val="28"/>
        </w:rPr>
        <w:t xml:space="preserve"> </w:t>
      </w:r>
      <w:r w:rsidRPr="0000691D">
        <w:rPr>
          <w:rFonts w:ascii="Tahoma" w:hAnsi="Tahoma" w:cs="B Mitra"/>
          <w:sz w:val="28"/>
          <w:szCs w:val="28"/>
          <w:rtl/>
        </w:rPr>
        <w:t>پایین</w:t>
      </w:r>
      <w:r w:rsidRPr="0000691D">
        <w:rPr>
          <w:rFonts w:ascii="Tahoma" w:hAnsi="Tahoma" w:cs="B Mitra"/>
          <w:sz w:val="28"/>
          <w:szCs w:val="28"/>
        </w:rPr>
        <w:t xml:space="preserve"> </w:t>
      </w:r>
      <w:r w:rsidRPr="0000691D">
        <w:rPr>
          <w:rFonts w:ascii="Tahoma" w:hAnsi="Tahoma" w:cs="B Mitra"/>
          <w:sz w:val="28"/>
          <w:szCs w:val="28"/>
          <w:rtl/>
        </w:rPr>
        <w:t>درآمدی</w:t>
      </w:r>
      <w:r w:rsidRPr="0000691D">
        <w:rPr>
          <w:rFonts w:ascii="Tahoma" w:hAnsi="Tahoma" w:cs="B Mitra"/>
          <w:sz w:val="28"/>
          <w:szCs w:val="28"/>
        </w:rPr>
        <w:t xml:space="preserve"> </w:t>
      </w:r>
      <w:r w:rsidRPr="0000691D">
        <w:rPr>
          <w:rFonts w:ascii="Tahoma" w:hAnsi="Tahoma" w:cs="B Mitra"/>
          <w:sz w:val="28"/>
          <w:szCs w:val="28"/>
          <w:rtl/>
        </w:rPr>
        <w:t>قرار</w:t>
      </w:r>
      <w:r w:rsidRPr="0000691D">
        <w:rPr>
          <w:rFonts w:ascii="Tahoma" w:hAnsi="Tahoma" w:cs="B Mitra"/>
          <w:sz w:val="28"/>
          <w:szCs w:val="28"/>
        </w:rPr>
        <w:t xml:space="preserve"> </w:t>
      </w:r>
      <w:r w:rsidRPr="0000691D">
        <w:rPr>
          <w:rFonts w:ascii="Tahoma" w:hAnsi="Tahoma" w:cs="B Mitra"/>
          <w:sz w:val="28"/>
          <w:szCs w:val="28"/>
          <w:rtl/>
        </w:rPr>
        <w:t>دارند</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واقعاً</w:t>
      </w:r>
      <w:r w:rsidRPr="0000691D">
        <w:rPr>
          <w:rFonts w:ascii="Tahoma" w:hAnsi="Tahoma" w:cs="B Mitra"/>
          <w:sz w:val="28"/>
          <w:szCs w:val="28"/>
        </w:rPr>
        <w:t xml:space="preserve"> </w:t>
      </w:r>
      <w:r w:rsidRPr="0000691D">
        <w:rPr>
          <w:rFonts w:ascii="Tahoma" w:hAnsi="Tahoma" w:cs="B Mitra"/>
          <w:sz w:val="28"/>
          <w:szCs w:val="28"/>
          <w:rtl/>
        </w:rPr>
        <w:t>شرایط</w:t>
      </w:r>
      <w:r w:rsidRPr="0000691D">
        <w:rPr>
          <w:rFonts w:ascii="Tahoma" w:hAnsi="Tahoma" w:cs="B Mitra"/>
          <w:sz w:val="28"/>
          <w:szCs w:val="28"/>
        </w:rPr>
        <w:t xml:space="preserve"> </w:t>
      </w:r>
      <w:r w:rsidRPr="0000691D">
        <w:rPr>
          <w:rFonts w:ascii="Tahoma" w:hAnsi="Tahoma" w:cs="B Mitra"/>
          <w:sz w:val="28"/>
          <w:szCs w:val="28"/>
          <w:rtl/>
        </w:rPr>
        <w:t>اقتصادی</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زندگی</w:t>
      </w:r>
      <w:r w:rsidRPr="0000691D">
        <w:rPr>
          <w:rFonts w:ascii="Tahoma" w:hAnsi="Tahoma" w:cs="B Mitra"/>
          <w:sz w:val="28"/>
          <w:szCs w:val="28"/>
        </w:rPr>
        <w:t xml:space="preserve"> </w:t>
      </w:r>
      <w:r w:rsidRPr="0000691D">
        <w:rPr>
          <w:rFonts w:ascii="Tahoma" w:hAnsi="Tahoma" w:cs="B Mitra"/>
          <w:sz w:val="28"/>
          <w:szCs w:val="28"/>
          <w:rtl/>
        </w:rPr>
        <w:t>سختی</w:t>
      </w:r>
      <w:r w:rsidRPr="0000691D">
        <w:rPr>
          <w:rFonts w:ascii="Tahoma" w:hAnsi="Tahoma" w:cs="B Mitra"/>
          <w:sz w:val="28"/>
          <w:szCs w:val="28"/>
        </w:rPr>
        <w:t xml:space="preserve"> </w:t>
      </w:r>
      <w:r w:rsidRPr="0000691D">
        <w:rPr>
          <w:rFonts w:ascii="Tahoma" w:hAnsi="Tahoma" w:cs="B Mitra"/>
          <w:sz w:val="28"/>
          <w:szCs w:val="28"/>
          <w:rtl/>
        </w:rPr>
        <w:t>دارند.</w:t>
      </w:r>
      <w:r w:rsidRPr="0000691D">
        <w:rPr>
          <w:rFonts w:ascii="Tahoma" w:hAnsi="Tahoma" w:cs="B Mitra"/>
          <w:sz w:val="28"/>
          <w:szCs w:val="28"/>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این</w:t>
      </w:r>
      <w:r w:rsidRPr="0000691D">
        <w:rPr>
          <w:rFonts w:ascii="Tahoma" w:hAnsi="Tahoma" w:cs="B Mitra"/>
          <w:sz w:val="28"/>
          <w:szCs w:val="28"/>
        </w:rPr>
        <w:t xml:space="preserve"> </w:t>
      </w:r>
      <w:r w:rsidRPr="0000691D">
        <w:rPr>
          <w:rFonts w:ascii="Tahoma" w:hAnsi="Tahoma" w:cs="B Mitra"/>
          <w:sz w:val="28"/>
          <w:szCs w:val="28"/>
          <w:rtl/>
        </w:rPr>
        <w:t>طرح،</w:t>
      </w:r>
      <w:r w:rsidRPr="0000691D">
        <w:rPr>
          <w:rFonts w:ascii="Tahoma" w:hAnsi="Tahoma" w:cs="B Mitra"/>
          <w:sz w:val="28"/>
          <w:szCs w:val="28"/>
        </w:rPr>
        <w:t xml:space="preserve"> </w:t>
      </w:r>
      <w:r w:rsidRPr="0000691D">
        <w:rPr>
          <w:rFonts w:ascii="Tahoma" w:hAnsi="Tahoma" w:cs="B Mitra"/>
          <w:sz w:val="28"/>
          <w:szCs w:val="28"/>
          <w:rtl/>
        </w:rPr>
        <w:t>برای</w:t>
      </w:r>
      <w:r w:rsidRPr="0000691D">
        <w:rPr>
          <w:rFonts w:ascii="Tahoma" w:hAnsi="Tahoma" w:cs="B Mitra"/>
          <w:sz w:val="28"/>
          <w:szCs w:val="28"/>
        </w:rPr>
        <w:t xml:space="preserve"> </w:t>
      </w:r>
      <w:r w:rsidRPr="0000691D">
        <w:rPr>
          <w:rFonts w:ascii="Tahoma" w:hAnsi="Tahoma" w:cs="B Mitra"/>
          <w:sz w:val="28"/>
          <w:szCs w:val="28"/>
          <w:rtl/>
        </w:rPr>
        <w:t>تعدادی</w:t>
      </w:r>
      <w:r w:rsidRPr="0000691D">
        <w:rPr>
          <w:rFonts w:ascii="Tahoma" w:hAnsi="Tahoma" w:cs="B Mitra"/>
          <w:sz w:val="28"/>
          <w:szCs w:val="28"/>
        </w:rPr>
        <w:t xml:space="preserve"> </w:t>
      </w:r>
      <w:r w:rsidRPr="0000691D">
        <w:rPr>
          <w:rFonts w:ascii="Tahoma" w:hAnsi="Tahoma" w:cs="B Mitra"/>
          <w:sz w:val="28"/>
          <w:szCs w:val="28"/>
          <w:rtl/>
        </w:rPr>
        <w:t>از</w:t>
      </w:r>
      <w:r w:rsidRPr="0000691D">
        <w:rPr>
          <w:rFonts w:ascii="Tahoma" w:hAnsi="Tahoma" w:cs="B Mitra"/>
          <w:sz w:val="28"/>
          <w:szCs w:val="28"/>
        </w:rPr>
        <w:t xml:space="preserve"> </w:t>
      </w:r>
      <w:r w:rsidRPr="0000691D">
        <w:rPr>
          <w:rFonts w:ascii="Tahoma" w:hAnsi="Tahoma" w:cs="B Mitra"/>
          <w:sz w:val="28"/>
          <w:szCs w:val="28"/>
          <w:rtl/>
        </w:rPr>
        <w:t>افراد</w:t>
      </w:r>
      <w:r w:rsidRPr="0000691D">
        <w:rPr>
          <w:rFonts w:ascii="Tahoma" w:hAnsi="Tahoma" w:cs="B Mitra"/>
          <w:sz w:val="28"/>
          <w:szCs w:val="28"/>
        </w:rPr>
        <w:t xml:space="preserve"> </w:t>
      </w:r>
      <w:r w:rsidRPr="0000691D">
        <w:rPr>
          <w:rFonts w:ascii="Tahoma" w:hAnsi="Tahoma" w:cs="B Mitra"/>
          <w:sz w:val="28"/>
          <w:szCs w:val="28"/>
          <w:rtl/>
        </w:rPr>
        <w:t>مبلغ</w:t>
      </w:r>
      <w:r w:rsidRPr="0000691D">
        <w:rPr>
          <w:rFonts w:ascii="Tahoma" w:hAnsi="Tahoma" w:cs="B Mitra"/>
          <w:sz w:val="28"/>
          <w:szCs w:val="28"/>
        </w:rPr>
        <w:t xml:space="preserve"> </w:t>
      </w:r>
      <w:r w:rsidRPr="0000691D">
        <w:rPr>
          <w:rFonts w:ascii="Tahoma" w:hAnsi="Tahoma" w:cs="B Mitra"/>
          <w:sz w:val="28"/>
          <w:szCs w:val="28"/>
          <w:rtl/>
        </w:rPr>
        <w:t>ماهانه</w:t>
      </w:r>
      <w:r w:rsidRPr="0000691D">
        <w:rPr>
          <w:rFonts w:ascii="Tahoma" w:hAnsi="Tahoma" w:cs="B Mitra"/>
          <w:sz w:val="28"/>
          <w:szCs w:val="28"/>
        </w:rPr>
        <w:t xml:space="preserve"> </w:t>
      </w:r>
      <w:r w:rsidRPr="0000691D">
        <w:rPr>
          <w:rFonts w:ascii="Tahoma" w:hAnsi="Tahoma" w:cs="B Mitra"/>
          <w:sz w:val="28"/>
          <w:szCs w:val="28"/>
          <w:rtl/>
        </w:rPr>
        <w:t>یک</w:t>
      </w:r>
      <w:r w:rsidRPr="0000691D">
        <w:rPr>
          <w:rFonts w:ascii="Tahoma" w:hAnsi="Tahoma" w:cs="B Mitra"/>
          <w:sz w:val="28"/>
          <w:szCs w:val="28"/>
        </w:rPr>
        <w:t xml:space="preserve"> </w:t>
      </w:r>
      <w:r w:rsidRPr="0000691D">
        <w:rPr>
          <w:rFonts w:ascii="Tahoma" w:hAnsi="Tahoma" w:cs="B Mitra"/>
          <w:sz w:val="28"/>
          <w:szCs w:val="28"/>
          <w:rtl/>
        </w:rPr>
        <w:t>میلیون</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۲۵۰</w:t>
      </w:r>
      <w:r w:rsidRPr="0000691D">
        <w:rPr>
          <w:rFonts w:ascii="Tahoma" w:hAnsi="Tahoma" w:cs="B Mitra"/>
          <w:sz w:val="28"/>
          <w:szCs w:val="28"/>
        </w:rPr>
        <w:t xml:space="preserve"> </w:t>
      </w:r>
      <w:r w:rsidRPr="0000691D">
        <w:rPr>
          <w:rFonts w:ascii="Tahoma" w:hAnsi="Tahoma" w:cs="B Mitra"/>
          <w:sz w:val="28"/>
          <w:szCs w:val="28"/>
          <w:rtl/>
        </w:rPr>
        <w:t>هزار</w:t>
      </w:r>
      <w:r w:rsidRPr="0000691D">
        <w:rPr>
          <w:rFonts w:ascii="Tahoma" w:hAnsi="Tahoma" w:cs="B Mitra"/>
          <w:sz w:val="28"/>
          <w:szCs w:val="28"/>
        </w:rPr>
        <w:t xml:space="preserve"> </w:t>
      </w:r>
      <w:r w:rsidRPr="0000691D">
        <w:rPr>
          <w:rFonts w:ascii="Tahoma" w:hAnsi="Tahoma" w:cs="B Mitra"/>
          <w:sz w:val="28"/>
          <w:szCs w:val="28"/>
          <w:rtl/>
        </w:rPr>
        <w:t>تومان</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برای</w:t>
      </w:r>
      <w:r w:rsidRPr="0000691D">
        <w:rPr>
          <w:rFonts w:ascii="Tahoma" w:hAnsi="Tahoma" w:cs="B Mitra"/>
          <w:sz w:val="28"/>
          <w:szCs w:val="28"/>
        </w:rPr>
        <w:t xml:space="preserve"> </w:t>
      </w:r>
      <w:r w:rsidRPr="0000691D">
        <w:rPr>
          <w:rFonts w:ascii="Tahoma" w:hAnsi="Tahoma" w:cs="B Mitra"/>
          <w:sz w:val="28"/>
          <w:szCs w:val="28"/>
          <w:rtl/>
        </w:rPr>
        <w:t>سه</w:t>
      </w:r>
      <w:r w:rsidRPr="0000691D">
        <w:rPr>
          <w:rFonts w:ascii="Tahoma" w:hAnsi="Tahoma" w:cs="B Mitra"/>
          <w:sz w:val="28"/>
          <w:szCs w:val="28"/>
        </w:rPr>
        <w:t xml:space="preserve"> </w:t>
      </w:r>
      <w:r w:rsidRPr="0000691D">
        <w:rPr>
          <w:rFonts w:ascii="Tahoma" w:hAnsi="Tahoma" w:cs="B Mitra"/>
          <w:sz w:val="28"/>
          <w:szCs w:val="28"/>
          <w:rtl/>
        </w:rPr>
        <w:t>نفر</w:t>
      </w:r>
      <w:r w:rsidRPr="0000691D">
        <w:rPr>
          <w:rFonts w:ascii="Tahoma" w:hAnsi="Tahoma" w:cs="B Mitra"/>
          <w:sz w:val="28"/>
          <w:szCs w:val="28"/>
        </w:rPr>
        <w:t xml:space="preserve"> </w:t>
      </w:r>
      <w:r w:rsidRPr="0000691D">
        <w:rPr>
          <w:rFonts w:ascii="Tahoma" w:hAnsi="Tahoma" w:cs="B Mitra"/>
          <w:sz w:val="28"/>
          <w:szCs w:val="28"/>
          <w:rtl/>
        </w:rPr>
        <w:t>نیز</w:t>
      </w:r>
      <w:r w:rsidRPr="0000691D">
        <w:rPr>
          <w:rFonts w:ascii="Tahoma" w:hAnsi="Tahoma" w:cs="B Mitra"/>
          <w:sz w:val="28"/>
          <w:szCs w:val="28"/>
        </w:rPr>
        <w:t xml:space="preserve"> </w:t>
      </w:r>
      <w:r w:rsidRPr="0000691D">
        <w:rPr>
          <w:rFonts w:ascii="Tahoma" w:hAnsi="Tahoma" w:cs="B Mitra"/>
          <w:sz w:val="28"/>
          <w:szCs w:val="28"/>
          <w:rtl/>
        </w:rPr>
        <w:t>مبلغ</w:t>
      </w:r>
      <w:r w:rsidRPr="0000691D">
        <w:rPr>
          <w:rFonts w:ascii="Tahoma" w:hAnsi="Tahoma" w:cs="B Mitra"/>
          <w:sz w:val="28"/>
          <w:szCs w:val="28"/>
        </w:rPr>
        <w:t xml:space="preserve"> </w:t>
      </w:r>
      <w:r w:rsidRPr="0000691D">
        <w:rPr>
          <w:rFonts w:ascii="Tahoma" w:hAnsi="Tahoma" w:cs="B Mitra"/>
          <w:sz w:val="28"/>
          <w:szCs w:val="28"/>
          <w:rtl/>
        </w:rPr>
        <w:t>۶۰۰</w:t>
      </w:r>
      <w:r w:rsidRPr="0000691D">
        <w:rPr>
          <w:rFonts w:ascii="Tahoma" w:hAnsi="Tahoma" w:cs="B Mitra"/>
          <w:sz w:val="28"/>
          <w:szCs w:val="28"/>
        </w:rPr>
        <w:t xml:space="preserve"> </w:t>
      </w:r>
      <w:r w:rsidRPr="0000691D">
        <w:rPr>
          <w:rFonts w:ascii="Tahoma" w:hAnsi="Tahoma" w:cs="B Mitra"/>
          <w:sz w:val="28"/>
          <w:szCs w:val="28"/>
          <w:rtl/>
        </w:rPr>
        <w:t>هزار</w:t>
      </w:r>
      <w:r w:rsidRPr="0000691D">
        <w:rPr>
          <w:rFonts w:ascii="Tahoma" w:hAnsi="Tahoma" w:cs="B Mitra"/>
          <w:sz w:val="28"/>
          <w:szCs w:val="28"/>
        </w:rPr>
        <w:t xml:space="preserve"> </w:t>
      </w:r>
      <w:r w:rsidRPr="0000691D">
        <w:rPr>
          <w:rFonts w:ascii="Tahoma" w:hAnsi="Tahoma" w:cs="B Mitra"/>
          <w:sz w:val="28"/>
          <w:szCs w:val="28"/>
          <w:rtl/>
        </w:rPr>
        <w:t>تومان</w:t>
      </w:r>
      <w:r w:rsidRPr="0000691D">
        <w:rPr>
          <w:rFonts w:ascii="Tahoma" w:hAnsi="Tahoma" w:cs="B Mitra"/>
          <w:sz w:val="28"/>
          <w:szCs w:val="28"/>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نظر</w:t>
      </w:r>
      <w:r w:rsidRPr="0000691D">
        <w:rPr>
          <w:rFonts w:ascii="Tahoma" w:hAnsi="Tahoma" w:cs="B Mitra"/>
          <w:sz w:val="28"/>
          <w:szCs w:val="28"/>
        </w:rPr>
        <w:t xml:space="preserve"> </w:t>
      </w:r>
      <w:r w:rsidRPr="0000691D">
        <w:rPr>
          <w:rFonts w:ascii="Tahoma" w:hAnsi="Tahoma" w:cs="B Mitra"/>
          <w:sz w:val="28"/>
          <w:szCs w:val="28"/>
          <w:rtl/>
        </w:rPr>
        <w:t>گرفته</w:t>
      </w:r>
      <w:r w:rsidRPr="0000691D">
        <w:rPr>
          <w:rFonts w:ascii="Tahoma" w:hAnsi="Tahoma" w:cs="B Mitra"/>
          <w:sz w:val="28"/>
          <w:szCs w:val="28"/>
        </w:rPr>
        <w:t xml:space="preserve"> </w:t>
      </w:r>
      <w:r w:rsidRPr="0000691D">
        <w:rPr>
          <w:rFonts w:ascii="Tahoma" w:hAnsi="Tahoma" w:cs="B Mitra"/>
          <w:sz w:val="28"/>
          <w:szCs w:val="28"/>
          <w:rtl/>
        </w:rPr>
        <w:t>شد.</w:t>
      </w:r>
    </w:p>
    <w:p w:rsidR="00A75B1C" w:rsidRPr="0000691D" w:rsidRDefault="00A75B1C" w:rsidP="0000691D">
      <w:pPr>
        <w:bidi/>
        <w:spacing w:after="160" w:line="360" w:lineRule="auto"/>
        <w:jc w:val="both"/>
        <w:rPr>
          <w:rFonts w:cs="B Mitra"/>
          <w:sz w:val="28"/>
          <w:szCs w:val="28"/>
        </w:rPr>
      </w:pPr>
      <w:r w:rsidRPr="0000691D">
        <w:rPr>
          <w:rFonts w:ascii="Tahoma" w:hAnsi="Tahoma" w:cs="B Mitra"/>
          <w:sz w:val="28"/>
          <w:szCs w:val="28"/>
          <w:rtl/>
        </w:rPr>
        <w:t>علاوه</w:t>
      </w:r>
      <w:r w:rsidRPr="0000691D">
        <w:rPr>
          <w:rFonts w:ascii="Tahoma" w:hAnsi="Tahoma" w:cs="B Mitra"/>
          <w:sz w:val="28"/>
          <w:szCs w:val="28"/>
        </w:rPr>
        <w:t xml:space="preserve"> </w:t>
      </w:r>
      <w:r w:rsidRPr="0000691D">
        <w:rPr>
          <w:rFonts w:ascii="Tahoma" w:hAnsi="Tahoma" w:cs="B Mitra"/>
          <w:sz w:val="28"/>
          <w:szCs w:val="28"/>
          <w:rtl/>
        </w:rPr>
        <w:t>بر</w:t>
      </w:r>
      <w:r w:rsidRPr="0000691D">
        <w:rPr>
          <w:rFonts w:ascii="Tahoma" w:hAnsi="Tahoma" w:cs="B Mitra"/>
          <w:sz w:val="28"/>
          <w:szCs w:val="28"/>
        </w:rPr>
        <w:t xml:space="preserve"> </w:t>
      </w:r>
      <w:r w:rsidRPr="0000691D">
        <w:rPr>
          <w:rFonts w:ascii="Tahoma" w:hAnsi="Tahoma" w:cs="B Mitra"/>
          <w:sz w:val="28"/>
          <w:szCs w:val="28"/>
          <w:rtl/>
        </w:rPr>
        <w:t>این،</w:t>
      </w:r>
      <w:r w:rsidRPr="0000691D">
        <w:rPr>
          <w:rFonts w:ascii="Tahoma" w:hAnsi="Tahoma" w:cs="B Mitra"/>
          <w:sz w:val="28"/>
          <w:szCs w:val="28"/>
        </w:rPr>
        <w:t xml:space="preserve"> </w:t>
      </w:r>
      <w:r w:rsidRPr="0000691D">
        <w:rPr>
          <w:rFonts w:ascii="Tahoma" w:hAnsi="Tahoma" w:cs="B Mitra"/>
          <w:sz w:val="28"/>
          <w:szCs w:val="28"/>
          <w:rtl/>
        </w:rPr>
        <w:t>برای</w:t>
      </w:r>
      <w:r w:rsidRPr="0000691D">
        <w:rPr>
          <w:rFonts w:ascii="Tahoma" w:hAnsi="Tahoma" w:cs="B Mitra"/>
          <w:sz w:val="28"/>
          <w:szCs w:val="28"/>
        </w:rPr>
        <w:t xml:space="preserve"> </w:t>
      </w:r>
      <w:r w:rsidRPr="0000691D">
        <w:rPr>
          <w:rFonts w:ascii="Tahoma" w:hAnsi="Tahoma" w:cs="B Mitra"/>
          <w:sz w:val="28"/>
          <w:szCs w:val="28"/>
          <w:rtl/>
        </w:rPr>
        <w:t>سه</w:t>
      </w:r>
      <w:r w:rsidRPr="0000691D">
        <w:rPr>
          <w:rFonts w:ascii="Tahoma" w:hAnsi="Tahoma" w:cs="B Mitra"/>
          <w:sz w:val="28"/>
          <w:szCs w:val="28"/>
        </w:rPr>
        <w:t xml:space="preserve"> </w:t>
      </w:r>
      <w:r w:rsidRPr="0000691D">
        <w:rPr>
          <w:rFonts w:ascii="Tahoma" w:hAnsi="Tahoma" w:cs="B Mitra"/>
          <w:sz w:val="28"/>
          <w:szCs w:val="28"/>
          <w:rtl/>
        </w:rPr>
        <w:t>نفر</w:t>
      </w:r>
      <w:r w:rsidRPr="0000691D">
        <w:rPr>
          <w:rFonts w:ascii="Tahoma" w:hAnsi="Tahoma" w:cs="B Mitra"/>
          <w:sz w:val="28"/>
          <w:szCs w:val="28"/>
        </w:rPr>
        <w:t xml:space="preserve"> </w:t>
      </w:r>
      <w:r w:rsidRPr="0000691D">
        <w:rPr>
          <w:rFonts w:ascii="Tahoma" w:hAnsi="Tahoma" w:cs="B Mitra"/>
          <w:sz w:val="28"/>
          <w:szCs w:val="28"/>
          <w:rtl/>
        </w:rPr>
        <w:t>از</w:t>
      </w:r>
      <w:r w:rsidRPr="0000691D">
        <w:rPr>
          <w:rFonts w:ascii="Tahoma" w:hAnsi="Tahoma" w:cs="B Mitra"/>
          <w:sz w:val="28"/>
          <w:szCs w:val="28"/>
        </w:rPr>
        <w:t xml:space="preserve"> </w:t>
      </w:r>
      <w:r w:rsidRPr="0000691D">
        <w:rPr>
          <w:rFonts w:ascii="Tahoma" w:hAnsi="Tahoma" w:cs="B Mitra"/>
          <w:sz w:val="28"/>
          <w:szCs w:val="28"/>
          <w:rtl/>
        </w:rPr>
        <w:t>عزیزان</w:t>
      </w:r>
      <w:r w:rsidRPr="0000691D">
        <w:rPr>
          <w:rFonts w:ascii="Tahoma" w:hAnsi="Tahoma" w:cs="B Mitra"/>
          <w:sz w:val="28"/>
          <w:szCs w:val="28"/>
        </w:rPr>
        <w:t xml:space="preserve"> </w:t>
      </w:r>
      <w:r w:rsidRPr="0000691D">
        <w:rPr>
          <w:rFonts w:ascii="Tahoma" w:hAnsi="Tahoma" w:cs="B Mitra"/>
          <w:sz w:val="28"/>
          <w:szCs w:val="28"/>
          <w:rtl/>
        </w:rPr>
        <w:t>نابینا</w:t>
      </w:r>
      <w:r w:rsidRPr="0000691D">
        <w:rPr>
          <w:rFonts w:ascii="Tahoma" w:hAnsi="Tahoma" w:cs="B Mitra"/>
          <w:sz w:val="28"/>
          <w:szCs w:val="28"/>
        </w:rPr>
        <w:t xml:space="preserve"> </w:t>
      </w:r>
      <w:r w:rsidRPr="0000691D">
        <w:rPr>
          <w:rFonts w:ascii="Tahoma" w:hAnsi="Tahoma" w:cs="B Mitra"/>
          <w:sz w:val="28"/>
          <w:szCs w:val="28"/>
          <w:rtl/>
        </w:rPr>
        <w:t>که</w:t>
      </w:r>
      <w:r w:rsidRPr="0000691D">
        <w:rPr>
          <w:rFonts w:ascii="Tahoma" w:hAnsi="Tahoma" w:cs="B Mitra"/>
          <w:sz w:val="28"/>
          <w:szCs w:val="28"/>
        </w:rPr>
        <w:t xml:space="preserve"> </w:t>
      </w:r>
      <w:r w:rsidRPr="0000691D">
        <w:rPr>
          <w:rFonts w:ascii="Tahoma" w:hAnsi="Tahoma" w:cs="B Mitra"/>
          <w:sz w:val="28"/>
          <w:szCs w:val="28"/>
          <w:rtl/>
        </w:rPr>
        <w:t>شرایط</w:t>
      </w:r>
      <w:r w:rsidRPr="0000691D">
        <w:rPr>
          <w:rFonts w:ascii="Tahoma" w:hAnsi="Tahoma" w:cs="B Mitra"/>
          <w:sz w:val="28"/>
          <w:szCs w:val="28"/>
        </w:rPr>
        <w:t xml:space="preserve"> </w:t>
      </w:r>
      <w:r w:rsidRPr="0000691D">
        <w:rPr>
          <w:rFonts w:ascii="Tahoma" w:hAnsi="Tahoma" w:cs="B Mitra"/>
          <w:sz w:val="28"/>
          <w:szCs w:val="28"/>
          <w:rtl/>
        </w:rPr>
        <w:t>بسیار</w:t>
      </w:r>
      <w:r w:rsidRPr="0000691D">
        <w:rPr>
          <w:rFonts w:ascii="Tahoma" w:hAnsi="Tahoma" w:cs="B Mitra"/>
          <w:sz w:val="28"/>
          <w:szCs w:val="28"/>
        </w:rPr>
        <w:t xml:space="preserve"> </w:t>
      </w:r>
      <w:r w:rsidRPr="0000691D">
        <w:rPr>
          <w:rFonts w:ascii="Tahoma" w:hAnsi="Tahoma" w:cs="B Mitra"/>
          <w:sz w:val="28"/>
          <w:szCs w:val="28"/>
          <w:rtl/>
        </w:rPr>
        <w:t>دشواری</w:t>
      </w:r>
      <w:r w:rsidRPr="0000691D">
        <w:rPr>
          <w:rFonts w:ascii="Tahoma" w:hAnsi="Tahoma" w:cs="B Mitra"/>
          <w:sz w:val="28"/>
          <w:szCs w:val="28"/>
        </w:rPr>
        <w:t xml:space="preserve"> </w:t>
      </w:r>
      <w:r w:rsidRPr="0000691D">
        <w:rPr>
          <w:rFonts w:ascii="Tahoma" w:hAnsi="Tahoma" w:cs="B Mitra"/>
          <w:sz w:val="28"/>
          <w:szCs w:val="28"/>
          <w:rtl/>
        </w:rPr>
        <w:t>داشتند،</w:t>
      </w:r>
      <w:r w:rsidRPr="0000691D">
        <w:rPr>
          <w:rFonts w:ascii="Tahoma" w:hAnsi="Tahoma" w:cs="B Mitra"/>
          <w:sz w:val="28"/>
          <w:szCs w:val="28"/>
        </w:rPr>
        <w:t xml:space="preserve"> </w:t>
      </w:r>
      <w:r w:rsidRPr="0000691D">
        <w:rPr>
          <w:rFonts w:ascii="Tahoma" w:hAnsi="Tahoma" w:cs="B Mitra"/>
          <w:sz w:val="28"/>
          <w:szCs w:val="28"/>
          <w:rtl/>
        </w:rPr>
        <w:t>مقرر</w:t>
      </w:r>
      <w:r w:rsidRPr="0000691D">
        <w:rPr>
          <w:rFonts w:ascii="Tahoma" w:hAnsi="Tahoma" w:cs="B Mitra"/>
          <w:sz w:val="28"/>
          <w:szCs w:val="28"/>
        </w:rPr>
        <w:t xml:space="preserve"> </w:t>
      </w:r>
      <w:r w:rsidRPr="0000691D">
        <w:rPr>
          <w:rFonts w:ascii="Tahoma" w:hAnsi="Tahoma" w:cs="B Mitra"/>
          <w:sz w:val="28"/>
          <w:szCs w:val="28"/>
          <w:rtl/>
        </w:rPr>
        <w:t>شد</w:t>
      </w:r>
      <w:r w:rsidRPr="0000691D">
        <w:rPr>
          <w:rFonts w:ascii="Tahoma" w:hAnsi="Tahoma" w:cs="B Mitra"/>
          <w:sz w:val="28"/>
          <w:szCs w:val="28"/>
        </w:rPr>
        <w:t xml:space="preserve"> </w:t>
      </w:r>
      <w:r w:rsidRPr="0000691D">
        <w:rPr>
          <w:rFonts w:ascii="Tahoma" w:hAnsi="Tahoma" w:cs="B Mitra"/>
          <w:sz w:val="28"/>
          <w:szCs w:val="28"/>
          <w:rtl/>
        </w:rPr>
        <w:t>به</w:t>
      </w:r>
      <w:r w:rsidRPr="0000691D">
        <w:rPr>
          <w:rFonts w:ascii="Tahoma" w:hAnsi="Tahoma" w:cs="B Mitra"/>
          <w:sz w:val="28"/>
          <w:szCs w:val="28"/>
        </w:rPr>
        <w:t xml:space="preserve"> </w:t>
      </w:r>
      <w:r w:rsidRPr="0000691D">
        <w:rPr>
          <w:rFonts w:ascii="Tahoma" w:hAnsi="Tahoma" w:cs="B Mitra"/>
          <w:sz w:val="28"/>
          <w:szCs w:val="28"/>
          <w:rtl/>
        </w:rPr>
        <w:t>مدت</w:t>
      </w:r>
      <w:r w:rsidRPr="0000691D">
        <w:rPr>
          <w:rFonts w:ascii="Tahoma" w:hAnsi="Tahoma" w:cs="B Mitra"/>
          <w:sz w:val="28"/>
          <w:szCs w:val="28"/>
        </w:rPr>
        <w:t xml:space="preserve"> </w:t>
      </w:r>
      <w:r w:rsidRPr="0000691D">
        <w:rPr>
          <w:rFonts w:ascii="Tahoma" w:hAnsi="Tahoma" w:cs="B Mitra"/>
          <w:sz w:val="28"/>
          <w:szCs w:val="28"/>
          <w:rtl/>
        </w:rPr>
        <w:t>شش</w:t>
      </w:r>
      <w:r w:rsidRPr="0000691D">
        <w:rPr>
          <w:rFonts w:ascii="Tahoma" w:hAnsi="Tahoma" w:cs="B Mitra"/>
          <w:sz w:val="28"/>
          <w:szCs w:val="28"/>
        </w:rPr>
        <w:t xml:space="preserve"> </w:t>
      </w:r>
      <w:r w:rsidRPr="0000691D">
        <w:rPr>
          <w:rFonts w:ascii="Tahoma" w:hAnsi="Tahoma" w:cs="B Mitra"/>
          <w:sz w:val="28"/>
          <w:szCs w:val="28"/>
          <w:rtl/>
        </w:rPr>
        <w:t>ماه،</w:t>
      </w:r>
      <w:r w:rsidRPr="0000691D">
        <w:rPr>
          <w:rFonts w:ascii="Tahoma" w:hAnsi="Tahoma" w:cs="B Mitra"/>
          <w:sz w:val="28"/>
          <w:szCs w:val="28"/>
        </w:rPr>
        <w:t xml:space="preserve"> </w:t>
      </w:r>
      <w:r w:rsidRPr="0000691D">
        <w:rPr>
          <w:rFonts w:ascii="Tahoma" w:hAnsi="Tahoma" w:cs="B Mitra"/>
          <w:sz w:val="28"/>
          <w:szCs w:val="28"/>
          <w:rtl/>
        </w:rPr>
        <w:t>ماهانه</w:t>
      </w:r>
      <w:r w:rsidRPr="0000691D">
        <w:rPr>
          <w:rFonts w:ascii="Tahoma" w:hAnsi="Tahoma" w:cs="B Mitra"/>
          <w:sz w:val="28"/>
          <w:szCs w:val="28"/>
        </w:rPr>
        <w:t xml:space="preserve"> </w:t>
      </w:r>
      <w:r w:rsidRPr="0000691D">
        <w:rPr>
          <w:rFonts w:ascii="Tahoma" w:hAnsi="Tahoma" w:cs="B Mitra"/>
          <w:sz w:val="28"/>
          <w:szCs w:val="28"/>
          <w:rtl/>
        </w:rPr>
        <w:t>مبلغ</w:t>
      </w:r>
      <w:r w:rsidRPr="0000691D">
        <w:rPr>
          <w:rFonts w:ascii="Tahoma" w:hAnsi="Tahoma" w:cs="B Mitra"/>
          <w:sz w:val="28"/>
          <w:szCs w:val="28"/>
        </w:rPr>
        <w:t xml:space="preserve"> </w:t>
      </w:r>
      <w:r w:rsidRPr="0000691D">
        <w:rPr>
          <w:rFonts w:ascii="Tahoma" w:hAnsi="Tahoma" w:cs="B Mitra"/>
          <w:sz w:val="28"/>
          <w:szCs w:val="28"/>
          <w:rtl/>
        </w:rPr>
        <w:t>۱۰</w:t>
      </w:r>
      <w:r w:rsidRPr="0000691D">
        <w:rPr>
          <w:rFonts w:ascii="Tahoma" w:hAnsi="Tahoma" w:cs="B Mitra"/>
          <w:sz w:val="28"/>
          <w:szCs w:val="28"/>
        </w:rPr>
        <w:t xml:space="preserve"> </w:t>
      </w:r>
      <w:r w:rsidRPr="0000691D">
        <w:rPr>
          <w:rFonts w:ascii="Tahoma" w:hAnsi="Tahoma" w:cs="B Mitra"/>
          <w:sz w:val="28"/>
          <w:szCs w:val="28"/>
          <w:rtl/>
        </w:rPr>
        <w:t>میلیون</w:t>
      </w:r>
      <w:r w:rsidRPr="0000691D">
        <w:rPr>
          <w:rFonts w:ascii="Tahoma" w:hAnsi="Tahoma" w:cs="B Mitra"/>
          <w:sz w:val="28"/>
          <w:szCs w:val="28"/>
        </w:rPr>
        <w:t xml:space="preserve"> </w:t>
      </w:r>
      <w:r w:rsidRPr="0000691D">
        <w:rPr>
          <w:rFonts w:ascii="Tahoma" w:hAnsi="Tahoma" w:cs="B Mitra"/>
          <w:sz w:val="28"/>
          <w:szCs w:val="28"/>
          <w:rtl/>
        </w:rPr>
        <w:t>تومان</w:t>
      </w:r>
      <w:r w:rsidRPr="0000691D">
        <w:rPr>
          <w:rFonts w:ascii="Tahoma" w:hAnsi="Tahoma" w:cs="B Mitra"/>
          <w:sz w:val="28"/>
          <w:szCs w:val="28"/>
        </w:rPr>
        <w:t xml:space="preserve"> </w:t>
      </w:r>
      <w:r w:rsidRPr="0000691D">
        <w:rPr>
          <w:rFonts w:ascii="Tahoma" w:hAnsi="Tahoma" w:cs="B Mitra"/>
          <w:sz w:val="28"/>
          <w:szCs w:val="28"/>
          <w:rtl/>
        </w:rPr>
        <w:t>کمک</w:t>
      </w:r>
      <w:r w:rsidRPr="0000691D">
        <w:rPr>
          <w:rFonts w:ascii="Tahoma" w:hAnsi="Tahoma" w:cs="B Mitra"/>
          <w:sz w:val="28"/>
          <w:szCs w:val="28"/>
        </w:rPr>
        <w:t xml:space="preserve"> </w:t>
      </w:r>
      <w:r w:rsidRPr="0000691D">
        <w:rPr>
          <w:rFonts w:ascii="Tahoma" w:hAnsi="Tahoma" w:cs="B Mitra"/>
          <w:sz w:val="28"/>
          <w:szCs w:val="28"/>
          <w:rtl/>
        </w:rPr>
        <w:t>شود</w:t>
      </w:r>
      <w:r w:rsidRPr="0000691D">
        <w:rPr>
          <w:rFonts w:ascii="Tahoma" w:hAnsi="Tahoma" w:cs="B Mitra"/>
          <w:sz w:val="28"/>
          <w:szCs w:val="28"/>
        </w:rPr>
        <w:t xml:space="preserve"> </w:t>
      </w:r>
      <w:r w:rsidRPr="0000691D">
        <w:rPr>
          <w:rFonts w:ascii="Tahoma" w:hAnsi="Tahoma" w:cs="B Mitra"/>
          <w:sz w:val="28"/>
          <w:szCs w:val="28"/>
          <w:rtl/>
        </w:rPr>
        <w:t>که</w:t>
      </w:r>
      <w:r w:rsidRPr="0000691D">
        <w:rPr>
          <w:rFonts w:ascii="Tahoma" w:hAnsi="Tahoma" w:cs="B Mitra"/>
          <w:sz w:val="28"/>
          <w:szCs w:val="28"/>
        </w:rPr>
        <w:t xml:space="preserve"> </w:t>
      </w:r>
      <w:r w:rsidRPr="0000691D">
        <w:rPr>
          <w:rFonts w:ascii="Tahoma" w:hAnsi="Tahoma" w:cs="B Mitra"/>
          <w:sz w:val="28"/>
          <w:szCs w:val="28"/>
          <w:rtl/>
        </w:rPr>
        <w:t>نخستین</w:t>
      </w:r>
      <w:r w:rsidRPr="0000691D">
        <w:rPr>
          <w:rFonts w:ascii="Tahoma" w:hAnsi="Tahoma" w:cs="B Mitra"/>
          <w:sz w:val="28"/>
          <w:szCs w:val="28"/>
        </w:rPr>
        <w:t xml:space="preserve"> </w:t>
      </w:r>
      <w:r w:rsidRPr="0000691D">
        <w:rPr>
          <w:rFonts w:ascii="Tahoma" w:hAnsi="Tahoma" w:cs="B Mitra"/>
          <w:sz w:val="28"/>
          <w:szCs w:val="28"/>
          <w:rtl/>
        </w:rPr>
        <w:t>قسط</w:t>
      </w:r>
      <w:r w:rsidRPr="0000691D">
        <w:rPr>
          <w:rFonts w:ascii="Tahoma" w:hAnsi="Tahoma" w:cs="B Mitra"/>
          <w:sz w:val="28"/>
          <w:szCs w:val="28"/>
        </w:rPr>
        <w:t xml:space="preserve"> </w:t>
      </w:r>
      <w:r w:rsidRPr="0000691D">
        <w:rPr>
          <w:rFonts w:ascii="Tahoma" w:hAnsi="Tahoma" w:cs="B Mitra"/>
          <w:sz w:val="28"/>
          <w:szCs w:val="28"/>
          <w:rtl/>
        </w:rPr>
        <w:t>این</w:t>
      </w:r>
      <w:r w:rsidRPr="0000691D">
        <w:rPr>
          <w:rFonts w:ascii="Tahoma" w:hAnsi="Tahoma" w:cs="B Mitra"/>
          <w:sz w:val="28"/>
          <w:szCs w:val="28"/>
        </w:rPr>
        <w:t xml:space="preserve"> </w:t>
      </w:r>
      <w:r w:rsidRPr="0000691D">
        <w:rPr>
          <w:rFonts w:ascii="Tahoma" w:hAnsi="Tahoma" w:cs="B Mitra"/>
          <w:sz w:val="28"/>
          <w:szCs w:val="28"/>
          <w:rtl/>
        </w:rPr>
        <w:t>حمایت</w:t>
      </w:r>
      <w:r w:rsidRPr="0000691D">
        <w:rPr>
          <w:rFonts w:ascii="Tahoma" w:hAnsi="Tahoma" w:cs="B Mitra"/>
          <w:sz w:val="28"/>
          <w:szCs w:val="28"/>
        </w:rPr>
        <w:t xml:space="preserve"> </w:t>
      </w:r>
      <w:r w:rsidRPr="0000691D">
        <w:rPr>
          <w:rFonts w:ascii="Tahoma" w:hAnsi="Tahoma" w:cs="B Mitra"/>
          <w:sz w:val="28"/>
          <w:szCs w:val="28"/>
          <w:rtl/>
        </w:rPr>
        <w:t>نیز</w:t>
      </w:r>
      <w:r w:rsidRPr="0000691D">
        <w:rPr>
          <w:rFonts w:ascii="Tahoma" w:hAnsi="Tahoma" w:cs="B Mitra"/>
          <w:sz w:val="28"/>
          <w:szCs w:val="28"/>
        </w:rPr>
        <w:t xml:space="preserve"> </w:t>
      </w:r>
      <w:r w:rsidRPr="0000691D">
        <w:rPr>
          <w:rFonts w:ascii="Tahoma" w:hAnsi="Tahoma" w:cs="B Mitra"/>
          <w:sz w:val="28"/>
          <w:szCs w:val="28"/>
          <w:rtl/>
        </w:rPr>
        <w:t>پرداخت</w:t>
      </w:r>
      <w:r w:rsidRPr="0000691D">
        <w:rPr>
          <w:rFonts w:ascii="Tahoma" w:hAnsi="Tahoma" w:cs="B Mitra"/>
          <w:sz w:val="28"/>
          <w:szCs w:val="28"/>
        </w:rPr>
        <w:t xml:space="preserve"> </w:t>
      </w:r>
      <w:r w:rsidRPr="0000691D">
        <w:rPr>
          <w:rFonts w:ascii="Tahoma" w:hAnsi="Tahoma" w:cs="B Mitra"/>
          <w:sz w:val="28"/>
          <w:szCs w:val="28"/>
          <w:rtl/>
        </w:rPr>
        <w:t>شده</w:t>
      </w:r>
      <w:r w:rsidRPr="0000691D">
        <w:rPr>
          <w:rFonts w:ascii="Tahoma" w:hAnsi="Tahoma" w:cs="B Mitra"/>
          <w:sz w:val="28"/>
          <w:szCs w:val="28"/>
        </w:rPr>
        <w:t xml:space="preserve"> </w:t>
      </w:r>
      <w:r w:rsidRPr="0000691D">
        <w:rPr>
          <w:rFonts w:ascii="Tahoma" w:hAnsi="Tahoma" w:cs="B Mitra"/>
          <w:sz w:val="28"/>
          <w:szCs w:val="28"/>
          <w:rtl/>
        </w:rPr>
        <w:t>است.</w:t>
      </w:r>
    </w:p>
    <w:p w:rsidR="00A75B1C" w:rsidRPr="0000691D" w:rsidRDefault="00A75B1C" w:rsidP="0000691D">
      <w:pPr>
        <w:pStyle w:val="Heading3"/>
        <w:bidi/>
        <w:spacing w:line="360" w:lineRule="auto"/>
        <w:rPr>
          <w:rFonts w:cs="B Mitra"/>
          <w:color w:val="70AD47" w:themeColor="accent6"/>
          <w:sz w:val="28"/>
          <w:szCs w:val="28"/>
        </w:rPr>
      </w:pPr>
      <w:bookmarkStart w:id="17" w:name="_Toc243400524"/>
      <w:r w:rsidRPr="0000691D">
        <w:rPr>
          <w:rFonts w:cs="B Mitra"/>
          <w:color w:val="70AD47" w:themeColor="accent6"/>
          <w:sz w:val="28"/>
          <w:szCs w:val="28"/>
          <w:rtl/>
        </w:rPr>
        <w:t>حمایت</w:t>
      </w:r>
      <w:r w:rsidRPr="0000691D">
        <w:rPr>
          <w:rFonts w:cs="B Mitra"/>
          <w:color w:val="70AD47" w:themeColor="accent6"/>
          <w:sz w:val="28"/>
          <w:szCs w:val="28"/>
        </w:rPr>
        <w:t xml:space="preserve"> </w:t>
      </w:r>
      <w:r w:rsidRPr="0000691D">
        <w:rPr>
          <w:rFonts w:cs="B Mitra"/>
          <w:color w:val="70AD47" w:themeColor="accent6"/>
          <w:sz w:val="28"/>
          <w:szCs w:val="28"/>
          <w:rtl/>
        </w:rPr>
        <w:t>برای</w:t>
      </w:r>
      <w:r w:rsidRPr="0000691D">
        <w:rPr>
          <w:rFonts w:cs="B Mitra"/>
          <w:color w:val="70AD47" w:themeColor="accent6"/>
          <w:sz w:val="28"/>
          <w:szCs w:val="28"/>
        </w:rPr>
        <w:t xml:space="preserve"> </w:t>
      </w:r>
      <w:r w:rsidRPr="0000691D">
        <w:rPr>
          <w:rFonts w:cs="B Mitra"/>
          <w:color w:val="70AD47" w:themeColor="accent6"/>
          <w:sz w:val="28"/>
          <w:szCs w:val="28"/>
          <w:rtl/>
        </w:rPr>
        <w:t>تأمین</w:t>
      </w:r>
      <w:r w:rsidRPr="0000691D">
        <w:rPr>
          <w:rFonts w:cs="B Mitra"/>
          <w:color w:val="70AD47" w:themeColor="accent6"/>
          <w:sz w:val="28"/>
          <w:szCs w:val="28"/>
        </w:rPr>
        <w:t xml:space="preserve"> </w:t>
      </w:r>
      <w:r w:rsidRPr="0000691D">
        <w:rPr>
          <w:rFonts w:cs="B Mitra"/>
          <w:color w:val="70AD47" w:themeColor="accent6"/>
          <w:sz w:val="28"/>
          <w:szCs w:val="28"/>
          <w:rtl/>
        </w:rPr>
        <w:t>ودیعه</w:t>
      </w:r>
      <w:r w:rsidRPr="0000691D">
        <w:rPr>
          <w:rFonts w:cs="B Mitra"/>
          <w:color w:val="70AD47" w:themeColor="accent6"/>
          <w:sz w:val="28"/>
          <w:szCs w:val="28"/>
        </w:rPr>
        <w:t xml:space="preserve"> </w:t>
      </w:r>
      <w:r w:rsidRPr="0000691D">
        <w:rPr>
          <w:rFonts w:cs="B Mitra"/>
          <w:color w:val="70AD47" w:themeColor="accent6"/>
          <w:sz w:val="28"/>
          <w:szCs w:val="28"/>
          <w:rtl/>
        </w:rPr>
        <w:t>مسکن</w:t>
      </w:r>
      <w:bookmarkEnd w:id="17"/>
    </w:p>
    <w:p w:rsidR="00A75B1C" w:rsidRPr="0000691D" w:rsidRDefault="00A75B1C" w:rsidP="0000691D">
      <w:pPr>
        <w:bidi/>
        <w:spacing w:after="160" w:line="360" w:lineRule="auto"/>
        <w:jc w:val="both"/>
        <w:rPr>
          <w:rFonts w:cs="B Mitra"/>
          <w:sz w:val="28"/>
          <w:szCs w:val="28"/>
        </w:rPr>
      </w:pP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حوزه</w:t>
      </w:r>
      <w:r w:rsidRPr="0000691D">
        <w:rPr>
          <w:rFonts w:ascii="Tahoma" w:hAnsi="Tahoma" w:cs="B Mitra"/>
          <w:sz w:val="28"/>
          <w:szCs w:val="28"/>
        </w:rPr>
        <w:t xml:space="preserve"> </w:t>
      </w:r>
      <w:r w:rsidRPr="0000691D">
        <w:rPr>
          <w:rFonts w:ascii="Tahoma" w:hAnsi="Tahoma" w:cs="B Mitra"/>
          <w:sz w:val="28"/>
          <w:szCs w:val="28"/>
          <w:rtl/>
        </w:rPr>
        <w:t>مسکن</w:t>
      </w:r>
      <w:r w:rsidRPr="0000691D">
        <w:rPr>
          <w:rFonts w:ascii="Tahoma" w:hAnsi="Tahoma" w:cs="B Mitra"/>
          <w:sz w:val="28"/>
          <w:szCs w:val="28"/>
        </w:rPr>
        <w:t xml:space="preserve"> </w:t>
      </w:r>
      <w:r w:rsidRPr="0000691D">
        <w:rPr>
          <w:rFonts w:ascii="Tahoma" w:hAnsi="Tahoma" w:cs="B Mitra"/>
          <w:sz w:val="28"/>
          <w:szCs w:val="28"/>
          <w:rtl/>
        </w:rPr>
        <w:t>نیز</w:t>
      </w:r>
      <w:r w:rsidRPr="0000691D">
        <w:rPr>
          <w:rFonts w:ascii="Tahoma" w:hAnsi="Tahoma" w:cs="B Mitra"/>
          <w:sz w:val="28"/>
          <w:szCs w:val="28"/>
        </w:rPr>
        <w:t xml:space="preserve"> </w:t>
      </w:r>
      <w:r w:rsidRPr="0000691D">
        <w:rPr>
          <w:rFonts w:ascii="Tahoma" w:hAnsi="Tahoma" w:cs="B Mitra"/>
          <w:sz w:val="28"/>
          <w:szCs w:val="28"/>
          <w:rtl/>
        </w:rPr>
        <w:t>تلاش</w:t>
      </w:r>
      <w:r w:rsidRPr="0000691D">
        <w:rPr>
          <w:rFonts w:ascii="Tahoma" w:hAnsi="Tahoma" w:cs="B Mitra"/>
          <w:sz w:val="28"/>
          <w:szCs w:val="28"/>
        </w:rPr>
        <w:t xml:space="preserve"> </w:t>
      </w:r>
      <w:r w:rsidRPr="0000691D">
        <w:rPr>
          <w:rFonts w:ascii="Tahoma" w:hAnsi="Tahoma" w:cs="B Mitra"/>
          <w:sz w:val="28"/>
          <w:szCs w:val="28"/>
          <w:rtl/>
        </w:rPr>
        <w:t>کردیم</w:t>
      </w:r>
      <w:r w:rsidRPr="0000691D">
        <w:rPr>
          <w:rFonts w:ascii="Tahoma" w:hAnsi="Tahoma" w:cs="B Mitra"/>
          <w:sz w:val="28"/>
          <w:szCs w:val="28"/>
        </w:rPr>
        <w:t xml:space="preserve"> </w:t>
      </w:r>
      <w:r w:rsidRPr="0000691D">
        <w:rPr>
          <w:rFonts w:ascii="Tahoma" w:hAnsi="Tahoma" w:cs="B Mitra"/>
          <w:sz w:val="28"/>
          <w:szCs w:val="28"/>
          <w:rtl/>
        </w:rPr>
        <w:t>بخشی</w:t>
      </w:r>
      <w:r w:rsidRPr="0000691D">
        <w:rPr>
          <w:rFonts w:ascii="Tahoma" w:hAnsi="Tahoma" w:cs="B Mitra"/>
          <w:sz w:val="28"/>
          <w:szCs w:val="28"/>
        </w:rPr>
        <w:t xml:space="preserve"> </w:t>
      </w:r>
      <w:r w:rsidRPr="0000691D">
        <w:rPr>
          <w:rFonts w:ascii="Tahoma" w:hAnsi="Tahoma" w:cs="B Mitra"/>
          <w:sz w:val="28"/>
          <w:szCs w:val="28"/>
          <w:rtl/>
        </w:rPr>
        <w:t>از</w:t>
      </w:r>
      <w:r w:rsidRPr="0000691D">
        <w:rPr>
          <w:rFonts w:ascii="Tahoma" w:hAnsi="Tahoma" w:cs="B Mitra"/>
          <w:sz w:val="28"/>
          <w:szCs w:val="28"/>
        </w:rPr>
        <w:t xml:space="preserve"> </w:t>
      </w:r>
      <w:r w:rsidRPr="0000691D">
        <w:rPr>
          <w:rFonts w:ascii="Tahoma" w:hAnsi="Tahoma" w:cs="B Mitra"/>
          <w:sz w:val="28"/>
          <w:szCs w:val="28"/>
          <w:rtl/>
        </w:rPr>
        <w:t>مشکلات</w:t>
      </w:r>
      <w:r w:rsidRPr="0000691D">
        <w:rPr>
          <w:rFonts w:ascii="Tahoma" w:hAnsi="Tahoma" w:cs="B Mitra"/>
          <w:sz w:val="28"/>
          <w:szCs w:val="28"/>
        </w:rPr>
        <w:t xml:space="preserve"> </w:t>
      </w:r>
      <w:r w:rsidRPr="0000691D">
        <w:rPr>
          <w:rFonts w:ascii="Tahoma" w:hAnsi="Tahoma" w:cs="B Mitra"/>
          <w:sz w:val="28"/>
          <w:szCs w:val="28"/>
          <w:rtl/>
        </w:rPr>
        <w:t>عزیزانی</w:t>
      </w:r>
      <w:r w:rsidRPr="0000691D">
        <w:rPr>
          <w:rFonts w:ascii="Tahoma" w:hAnsi="Tahoma" w:cs="B Mitra"/>
          <w:sz w:val="28"/>
          <w:szCs w:val="28"/>
        </w:rPr>
        <w:t xml:space="preserve"> </w:t>
      </w:r>
      <w:r w:rsidRPr="0000691D">
        <w:rPr>
          <w:rFonts w:ascii="Tahoma" w:hAnsi="Tahoma" w:cs="B Mitra"/>
          <w:sz w:val="28"/>
          <w:szCs w:val="28"/>
          <w:rtl/>
        </w:rPr>
        <w:t>را</w:t>
      </w:r>
      <w:r w:rsidRPr="0000691D">
        <w:rPr>
          <w:rFonts w:ascii="Tahoma" w:hAnsi="Tahoma" w:cs="B Mitra"/>
          <w:sz w:val="28"/>
          <w:szCs w:val="28"/>
        </w:rPr>
        <w:t xml:space="preserve"> </w:t>
      </w:r>
      <w:r w:rsidRPr="0000691D">
        <w:rPr>
          <w:rFonts w:ascii="Tahoma" w:hAnsi="Tahoma" w:cs="B Mitra"/>
          <w:sz w:val="28"/>
          <w:szCs w:val="28"/>
          <w:rtl/>
        </w:rPr>
        <w:t>که</w:t>
      </w:r>
      <w:r w:rsidRPr="0000691D">
        <w:rPr>
          <w:rFonts w:ascii="Tahoma" w:hAnsi="Tahoma" w:cs="B Mitra"/>
          <w:sz w:val="28"/>
          <w:szCs w:val="28"/>
        </w:rPr>
        <w:t xml:space="preserve"> </w:t>
      </w:r>
      <w:r w:rsidRPr="0000691D">
        <w:rPr>
          <w:rFonts w:ascii="Tahoma" w:hAnsi="Tahoma" w:cs="B Mitra"/>
          <w:sz w:val="28"/>
          <w:szCs w:val="28"/>
          <w:rtl/>
        </w:rPr>
        <w:t>با</w:t>
      </w:r>
      <w:r w:rsidRPr="0000691D">
        <w:rPr>
          <w:rFonts w:ascii="Tahoma" w:hAnsi="Tahoma" w:cs="B Mitra"/>
          <w:sz w:val="28"/>
          <w:szCs w:val="28"/>
        </w:rPr>
        <w:t xml:space="preserve"> </w:t>
      </w:r>
      <w:r w:rsidRPr="0000691D">
        <w:rPr>
          <w:rFonts w:ascii="Tahoma" w:hAnsi="Tahoma" w:cs="B Mitra"/>
          <w:sz w:val="28"/>
          <w:szCs w:val="28"/>
          <w:rtl/>
        </w:rPr>
        <w:t>مشکل</w:t>
      </w:r>
      <w:r w:rsidRPr="0000691D">
        <w:rPr>
          <w:rFonts w:ascii="Tahoma" w:hAnsi="Tahoma" w:cs="B Mitra"/>
          <w:sz w:val="28"/>
          <w:szCs w:val="28"/>
        </w:rPr>
        <w:t xml:space="preserve"> </w:t>
      </w:r>
      <w:r w:rsidRPr="0000691D">
        <w:rPr>
          <w:rFonts w:ascii="Tahoma" w:hAnsi="Tahoma" w:cs="B Mitra"/>
          <w:sz w:val="28"/>
          <w:szCs w:val="28"/>
          <w:rtl/>
        </w:rPr>
        <w:t>تأمین</w:t>
      </w:r>
      <w:r w:rsidRPr="0000691D">
        <w:rPr>
          <w:rFonts w:ascii="Tahoma" w:hAnsi="Tahoma" w:cs="B Mitra"/>
          <w:sz w:val="28"/>
          <w:szCs w:val="28"/>
        </w:rPr>
        <w:t xml:space="preserve"> </w:t>
      </w:r>
      <w:r w:rsidRPr="0000691D">
        <w:rPr>
          <w:rFonts w:ascii="Tahoma" w:hAnsi="Tahoma" w:cs="B Mitra"/>
          <w:sz w:val="28"/>
          <w:szCs w:val="28"/>
          <w:rtl/>
        </w:rPr>
        <w:t>ودیعه</w:t>
      </w:r>
      <w:r w:rsidRPr="0000691D">
        <w:rPr>
          <w:rFonts w:ascii="Tahoma" w:hAnsi="Tahoma" w:cs="B Mitra"/>
          <w:sz w:val="28"/>
          <w:szCs w:val="28"/>
        </w:rPr>
        <w:t xml:space="preserve"> </w:t>
      </w:r>
      <w:r w:rsidRPr="0000691D">
        <w:rPr>
          <w:rFonts w:ascii="Tahoma" w:hAnsi="Tahoma" w:cs="B Mitra"/>
          <w:sz w:val="28"/>
          <w:szCs w:val="28"/>
          <w:rtl/>
        </w:rPr>
        <w:t>مواجه</w:t>
      </w:r>
      <w:r w:rsidRPr="0000691D">
        <w:rPr>
          <w:rFonts w:ascii="Tahoma" w:hAnsi="Tahoma" w:cs="B Mitra"/>
          <w:sz w:val="28"/>
          <w:szCs w:val="28"/>
        </w:rPr>
        <w:t xml:space="preserve"> </w:t>
      </w:r>
      <w:r w:rsidRPr="0000691D">
        <w:rPr>
          <w:rFonts w:ascii="Tahoma" w:hAnsi="Tahoma" w:cs="B Mitra"/>
          <w:sz w:val="28"/>
          <w:szCs w:val="28"/>
          <w:rtl/>
        </w:rPr>
        <w:t>بودند،</w:t>
      </w:r>
      <w:r w:rsidRPr="0000691D">
        <w:rPr>
          <w:rFonts w:ascii="Tahoma" w:hAnsi="Tahoma" w:cs="B Mitra"/>
          <w:sz w:val="28"/>
          <w:szCs w:val="28"/>
        </w:rPr>
        <w:t xml:space="preserve"> </w:t>
      </w:r>
      <w:r w:rsidRPr="0000691D">
        <w:rPr>
          <w:rFonts w:ascii="Tahoma" w:hAnsi="Tahoma" w:cs="B Mitra"/>
          <w:sz w:val="28"/>
          <w:szCs w:val="28"/>
          <w:rtl/>
        </w:rPr>
        <w:t>برطرف</w:t>
      </w:r>
      <w:r w:rsidRPr="0000691D">
        <w:rPr>
          <w:rFonts w:ascii="Tahoma" w:hAnsi="Tahoma" w:cs="B Mitra"/>
          <w:sz w:val="28"/>
          <w:szCs w:val="28"/>
        </w:rPr>
        <w:t xml:space="preserve"> </w:t>
      </w:r>
      <w:r w:rsidRPr="0000691D">
        <w:rPr>
          <w:rFonts w:ascii="Tahoma" w:hAnsi="Tahoma" w:cs="B Mitra"/>
          <w:sz w:val="28"/>
          <w:szCs w:val="28"/>
          <w:rtl/>
        </w:rPr>
        <w:t>کنیم</w:t>
      </w:r>
      <w:r w:rsidRPr="0000691D">
        <w:rPr>
          <w:rFonts w:ascii="Tahoma" w:hAnsi="Tahoma" w:cs="B Mitra" w:hint="cs"/>
          <w:sz w:val="28"/>
          <w:szCs w:val="28"/>
          <w:rtl/>
        </w:rPr>
        <w:t xml:space="preserve">؛ </w:t>
      </w:r>
      <w:r w:rsidRPr="0000691D">
        <w:rPr>
          <w:rFonts w:ascii="Tahoma" w:hAnsi="Tahoma" w:cs="B Mitra"/>
          <w:sz w:val="28"/>
          <w:szCs w:val="28"/>
          <w:rtl/>
        </w:rPr>
        <w:t>برای</w:t>
      </w:r>
      <w:r w:rsidRPr="0000691D">
        <w:rPr>
          <w:rFonts w:ascii="Tahoma" w:hAnsi="Tahoma" w:cs="B Mitra"/>
          <w:sz w:val="28"/>
          <w:szCs w:val="28"/>
        </w:rPr>
        <w:t xml:space="preserve"> </w:t>
      </w:r>
      <w:r w:rsidRPr="0000691D">
        <w:rPr>
          <w:rFonts w:ascii="Tahoma" w:hAnsi="Tahoma" w:cs="B Mitra"/>
          <w:sz w:val="28"/>
          <w:szCs w:val="28"/>
          <w:rtl/>
        </w:rPr>
        <w:t>دو</w:t>
      </w:r>
      <w:r w:rsidRPr="0000691D">
        <w:rPr>
          <w:rFonts w:ascii="Tahoma" w:hAnsi="Tahoma" w:cs="B Mitra"/>
          <w:sz w:val="28"/>
          <w:szCs w:val="28"/>
        </w:rPr>
        <w:t xml:space="preserve"> </w:t>
      </w:r>
      <w:r w:rsidRPr="0000691D">
        <w:rPr>
          <w:rFonts w:ascii="Tahoma" w:hAnsi="Tahoma" w:cs="B Mitra"/>
          <w:sz w:val="28"/>
          <w:szCs w:val="28"/>
          <w:rtl/>
        </w:rPr>
        <w:t>نفر</w:t>
      </w:r>
      <w:r w:rsidRPr="0000691D">
        <w:rPr>
          <w:rFonts w:ascii="Tahoma" w:hAnsi="Tahoma" w:cs="B Mitra"/>
          <w:sz w:val="28"/>
          <w:szCs w:val="28"/>
        </w:rPr>
        <w:t xml:space="preserve"> </w:t>
      </w:r>
      <w:r w:rsidRPr="0000691D">
        <w:rPr>
          <w:rFonts w:ascii="Tahoma" w:hAnsi="Tahoma" w:cs="B Mitra"/>
          <w:sz w:val="28"/>
          <w:szCs w:val="28"/>
          <w:rtl/>
        </w:rPr>
        <w:t>از</w:t>
      </w:r>
      <w:r w:rsidRPr="0000691D">
        <w:rPr>
          <w:rFonts w:ascii="Tahoma" w:hAnsi="Tahoma" w:cs="B Mitra"/>
          <w:sz w:val="28"/>
          <w:szCs w:val="28"/>
        </w:rPr>
        <w:t xml:space="preserve"> </w:t>
      </w:r>
      <w:r w:rsidRPr="0000691D">
        <w:rPr>
          <w:rFonts w:ascii="Tahoma" w:hAnsi="Tahoma" w:cs="B Mitra"/>
          <w:sz w:val="28"/>
          <w:szCs w:val="28"/>
          <w:rtl/>
        </w:rPr>
        <w:t>این</w:t>
      </w:r>
      <w:r w:rsidRPr="0000691D">
        <w:rPr>
          <w:rFonts w:ascii="Tahoma" w:hAnsi="Tahoma" w:cs="B Mitra"/>
          <w:sz w:val="28"/>
          <w:szCs w:val="28"/>
        </w:rPr>
        <w:t xml:space="preserve"> </w:t>
      </w:r>
      <w:r w:rsidRPr="0000691D">
        <w:rPr>
          <w:rFonts w:ascii="Tahoma" w:hAnsi="Tahoma" w:cs="B Mitra"/>
          <w:sz w:val="28"/>
          <w:szCs w:val="28"/>
          <w:rtl/>
        </w:rPr>
        <w:t>عزیزان،</w:t>
      </w:r>
      <w:r w:rsidRPr="0000691D">
        <w:rPr>
          <w:rFonts w:ascii="Tahoma" w:hAnsi="Tahoma" w:cs="B Mitra"/>
          <w:sz w:val="28"/>
          <w:szCs w:val="28"/>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مجموع</w:t>
      </w:r>
      <w:r w:rsidRPr="0000691D">
        <w:rPr>
          <w:rFonts w:ascii="Tahoma" w:hAnsi="Tahoma" w:cs="B Mitra"/>
          <w:sz w:val="28"/>
          <w:szCs w:val="28"/>
        </w:rPr>
        <w:t xml:space="preserve"> </w:t>
      </w:r>
      <w:r w:rsidRPr="0000691D">
        <w:rPr>
          <w:rFonts w:ascii="Tahoma" w:hAnsi="Tahoma" w:cs="B Mitra"/>
          <w:sz w:val="28"/>
          <w:szCs w:val="28"/>
          <w:rtl/>
        </w:rPr>
        <w:t>مبلغ</w:t>
      </w:r>
      <w:r w:rsidRPr="0000691D">
        <w:rPr>
          <w:rFonts w:ascii="Tahoma" w:hAnsi="Tahoma" w:cs="B Mitra"/>
          <w:sz w:val="28"/>
          <w:szCs w:val="28"/>
        </w:rPr>
        <w:t xml:space="preserve"> </w:t>
      </w:r>
      <w:r w:rsidRPr="0000691D">
        <w:rPr>
          <w:rFonts w:ascii="Tahoma" w:hAnsi="Tahoma" w:cs="B Mitra"/>
          <w:sz w:val="28"/>
          <w:szCs w:val="28"/>
          <w:rtl/>
        </w:rPr>
        <w:t>۹۰</w:t>
      </w:r>
      <w:r w:rsidRPr="0000691D">
        <w:rPr>
          <w:rFonts w:ascii="Tahoma" w:hAnsi="Tahoma" w:cs="B Mitra"/>
          <w:sz w:val="28"/>
          <w:szCs w:val="28"/>
        </w:rPr>
        <w:t xml:space="preserve"> </w:t>
      </w:r>
      <w:r w:rsidRPr="0000691D">
        <w:rPr>
          <w:rFonts w:ascii="Tahoma" w:hAnsi="Tahoma" w:cs="B Mitra"/>
          <w:sz w:val="28"/>
          <w:szCs w:val="28"/>
          <w:rtl/>
        </w:rPr>
        <w:t>میلیون</w:t>
      </w:r>
      <w:r w:rsidRPr="0000691D">
        <w:rPr>
          <w:rFonts w:ascii="Tahoma" w:hAnsi="Tahoma" w:cs="B Mitra"/>
          <w:sz w:val="28"/>
          <w:szCs w:val="28"/>
        </w:rPr>
        <w:t xml:space="preserve"> </w:t>
      </w:r>
      <w:r w:rsidRPr="0000691D">
        <w:rPr>
          <w:rFonts w:ascii="Tahoma" w:hAnsi="Tahoma" w:cs="B Mitra"/>
          <w:sz w:val="28"/>
          <w:szCs w:val="28"/>
          <w:rtl/>
        </w:rPr>
        <w:t>تومان</w:t>
      </w:r>
      <w:r w:rsidRPr="0000691D">
        <w:rPr>
          <w:rFonts w:ascii="Tahoma" w:hAnsi="Tahoma" w:cs="B Mitra"/>
          <w:sz w:val="28"/>
          <w:szCs w:val="28"/>
        </w:rPr>
        <w:t xml:space="preserve"> </w:t>
      </w:r>
      <w:r w:rsidRPr="0000691D">
        <w:rPr>
          <w:rFonts w:ascii="Tahoma" w:hAnsi="Tahoma" w:cs="B Mitra"/>
          <w:sz w:val="28"/>
          <w:szCs w:val="28"/>
          <w:rtl/>
        </w:rPr>
        <w:t>برای</w:t>
      </w:r>
      <w:r w:rsidRPr="0000691D">
        <w:rPr>
          <w:rFonts w:ascii="Tahoma" w:hAnsi="Tahoma" w:cs="B Mitra"/>
          <w:sz w:val="28"/>
          <w:szCs w:val="28"/>
        </w:rPr>
        <w:t xml:space="preserve"> </w:t>
      </w:r>
      <w:r w:rsidRPr="0000691D">
        <w:rPr>
          <w:rFonts w:ascii="Tahoma" w:hAnsi="Tahoma" w:cs="B Mitra"/>
          <w:sz w:val="28"/>
          <w:szCs w:val="28"/>
          <w:rtl/>
        </w:rPr>
        <w:t>تأمین</w:t>
      </w:r>
      <w:r w:rsidRPr="0000691D">
        <w:rPr>
          <w:rFonts w:ascii="Tahoma" w:hAnsi="Tahoma" w:cs="B Mitra"/>
          <w:sz w:val="28"/>
          <w:szCs w:val="28"/>
        </w:rPr>
        <w:t xml:space="preserve"> </w:t>
      </w:r>
      <w:r w:rsidRPr="0000691D">
        <w:rPr>
          <w:rFonts w:ascii="Tahoma" w:hAnsi="Tahoma" w:cs="B Mitra"/>
          <w:sz w:val="28"/>
          <w:szCs w:val="28"/>
          <w:rtl/>
        </w:rPr>
        <w:t>رهن</w:t>
      </w:r>
      <w:r w:rsidRPr="0000691D">
        <w:rPr>
          <w:rFonts w:ascii="Tahoma" w:hAnsi="Tahoma" w:cs="B Mitra"/>
          <w:sz w:val="28"/>
          <w:szCs w:val="28"/>
        </w:rPr>
        <w:t xml:space="preserve"> </w:t>
      </w:r>
      <w:r w:rsidRPr="0000691D">
        <w:rPr>
          <w:rFonts w:ascii="Tahoma" w:hAnsi="Tahoma" w:cs="B Mitra"/>
          <w:sz w:val="28"/>
          <w:szCs w:val="28"/>
          <w:rtl/>
        </w:rPr>
        <w:t>پرداخت</w:t>
      </w:r>
      <w:r w:rsidRPr="0000691D">
        <w:rPr>
          <w:rFonts w:ascii="Tahoma" w:hAnsi="Tahoma" w:cs="B Mitra"/>
          <w:sz w:val="28"/>
          <w:szCs w:val="28"/>
        </w:rPr>
        <w:t xml:space="preserve"> </w:t>
      </w:r>
      <w:r w:rsidRPr="0000691D">
        <w:rPr>
          <w:rFonts w:ascii="Tahoma" w:hAnsi="Tahoma" w:cs="B Mitra"/>
          <w:sz w:val="28"/>
          <w:szCs w:val="28"/>
          <w:rtl/>
        </w:rPr>
        <w:t>شد</w:t>
      </w:r>
      <w:r w:rsidRPr="0000691D">
        <w:rPr>
          <w:rFonts w:ascii="Tahoma" w:hAnsi="Tahoma" w:cs="B Mitra" w:hint="cs"/>
          <w:sz w:val="28"/>
          <w:szCs w:val="28"/>
          <w:rtl/>
        </w:rPr>
        <w:t>؛</w:t>
      </w:r>
      <w:r w:rsidRPr="0000691D">
        <w:rPr>
          <w:rFonts w:ascii="Tahoma" w:hAnsi="Tahoma" w:cs="B Mitra"/>
          <w:sz w:val="28"/>
          <w:szCs w:val="28"/>
        </w:rPr>
        <w:t xml:space="preserve"> </w:t>
      </w:r>
      <w:r w:rsidRPr="0000691D">
        <w:rPr>
          <w:rFonts w:ascii="Tahoma" w:hAnsi="Tahoma" w:cs="B Mitra"/>
          <w:sz w:val="28"/>
          <w:szCs w:val="28"/>
          <w:rtl/>
        </w:rPr>
        <w:t>همچنین</w:t>
      </w:r>
      <w:r w:rsidRPr="0000691D">
        <w:rPr>
          <w:rFonts w:ascii="Tahoma" w:hAnsi="Tahoma" w:cs="B Mitra"/>
          <w:sz w:val="28"/>
          <w:szCs w:val="28"/>
        </w:rPr>
        <w:t xml:space="preserve"> </w:t>
      </w:r>
      <w:r w:rsidRPr="0000691D">
        <w:rPr>
          <w:rFonts w:ascii="Tahoma" w:hAnsi="Tahoma" w:cs="B Mitra"/>
          <w:sz w:val="28"/>
          <w:szCs w:val="28"/>
          <w:rtl/>
        </w:rPr>
        <w:t>برای</w:t>
      </w:r>
      <w:r w:rsidRPr="0000691D">
        <w:rPr>
          <w:rFonts w:ascii="Tahoma" w:hAnsi="Tahoma" w:cs="B Mitra"/>
          <w:sz w:val="28"/>
          <w:szCs w:val="28"/>
        </w:rPr>
        <w:t xml:space="preserve"> </w:t>
      </w:r>
      <w:r w:rsidRPr="0000691D">
        <w:rPr>
          <w:rFonts w:ascii="Tahoma" w:hAnsi="Tahoma" w:cs="B Mitra"/>
          <w:sz w:val="28"/>
          <w:szCs w:val="28"/>
          <w:rtl/>
        </w:rPr>
        <w:t>یکی</w:t>
      </w:r>
      <w:r w:rsidRPr="0000691D">
        <w:rPr>
          <w:rFonts w:ascii="Tahoma" w:hAnsi="Tahoma" w:cs="B Mitra"/>
          <w:sz w:val="28"/>
          <w:szCs w:val="28"/>
        </w:rPr>
        <w:t xml:space="preserve"> </w:t>
      </w:r>
      <w:r w:rsidRPr="0000691D">
        <w:rPr>
          <w:rFonts w:ascii="Tahoma" w:hAnsi="Tahoma" w:cs="B Mitra"/>
          <w:sz w:val="28"/>
          <w:szCs w:val="28"/>
          <w:rtl/>
        </w:rPr>
        <w:t>دیگر</w:t>
      </w:r>
      <w:r w:rsidRPr="0000691D">
        <w:rPr>
          <w:rFonts w:ascii="Tahoma" w:hAnsi="Tahoma" w:cs="B Mitra"/>
          <w:sz w:val="28"/>
          <w:szCs w:val="28"/>
        </w:rPr>
        <w:t xml:space="preserve"> </w:t>
      </w:r>
      <w:r w:rsidRPr="0000691D">
        <w:rPr>
          <w:rFonts w:ascii="Tahoma" w:hAnsi="Tahoma" w:cs="B Mitra"/>
          <w:sz w:val="28"/>
          <w:szCs w:val="28"/>
          <w:rtl/>
        </w:rPr>
        <w:t>از</w:t>
      </w:r>
      <w:r w:rsidRPr="0000691D">
        <w:rPr>
          <w:rFonts w:ascii="Tahoma" w:hAnsi="Tahoma" w:cs="B Mitra"/>
          <w:sz w:val="28"/>
          <w:szCs w:val="28"/>
        </w:rPr>
        <w:t xml:space="preserve"> </w:t>
      </w:r>
      <w:r w:rsidRPr="0000691D">
        <w:rPr>
          <w:rFonts w:ascii="Tahoma" w:hAnsi="Tahoma" w:cs="B Mitra"/>
          <w:sz w:val="28"/>
          <w:szCs w:val="28"/>
          <w:rtl/>
        </w:rPr>
        <w:t>عزیزان</w:t>
      </w:r>
      <w:r w:rsidRPr="0000691D">
        <w:rPr>
          <w:rFonts w:ascii="Tahoma" w:hAnsi="Tahoma" w:cs="B Mitra"/>
          <w:sz w:val="28"/>
          <w:szCs w:val="28"/>
        </w:rPr>
        <w:t xml:space="preserve"> </w:t>
      </w:r>
      <w:r w:rsidRPr="0000691D">
        <w:rPr>
          <w:rFonts w:ascii="Tahoma" w:hAnsi="Tahoma" w:cs="B Mitra"/>
          <w:sz w:val="28"/>
          <w:szCs w:val="28"/>
          <w:rtl/>
        </w:rPr>
        <w:t>نیز</w:t>
      </w:r>
      <w:r w:rsidRPr="0000691D">
        <w:rPr>
          <w:rFonts w:ascii="Tahoma" w:hAnsi="Tahoma" w:cs="B Mitra"/>
          <w:sz w:val="28"/>
          <w:szCs w:val="28"/>
        </w:rPr>
        <w:t xml:space="preserve"> </w:t>
      </w:r>
      <w:r w:rsidRPr="0000691D">
        <w:rPr>
          <w:rFonts w:ascii="Tahoma" w:hAnsi="Tahoma" w:cs="B Mitra"/>
          <w:sz w:val="28"/>
          <w:szCs w:val="28"/>
          <w:rtl/>
        </w:rPr>
        <w:t>مبلغ</w:t>
      </w:r>
      <w:r w:rsidRPr="0000691D">
        <w:rPr>
          <w:rFonts w:ascii="Tahoma" w:hAnsi="Tahoma" w:cs="B Mitra"/>
          <w:sz w:val="28"/>
          <w:szCs w:val="28"/>
        </w:rPr>
        <w:t xml:space="preserve"> </w:t>
      </w:r>
      <w:r w:rsidRPr="0000691D">
        <w:rPr>
          <w:rFonts w:ascii="Tahoma" w:hAnsi="Tahoma" w:cs="B Mitra"/>
          <w:sz w:val="28"/>
          <w:szCs w:val="28"/>
          <w:rtl/>
        </w:rPr>
        <w:t>۱۰۰</w:t>
      </w:r>
      <w:r w:rsidRPr="0000691D">
        <w:rPr>
          <w:rFonts w:ascii="Tahoma" w:hAnsi="Tahoma" w:cs="B Mitra"/>
          <w:sz w:val="28"/>
          <w:szCs w:val="28"/>
        </w:rPr>
        <w:t xml:space="preserve"> </w:t>
      </w:r>
      <w:r w:rsidRPr="0000691D">
        <w:rPr>
          <w:rFonts w:ascii="Tahoma" w:hAnsi="Tahoma" w:cs="B Mitra"/>
          <w:sz w:val="28"/>
          <w:szCs w:val="28"/>
          <w:rtl/>
        </w:rPr>
        <w:t>میلیون</w:t>
      </w:r>
      <w:r w:rsidRPr="0000691D">
        <w:rPr>
          <w:rFonts w:ascii="Tahoma" w:hAnsi="Tahoma" w:cs="B Mitra"/>
          <w:sz w:val="28"/>
          <w:szCs w:val="28"/>
        </w:rPr>
        <w:t xml:space="preserve"> </w:t>
      </w:r>
      <w:r w:rsidRPr="0000691D">
        <w:rPr>
          <w:rFonts w:ascii="Tahoma" w:hAnsi="Tahoma" w:cs="B Mitra"/>
          <w:sz w:val="28"/>
          <w:szCs w:val="28"/>
          <w:rtl/>
        </w:rPr>
        <w:t>تومان</w:t>
      </w:r>
      <w:r w:rsidRPr="0000691D">
        <w:rPr>
          <w:rFonts w:ascii="Tahoma" w:hAnsi="Tahoma" w:cs="B Mitra"/>
          <w:sz w:val="28"/>
          <w:szCs w:val="28"/>
        </w:rPr>
        <w:t xml:space="preserve"> </w:t>
      </w:r>
      <w:r w:rsidRPr="0000691D">
        <w:rPr>
          <w:rFonts w:ascii="Tahoma" w:hAnsi="Tahoma" w:cs="B Mitra"/>
          <w:sz w:val="28"/>
          <w:szCs w:val="28"/>
          <w:rtl/>
        </w:rPr>
        <w:t>اختصاص</w:t>
      </w:r>
      <w:r w:rsidRPr="0000691D">
        <w:rPr>
          <w:rFonts w:ascii="Tahoma" w:hAnsi="Tahoma" w:cs="B Mitra"/>
          <w:sz w:val="28"/>
          <w:szCs w:val="28"/>
        </w:rPr>
        <w:t xml:space="preserve"> </w:t>
      </w:r>
      <w:r w:rsidRPr="0000691D">
        <w:rPr>
          <w:rFonts w:ascii="Tahoma" w:hAnsi="Tahoma" w:cs="B Mitra"/>
          <w:sz w:val="28"/>
          <w:szCs w:val="28"/>
          <w:rtl/>
        </w:rPr>
        <w:t>پیدا</w:t>
      </w:r>
      <w:r w:rsidRPr="0000691D">
        <w:rPr>
          <w:rFonts w:ascii="Tahoma" w:hAnsi="Tahoma" w:cs="B Mitra"/>
          <w:sz w:val="28"/>
          <w:szCs w:val="28"/>
        </w:rPr>
        <w:t xml:space="preserve"> </w:t>
      </w:r>
      <w:r w:rsidRPr="0000691D">
        <w:rPr>
          <w:rFonts w:ascii="Tahoma" w:hAnsi="Tahoma" w:cs="B Mitra"/>
          <w:sz w:val="28"/>
          <w:szCs w:val="28"/>
          <w:rtl/>
        </w:rPr>
        <w:t>کرد.</w:t>
      </w:r>
    </w:p>
    <w:p w:rsidR="00A75B1C" w:rsidRPr="0000691D" w:rsidRDefault="00A75B1C" w:rsidP="0000691D">
      <w:pPr>
        <w:bidi/>
        <w:spacing w:after="160" w:line="360" w:lineRule="auto"/>
        <w:jc w:val="both"/>
        <w:rPr>
          <w:rFonts w:cs="B Mitra"/>
          <w:sz w:val="28"/>
          <w:szCs w:val="28"/>
        </w:rPr>
      </w:pP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کنار</w:t>
      </w:r>
      <w:r w:rsidRPr="0000691D">
        <w:rPr>
          <w:rFonts w:ascii="Tahoma" w:hAnsi="Tahoma" w:cs="B Mitra"/>
          <w:sz w:val="28"/>
          <w:szCs w:val="28"/>
        </w:rPr>
        <w:t xml:space="preserve"> </w:t>
      </w:r>
      <w:r w:rsidRPr="0000691D">
        <w:rPr>
          <w:rFonts w:ascii="Tahoma" w:hAnsi="Tahoma" w:cs="B Mitra"/>
          <w:sz w:val="28"/>
          <w:szCs w:val="28"/>
          <w:rtl/>
        </w:rPr>
        <w:t>این</w:t>
      </w:r>
      <w:r w:rsidRPr="0000691D">
        <w:rPr>
          <w:rFonts w:ascii="Tahoma" w:hAnsi="Tahoma" w:cs="B Mitra"/>
          <w:sz w:val="28"/>
          <w:szCs w:val="28"/>
        </w:rPr>
        <w:t xml:space="preserve"> </w:t>
      </w:r>
      <w:r w:rsidRPr="0000691D">
        <w:rPr>
          <w:rFonts w:ascii="Tahoma" w:hAnsi="Tahoma" w:cs="B Mitra"/>
          <w:sz w:val="28"/>
          <w:szCs w:val="28"/>
          <w:rtl/>
        </w:rPr>
        <w:t>حمایت</w:t>
      </w:r>
      <w:r w:rsidRPr="0000691D">
        <w:rPr>
          <w:rFonts w:ascii="Tahoma" w:hAnsi="Tahoma" w:cs="B Mitra"/>
          <w:sz w:val="28"/>
          <w:szCs w:val="28"/>
        </w:rPr>
        <w:t xml:space="preserve"> </w:t>
      </w:r>
      <w:r w:rsidRPr="0000691D">
        <w:rPr>
          <w:rFonts w:ascii="Tahoma" w:hAnsi="Tahoma" w:cs="B Mitra"/>
          <w:sz w:val="28"/>
          <w:szCs w:val="28"/>
          <w:rtl/>
        </w:rPr>
        <w:t>مالی،</w:t>
      </w:r>
      <w:r w:rsidRPr="0000691D">
        <w:rPr>
          <w:rFonts w:ascii="Tahoma" w:hAnsi="Tahoma" w:cs="B Mitra"/>
          <w:sz w:val="28"/>
          <w:szCs w:val="28"/>
        </w:rPr>
        <w:t xml:space="preserve"> </w:t>
      </w:r>
      <w:r w:rsidRPr="0000691D">
        <w:rPr>
          <w:rFonts w:ascii="Tahoma" w:hAnsi="Tahoma" w:cs="B Mitra"/>
          <w:sz w:val="28"/>
          <w:szCs w:val="28"/>
          <w:rtl/>
        </w:rPr>
        <w:t>یکی</w:t>
      </w:r>
      <w:r w:rsidRPr="0000691D">
        <w:rPr>
          <w:rFonts w:ascii="Tahoma" w:hAnsi="Tahoma" w:cs="B Mitra"/>
          <w:sz w:val="28"/>
          <w:szCs w:val="28"/>
        </w:rPr>
        <w:t xml:space="preserve"> </w:t>
      </w:r>
      <w:r w:rsidRPr="0000691D">
        <w:rPr>
          <w:rFonts w:ascii="Tahoma" w:hAnsi="Tahoma" w:cs="B Mitra"/>
          <w:sz w:val="28"/>
          <w:szCs w:val="28"/>
          <w:rtl/>
        </w:rPr>
        <w:t>دیگر</w:t>
      </w:r>
      <w:r w:rsidRPr="0000691D">
        <w:rPr>
          <w:rFonts w:ascii="Tahoma" w:hAnsi="Tahoma" w:cs="B Mitra"/>
          <w:sz w:val="28"/>
          <w:szCs w:val="28"/>
        </w:rPr>
        <w:t xml:space="preserve"> </w:t>
      </w:r>
      <w:r w:rsidRPr="0000691D">
        <w:rPr>
          <w:rFonts w:ascii="Tahoma" w:hAnsi="Tahoma" w:cs="B Mitra"/>
          <w:sz w:val="28"/>
          <w:szCs w:val="28"/>
          <w:rtl/>
        </w:rPr>
        <w:t>از</w:t>
      </w:r>
      <w:r w:rsidRPr="0000691D">
        <w:rPr>
          <w:rFonts w:ascii="Tahoma" w:hAnsi="Tahoma" w:cs="B Mitra"/>
          <w:sz w:val="28"/>
          <w:szCs w:val="28"/>
        </w:rPr>
        <w:t xml:space="preserve"> </w:t>
      </w:r>
      <w:r w:rsidRPr="0000691D">
        <w:rPr>
          <w:rFonts w:ascii="Tahoma" w:hAnsi="Tahoma" w:cs="B Mitra"/>
          <w:sz w:val="28"/>
          <w:szCs w:val="28"/>
          <w:rtl/>
        </w:rPr>
        <w:t>عزیزان</w:t>
      </w:r>
      <w:r w:rsidRPr="0000691D">
        <w:rPr>
          <w:rFonts w:ascii="Tahoma" w:hAnsi="Tahoma" w:cs="B Mitra"/>
          <w:sz w:val="28"/>
          <w:szCs w:val="28"/>
        </w:rPr>
        <w:t xml:space="preserve"> </w:t>
      </w:r>
      <w:r w:rsidRPr="0000691D">
        <w:rPr>
          <w:rFonts w:ascii="Tahoma" w:hAnsi="Tahoma" w:cs="B Mitra"/>
          <w:sz w:val="28"/>
          <w:szCs w:val="28"/>
          <w:rtl/>
        </w:rPr>
        <w:t>نابینا</w:t>
      </w:r>
      <w:r w:rsidRPr="0000691D">
        <w:rPr>
          <w:rFonts w:ascii="Tahoma" w:hAnsi="Tahoma" w:cs="B Mitra"/>
          <w:sz w:val="28"/>
          <w:szCs w:val="28"/>
        </w:rPr>
        <w:t xml:space="preserve"> </w:t>
      </w:r>
      <w:r w:rsidRPr="0000691D">
        <w:rPr>
          <w:rFonts w:ascii="Tahoma" w:hAnsi="Tahoma" w:cs="B Mitra"/>
          <w:sz w:val="28"/>
          <w:szCs w:val="28"/>
          <w:rtl/>
        </w:rPr>
        <w:t>نیز</w:t>
      </w:r>
      <w:r w:rsidRPr="0000691D">
        <w:rPr>
          <w:rFonts w:ascii="Tahoma" w:hAnsi="Tahoma" w:cs="B Mitra"/>
          <w:sz w:val="28"/>
          <w:szCs w:val="28"/>
        </w:rPr>
        <w:t xml:space="preserve"> </w:t>
      </w:r>
      <w:r w:rsidRPr="0000691D">
        <w:rPr>
          <w:rFonts w:ascii="Tahoma" w:hAnsi="Tahoma" w:cs="B Mitra"/>
          <w:sz w:val="28"/>
          <w:szCs w:val="28"/>
          <w:rtl/>
        </w:rPr>
        <w:t>به</w:t>
      </w:r>
      <w:r w:rsidRPr="0000691D">
        <w:rPr>
          <w:rFonts w:ascii="Tahoma" w:hAnsi="Tahoma" w:cs="B Mitra"/>
          <w:sz w:val="28"/>
          <w:szCs w:val="28"/>
        </w:rPr>
        <w:t xml:space="preserve"> </w:t>
      </w:r>
      <w:r w:rsidRPr="0000691D">
        <w:rPr>
          <w:rFonts w:ascii="Tahoma" w:hAnsi="Tahoma" w:cs="B Mitra"/>
          <w:sz w:val="28"/>
          <w:szCs w:val="28"/>
          <w:rtl/>
        </w:rPr>
        <w:t>یک</w:t>
      </w:r>
      <w:r w:rsidRPr="0000691D">
        <w:rPr>
          <w:rFonts w:ascii="Tahoma" w:hAnsi="Tahoma" w:cs="B Mitra"/>
          <w:sz w:val="28"/>
          <w:szCs w:val="28"/>
        </w:rPr>
        <w:t xml:space="preserve"> </w:t>
      </w:r>
      <w:r w:rsidRPr="0000691D">
        <w:rPr>
          <w:rFonts w:ascii="Tahoma" w:hAnsi="Tahoma" w:cs="B Mitra"/>
          <w:sz w:val="28"/>
          <w:szCs w:val="28"/>
          <w:rtl/>
        </w:rPr>
        <w:t>تخت</w:t>
      </w:r>
      <w:r w:rsidRPr="0000691D">
        <w:rPr>
          <w:rFonts w:ascii="Tahoma" w:hAnsi="Tahoma" w:cs="B Mitra"/>
          <w:sz w:val="28"/>
          <w:szCs w:val="28"/>
        </w:rPr>
        <w:t xml:space="preserve"> </w:t>
      </w:r>
      <w:r w:rsidRPr="0000691D">
        <w:rPr>
          <w:rFonts w:ascii="Tahoma" w:hAnsi="Tahoma" w:cs="B Mitra"/>
          <w:sz w:val="28"/>
          <w:szCs w:val="28"/>
          <w:rtl/>
        </w:rPr>
        <w:t>نیاز</w:t>
      </w:r>
      <w:r w:rsidRPr="0000691D">
        <w:rPr>
          <w:rFonts w:ascii="Tahoma" w:hAnsi="Tahoma" w:cs="B Mitra"/>
          <w:sz w:val="28"/>
          <w:szCs w:val="28"/>
        </w:rPr>
        <w:t xml:space="preserve"> </w:t>
      </w:r>
      <w:r w:rsidRPr="0000691D">
        <w:rPr>
          <w:rFonts w:ascii="Tahoma" w:hAnsi="Tahoma" w:cs="B Mitra"/>
          <w:sz w:val="28"/>
          <w:szCs w:val="28"/>
          <w:rtl/>
        </w:rPr>
        <w:t>داشت</w:t>
      </w:r>
      <w:r w:rsidRPr="0000691D">
        <w:rPr>
          <w:rFonts w:ascii="Tahoma" w:hAnsi="Tahoma" w:cs="B Mitra"/>
          <w:sz w:val="28"/>
          <w:szCs w:val="28"/>
        </w:rPr>
        <w:t xml:space="preserve"> </w:t>
      </w:r>
      <w:r w:rsidRPr="0000691D">
        <w:rPr>
          <w:rFonts w:ascii="Tahoma" w:hAnsi="Tahoma" w:cs="B Mitra"/>
          <w:sz w:val="28"/>
          <w:szCs w:val="28"/>
          <w:rtl/>
        </w:rPr>
        <w:t>که</w:t>
      </w:r>
      <w:r w:rsidRPr="0000691D">
        <w:rPr>
          <w:rFonts w:ascii="Tahoma" w:hAnsi="Tahoma" w:cs="B Mitra"/>
          <w:sz w:val="28"/>
          <w:szCs w:val="28"/>
        </w:rPr>
        <w:t xml:space="preserve"> </w:t>
      </w:r>
      <w:r w:rsidRPr="0000691D">
        <w:rPr>
          <w:rFonts w:ascii="Tahoma" w:hAnsi="Tahoma" w:cs="B Mitra"/>
          <w:sz w:val="28"/>
          <w:szCs w:val="28"/>
          <w:rtl/>
        </w:rPr>
        <w:t>این</w:t>
      </w:r>
      <w:r w:rsidRPr="0000691D">
        <w:rPr>
          <w:rFonts w:ascii="Tahoma" w:hAnsi="Tahoma" w:cs="B Mitra"/>
          <w:sz w:val="28"/>
          <w:szCs w:val="28"/>
        </w:rPr>
        <w:t xml:space="preserve"> </w:t>
      </w:r>
      <w:r w:rsidRPr="0000691D">
        <w:rPr>
          <w:rFonts w:ascii="Tahoma" w:hAnsi="Tahoma" w:cs="B Mitra"/>
          <w:sz w:val="28"/>
          <w:szCs w:val="28"/>
          <w:rtl/>
        </w:rPr>
        <w:t>وسیله</w:t>
      </w:r>
      <w:r w:rsidRPr="0000691D">
        <w:rPr>
          <w:rFonts w:ascii="Tahoma" w:hAnsi="Tahoma" w:cs="B Mitra"/>
          <w:sz w:val="28"/>
          <w:szCs w:val="28"/>
        </w:rPr>
        <w:t xml:space="preserve"> </w:t>
      </w:r>
      <w:r w:rsidRPr="0000691D">
        <w:rPr>
          <w:rFonts w:ascii="Tahoma" w:hAnsi="Tahoma" w:cs="B Mitra"/>
          <w:sz w:val="28"/>
          <w:szCs w:val="28"/>
          <w:rtl/>
        </w:rPr>
        <w:t>تهیه</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اختیار</w:t>
      </w:r>
      <w:r w:rsidRPr="0000691D">
        <w:rPr>
          <w:rFonts w:ascii="Tahoma" w:hAnsi="Tahoma" w:cs="B Mitra"/>
          <w:sz w:val="28"/>
          <w:szCs w:val="28"/>
        </w:rPr>
        <w:t xml:space="preserve"> </w:t>
      </w:r>
      <w:r w:rsidRPr="0000691D">
        <w:rPr>
          <w:rFonts w:ascii="Tahoma" w:hAnsi="Tahoma" w:cs="B Mitra"/>
          <w:sz w:val="28"/>
          <w:szCs w:val="28"/>
          <w:rtl/>
        </w:rPr>
        <w:t>ایشان</w:t>
      </w:r>
      <w:r w:rsidRPr="0000691D">
        <w:rPr>
          <w:rFonts w:ascii="Tahoma" w:hAnsi="Tahoma" w:cs="B Mitra"/>
          <w:sz w:val="28"/>
          <w:szCs w:val="28"/>
        </w:rPr>
        <w:t xml:space="preserve"> </w:t>
      </w:r>
      <w:r w:rsidRPr="0000691D">
        <w:rPr>
          <w:rFonts w:ascii="Tahoma" w:hAnsi="Tahoma" w:cs="B Mitra"/>
          <w:sz w:val="28"/>
          <w:szCs w:val="28"/>
          <w:rtl/>
        </w:rPr>
        <w:t>قرار</w:t>
      </w:r>
      <w:r w:rsidRPr="0000691D">
        <w:rPr>
          <w:rFonts w:ascii="Tahoma" w:hAnsi="Tahoma" w:cs="B Mitra"/>
          <w:sz w:val="28"/>
          <w:szCs w:val="28"/>
        </w:rPr>
        <w:t xml:space="preserve"> </w:t>
      </w:r>
      <w:r w:rsidRPr="0000691D">
        <w:rPr>
          <w:rFonts w:ascii="Tahoma" w:hAnsi="Tahoma" w:cs="B Mitra"/>
          <w:sz w:val="28"/>
          <w:szCs w:val="28"/>
          <w:rtl/>
        </w:rPr>
        <w:t>گرفت.</w:t>
      </w:r>
    </w:p>
    <w:p w:rsidR="00A75B1C" w:rsidRPr="0000691D" w:rsidRDefault="00A75B1C" w:rsidP="0000691D">
      <w:pPr>
        <w:pStyle w:val="Heading3"/>
        <w:bidi/>
        <w:spacing w:line="360" w:lineRule="auto"/>
        <w:rPr>
          <w:rFonts w:cs="B Mitra"/>
          <w:color w:val="70AD47" w:themeColor="accent6"/>
          <w:sz w:val="28"/>
          <w:szCs w:val="28"/>
        </w:rPr>
      </w:pPr>
      <w:bookmarkStart w:id="18" w:name="_Toc243400525"/>
      <w:r w:rsidRPr="0000691D">
        <w:rPr>
          <w:rFonts w:cs="B Mitra"/>
          <w:color w:val="70AD47" w:themeColor="accent6"/>
          <w:sz w:val="28"/>
          <w:szCs w:val="28"/>
          <w:rtl/>
        </w:rPr>
        <w:t>توزیع</w:t>
      </w:r>
      <w:r w:rsidRPr="0000691D">
        <w:rPr>
          <w:rFonts w:cs="B Mitra"/>
          <w:color w:val="70AD47" w:themeColor="accent6"/>
          <w:sz w:val="28"/>
          <w:szCs w:val="28"/>
        </w:rPr>
        <w:t xml:space="preserve"> </w:t>
      </w:r>
      <w:r w:rsidRPr="0000691D">
        <w:rPr>
          <w:rFonts w:cs="B Mitra" w:hint="cs"/>
          <w:color w:val="70AD47" w:themeColor="accent6"/>
          <w:sz w:val="28"/>
          <w:szCs w:val="28"/>
          <w:rtl/>
        </w:rPr>
        <w:t xml:space="preserve">نوشت‌افزار </w:t>
      </w:r>
      <w:r w:rsidRPr="0000691D">
        <w:rPr>
          <w:rFonts w:cs="B Mitra"/>
          <w:color w:val="70AD47" w:themeColor="accent6"/>
          <w:sz w:val="28"/>
          <w:szCs w:val="28"/>
          <w:rtl/>
        </w:rPr>
        <w:t>در</w:t>
      </w:r>
      <w:r w:rsidRPr="0000691D">
        <w:rPr>
          <w:rFonts w:cs="B Mitra"/>
          <w:color w:val="70AD47" w:themeColor="accent6"/>
          <w:sz w:val="28"/>
          <w:szCs w:val="28"/>
        </w:rPr>
        <w:t xml:space="preserve"> </w:t>
      </w:r>
      <w:r w:rsidRPr="0000691D">
        <w:rPr>
          <w:rFonts w:cs="B Mitra"/>
          <w:color w:val="70AD47" w:themeColor="accent6"/>
          <w:sz w:val="28"/>
          <w:szCs w:val="28"/>
          <w:rtl/>
        </w:rPr>
        <w:t>هفت</w:t>
      </w:r>
      <w:r w:rsidRPr="0000691D">
        <w:rPr>
          <w:rFonts w:cs="B Mitra"/>
          <w:color w:val="70AD47" w:themeColor="accent6"/>
          <w:sz w:val="28"/>
          <w:szCs w:val="28"/>
        </w:rPr>
        <w:t xml:space="preserve"> </w:t>
      </w:r>
      <w:r w:rsidRPr="0000691D">
        <w:rPr>
          <w:rFonts w:cs="B Mitra"/>
          <w:color w:val="70AD47" w:themeColor="accent6"/>
          <w:sz w:val="28"/>
          <w:szCs w:val="28"/>
          <w:rtl/>
        </w:rPr>
        <w:t>استان</w:t>
      </w:r>
      <w:bookmarkEnd w:id="18"/>
    </w:p>
    <w:p w:rsidR="00A75B1C" w:rsidRPr="0000691D" w:rsidRDefault="00A75B1C" w:rsidP="0000691D">
      <w:pPr>
        <w:bidi/>
        <w:spacing w:after="160" w:line="360" w:lineRule="auto"/>
        <w:jc w:val="both"/>
        <w:rPr>
          <w:rFonts w:cs="B Mitra"/>
          <w:sz w:val="28"/>
          <w:szCs w:val="28"/>
        </w:rPr>
      </w:pPr>
      <w:r w:rsidRPr="0000691D">
        <w:rPr>
          <w:rFonts w:ascii="Tahoma" w:hAnsi="Tahoma" w:cs="B Mitra"/>
          <w:sz w:val="28"/>
          <w:szCs w:val="28"/>
          <w:rtl/>
        </w:rPr>
        <w:t>یکی</w:t>
      </w:r>
      <w:r w:rsidRPr="0000691D">
        <w:rPr>
          <w:rFonts w:ascii="Tahoma" w:hAnsi="Tahoma" w:cs="B Mitra"/>
          <w:sz w:val="28"/>
          <w:szCs w:val="28"/>
        </w:rPr>
        <w:t xml:space="preserve"> </w:t>
      </w:r>
      <w:r w:rsidRPr="0000691D">
        <w:rPr>
          <w:rFonts w:ascii="Tahoma" w:hAnsi="Tahoma" w:cs="B Mitra"/>
          <w:sz w:val="28"/>
          <w:szCs w:val="28"/>
          <w:rtl/>
        </w:rPr>
        <w:t>دیگر</w:t>
      </w:r>
      <w:r w:rsidRPr="0000691D">
        <w:rPr>
          <w:rFonts w:ascii="Tahoma" w:hAnsi="Tahoma" w:cs="B Mitra"/>
          <w:sz w:val="28"/>
          <w:szCs w:val="28"/>
        </w:rPr>
        <w:t xml:space="preserve"> </w:t>
      </w:r>
      <w:r w:rsidRPr="0000691D">
        <w:rPr>
          <w:rFonts w:ascii="Tahoma" w:hAnsi="Tahoma" w:cs="B Mitra"/>
          <w:sz w:val="28"/>
          <w:szCs w:val="28"/>
          <w:rtl/>
        </w:rPr>
        <w:t>از</w:t>
      </w:r>
      <w:r w:rsidRPr="0000691D">
        <w:rPr>
          <w:rFonts w:ascii="Tahoma" w:hAnsi="Tahoma" w:cs="B Mitra"/>
          <w:sz w:val="28"/>
          <w:szCs w:val="28"/>
        </w:rPr>
        <w:t xml:space="preserve"> </w:t>
      </w:r>
      <w:r w:rsidRPr="0000691D">
        <w:rPr>
          <w:rFonts w:ascii="Tahoma" w:hAnsi="Tahoma" w:cs="B Mitra"/>
          <w:sz w:val="28"/>
          <w:szCs w:val="28"/>
          <w:rtl/>
        </w:rPr>
        <w:t>برنامه</w:t>
      </w:r>
      <w:r w:rsidRPr="0000691D">
        <w:rPr>
          <w:rFonts w:ascii="Tahoma" w:hAnsi="Tahoma" w:cs="B Mitra"/>
          <w:sz w:val="28"/>
          <w:szCs w:val="28"/>
        </w:rPr>
        <w:t>‌</w:t>
      </w:r>
      <w:r w:rsidRPr="0000691D">
        <w:rPr>
          <w:rFonts w:ascii="Tahoma" w:hAnsi="Tahoma" w:cs="B Mitra"/>
          <w:sz w:val="28"/>
          <w:szCs w:val="28"/>
          <w:rtl/>
        </w:rPr>
        <w:t>های</w:t>
      </w:r>
      <w:r w:rsidRPr="0000691D">
        <w:rPr>
          <w:rFonts w:ascii="Tahoma" w:hAnsi="Tahoma" w:cs="B Mitra"/>
          <w:sz w:val="28"/>
          <w:szCs w:val="28"/>
        </w:rPr>
        <w:t xml:space="preserve"> </w:t>
      </w:r>
      <w:r w:rsidRPr="0000691D">
        <w:rPr>
          <w:rFonts w:ascii="Tahoma" w:hAnsi="Tahoma" w:cs="B Mitra"/>
          <w:sz w:val="28"/>
          <w:szCs w:val="28"/>
          <w:rtl/>
        </w:rPr>
        <w:t>حمایتی</w:t>
      </w:r>
      <w:r w:rsidRPr="0000691D">
        <w:rPr>
          <w:rFonts w:ascii="Tahoma" w:hAnsi="Tahoma" w:cs="B Mitra"/>
          <w:sz w:val="28"/>
          <w:szCs w:val="28"/>
        </w:rPr>
        <w:t xml:space="preserve"> </w:t>
      </w:r>
      <w:r w:rsidRPr="0000691D">
        <w:rPr>
          <w:rFonts w:ascii="Tahoma" w:hAnsi="Tahoma" w:cs="B Mitra"/>
          <w:sz w:val="28"/>
          <w:szCs w:val="28"/>
          <w:rtl/>
        </w:rPr>
        <w:t>انجمن،</w:t>
      </w:r>
      <w:r w:rsidRPr="0000691D">
        <w:rPr>
          <w:rFonts w:ascii="Tahoma" w:hAnsi="Tahoma" w:cs="B Mitra"/>
          <w:sz w:val="28"/>
          <w:szCs w:val="28"/>
        </w:rPr>
        <w:t xml:space="preserve"> </w:t>
      </w:r>
      <w:r w:rsidRPr="0000691D">
        <w:rPr>
          <w:rFonts w:ascii="Tahoma" w:hAnsi="Tahoma" w:cs="B Mitra"/>
          <w:sz w:val="28"/>
          <w:szCs w:val="28"/>
          <w:rtl/>
        </w:rPr>
        <w:t>تهیه</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توزیع</w:t>
      </w:r>
      <w:r w:rsidRPr="0000691D">
        <w:rPr>
          <w:rFonts w:ascii="Tahoma" w:hAnsi="Tahoma" w:cs="B Mitra"/>
          <w:sz w:val="28"/>
          <w:szCs w:val="28"/>
        </w:rPr>
        <w:t xml:space="preserve"> </w:t>
      </w:r>
      <w:r w:rsidRPr="0000691D">
        <w:rPr>
          <w:rFonts w:ascii="Tahoma" w:hAnsi="Tahoma" w:cs="B Mitra" w:hint="cs"/>
          <w:sz w:val="28"/>
          <w:szCs w:val="28"/>
          <w:rtl/>
        </w:rPr>
        <w:t xml:space="preserve">نوشت‌افزار </w:t>
      </w:r>
      <w:r w:rsidRPr="0000691D">
        <w:rPr>
          <w:rFonts w:ascii="Tahoma" w:hAnsi="Tahoma" w:cs="B Mitra"/>
          <w:sz w:val="28"/>
          <w:szCs w:val="28"/>
          <w:rtl/>
        </w:rPr>
        <w:t>برای</w:t>
      </w:r>
      <w:r w:rsidRPr="0000691D">
        <w:rPr>
          <w:rFonts w:ascii="Tahoma" w:hAnsi="Tahoma" w:cs="B Mitra"/>
          <w:sz w:val="28"/>
          <w:szCs w:val="28"/>
        </w:rPr>
        <w:t xml:space="preserve"> </w:t>
      </w:r>
      <w:r w:rsidRPr="0000691D">
        <w:rPr>
          <w:rFonts w:ascii="Tahoma" w:hAnsi="Tahoma" w:cs="B Mitra"/>
          <w:sz w:val="28"/>
          <w:szCs w:val="28"/>
          <w:rtl/>
        </w:rPr>
        <w:t>دانش</w:t>
      </w:r>
      <w:r w:rsidRPr="0000691D">
        <w:rPr>
          <w:rFonts w:ascii="Tahoma" w:hAnsi="Tahoma" w:cs="B Mitra"/>
          <w:sz w:val="28"/>
          <w:szCs w:val="28"/>
        </w:rPr>
        <w:t>‌</w:t>
      </w:r>
      <w:r w:rsidRPr="0000691D">
        <w:rPr>
          <w:rFonts w:ascii="Tahoma" w:hAnsi="Tahoma" w:cs="B Mitra"/>
          <w:sz w:val="28"/>
          <w:szCs w:val="28"/>
          <w:rtl/>
        </w:rPr>
        <w:t>آموزان</w:t>
      </w:r>
      <w:r w:rsidRPr="0000691D">
        <w:rPr>
          <w:rFonts w:ascii="Tahoma" w:hAnsi="Tahoma" w:cs="B Mitra"/>
          <w:sz w:val="28"/>
          <w:szCs w:val="28"/>
        </w:rPr>
        <w:t xml:space="preserve"> </w:t>
      </w:r>
      <w:r w:rsidRPr="0000691D">
        <w:rPr>
          <w:rFonts w:ascii="Tahoma" w:hAnsi="Tahoma" w:cs="B Mitra"/>
          <w:sz w:val="28"/>
          <w:szCs w:val="28"/>
          <w:rtl/>
        </w:rPr>
        <w:t>نابینا</w:t>
      </w:r>
      <w:r w:rsidRPr="0000691D">
        <w:rPr>
          <w:rFonts w:ascii="Tahoma" w:hAnsi="Tahoma" w:cs="B Mitra"/>
          <w:sz w:val="28"/>
          <w:szCs w:val="28"/>
        </w:rPr>
        <w:t xml:space="preserve"> </w:t>
      </w:r>
      <w:r w:rsidRPr="0000691D">
        <w:rPr>
          <w:rFonts w:ascii="Tahoma" w:hAnsi="Tahoma" w:cs="B Mitra"/>
          <w:sz w:val="28"/>
          <w:szCs w:val="28"/>
          <w:rtl/>
        </w:rPr>
        <w:t>بود</w:t>
      </w:r>
      <w:r w:rsidRPr="0000691D">
        <w:rPr>
          <w:rFonts w:ascii="Tahoma" w:hAnsi="Tahoma" w:cs="B Mitra" w:hint="cs"/>
          <w:sz w:val="28"/>
          <w:szCs w:val="28"/>
          <w:rtl/>
        </w:rPr>
        <w:t xml:space="preserve">؛ </w:t>
      </w:r>
      <w:r w:rsidRPr="0000691D">
        <w:rPr>
          <w:rFonts w:ascii="Tahoma" w:hAnsi="Tahoma" w:cs="B Mitra"/>
          <w:sz w:val="28"/>
          <w:szCs w:val="28"/>
          <w:rtl/>
        </w:rPr>
        <w:t>بخشی</w:t>
      </w:r>
      <w:r w:rsidRPr="0000691D">
        <w:rPr>
          <w:rFonts w:ascii="Tahoma" w:hAnsi="Tahoma" w:cs="B Mitra"/>
          <w:sz w:val="28"/>
          <w:szCs w:val="28"/>
        </w:rPr>
        <w:t xml:space="preserve"> </w:t>
      </w:r>
      <w:r w:rsidRPr="0000691D">
        <w:rPr>
          <w:rFonts w:ascii="Tahoma" w:hAnsi="Tahoma" w:cs="B Mitra"/>
          <w:sz w:val="28"/>
          <w:szCs w:val="28"/>
          <w:rtl/>
        </w:rPr>
        <w:t>از</w:t>
      </w:r>
      <w:r w:rsidRPr="0000691D">
        <w:rPr>
          <w:rFonts w:ascii="Tahoma" w:hAnsi="Tahoma" w:cs="B Mitra"/>
          <w:sz w:val="28"/>
          <w:szCs w:val="28"/>
        </w:rPr>
        <w:t xml:space="preserve"> </w:t>
      </w:r>
      <w:r w:rsidRPr="0000691D">
        <w:rPr>
          <w:rFonts w:ascii="Tahoma" w:hAnsi="Tahoma" w:cs="B Mitra" w:hint="cs"/>
          <w:sz w:val="28"/>
          <w:szCs w:val="28"/>
          <w:rtl/>
        </w:rPr>
        <w:t xml:space="preserve">نوشت‌افزاری </w:t>
      </w:r>
      <w:r w:rsidRPr="0000691D">
        <w:rPr>
          <w:rFonts w:ascii="Tahoma" w:hAnsi="Tahoma" w:cs="B Mitra"/>
          <w:sz w:val="28"/>
          <w:szCs w:val="28"/>
          <w:rtl/>
        </w:rPr>
        <w:t>که</w:t>
      </w:r>
      <w:r w:rsidRPr="0000691D">
        <w:rPr>
          <w:rFonts w:ascii="Tahoma" w:hAnsi="Tahoma" w:cs="B Mitra"/>
          <w:sz w:val="28"/>
          <w:szCs w:val="28"/>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مهرماه</w:t>
      </w:r>
      <w:r w:rsidRPr="0000691D">
        <w:rPr>
          <w:rFonts w:ascii="Tahoma" w:hAnsi="Tahoma" w:cs="B Mitra"/>
          <w:sz w:val="28"/>
          <w:szCs w:val="28"/>
        </w:rPr>
        <w:t xml:space="preserve"> </w:t>
      </w:r>
      <w:r w:rsidRPr="0000691D">
        <w:rPr>
          <w:rFonts w:ascii="Tahoma" w:hAnsi="Tahoma" w:cs="B Mitra"/>
          <w:sz w:val="28"/>
          <w:szCs w:val="28"/>
          <w:rtl/>
        </w:rPr>
        <w:t>آماده</w:t>
      </w:r>
      <w:r w:rsidRPr="0000691D">
        <w:rPr>
          <w:rFonts w:ascii="Tahoma" w:hAnsi="Tahoma" w:cs="B Mitra"/>
          <w:sz w:val="28"/>
          <w:szCs w:val="28"/>
        </w:rPr>
        <w:t xml:space="preserve"> </w:t>
      </w:r>
      <w:r w:rsidRPr="0000691D">
        <w:rPr>
          <w:rFonts w:ascii="Tahoma" w:hAnsi="Tahoma" w:cs="B Mitra"/>
          <w:sz w:val="28"/>
          <w:szCs w:val="28"/>
          <w:rtl/>
        </w:rPr>
        <w:t>کرده</w:t>
      </w:r>
      <w:r w:rsidRPr="0000691D">
        <w:rPr>
          <w:rFonts w:ascii="Tahoma" w:hAnsi="Tahoma" w:cs="B Mitra"/>
          <w:sz w:val="28"/>
          <w:szCs w:val="28"/>
        </w:rPr>
        <w:t xml:space="preserve"> </w:t>
      </w:r>
      <w:r w:rsidRPr="0000691D">
        <w:rPr>
          <w:rFonts w:ascii="Tahoma" w:hAnsi="Tahoma" w:cs="B Mitra"/>
          <w:sz w:val="28"/>
          <w:szCs w:val="28"/>
          <w:rtl/>
        </w:rPr>
        <w:t>بودیم،</w:t>
      </w:r>
      <w:r w:rsidRPr="0000691D">
        <w:rPr>
          <w:rFonts w:ascii="Tahoma" w:hAnsi="Tahoma" w:cs="B Mitra"/>
          <w:sz w:val="28"/>
          <w:szCs w:val="28"/>
        </w:rPr>
        <w:t xml:space="preserve"> </w:t>
      </w:r>
      <w:r w:rsidRPr="0000691D">
        <w:rPr>
          <w:rFonts w:ascii="Tahoma" w:hAnsi="Tahoma" w:cs="B Mitra"/>
          <w:sz w:val="28"/>
          <w:szCs w:val="28"/>
          <w:rtl/>
        </w:rPr>
        <w:t>از</w:t>
      </w:r>
      <w:r w:rsidRPr="0000691D">
        <w:rPr>
          <w:rFonts w:ascii="Tahoma" w:hAnsi="Tahoma" w:cs="B Mitra"/>
          <w:sz w:val="28"/>
          <w:szCs w:val="28"/>
        </w:rPr>
        <w:t xml:space="preserve"> </w:t>
      </w:r>
      <w:r w:rsidRPr="0000691D">
        <w:rPr>
          <w:rFonts w:ascii="Tahoma" w:hAnsi="Tahoma" w:cs="B Mitra"/>
          <w:sz w:val="28"/>
          <w:szCs w:val="28"/>
          <w:rtl/>
        </w:rPr>
        <w:t>طریق</w:t>
      </w:r>
      <w:r w:rsidRPr="0000691D">
        <w:rPr>
          <w:rFonts w:ascii="Tahoma" w:hAnsi="Tahoma" w:cs="B Mitra"/>
          <w:sz w:val="28"/>
          <w:szCs w:val="28"/>
        </w:rPr>
        <w:t xml:space="preserve"> </w:t>
      </w:r>
      <w:r w:rsidRPr="0000691D">
        <w:rPr>
          <w:rFonts w:ascii="Tahoma" w:hAnsi="Tahoma" w:cs="B Mitra"/>
          <w:sz w:val="28"/>
          <w:szCs w:val="28"/>
          <w:rtl/>
        </w:rPr>
        <w:t>پست</w:t>
      </w:r>
      <w:r w:rsidRPr="0000691D">
        <w:rPr>
          <w:rFonts w:ascii="Tahoma" w:hAnsi="Tahoma" w:cs="B Mitra"/>
          <w:sz w:val="28"/>
          <w:szCs w:val="28"/>
        </w:rPr>
        <w:t xml:space="preserve"> </w:t>
      </w:r>
      <w:r w:rsidRPr="0000691D">
        <w:rPr>
          <w:rFonts w:ascii="Tahoma" w:hAnsi="Tahoma" w:cs="B Mitra"/>
          <w:sz w:val="28"/>
          <w:szCs w:val="28"/>
          <w:rtl/>
        </w:rPr>
        <w:t>ارسال</w:t>
      </w:r>
      <w:r w:rsidRPr="0000691D">
        <w:rPr>
          <w:rFonts w:ascii="Tahoma" w:hAnsi="Tahoma" w:cs="B Mitra"/>
          <w:sz w:val="28"/>
          <w:szCs w:val="28"/>
        </w:rPr>
        <w:t xml:space="preserve"> </w:t>
      </w:r>
      <w:r w:rsidRPr="0000691D">
        <w:rPr>
          <w:rFonts w:ascii="Tahoma" w:hAnsi="Tahoma" w:cs="B Mitra"/>
          <w:sz w:val="28"/>
          <w:szCs w:val="28"/>
          <w:rtl/>
        </w:rPr>
        <w:t>شد</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مهرماه</w:t>
      </w:r>
      <w:r w:rsidRPr="0000691D">
        <w:rPr>
          <w:rFonts w:ascii="Tahoma" w:hAnsi="Tahoma" w:cs="B Mitra"/>
          <w:sz w:val="28"/>
          <w:szCs w:val="28"/>
        </w:rPr>
        <w:t xml:space="preserve"> </w:t>
      </w:r>
      <w:r w:rsidRPr="0000691D">
        <w:rPr>
          <w:rFonts w:ascii="Tahoma" w:hAnsi="Tahoma" w:cs="B Mitra"/>
          <w:sz w:val="28"/>
          <w:szCs w:val="28"/>
          <w:rtl/>
        </w:rPr>
        <w:t>به</w:t>
      </w:r>
      <w:r w:rsidRPr="0000691D">
        <w:rPr>
          <w:rFonts w:ascii="Tahoma" w:hAnsi="Tahoma" w:cs="B Mitra"/>
          <w:sz w:val="28"/>
          <w:szCs w:val="28"/>
        </w:rPr>
        <w:t xml:space="preserve"> </w:t>
      </w:r>
      <w:r w:rsidRPr="0000691D">
        <w:rPr>
          <w:rFonts w:ascii="Tahoma" w:hAnsi="Tahoma" w:cs="B Mitra"/>
          <w:sz w:val="28"/>
          <w:szCs w:val="28"/>
          <w:rtl/>
        </w:rPr>
        <w:t>دست</w:t>
      </w:r>
      <w:r w:rsidRPr="0000691D">
        <w:rPr>
          <w:rFonts w:ascii="Tahoma" w:hAnsi="Tahoma" w:cs="B Mitra"/>
          <w:sz w:val="28"/>
          <w:szCs w:val="28"/>
        </w:rPr>
        <w:t xml:space="preserve"> </w:t>
      </w:r>
      <w:r w:rsidRPr="0000691D">
        <w:rPr>
          <w:rFonts w:ascii="Tahoma" w:hAnsi="Tahoma" w:cs="B Mitra"/>
          <w:sz w:val="28"/>
          <w:szCs w:val="28"/>
          <w:rtl/>
        </w:rPr>
        <w:t>دانش</w:t>
      </w:r>
      <w:r w:rsidRPr="0000691D">
        <w:rPr>
          <w:rFonts w:ascii="Tahoma" w:hAnsi="Tahoma" w:cs="B Mitra"/>
          <w:sz w:val="28"/>
          <w:szCs w:val="28"/>
        </w:rPr>
        <w:t>‌</w:t>
      </w:r>
      <w:r w:rsidRPr="0000691D">
        <w:rPr>
          <w:rFonts w:ascii="Tahoma" w:hAnsi="Tahoma" w:cs="B Mitra"/>
          <w:sz w:val="28"/>
          <w:szCs w:val="28"/>
          <w:rtl/>
        </w:rPr>
        <w:t>آموزان</w:t>
      </w:r>
      <w:r w:rsidRPr="0000691D">
        <w:rPr>
          <w:rFonts w:ascii="Tahoma" w:hAnsi="Tahoma" w:cs="B Mitra"/>
          <w:sz w:val="28"/>
          <w:szCs w:val="28"/>
        </w:rPr>
        <w:t xml:space="preserve"> </w:t>
      </w:r>
      <w:r w:rsidRPr="0000691D">
        <w:rPr>
          <w:rFonts w:ascii="Tahoma" w:hAnsi="Tahoma" w:cs="B Mitra"/>
          <w:sz w:val="28"/>
          <w:szCs w:val="28"/>
          <w:rtl/>
        </w:rPr>
        <w:t>رسید.</w:t>
      </w:r>
      <w:r w:rsidRPr="0000691D">
        <w:rPr>
          <w:rFonts w:ascii="Tahoma" w:hAnsi="Tahoma" w:cs="B Mitra"/>
          <w:sz w:val="28"/>
          <w:szCs w:val="28"/>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مجموع،</w:t>
      </w:r>
      <w:r w:rsidRPr="0000691D">
        <w:rPr>
          <w:rFonts w:ascii="Tahoma" w:hAnsi="Tahoma" w:cs="B Mitra"/>
          <w:sz w:val="28"/>
          <w:szCs w:val="28"/>
        </w:rPr>
        <w:t xml:space="preserve"> </w:t>
      </w:r>
      <w:r w:rsidRPr="0000691D">
        <w:rPr>
          <w:rFonts w:ascii="Tahoma" w:hAnsi="Tahoma" w:cs="B Mitra"/>
          <w:sz w:val="28"/>
          <w:szCs w:val="28"/>
          <w:rtl/>
        </w:rPr>
        <w:t>برای</w:t>
      </w:r>
      <w:r w:rsidRPr="0000691D">
        <w:rPr>
          <w:rFonts w:ascii="Tahoma" w:hAnsi="Tahoma" w:cs="B Mitra"/>
          <w:sz w:val="28"/>
          <w:szCs w:val="28"/>
        </w:rPr>
        <w:t xml:space="preserve"> </w:t>
      </w:r>
      <w:r w:rsidRPr="0000691D">
        <w:rPr>
          <w:rFonts w:ascii="Tahoma" w:hAnsi="Tahoma" w:cs="B Mitra"/>
          <w:sz w:val="28"/>
          <w:szCs w:val="28"/>
          <w:rtl/>
        </w:rPr>
        <w:t>تهران</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هفت</w:t>
      </w:r>
      <w:r w:rsidRPr="0000691D">
        <w:rPr>
          <w:rFonts w:ascii="Tahoma" w:hAnsi="Tahoma" w:cs="B Mitra"/>
          <w:sz w:val="28"/>
          <w:szCs w:val="28"/>
        </w:rPr>
        <w:t xml:space="preserve"> </w:t>
      </w:r>
      <w:r w:rsidRPr="0000691D">
        <w:rPr>
          <w:rFonts w:ascii="Tahoma" w:hAnsi="Tahoma" w:cs="B Mitra"/>
          <w:sz w:val="28"/>
          <w:szCs w:val="28"/>
          <w:rtl/>
        </w:rPr>
        <w:t>استان</w:t>
      </w:r>
      <w:r w:rsidRPr="0000691D">
        <w:rPr>
          <w:rFonts w:ascii="Tahoma" w:hAnsi="Tahoma" w:cs="B Mitra"/>
          <w:sz w:val="28"/>
          <w:szCs w:val="28"/>
        </w:rPr>
        <w:t xml:space="preserve"> </w:t>
      </w:r>
      <w:r w:rsidRPr="0000691D">
        <w:rPr>
          <w:rFonts w:ascii="Tahoma" w:hAnsi="Tahoma" w:cs="B Mitra"/>
          <w:sz w:val="28"/>
          <w:szCs w:val="28"/>
          <w:rtl/>
        </w:rPr>
        <w:t>دیگر</w:t>
      </w:r>
      <w:r w:rsidRPr="0000691D">
        <w:rPr>
          <w:rFonts w:ascii="Tahoma" w:hAnsi="Tahoma" w:cs="B Mitra"/>
          <w:sz w:val="28"/>
          <w:szCs w:val="28"/>
        </w:rPr>
        <w:t xml:space="preserve"> </w:t>
      </w:r>
      <w:r w:rsidRPr="0000691D">
        <w:rPr>
          <w:rFonts w:ascii="Tahoma" w:hAnsi="Tahoma" w:cs="B Mitra"/>
          <w:sz w:val="28"/>
          <w:szCs w:val="28"/>
          <w:rtl/>
        </w:rPr>
        <w:t>لوازم</w:t>
      </w:r>
      <w:r w:rsidRPr="0000691D">
        <w:rPr>
          <w:rFonts w:ascii="Tahoma" w:hAnsi="Tahoma" w:cs="B Mitra"/>
          <w:sz w:val="28"/>
          <w:szCs w:val="28"/>
        </w:rPr>
        <w:t>‌</w:t>
      </w:r>
      <w:r w:rsidRPr="0000691D">
        <w:rPr>
          <w:rFonts w:ascii="Tahoma" w:hAnsi="Tahoma" w:cs="B Mitra"/>
          <w:sz w:val="28"/>
          <w:szCs w:val="28"/>
          <w:rtl/>
        </w:rPr>
        <w:t>التحریر</w:t>
      </w:r>
      <w:r w:rsidRPr="0000691D">
        <w:rPr>
          <w:rFonts w:ascii="Tahoma" w:hAnsi="Tahoma" w:cs="B Mitra"/>
          <w:sz w:val="28"/>
          <w:szCs w:val="28"/>
        </w:rPr>
        <w:t xml:space="preserve"> </w:t>
      </w:r>
      <w:r w:rsidRPr="0000691D">
        <w:rPr>
          <w:rFonts w:ascii="Tahoma" w:hAnsi="Tahoma" w:cs="B Mitra"/>
          <w:sz w:val="28"/>
          <w:szCs w:val="28"/>
          <w:rtl/>
        </w:rPr>
        <w:t>ارسال</w:t>
      </w:r>
      <w:r w:rsidRPr="0000691D">
        <w:rPr>
          <w:rFonts w:ascii="Tahoma" w:hAnsi="Tahoma" w:cs="B Mitra"/>
          <w:sz w:val="28"/>
          <w:szCs w:val="28"/>
        </w:rPr>
        <w:t xml:space="preserve"> </w:t>
      </w:r>
      <w:r w:rsidRPr="0000691D">
        <w:rPr>
          <w:rFonts w:ascii="Tahoma" w:hAnsi="Tahoma" w:cs="B Mitra"/>
          <w:sz w:val="28"/>
          <w:szCs w:val="28"/>
          <w:rtl/>
        </w:rPr>
        <w:t>کردیم.</w:t>
      </w:r>
    </w:p>
    <w:p w:rsidR="00A75B1C" w:rsidRPr="0000691D" w:rsidRDefault="00A75B1C" w:rsidP="0000691D">
      <w:pPr>
        <w:bidi/>
        <w:spacing w:after="160" w:line="360" w:lineRule="auto"/>
        <w:jc w:val="both"/>
        <w:rPr>
          <w:rFonts w:cs="B Mitra"/>
          <w:sz w:val="28"/>
          <w:szCs w:val="28"/>
        </w:rPr>
      </w:pPr>
      <w:r w:rsidRPr="0000691D">
        <w:rPr>
          <w:rFonts w:ascii="Tahoma" w:hAnsi="Tahoma" w:cs="B Mitra"/>
          <w:sz w:val="28"/>
          <w:szCs w:val="28"/>
          <w:rtl/>
        </w:rPr>
        <w:t>با</w:t>
      </w:r>
      <w:r w:rsidRPr="0000691D">
        <w:rPr>
          <w:rFonts w:ascii="Tahoma" w:hAnsi="Tahoma" w:cs="B Mitra"/>
          <w:sz w:val="28"/>
          <w:szCs w:val="28"/>
        </w:rPr>
        <w:t xml:space="preserve"> </w:t>
      </w:r>
      <w:r w:rsidRPr="0000691D">
        <w:rPr>
          <w:rFonts w:ascii="Tahoma" w:hAnsi="Tahoma" w:cs="B Mitra"/>
          <w:sz w:val="28"/>
          <w:szCs w:val="28"/>
          <w:rtl/>
        </w:rPr>
        <w:t>توجه</w:t>
      </w:r>
      <w:r w:rsidRPr="0000691D">
        <w:rPr>
          <w:rFonts w:ascii="Tahoma" w:hAnsi="Tahoma" w:cs="B Mitra"/>
          <w:sz w:val="28"/>
          <w:szCs w:val="28"/>
        </w:rPr>
        <w:t xml:space="preserve"> </w:t>
      </w:r>
      <w:r w:rsidRPr="0000691D">
        <w:rPr>
          <w:rFonts w:ascii="Tahoma" w:hAnsi="Tahoma" w:cs="B Mitra"/>
          <w:sz w:val="28"/>
          <w:szCs w:val="28"/>
          <w:rtl/>
        </w:rPr>
        <w:t>به</w:t>
      </w:r>
      <w:r w:rsidRPr="0000691D">
        <w:rPr>
          <w:rFonts w:ascii="Tahoma" w:hAnsi="Tahoma" w:cs="B Mitra"/>
          <w:sz w:val="28"/>
          <w:szCs w:val="28"/>
        </w:rPr>
        <w:t xml:space="preserve"> </w:t>
      </w:r>
      <w:r w:rsidRPr="0000691D">
        <w:rPr>
          <w:rFonts w:ascii="Tahoma" w:hAnsi="Tahoma" w:cs="B Mitra"/>
          <w:sz w:val="28"/>
          <w:szCs w:val="28"/>
          <w:rtl/>
        </w:rPr>
        <w:t>شرایط</w:t>
      </w:r>
      <w:r w:rsidRPr="0000691D">
        <w:rPr>
          <w:rFonts w:ascii="Tahoma" w:hAnsi="Tahoma" w:cs="B Mitra"/>
          <w:sz w:val="28"/>
          <w:szCs w:val="28"/>
        </w:rPr>
        <w:t xml:space="preserve"> </w:t>
      </w:r>
      <w:r w:rsidRPr="0000691D">
        <w:rPr>
          <w:rFonts w:ascii="Tahoma" w:hAnsi="Tahoma" w:cs="B Mitra"/>
          <w:sz w:val="28"/>
          <w:szCs w:val="28"/>
          <w:rtl/>
        </w:rPr>
        <w:t>اقتصادی</w:t>
      </w:r>
      <w:r w:rsidRPr="0000691D">
        <w:rPr>
          <w:rFonts w:ascii="Tahoma" w:hAnsi="Tahoma" w:cs="B Mitra"/>
          <w:sz w:val="28"/>
          <w:szCs w:val="28"/>
        </w:rPr>
        <w:t xml:space="preserve"> </w:t>
      </w:r>
      <w:r w:rsidRPr="0000691D">
        <w:rPr>
          <w:rFonts w:ascii="Tahoma" w:hAnsi="Tahoma" w:cs="B Mitra"/>
          <w:sz w:val="28"/>
          <w:szCs w:val="28"/>
          <w:rtl/>
        </w:rPr>
        <w:t>کشور،</w:t>
      </w:r>
      <w:r w:rsidRPr="0000691D">
        <w:rPr>
          <w:rFonts w:ascii="Tahoma" w:hAnsi="Tahoma" w:cs="B Mitra"/>
          <w:sz w:val="28"/>
          <w:szCs w:val="28"/>
        </w:rPr>
        <w:t xml:space="preserve"> </w:t>
      </w:r>
      <w:r w:rsidRPr="0000691D">
        <w:rPr>
          <w:rFonts w:ascii="Tahoma" w:hAnsi="Tahoma" w:cs="B Mitra"/>
          <w:sz w:val="28"/>
          <w:szCs w:val="28"/>
          <w:rtl/>
        </w:rPr>
        <w:t>قیمت</w:t>
      </w:r>
      <w:r w:rsidRPr="0000691D">
        <w:rPr>
          <w:rFonts w:ascii="Tahoma" w:hAnsi="Tahoma" w:cs="B Mitra"/>
          <w:sz w:val="28"/>
          <w:szCs w:val="28"/>
        </w:rPr>
        <w:t xml:space="preserve"> </w:t>
      </w:r>
      <w:r w:rsidRPr="0000691D">
        <w:rPr>
          <w:rFonts w:ascii="Tahoma" w:hAnsi="Tahoma" w:cs="B Mitra"/>
          <w:sz w:val="28"/>
          <w:szCs w:val="28"/>
          <w:rtl/>
        </w:rPr>
        <w:t>لوازم</w:t>
      </w:r>
      <w:r w:rsidRPr="0000691D">
        <w:rPr>
          <w:rFonts w:ascii="Tahoma" w:hAnsi="Tahoma" w:cs="B Mitra"/>
          <w:sz w:val="28"/>
          <w:szCs w:val="28"/>
        </w:rPr>
        <w:t>‌</w:t>
      </w:r>
      <w:r w:rsidRPr="0000691D">
        <w:rPr>
          <w:rFonts w:ascii="Tahoma" w:hAnsi="Tahoma" w:cs="B Mitra"/>
          <w:sz w:val="28"/>
          <w:szCs w:val="28"/>
          <w:rtl/>
        </w:rPr>
        <w:t>التحریر</w:t>
      </w:r>
      <w:r w:rsidRPr="0000691D">
        <w:rPr>
          <w:rFonts w:ascii="Tahoma" w:hAnsi="Tahoma" w:cs="B Mitra"/>
          <w:sz w:val="28"/>
          <w:szCs w:val="28"/>
        </w:rPr>
        <w:t xml:space="preserve"> </w:t>
      </w:r>
      <w:r w:rsidRPr="0000691D">
        <w:rPr>
          <w:rFonts w:ascii="Tahoma" w:hAnsi="Tahoma" w:cs="B Mitra"/>
          <w:sz w:val="28"/>
          <w:szCs w:val="28"/>
          <w:rtl/>
        </w:rPr>
        <w:t>نسبت</w:t>
      </w:r>
      <w:r w:rsidRPr="0000691D">
        <w:rPr>
          <w:rFonts w:ascii="Tahoma" w:hAnsi="Tahoma" w:cs="B Mitra"/>
          <w:sz w:val="28"/>
          <w:szCs w:val="28"/>
        </w:rPr>
        <w:t xml:space="preserve"> </w:t>
      </w:r>
      <w:r w:rsidRPr="0000691D">
        <w:rPr>
          <w:rFonts w:ascii="Tahoma" w:hAnsi="Tahoma" w:cs="B Mitra"/>
          <w:sz w:val="28"/>
          <w:szCs w:val="28"/>
          <w:rtl/>
        </w:rPr>
        <w:t>به</w:t>
      </w:r>
      <w:r w:rsidRPr="0000691D">
        <w:rPr>
          <w:rFonts w:ascii="Tahoma" w:hAnsi="Tahoma" w:cs="B Mitra"/>
          <w:sz w:val="28"/>
          <w:szCs w:val="28"/>
        </w:rPr>
        <w:t xml:space="preserve"> </w:t>
      </w:r>
      <w:r w:rsidRPr="0000691D">
        <w:rPr>
          <w:rFonts w:ascii="Tahoma" w:hAnsi="Tahoma" w:cs="B Mitra"/>
          <w:sz w:val="28"/>
          <w:szCs w:val="28"/>
          <w:rtl/>
        </w:rPr>
        <w:t>سال</w:t>
      </w:r>
      <w:r w:rsidRPr="0000691D">
        <w:rPr>
          <w:rFonts w:ascii="Tahoma" w:hAnsi="Tahoma" w:cs="B Mitra"/>
          <w:sz w:val="28"/>
          <w:szCs w:val="28"/>
        </w:rPr>
        <w:t>‌</w:t>
      </w:r>
      <w:r w:rsidRPr="0000691D">
        <w:rPr>
          <w:rFonts w:ascii="Tahoma" w:hAnsi="Tahoma" w:cs="B Mitra"/>
          <w:sz w:val="28"/>
          <w:szCs w:val="28"/>
          <w:rtl/>
        </w:rPr>
        <w:t>های</w:t>
      </w:r>
      <w:r w:rsidRPr="0000691D">
        <w:rPr>
          <w:rFonts w:ascii="Tahoma" w:hAnsi="Tahoma" w:cs="B Mitra"/>
          <w:sz w:val="28"/>
          <w:szCs w:val="28"/>
        </w:rPr>
        <w:t xml:space="preserve"> </w:t>
      </w:r>
      <w:r w:rsidRPr="0000691D">
        <w:rPr>
          <w:rFonts w:ascii="Tahoma" w:hAnsi="Tahoma" w:cs="B Mitra"/>
          <w:sz w:val="28"/>
          <w:szCs w:val="28"/>
          <w:rtl/>
        </w:rPr>
        <w:t>گذشته</w:t>
      </w:r>
      <w:r w:rsidRPr="0000691D">
        <w:rPr>
          <w:rFonts w:ascii="Tahoma" w:hAnsi="Tahoma" w:cs="B Mitra"/>
          <w:sz w:val="28"/>
          <w:szCs w:val="28"/>
        </w:rPr>
        <w:t xml:space="preserve"> </w:t>
      </w:r>
      <w:r w:rsidRPr="0000691D">
        <w:rPr>
          <w:rFonts w:ascii="Tahoma" w:hAnsi="Tahoma" w:cs="B Mitra"/>
          <w:sz w:val="28"/>
          <w:szCs w:val="28"/>
          <w:rtl/>
        </w:rPr>
        <w:t>افزایش</w:t>
      </w:r>
      <w:r w:rsidRPr="0000691D">
        <w:rPr>
          <w:rFonts w:ascii="Tahoma" w:hAnsi="Tahoma" w:cs="B Mitra"/>
          <w:sz w:val="28"/>
          <w:szCs w:val="28"/>
        </w:rPr>
        <w:t xml:space="preserve"> </w:t>
      </w:r>
      <w:r w:rsidRPr="0000691D">
        <w:rPr>
          <w:rFonts w:ascii="Tahoma" w:hAnsi="Tahoma" w:cs="B Mitra"/>
          <w:sz w:val="28"/>
          <w:szCs w:val="28"/>
          <w:rtl/>
        </w:rPr>
        <w:t>قابل</w:t>
      </w:r>
      <w:r w:rsidRPr="0000691D">
        <w:rPr>
          <w:rFonts w:ascii="Tahoma" w:hAnsi="Tahoma" w:cs="B Mitra"/>
          <w:sz w:val="28"/>
          <w:szCs w:val="28"/>
        </w:rPr>
        <w:t xml:space="preserve"> </w:t>
      </w:r>
      <w:r w:rsidRPr="0000691D">
        <w:rPr>
          <w:rFonts w:ascii="Tahoma" w:hAnsi="Tahoma" w:cs="B Mitra"/>
          <w:sz w:val="28"/>
          <w:szCs w:val="28"/>
          <w:rtl/>
        </w:rPr>
        <w:t>توجهی</w:t>
      </w:r>
      <w:r w:rsidRPr="0000691D">
        <w:rPr>
          <w:rFonts w:ascii="Tahoma" w:hAnsi="Tahoma" w:cs="B Mitra"/>
          <w:sz w:val="28"/>
          <w:szCs w:val="28"/>
        </w:rPr>
        <w:t xml:space="preserve"> </w:t>
      </w:r>
      <w:r w:rsidRPr="0000691D">
        <w:rPr>
          <w:rFonts w:ascii="Tahoma" w:hAnsi="Tahoma" w:cs="B Mitra"/>
          <w:sz w:val="28"/>
          <w:szCs w:val="28"/>
          <w:rtl/>
        </w:rPr>
        <w:t>پیدا</w:t>
      </w:r>
      <w:r w:rsidRPr="0000691D">
        <w:rPr>
          <w:rFonts w:ascii="Tahoma" w:hAnsi="Tahoma" w:cs="B Mitra"/>
          <w:sz w:val="28"/>
          <w:szCs w:val="28"/>
        </w:rPr>
        <w:t xml:space="preserve"> </w:t>
      </w:r>
      <w:r w:rsidRPr="0000691D">
        <w:rPr>
          <w:rFonts w:ascii="Tahoma" w:hAnsi="Tahoma" w:cs="B Mitra"/>
          <w:sz w:val="28"/>
          <w:szCs w:val="28"/>
          <w:rtl/>
        </w:rPr>
        <w:t>کرده</w:t>
      </w:r>
      <w:r w:rsidRPr="0000691D">
        <w:rPr>
          <w:rFonts w:ascii="Tahoma" w:hAnsi="Tahoma" w:cs="B Mitra"/>
          <w:sz w:val="28"/>
          <w:szCs w:val="28"/>
        </w:rPr>
        <w:t xml:space="preserve"> </w:t>
      </w:r>
      <w:r w:rsidRPr="0000691D">
        <w:rPr>
          <w:rFonts w:ascii="Tahoma" w:hAnsi="Tahoma" w:cs="B Mitra"/>
          <w:sz w:val="28"/>
          <w:szCs w:val="28"/>
          <w:rtl/>
        </w:rPr>
        <w:t>بود</w:t>
      </w:r>
      <w:r w:rsidRPr="0000691D">
        <w:rPr>
          <w:rFonts w:ascii="Tahoma" w:hAnsi="Tahoma" w:cs="B Mitra" w:hint="cs"/>
          <w:sz w:val="28"/>
          <w:szCs w:val="28"/>
          <w:rtl/>
        </w:rPr>
        <w:t xml:space="preserve">؛ </w:t>
      </w:r>
      <w:r w:rsidRPr="0000691D">
        <w:rPr>
          <w:rFonts w:ascii="Tahoma" w:hAnsi="Tahoma" w:cs="B Mitra"/>
          <w:sz w:val="28"/>
          <w:szCs w:val="28"/>
          <w:rtl/>
        </w:rPr>
        <w:t>خیرین</w:t>
      </w:r>
      <w:r w:rsidRPr="0000691D">
        <w:rPr>
          <w:rFonts w:ascii="Tahoma" w:hAnsi="Tahoma" w:cs="B Mitra"/>
          <w:sz w:val="28"/>
          <w:szCs w:val="28"/>
        </w:rPr>
        <w:t xml:space="preserve"> </w:t>
      </w:r>
      <w:r w:rsidRPr="0000691D">
        <w:rPr>
          <w:rFonts w:ascii="Tahoma" w:hAnsi="Tahoma" w:cs="B Mitra"/>
          <w:sz w:val="28"/>
          <w:szCs w:val="28"/>
          <w:rtl/>
        </w:rPr>
        <w:t>محترم</w:t>
      </w:r>
      <w:r w:rsidRPr="0000691D">
        <w:rPr>
          <w:rFonts w:ascii="Tahoma" w:hAnsi="Tahoma" w:cs="B Mitra"/>
          <w:sz w:val="28"/>
          <w:szCs w:val="28"/>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این</w:t>
      </w:r>
      <w:r w:rsidRPr="0000691D">
        <w:rPr>
          <w:rFonts w:ascii="Tahoma" w:hAnsi="Tahoma" w:cs="B Mitra"/>
          <w:sz w:val="28"/>
          <w:szCs w:val="28"/>
        </w:rPr>
        <w:t xml:space="preserve"> </w:t>
      </w:r>
      <w:r w:rsidRPr="0000691D">
        <w:rPr>
          <w:rFonts w:ascii="Tahoma" w:hAnsi="Tahoma" w:cs="B Mitra"/>
          <w:sz w:val="28"/>
          <w:szCs w:val="28"/>
          <w:rtl/>
        </w:rPr>
        <w:t>زمینه</w:t>
      </w:r>
      <w:r w:rsidRPr="0000691D">
        <w:rPr>
          <w:rFonts w:ascii="Tahoma" w:hAnsi="Tahoma" w:cs="B Mitra"/>
          <w:sz w:val="28"/>
          <w:szCs w:val="28"/>
        </w:rPr>
        <w:t xml:space="preserve"> </w:t>
      </w:r>
      <w:r w:rsidRPr="0000691D">
        <w:rPr>
          <w:rFonts w:ascii="Tahoma" w:hAnsi="Tahoma" w:cs="B Mitra"/>
          <w:sz w:val="28"/>
          <w:szCs w:val="28"/>
          <w:rtl/>
        </w:rPr>
        <w:t>زحمت</w:t>
      </w:r>
      <w:r w:rsidRPr="0000691D">
        <w:rPr>
          <w:rFonts w:ascii="Tahoma" w:hAnsi="Tahoma" w:cs="B Mitra"/>
          <w:sz w:val="28"/>
          <w:szCs w:val="28"/>
        </w:rPr>
        <w:t xml:space="preserve"> </w:t>
      </w:r>
      <w:r w:rsidRPr="0000691D">
        <w:rPr>
          <w:rFonts w:ascii="Tahoma" w:hAnsi="Tahoma" w:cs="B Mitra"/>
          <w:sz w:val="28"/>
          <w:szCs w:val="28"/>
          <w:rtl/>
        </w:rPr>
        <w:t>کشیدند</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توانستیم</w:t>
      </w:r>
      <w:r w:rsidRPr="0000691D">
        <w:rPr>
          <w:rFonts w:ascii="Tahoma" w:hAnsi="Tahoma" w:cs="B Mitra"/>
          <w:sz w:val="28"/>
          <w:szCs w:val="28"/>
        </w:rPr>
        <w:t xml:space="preserve"> </w:t>
      </w:r>
      <w:r w:rsidRPr="0000691D">
        <w:rPr>
          <w:rFonts w:ascii="Tahoma" w:hAnsi="Tahoma" w:cs="B Mitra"/>
          <w:sz w:val="28"/>
          <w:szCs w:val="28"/>
          <w:rtl/>
        </w:rPr>
        <w:t>این</w:t>
      </w:r>
      <w:r w:rsidRPr="0000691D">
        <w:rPr>
          <w:rFonts w:ascii="Tahoma" w:hAnsi="Tahoma" w:cs="B Mitra"/>
          <w:sz w:val="28"/>
          <w:szCs w:val="28"/>
        </w:rPr>
        <w:t xml:space="preserve"> </w:t>
      </w:r>
      <w:r w:rsidRPr="0000691D">
        <w:rPr>
          <w:rFonts w:ascii="Tahoma" w:hAnsi="Tahoma" w:cs="B Mitra"/>
          <w:sz w:val="28"/>
          <w:szCs w:val="28"/>
          <w:rtl/>
        </w:rPr>
        <w:t>طرح</w:t>
      </w:r>
      <w:r w:rsidRPr="0000691D">
        <w:rPr>
          <w:rFonts w:ascii="Tahoma" w:hAnsi="Tahoma" w:cs="B Mitra"/>
          <w:sz w:val="28"/>
          <w:szCs w:val="28"/>
        </w:rPr>
        <w:t xml:space="preserve"> </w:t>
      </w:r>
      <w:r w:rsidRPr="0000691D">
        <w:rPr>
          <w:rFonts w:ascii="Tahoma" w:hAnsi="Tahoma" w:cs="B Mitra"/>
          <w:sz w:val="28"/>
          <w:szCs w:val="28"/>
          <w:rtl/>
        </w:rPr>
        <w:t>را</w:t>
      </w:r>
      <w:r w:rsidRPr="0000691D">
        <w:rPr>
          <w:rFonts w:ascii="Tahoma" w:hAnsi="Tahoma" w:cs="B Mitra"/>
          <w:sz w:val="28"/>
          <w:szCs w:val="28"/>
        </w:rPr>
        <w:t xml:space="preserve"> </w:t>
      </w:r>
      <w:r w:rsidRPr="0000691D">
        <w:rPr>
          <w:rFonts w:ascii="Tahoma" w:hAnsi="Tahoma" w:cs="B Mitra"/>
          <w:sz w:val="28"/>
          <w:szCs w:val="28"/>
          <w:rtl/>
        </w:rPr>
        <w:t>اجرا</w:t>
      </w:r>
      <w:r w:rsidRPr="0000691D">
        <w:rPr>
          <w:rFonts w:ascii="Tahoma" w:hAnsi="Tahoma" w:cs="B Mitra"/>
          <w:sz w:val="28"/>
          <w:szCs w:val="28"/>
        </w:rPr>
        <w:t xml:space="preserve"> </w:t>
      </w:r>
      <w:r w:rsidRPr="0000691D">
        <w:rPr>
          <w:rFonts w:ascii="Tahoma" w:hAnsi="Tahoma" w:cs="B Mitra"/>
          <w:sz w:val="28"/>
          <w:szCs w:val="28"/>
          <w:rtl/>
        </w:rPr>
        <w:t>کنیم.</w:t>
      </w:r>
    </w:p>
    <w:p w:rsidR="00A75B1C" w:rsidRPr="0000691D" w:rsidRDefault="00A75B1C" w:rsidP="0000691D">
      <w:pPr>
        <w:bidi/>
        <w:spacing w:after="160" w:line="360" w:lineRule="auto"/>
        <w:jc w:val="both"/>
        <w:rPr>
          <w:rFonts w:cs="B Mitra"/>
          <w:sz w:val="28"/>
          <w:szCs w:val="28"/>
        </w:rPr>
      </w:pPr>
      <w:r w:rsidRPr="0000691D">
        <w:rPr>
          <w:rFonts w:ascii="Tahoma" w:hAnsi="Tahoma" w:cs="B Mitra"/>
          <w:sz w:val="28"/>
          <w:szCs w:val="28"/>
          <w:rtl/>
        </w:rPr>
        <w:lastRenderedPageBreak/>
        <w:t>البته</w:t>
      </w:r>
      <w:r w:rsidRPr="0000691D">
        <w:rPr>
          <w:rFonts w:ascii="Tahoma" w:hAnsi="Tahoma" w:cs="B Mitra"/>
          <w:sz w:val="28"/>
          <w:szCs w:val="28"/>
        </w:rPr>
        <w:t xml:space="preserve"> </w:t>
      </w:r>
      <w:r w:rsidRPr="0000691D">
        <w:rPr>
          <w:rFonts w:ascii="Tahoma" w:hAnsi="Tahoma" w:cs="B Mitra"/>
          <w:sz w:val="28"/>
          <w:szCs w:val="28"/>
          <w:rtl/>
        </w:rPr>
        <w:t>بسته</w:t>
      </w:r>
      <w:r w:rsidRPr="0000691D">
        <w:rPr>
          <w:rFonts w:ascii="Tahoma" w:hAnsi="Tahoma" w:cs="B Mitra"/>
          <w:sz w:val="28"/>
          <w:szCs w:val="28"/>
        </w:rPr>
        <w:t>‌</w:t>
      </w:r>
      <w:r w:rsidRPr="0000691D">
        <w:rPr>
          <w:rFonts w:ascii="Tahoma" w:hAnsi="Tahoma" w:cs="B Mitra"/>
          <w:sz w:val="28"/>
          <w:szCs w:val="28"/>
          <w:rtl/>
        </w:rPr>
        <w:t>های</w:t>
      </w:r>
      <w:r w:rsidRPr="0000691D">
        <w:rPr>
          <w:rFonts w:ascii="Tahoma" w:hAnsi="Tahoma" w:cs="B Mitra"/>
          <w:sz w:val="28"/>
          <w:szCs w:val="28"/>
        </w:rPr>
        <w:t xml:space="preserve"> </w:t>
      </w:r>
      <w:r w:rsidRPr="0000691D">
        <w:rPr>
          <w:rFonts w:ascii="Tahoma" w:hAnsi="Tahoma" w:cs="B Mitra"/>
          <w:sz w:val="28"/>
          <w:szCs w:val="28"/>
          <w:rtl/>
        </w:rPr>
        <w:t>امسال</w:t>
      </w:r>
      <w:r w:rsidRPr="0000691D">
        <w:rPr>
          <w:rFonts w:ascii="Tahoma" w:hAnsi="Tahoma" w:cs="B Mitra"/>
          <w:sz w:val="28"/>
          <w:szCs w:val="28"/>
        </w:rPr>
        <w:t xml:space="preserve"> </w:t>
      </w:r>
      <w:r w:rsidRPr="0000691D">
        <w:rPr>
          <w:rFonts w:ascii="Tahoma" w:hAnsi="Tahoma" w:cs="B Mitra"/>
          <w:sz w:val="28"/>
          <w:szCs w:val="28"/>
          <w:rtl/>
        </w:rPr>
        <w:t>مانند</w:t>
      </w:r>
      <w:r w:rsidRPr="0000691D">
        <w:rPr>
          <w:rFonts w:ascii="Tahoma" w:hAnsi="Tahoma" w:cs="B Mitra"/>
          <w:sz w:val="28"/>
          <w:szCs w:val="28"/>
        </w:rPr>
        <w:t xml:space="preserve"> </w:t>
      </w:r>
      <w:r w:rsidRPr="0000691D">
        <w:rPr>
          <w:rFonts w:ascii="Tahoma" w:hAnsi="Tahoma" w:cs="B Mitra"/>
          <w:sz w:val="28"/>
          <w:szCs w:val="28"/>
          <w:rtl/>
        </w:rPr>
        <w:t>سال</w:t>
      </w:r>
      <w:r w:rsidRPr="0000691D">
        <w:rPr>
          <w:rFonts w:ascii="Tahoma" w:hAnsi="Tahoma" w:cs="B Mitra"/>
          <w:sz w:val="28"/>
          <w:szCs w:val="28"/>
        </w:rPr>
        <w:t>‌</w:t>
      </w:r>
      <w:r w:rsidRPr="0000691D">
        <w:rPr>
          <w:rFonts w:ascii="Tahoma" w:hAnsi="Tahoma" w:cs="B Mitra"/>
          <w:sz w:val="28"/>
          <w:szCs w:val="28"/>
          <w:rtl/>
        </w:rPr>
        <w:t>های</w:t>
      </w:r>
      <w:r w:rsidRPr="0000691D">
        <w:rPr>
          <w:rFonts w:ascii="Tahoma" w:hAnsi="Tahoma" w:cs="B Mitra"/>
          <w:sz w:val="28"/>
          <w:szCs w:val="28"/>
        </w:rPr>
        <w:t xml:space="preserve"> </w:t>
      </w:r>
      <w:r w:rsidRPr="0000691D">
        <w:rPr>
          <w:rFonts w:ascii="Tahoma" w:hAnsi="Tahoma" w:cs="B Mitra"/>
          <w:sz w:val="28"/>
          <w:szCs w:val="28"/>
          <w:rtl/>
        </w:rPr>
        <w:t>گذشته</w:t>
      </w:r>
      <w:r w:rsidRPr="0000691D">
        <w:rPr>
          <w:rFonts w:ascii="Tahoma" w:hAnsi="Tahoma" w:cs="B Mitra"/>
          <w:sz w:val="28"/>
          <w:szCs w:val="28"/>
        </w:rPr>
        <w:t xml:space="preserve"> </w:t>
      </w:r>
      <w:r w:rsidRPr="0000691D">
        <w:rPr>
          <w:rFonts w:ascii="Tahoma" w:hAnsi="Tahoma" w:cs="B Mitra"/>
          <w:sz w:val="28"/>
          <w:szCs w:val="28"/>
          <w:rtl/>
        </w:rPr>
        <w:t>شامل</w:t>
      </w:r>
      <w:r w:rsidRPr="0000691D">
        <w:rPr>
          <w:rFonts w:ascii="Tahoma" w:hAnsi="Tahoma" w:cs="B Mitra"/>
          <w:sz w:val="28"/>
          <w:szCs w:val="28"/>
        </w:rPr>
        <w:t xml:space="preserve"> </w:t>
      </w:r>
      <w:r w:rsidRPr="0000691D">
        <w:rPr>
          <w:rFonts w:ascii="Tahoma" w:hAnsi="Tahoma" w:cs="B Mitra"/>
          <w:sz w:val="28"/>
          <w:szCs w:val="28"/>
          <w:rtl/>
        </w:rPr>
        <w:t>کیف</w:t>
      </w:r>
      <w:r w:rsidRPr="0000691D">
        <w:rPr>
          <w:rFonts w:ascii="Tahoma" w:hAnsi="Tahoma" w:cs="B Mitra"/>
          <w:sz w:val="28"/>
          <w:szCs w:val="28"/>
        </w:rPr>
        <w:t xml:space="preserve"> </w:t>
      </w:r>
      <w:r w:rsidRPr="0000691D">
        <w:rPr>
          <w:rFonts w:ascii="Tahoma" w:hAnsi="Tahoma" w:cs="B Mitra"/>
          <w:sz w:val="28"/>
          <w:szCs w:val="28"/>
          <w:rtl/>
        </w:rPr>
        <w:t>یا</w:t>
      </w:r>
      <w:r w:rsidRPr="0000691D">
        <w:rPr>
          <w:rFonts w:ascii="Tahoma" w:hAnsi="Tahoma" w:cs="B Mitra"/>
          <w:sz w:val="28"/>
          <w:szCs w:val="28"/>
        </w:rPr>
        <w:t xml:space="preserve"> </w:t>
      </w:r>
      <w:r w:rsidRPr="0000691D">
        <w:rPr>
          <w:rFonts w:ascii="Tahoma" w:hAnsi="Tahoma" w:cs="B Mitra"/>
          <w:sz w:val="28"/>
          <w:szCs w:val="28"/>
          <w:rtl/>
        </w:rPr>
        <w:t>کوله</w:t>
      </w:r>
      <w:r w:rsidRPr="0000691D">
        <w:rPr>
          <w:rFonts w:ascii="Tahoma" w:hAnsi="Tahoma" w:cs="B Mitra"/>
          <w:sz w:val="28"/>
          <w:szCs w:val="28"/>
        </w:rPr>
        <w:t>‌</w:t>
      </w:r>
      <w:r w:rsidRPr="0000691D">
        <w:rPr>
          <w:rFonts w:ascii="Tahoma" w:hAnsi="Tahoma" w:cs="B Mitra"/>
          <w:sz w:val="28"/>
          <w:szCs w:val="28"/>
          <w:rtl/>
        </w:rPr>
        <w:t>پشتی</w:t>
      </w:r>
      <w:r w:rsidRPr="0000691D">
        <w:rPr>
          <w:rFonts w:ascii="Tahoma" w:hAnsi="Tahoma" w:cs="B Mitra"/>
          <w:sz w:val="28"/>
          <w:szCs w:val="28"/>
        </w:rPr>
        <w:t xml:space="preserve"> </w:t>
      </w:r>
      <w:r w:rsidRPr="0000691D">
        <w:rPr>
          <w:rFonts w:ascii="Tahoma" w:hAnsi="Tahoma" w:cs="B Mitra"/>
          <w:sz w:val="28"/>
          <w:szCs w:val="28"/>
          <w:rtl/>
        </w:rPr>
        <w:t>نبود</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از</w:t>
      </w:r>
      <w:r w:rsidRPr="0000691D">
        <w:rPr>
          <w:rFonts w:ascii="Tahoma" w:hAnsi="Tahoma" w:cs="B Mitra"/>
          <w:sz w:val="28"/>
          <w:szCs w:val="28"/>
        </w:rPr>
        <w:t xml:space="preserve"> </w:t>
      </w:r>
      <w:r w:rsidRPr="0000691D">
        <w:rPr>
          <w:rFonts w:ascii="Tahoma" w:hAnsi="Tahoma" w:cs="B Mitra"/>
          <w:sz w:val="28"/>
          <w:szCs w:val="28"/>
          <w:rtl/>
        </w:rPr>
        <w:t>نظر</w:t>
      </w:r>
      <w:r w:rsidRPr="0000691D">
        <w:rPr>
          <w:rFonts w:ascii="Tahoma" w:hAnsi="Tahoma" w:cs="B Mitra"/>
          <w:sz w:val="28"/>
          <w:szCs w:val="28"/>
        </w:rPr>
        <w:t xml:space="preserve"> </w:t>
      </w:r>
      <w:r w:rsidRPr="0000691D">
        <w:rPr>
          <w:rFonts w:ascii="Tahoma" w:hAnsi="Tahoma" w:cs="B Mitra"/>
          <w:sz w:val="28"/>
          <w:szCs w:val="28"/>
          <w:rtl/>
        </w:rPr>
        <w:t>حجم</w:t>
      </w:r>
      <w:r w:rsidRPr="0000691D">
        <w:rPr>
          <w:rFonts w:ascii="Tahoma" w:hAnsi="Tahoma" w:cs="B Mitra"/>
          <w:sz w:val="28"/>
          <w:szCs w:val="28"/>
        </w:rPr>
        <w:t xml:space="preserve"> </w:t>
      </w:r>
      <w:r w:rsidRPr="0000691D">
        <w:rPr>
          <w:rFonts w:ascii="Tahoma" w:hAnsi="Tahoma" w:cs="B Mitra"/>
          <w:sz w:val="28"/>
          <w:szCs w:val="28"/>
          <w:rtl/>
        </w:rPr>
        <w:t>نیز</w:t>
      </w:r>
      <w:r w:rsidRPr="0000691D">
        <w:rPr>
          <w:rFonts w:ascii="Tahoma" w:hAnsi="Tahoma" w:cs="B Mitra" w:hint="cs"/>
          <w:sz w:val="28"/>
          <w:szCs w:val="28"/>
          <w:rtl/>
        </w:rPr>
        <w:t xml:space="preserve">، </w:t>
      </w:r>
      <w:r w:rsidRPr="0000691D">
        <w:rPr>
          <w:rFonts w:ascii="Tahoma" w:hAnsi="Tahoma" w:cs="B Mitra"/>
          <w:sz w:val="28"/>
          <w:szCs w:val="28"/>
          <w:rtl/>
        </w:rPr>
        <w:t>نسبت</w:t>
      </w:r>
      <w:r w:rsidRPr="0000691D">
        <w:rPr>
          <w:rFonts w:ascii="Tahoma" w:hAnsi="Tahoma" w:cs="B Mitra"/>
          <w:sz w:val="28"/>
          <w:szCs w:val="28"/>
        </w:rPr>
        <w:t xml:space="preserve"> </w:t>
      </w:r>
      <w:r w:rsidRPr="0000691D">
        <w:rPr>
          <w:rFonts w:ascii="Tahoma" w:hAnsi="Tahoma" w:cs="B Mitra"/>
          <w:sz w:val="28"/>
          <w:szCs w:val="28"/>
          <w:rtl/>
        </w:rPr>
        <w:t>به</w:t>
      </w:r>
      <w:r w:rsidRPr="0000691D">
        <w:rPr>
          <w:rFonts w:ascii="Tahoma" w:hAnsi="Tahoma" w:cs="B Mitra"/>
          <w:sz w:val="28"/>
          <w:szCs w:val="28"/>
        </w:rPr>
        <w:t xml:space="preserve"> </w:t>
      </w:r>
      <w:r w:rsidRPr="0000691D">
        <w:rPr>
          <w:rFonts w:ascii="Tahoma" w:hAnsi="Tahoma" w:cs="B Mitra"/>
          <w:sz w:val="28"/>
          <w:szCs w:val="28"/>
          <w:rtl/>
        </w:rPr>
        <w:t>سال</w:t>
      </w:r>
      <w:r w:rsidRPr="0000691D">
        <w:rPr>
          <w:rFonts w:ascii="Tahoma" w:hAnsi="Tahoma" w:cs="B Mitra"/>
          <w:sz w:val="28"/>
          <w:szCs w:val="28"/>
        </w:rPr>
        <w:t>‌</w:t>
      </w:r>
      <w:r w:rsidRPr="0000691D">
        <w:rPr>
          <w:rFonts w:ascii="Tahoma" w:hAnsi="Tahoma" w:cs="B Mitra"/>
          <w:sz w:val="28"/>
          <w:szCs w:val="28"/>
          <w:rtl/>
        </w:rPr>
        <w:t>های</w:t>
      </w:r>
      <w:r w:rsidRPr="0000691D">
        <w:rPr>
          <w:rFonts w:ascii="Tahoma" w:hAnsi="Tahoma" w:cs="B Mitra"/>
          <w:sz w:val="28"/>
          <w:szCs w:val="28"/>
        </w:rPr>
        <w:t xml:space="preserve"> </w:t>
      </w:r>
      <w:r w:rsidRPr="0000691D">
        <w:rPr>
          <w:rFonts w:ascii="Tahoma" w:hAnsi="Tahoma" w:cs="B Mitra"/>
          <w:sz w:val="28"/>
          <w:szCs w:val="28"/>
          <w:rtl/>
        </w:rPr>
        <w:t>قبل</w:t>
      </w:r>
      <w:r w:rsidRPr="0000691D">
        <w:rPr>
          <w:rFonts w:ascii="Tahoma" w:hAnsi="Tahoma" w:cs="B Mitra"/>
          <w:sz w:val="28"/>
          <w:szCs w:val="28"/>
        </w:rPr>
        <w:t xml:space="preserve"> </w:t>
      </w:r>
      <w:r w:rsidRPr="0000691D">
        <w:rPr>
          <w:rFonts w:ascii="Tahoma" w:hAnsi="Tahoma" w:cs="B Mitra"/>
          <w:sz w:val="28"/>
          <w:szCs w:val="28"/>
          <w:rtl/>
        </w:rPr>
        <w:t>محدودتر</w:t>
      </w:r>
      <w:r w:rsidRPr="0000691D">
        <w:rPr>
          <w:rFonts w:ascii="Tahoma" w:hAnsi="Tahoma" w:cs="B Mitra"/>
          <w:sz w:val="28"/>
          <w:szCs w:val="28"/>
        </w:rPr>
        <w:t xml:space="preserve"> </w:t>
      </w:r>
      <w:r w:rsidRPr="0000691D">
        <w:rPr>
          <w:rFonts w:ascii="Tahoma" w:hAnsi="Tahoma" w:cs="B Mitra"/>
          <w:sz w:val="28"/>
          <w:szCs w:val="28"/>
          <w:rtl/>
        </w:rPr>
        <w:t>بود،</w:t>
      </w:r>
      <w:r w:rsidRPr="0000691D">
        <w:rPr>
          <w:rFonts w:ascii="Tahoma" w:hAnsi="Tahoma" w:cs="B Mitra"/>
          <w:sz w:val="28"/>
          <w:szCs w:val="28"/>
        </w:rPr>
        <w:t xml:space="preserve"> </w:t>
      </w:r>
      <w:r w:rsidRPr="0000691D">
        <w:rPr>
          <w:rFonts w:ascii="Tahoma" w:hAnsi="Tahoma" w:cs="B Mitra"/>
          <w:sz w:val="28"/>
          <w:szCs w:val="28"/>
          <w:rtl/>
        </w:rPr>
        <w:t>اما</w:t>
      </w:r>
      <w:r w:rsidRPr="0000691D">
        <w:rPr>
          <w:rFonts w:ascii="Tahoma" w:hAnsi="Tahoma" w:cs="B Mitra"/>
          <w:sz w:val="28"/>
          <w:szCs w:val="28"/>
        </w:rPr>
        <w:t xml:space="preserve"> </w:t>
      </w:r>
      <w:r w:rsidRPr="0000691D">
        <w:rPr>
          <w:rFonts w:ascii="Tahoma" w:hAnsi="Tahoma" w:cs="B Mitra"/>
          <w:sz w:val="28"/>
          <w:szCs w:val="28"/>
          <w:rtl/>
        </w:rPr>
        <w:t>تلاش</w:t>
      </w:r>
      <w:r w:rsidRPr="0000691D">
        <w:rPr>
          <w:rFonts w:ascii="Tahoma" w:hAnsi="Tahoma" w:cs="B Mitra"/>
          <w:sz w:val="28"/>
          <w:szCs w:val="28"/>
        </w:rPr>
        <w:t xml:space="preserve"> </w:t>
      </w:r>
      <w:r w:rsidRPr="0000691D">
        <w:rPr>
          <w:rFonts w:ascii="Tahoma" w:hAnsi="Tahoma" w:cs="B Mitra"/>
          <w:sz w:val="28"/>
          <w:szCs w:val="28"/>
          <w:rtl/>
        </w:rPr>
        <w:t>کردیم</w:t>
      </w:r>
      <w:r w:rsidRPr="0000691D">
        <w:rPr>
          <w:rFonts w:ascii="Tahoma" w:hAnsi="Tahoma" w:cs="B Mitra"/>
          <w:sz w:val="28"/>
          <w:szCs w:val="28"/>
        </w:rPr>
        <w:t xml:space="preserve"> </w:t>
      </w:r>
      <w:r w:rsidRPr="0000691D">
        <w:rPr>
          <w:rFonts w:ascii="Tahoma" w:hAnsi="Tahoma" w:cs="B Mitra"/>
          <w:sz w:val="28"/>
          <w:szCs w:val="28"/>
          <w:rtl/>
        </w:rPr>
        <w:t>اقلام</w:t>
      </w:r>
      <w:r w:rsidRPr="0000691D">
        <w:rPr>
          <w:rFonts w:ascii="Tahoma" w:hAnsi="Tahoma" w:cs="B Mitra"/>
          <w:sz w:val="28"/>
          <w:szCs w:val="28"/>
        </w:rPr>
        <w:t xml:space="preserve"> </w:t>
      </w:r>
      <w:r w:rsidRPr="0000691D">
        <w:rPr>
          <w:rFonts w:ascii="Tahoma" w:hAnsi="Tahoma" w:cs="B Mitra"/>
          <w:sz w:val="28"/>
          <w:szCs w:val="28"/>
          <w:rtl/>
        </w:rPr>
        <w:t>اصلی</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مورد</w:t>
      </w:r>
      <w:r w:rsidRPr="0000691D">
        <w:rPr>
          <w:rFonts w:ascii="Tahoma" w:hAnsi="Tahoma" w:cs="B Mitra"/>
          <w:sz w:val="28"/>
          <w:szCs w:val="28"/>
        </w:rPr>
        <w:t xml:space="preserve"> </w:t>
      </w:r>
      <w:r w:rsidRPr="0000691D">
        <w:rPr>
          <w:rFonts w:ascii="Tahoma" w:hAnsi="Tahoma" w:cs="B Mitra"/>
          <w:sz w:val="28"/>
          <w:szCs w:val="28"/>
          <w:rtl/>
        </w:rPr>
        <w:t>نیاز</w:t>
      </w:r>
      <w:r w:rsidRPr="0000691D">
        <w:rPr>
          <w:rFonts w:ascii="Tahoma" w:hAnsi="Tahoma" w:cs="B Mitra"/>
          <w:sz w:val="28"/>
          <w:szCs w:val="28"/>
        </w:rPr>
        <w:t xml:space="preserve"> </w:t>
      </w:r>
      <w:r w:rsidRPr="0000691D">
        <w:rPr>
          <w:rFonts w:ascii="Tahoma" w:hAnsi="Tahoma" w:cs="B Mitra"/>
          <w:sz w:val="28"/>
          <w:szCs w:val="28"/>
          <w:rtl/>
        </w:rPr>
        <w:t>دانش</w:t>
      </w:r>
      <w:r w:rsidRPr="0000691D">
        <w:rPr>
          <w:rFonts w:ascii="Tahoma" w:hAnsi="Tahoma" w:cs="B Mitra"/>
          <w:sz w:val="28"/>
          <w:szCs w:val="28"/>
        </w:rPr>
        <w:t>‌</w:t>
      </w:r>
      <w:r w:rsidRPr="0000691D">
        <w:rPr>
          <w:rFonts w:ascii="Tahoma" w:hAnsi="Tahoma" w:cs="B Mitra"/>
          <w:sz w:val="28"/>
          <w:szCs w:val="28"/>
          <w:rtl/>
        </w:rPr>
        <w:t>آموزان</w:t>
      </w:r>
      <w:r w:rsidRPr="0000691D">
        <w:rPr>
          <w:rFonts w:ascii="Tahoma" w:hAnsi="Tahoma" w:cs="B Mitra"/>
          <w:sz w:val="28"/>
          <w:szCs w:val="28"/>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اختیارشان</w:t>
      </w:r>
      <w:r w:rsidRPr="0000691D">
        <w:rPr>
          <w:rFonts w:ascii="Tahoma" w:hAnsi="Tahoma" w:cs="B Mitra"/>
          <w:sz w:val="28"/>
          <w:szCs w:val="28"/>
        </w:rPr>
        <w:t xml:space="preserve"> </w:t>
      </w:r>
      <w:r w:rsidRPr="0000691D">
        <w:rPr>
          <w:rFonts w:ascii="Tahoma" w:hAnsi="Tahoma" w:cs="B Mitra"/>
          <w:sz w:val="28"/>
          <w:szCs w:val="28"/>
          <w:rtl/>
        </w:rPr>
        <w:t>قرار</w:t>
      </w:r>
      <w:r w:rsidRPr="0000691D">
        <w:rPr>
          <w:rFonts w:ascii="Tahoma" w:hAnsi="Tahoma" w:cs="B Mitra"/>
          <w:sz w:val="28"/>
          <w:szCs w:val="28"/>
        </w:rPr>
        <w:t xml:space="preserve"> </w:t>
      </w:r>
      <w:r w:rsidRPr="0000691D">
        <w:rPr>
          <w:rFonts w:ascii="Tahoma" w:hAnsi="Tahoma" w:cs="B Mitra"/>
          <w:sz w:val="28"/>
          <w:szCs w:val="28"/>
          <w:rtl/>
        </w:rPr>
        <w:t>بگیرد.</w:t>
      </w:r>
      <w:r w:rsidRPr="0000691D">
        <w:rPr>
          <w:rFonts w:cs="B Mitra" w:hint="cs"/>
          <w:sz w:val="28"/>
          <w:szCs w:val="28"/>
          <w:rtl/>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تهران</w:t>
      </w:r>
      <w:r w:rsidRPr="0000691D">
        <w:rPr>
          <w:rFonts w:ascii="Tahoma" w:hAnsi="Tahoma" w:cs="B Mitra"/>
          <w:sz w:val="28"/>
          <w:szCs w:val="28"/>
        </w:rPr>
        <w:t xml:space="preserve"> </w:t>
      </w:r>
      <w:r w:rsidRPr="0000691D">
        <w:rPr>
          <w:rFonts w:ascii="Tahoma" w:hAnsi="Tahoma" w:cs="B Mitra"/>
          <w:sz w:val="28"/>
          <w:szCs w:val="28"/>
          <w:rtl/>
        </w:rPr>
        <w:t>نیز</w:t>
      </w:r>
      <w:r w:rsidRPr="0000691D">
        <w:rPr>
          <w:rFonts w:ascii="Tahoma" w:hAnsi="Tahoma" w:cs="B Mitra" w:hint="cs"/>
          <w:sz w:val="28"/>
          <w:szCs w:val="28"/>
          <w:rtl/>
        </w:rPr>
        <w:t>،</w:t>
      </w:r>
      <w:r w:rsidRPr="0000691D">
        <w:rPr>
          <w:rFonts w:ascii="Tahoma" w:hAnsi="Tahoma" w:cs="B Mitra"/>
          <w:sz w:val="28"/>
          <w:szCs w:val="28"/>
        </w:rPr>
        <w:t xml:space="preserve"> </w:t>
      </w:r>
      <w:r w:rsidRPr="0000691D">
        <w:rPr>
          <w:rFonts w:ascii="Tahoma" w:hAnsi="Tahoma" w:cs="B Mitra"/>
          <w:sz w:val="28"/>
          <w:szCs w:val="28"/>
          <w:rtl/>
        </w:rPr>
        <w:t>این</w:t>
      </w:r>
      <w:r w:rsidRPr="0000691D">
        <w:rPr>
          <w:rFonts w:ascii="Tahoma" w:hAnsi="Tahoma" w:cs="B Mitra"/>
          <w:sz w:val="28"/>
          <w:szCs w:val="28"/>
        </w:rPr>
        <w:t xml:space="preserve"> </w:t>
      </w:r>
      <w:r w:rsidRPr="0000691D">
        <w:rPr>
          <w:rFonts w:ascii="Tahoma" w:hAnsi="Tahoma" w:cs="B Mitra"/>
          <w:sz w:val="28"/>
          <w:szCs w:val="28"/>
          <w:rtl/>
        </w:rPr>
        <w:t>بسته</w:t>
      </w:r>
      <w:r w:rsidRPr="0000691D">
        <w:rPr>
          <w:rFonts w:ascii="Tahoma" w:hAnsi="Tahoma" w:cs="B Mitra"/>
          <w:sz w:val="28"/>
          <w:szCs w:val="28"/>
        </w:rPr>
        <w:t>‌</w:t>
      </w:r>
      <w:r w:rsidRPr="0000691D">
        <w:rPr>
          <w:rFonts w:ascii="Tahoma" w:hAnsi="Tahoma" w:cs="B Mitra"/>
          <w:sz w:val="28"/>
          <w:szCs w:val="28"/>
          <w:rtl/>
        </w:rPr>
        <w:t>ها</w:t>
      </w:r>
      <w:r w:rsidRPr="0000691D">
        <w:rPr>
          <w:rFonts w:ascii="Tahoma" w:hAnsi="Tahoma" w:cs="B Mitra"/>
          <w:sz w:val="28"/>
          <w:szCs w:val="28"/>
        </w:rPr>
        <w:t xml:space="preserve"> </w:t>
      </w:r>
      <w:r w:rsidRPr="0000691D">
        <w:rPr>
          <w:rFonts w:ascii="Tahoma" w:hAnsi="Tahoma" w:cs="B Mitra"/>
          <w:sz w:val="28"/>
          <w:szCs w:val="28"/>
          <w:rtl/>
        </w:rPr>
        <w:t>با</w:t>
      </w:r>
      <w:r w:rsidRPr="0000691D">
        <w:rPr>
          <w:rFonts w:ascii="Tahoma" w:hAnsi="Tahoma" w:cs="B Mitra"/>
          <w:sz w:val="28"/>
          <w:szCs w:val="28"/>
        </w:rPr>
        <w:t xml:space="preserve"> </w:t>
      </w:r>
      <w:r w:rsidRPr="0000691D">
        <w:rPr>
          <w:rFonts w:ascii="Tahoma" w:hAnsi="Tahoma" w:cs="B Mitra"/>
          <w:sz w:val="28"/>
          <w:szCs w:val="28"/>
          <w:rtl/>
        </w:rPr>
        <w:t>توجه</w:t>
      </w:r>
      <w:r w:rsidRPr="0000691D">
        <w:rPr>
          <w:rFonts w:ascii="Tahoma" w:hAnsi="Tahoma" w:cs="B Mitra"/>
          <w:sz w:val="28"/>
          <w:szCs w:val="28"/>
        </w:rPr>
        <w:t xml:space="preserve"> </w:t>
      </w:r>
      <w:r w:rsidRPr="0000691D">
        <w:rPr>
          <w:rFonts w:ascii="Tahoma" w:hAnsi="Tahoma" w:cs="B Mitra"/>
          <w:sz w:val="28"/>
          <w:szCs w:val="28"/>
          <w:rtl/>
        </w:rPr>
        <w:t>به</w:t>
      </w:r>
      <w:r w:rsidRPr="0000691D">
        <w:rPr>
          <w:rFonts w:ascii="Tahoma" w:hAnsi="Tahoma" w:cs="B Mitra"/>
          <w:sz w:val="28"/>
          <w:szCs w:val="28"/>
        </w:rPr>
        <w:t xml:space="preserve"> </w:t>
      </w:r>
      <w:r w:rsidRPr="0000691D">
        <w:rPr>
          <w:rFonts w:ascii="Tahoma" w:hAnsi="Tahoma" w:cs="B Mitra"/>
          <w:sz w:val="28"/>
          <w:szCs w:val="28"/>
          <w:rtl/>
        </w:rPr>
        <w:t>شرایط</w:t>
      </w:r>
      <w:r w:rsidRPr="0000691D">
        <w:rPr>
          <w:rFonts w:ascii="Tahoma" w:hAnsi="Tahoma" w:cs="B Mitra"/>
          <w:sz w:val="28"/>
          <w:szCs w:val="28"/>
        </w:rPr>
        <w:t xml:space="preserve"> </w:t>
      </w:r>
      <w:r w:rsidRPr="0000691D">
        <w:rPr>
          <w:rFonts w:ascii="Tahoma" w:hAnsi="Tahoma" w:cs="B Mitra"/>
          <w:sz w:val="28"/>
          <w:szCs w:val="28"/>
          <w:rtl/>
        </w:rPr>
        <w:t>موجود،</w:t>
      </w:r>
      <w:r w:rsidRPr="0000691D">
        <w:rPr>
          <w:rFonts w:ascii="Tahoma" w:hAnsi="Tahoma" w:cs="B Mitra"/>
          <w:sz w:val="28"/>
          <w:szCs w:val="28"/>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حجم</w:t>
      </w:r>
      <w:r w:rsidRPr="0000691D">
        <w:rPr>
          <w:rFonts w:ascii="Tahoma" w:hAnsi="Tahoma" w:cs="B Mitra"/>
          <w:sz w:val="28"/>
          <w:szCs w:val="28"/>
        </w:rPr>
        <w:t xml:space="preserve"> </w:t>
      </w:r>
      <w:r w:rsidRPr="0000691D">
        <w:rPr>
          <w:rFonts w:ascii="Tahoma" w:hAnsi="Tahoma" w:cs="B Mitra"/>
          <w:sz w:val="28"/>
          <w:szCs w:val="28"/>
          <w:rtl/>
        </w:rPr>
        <w:t>محدودتری</w:t>
      </w:r>
      <w:r w:rsidRPr="0000691D">
        <w:rPr>
          <w:rFonts w:ascii="Tahoma" w:hAnsi="Tahoma" w:cs="B Mitra"/>
          <w:sz w:val="28"/>
          <w:szCs w:val="28"/>
        </w:rPr>
        <w:t xml:space="preserve"> </w:t>
      </w:r>
      <w:r w:rsidRPr="0000691D">
        <w:rPr>
          <w:rFonts w:ascii="Tahoma" w:hAnsi="Tahoma" w:cs="B Mitra"/>
          <w:sz w:val="28"/>
          <w:szCs w:val="28"/>
          <w:rtl/>
        </w:rPr>
        <w:t>تهیه</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میان</w:t>
      </w:r>
      <w:r w:rsidRPr="0000691D">
        <w:rPr>
          <w:rFonts w:ascii="Tahoma" w:hAnsi="Tahoma" w:cs="B Mitra"/>
          <w:sz w:val="28"/>
          <w:szCs w:val="28"/>
        </w:rPr>
        <w:t xml:space="preserve"> </w:t>
      </w:r>
      <w:r w:rsidRPr="0000691D">
        <w:rPr>
          <w:rFonts w:ascii="Tahoma" w:hAnsi="Tahoma" w:cs="B Mitra"/>
          <w:sz w:val="28"/>
          <w:szCs w:val="28"/>
          <w:rtl/>
        </w:rPr>
        <w:t>عزیزان</w:t>
      </w:r>
      <w:r w:rsidRPr="0000691D">
        <w:rPr>
          <w:rFonts w:ascii="Tahoma" w:hAnsi="Tahoma" w:cs="B Mitra"/>
          <w:sz w:val="28"/>
          <w:szCs w:val="28"/>
        </w:rPr>
        <w:t xml:space="preserve"> </w:t>
      </w:r>
      <w:r w:rsidRPr="0000691D">
        <w:rPr>
          <w:rFonts w:ascii="Tahoma" w:hAnsi="Tahoma" w:cs="B Mitra"/>
          <w:sz w:val="28"/>
          <w:szCs w:val="28"/>
          <w:rtl/>
        </w:rPr>
        <w:t>نیازمند</w:t>
      </w:r>
      <w:r w:rsidRPr="0000691D">
        <w:rPr>
          <w:rFonts w:ascii="Tahoma" w:hAnsi="Tahoma" w:cs="B Mitra"/>
          <w:sz w:val="28"/>
          <w:szCs w:val="28"/>
        </w:rPr>
        <w:t xml:space="preserve"> </w:t>
      </w:r>
      <w:r w:rsidRPr="0000691D">
        <w:rPr>
          <w:rFonts w:ascii="Tahoma" w:hAnsi="Tahoma" w:cs="B Mitra"/>
          <w:sz w:val="28"/>
          <w:szCs w:val="28"/>
          <w:rtl/>
        </w:rPr>
        <w:t>توزیع</w:t>
      </w:r>
      <w:r w:rsidRPr="0000691D">
        <w:rPr>
          <w:rFonts w:ascii="Tahoma" w:hAnsi="Tahoma" w:cs="B Mitra"/>
          <w:sz w:val="28"/>
          <w:szCs w:val="28"/>
        </w:rPr>
        <w:t xml:space="preserve"> </w:t>
      </w:r>
      <w:r w:rsidRPr="0000691D">
        <w:rPr>
          <w:rFonts w:ascii="Tahoma" w:hAnsi="Tahoma" w:cs="B Mitra"/>
          <w:sz w:val="28"/>
          <w:szCs w:val="28"/>
          <w:rtl/>
        </w:rPr>
        <w:t>شد.</w:t>
      </w:r>
    </w:p>
    <w:p w:rsidR="00A75B1C" w:rsidRPr="0000691D" w:rsidRDefault="00A75B1C" w:rsidP="0000691D">
      <w:pPr>
        <w:pStyle w:val="Heading3"/>
        <w:bidi/>
        <w:spacing w:line="360" w:lineRule="auto"/>
        <w:rPr>
          <w:rFonts w:cs="B Mitra"/>
          <w:color w:val="70AD47" w:themeColor="accent6"/>
          <w:sz w:val="28"/>
          <w:szCs w:val="28"/>
        </w:rPr>
      </w:pPr>
      <w:bookmarkStart w:id="19" w:name="_Toc243400526"/>
      <w:r w:rsidRPr="0000691D">
        <w:rPr>
          <w:rFonts w:cs="B Mitra"/>
          <w:color w:val="70AD47" w:themeColor="accent6"/>
          <w:sz w:val="28"/>
          <w:szCs w:val="28"/>
          <w:rtl/>
        </w:rPr>
        <w:t>توزیع</w:t>
      </w:r>
      <w:r w:rsidRPr="0000691D">
        <w:rPr>
          <w:rFonts w:cs="B Mitra"/>
          <w:color w:val="70AD47" w:themeColor="accent6"/>
          <w:sz w:val="28"/>
          <w:szCs w:val="28"/>
        </w:rPr>
        <w:t xml:space="preserve"> </w:t>
      </w:r>
      <w:r w:rsidRPr="0000691D">
        <w:rPr>
          <w:rFonts w:cs="B Mitra"/>
          <w:color w:val="70AD47" w:themeColor="accent6"/>
          <w:sz w:val="28"/>
          <w:szCs w:val="28"/>
          <w:rtl/>
        </w:rPr>
        <w:t>گوشت</w:t>
      </w:r>
      <w:r w:rsidRPr="0000691D">
        <w:rPr>
          <w:rFonts w:cs="B Mitra"/>
          <w:color w:val="70AD47" w:themeColor="accent6"/>
          <w:sz w:val="28"/>
          <w:szCs w:val="28"/>
        </w:rPr>
        <w:t xml:space="preserve"> </w:t>
      </w:r>
      <w:r w:rsidRPr="0000691D">
        <w:rPr>
          <w:rFonts w:cs="B Mitra"/>
          <w:color w:val="70AD47" w:themeColor="accent6"/>
          <w:sz w:val="28"/>
          <w:szCs w:val="28"/>
          <w:rtl/>
        </w:rPr>
        <w:t>میان</w:t>
      </w:r>
      <w:r w:rsidRPr="0000691D">
        <w:rPr>
          <w:rFonts w:cs="B Mitra"/>
          <w:color w:val="70AD47" w:themeColor="accent6"/>
          <w:sz w:val="28"/>
          <w:szCs w:val="28"/>
        </w:rPr>
        <w:t xml:space="preserve"> </w:t>
      </w:r>
      <w:r w:rsidRPr="0000691D">
        <w:rPr>
          <w:rFonts w:cs="B Mitra"/>
          <w:color w:val="70AD47" w:themeColor="accent6"/>
          <w:sz w:val="28"/>
          <w:szCs w:val="28"/>
          <w:rtl/>
        </w:rPr>
        <w:t>خانواده</w:t>
      </w:r>
      <w:r w:rsidRPr="0000691D">
        <w:rPr>
          <w:rFonts w:cs="B Mitra"/>
          <w:color w:val="70AD47" w:themeColor="accent6"/>
          <w:sz w:val="28"/>
          <w:szCs w:val="28"/>
        </w:rPr>
        <w:t>‌</w:t>
      </w:r>
      <w:r w:rsidRPr="0000691D">
        <w:rPr>
          <w:rFonts w:cs="B Mitra"/>
          <w:color w:val="70AD47" w:themeColor="accent6"/>
          <w:sz w:val="28"/>
          <w:szCs w:val="28"/>
          <w:rtl/>
        </w:rPr>
        <w:t>های</w:t>
      </w:r>
      <w:r w:rsidRPr="0000691D">
        <w:rPr>
          <w:rFonts w:cs="B Mitra"/>
          <w:color w:val="70AD47" w:themeColor="accent6"/>
          <w:sz w:val="28"/>
          <w:szCs w:val="28"/>
        </w:rPr>
        <w:t xml:space="preserve"> </w:t>
      </w:r>
      <w:r w:rsidRPr="0000691D">
        <w:rPr>
          <w:rFonts w:cs="B Mitra"/>
          <w:color w:val="70AD47" w:themeColor="accent6"/>
          <w:sz w:val="28"/>
          <w:szCs w:val="28"/>
          <w:rtl/>
        </w:rPr>
        <w:t>نیازمند</w:t>
      </w:r>
      <w:bookmarkEnd w:id="19"/>
    </w:p>
    <w:p w:rsidR="00A75B1C" w:rsidRPr="0000691D" w:rsidRDefault="00A75B1C" w:rsidP="0000691D">
      <w:pPr>
        <w:bidi/>
        <w:spacing w:after="160" w:line="360" w:lineRule="auto"/>
        <w:jc w:val="both"/>
        <w:rPr>
          <w:rFonts w:cs="B Mitra"/>
          <w:sz w:val="28"/>
          <w:szCs w:val="28"/>
        </w:rPr>
      </w:pP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حوزه</w:t>
      </w:r>
      <w:r w:rsidRPr="0000691D">
        <w:rPr>
          <w:rFonts w:ascii="Tahoma" w:hAnsi="Tahoma" w:cs="B Mitra"/>
          <w:sz w:val="28"/>
          <w:szCs w:val="28"/>
        </w:rPr>
        <w:t xml:space="preserve"> </w:t>
      </w:r>
      <w:r w:rsidRPr="0000691D">
        <w:rPr>
          <w:rFonts w:ascii="Tahoma" w:hAnsi="Tahoma" w:cs="B Mitra"/>
          <w:sz w:val="28"/>
          <w:szCs w:val="28"/>
          <w:rtl/>
        </w:rPr>
        <w:t>کمک</w:t>
      </w:r>
      <w:r w:rsidRPr="0000691D">
        <w:rPr>
          <w:rFonts w:ascii="Tahoma" w:hAnsi="Tahoma" w:cs="B Mitra"/>
          <w:sz w:val="28"/>
          <w:szCs w:val="28"/>
        </w:rPr>
        <w:t>‌</w:t>
      </w:r>
      <w:r w:rsidRPr="0000691D">
        <w:rPr>
          <w:rFonts w:ascii="Tahoma" w:hAnsi="Tahoma" w:cs="B Mitra"/>
          <w:sz w:val="28"/>
          <w:szCs w:val="28"/>
          <w:rtl/>
        </w:rPr>
        <w:t>های</w:t>
      </w:r>
      <w:r w:rsidRPr="0000691D">
        <w:rPr>
          <w:rFonts w:ascii="Tahoma" w:hAnsi="Tahoma" w:cs="B Mitra"/>
          <w:sz w:val="28"/>
          <w:szCs w:val="28"/>
        </w:rPr>
        <w:t xml:space="preserve"> </w:t>
      </w:r>
      <w:r w:rsidRPr="0000691D">
        <w:rPr>
          <w:rFonts w:ascii="Tahoma" w:hAnsi="Tahoma" w:cs="B Mitra"/>
          <w:sz w:val="28"/>
          <w:szCs w:val="28"/>
          <w:rtl/>
        </w:rPr>
        <w:t>معیشتی</w:t>
      </w:r>
      <w:r w:rsidRPr="0000691D">
        <w:rPr>
          <w:rFonts w:ascii="Tahoma" w:hAnsi="Tahoma" w:cs="B Mitra" w:hint="cs"/>
          <w:sz w:val="28"/>
          <w:szCs w:val="28"/>
          <w:rtl/>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تهران</w:t>
      </w:r>
      <w:r w:rsidRPr="0000691D">
        <w:rPr>
          <w:rFonts w:ascii="Tahoma" w:hAnsi="Tahoma" w:cs="B Mitra"/>
          <w:sz w:val="28"/>
          <w:szCs w:val="28"/>
        </w:rPr>
        <w:t xml:space="preserve"> </w:t>
      </w:r>
      <w:r w:rsidRPr="0000691D">
        <w:rPr>
          <w:rFonts w:ascii="Tahoma" w:hAnsi="Tahoma" w:cs="B Mitra"/>
          <w:sz w:val="28"/>
          <w:szCs w:val="28"/>
          <w:rtl/>
        </w:rPr>
        <w:t>۲۱۰</w:t>
      </w:r>
      <w:r w:rsidRPr="0000691D">
        <w:rPr>
          <w:rFonts w:ascii="Tahoma" w:hAnsi="Tahoma" w:cs="B Mitra"/>
          <w:sz w:val="28"/>
          <w:szCs w:val="28"/>
        </w:rPr>
        <w:t xml:space="preserve"> </w:t>
      </w:r>
      <w:r w:rsidRPr="0000691D">
        <w:rPr>
          <w:rFonts w:ascii="Tahoma" w:hAnsi="Tahoma" w:cs="B Mitra"/>
          <w:sz w:val="28"/>
          <w:szCs w:val="28"/>
          <w:rtl/>
        </w:rPr>
        <w:t>بسته</w:t>
      </w:r>
      <w:r w:rsidRPr="0000691D">
        <w:rPr>
          <w:rFonts w:ascii="Tahoma" w:hAnsi="Tahoma" w:cs="B Mitra"/>
          <w:sz w:val="28"/>
          <w:szCs w:val="28"/>
        </w:rPr>
        <w:t xml:space="preserve"> </w:t>
      </w:r>
      <w:r w:rsidRPr="0000691D">
        <w:rPr>
          <w:rFonts w:ascii="Tahoma" w:hAnsi="Tahoma" w:cs="B Mitra"/>
          <w:sz w:val="28"/>
          <w:szCs w:val="28"/>
          <w:rtl/>
        </w:rPr>
        <w:t>گوشت</w:t>
      </w:r>
      <w:r w:rsidRPr="0000691D">
        <w:rPr>
          <w:rFonts w:ascii="Tahoma" w:hAnsi="Tahoma" w:cs="B Mitra"/>
          <w:sz w:val="28"/>
          <w:szCs w:val="28"/>
        </w:rPr>
        <w:t xml:space="preserve"> </w:t>
      </w:r>
      <w:r w:rsidRPr="0000691D">
        <w:rPr>
          <w:rFonts w:ascii="Tahoma" w:hAnsi="Tahoma" w:cs="B Mitra"/>
          <w:sz w:val="28"/>
          <w:szCs w:val="28"/>
          <w:rtl/>
        </w:rPr>
        <w:t>یک</w:t>
      </w:r>
      <w:r w:rsidRPr="0000691D">
        <w:rPr>
          <w:rFonts w:ascii="Tahoma" w:hAnsi="Tahoma" w:cs="B Mitra"/>
          <w:sz w:val="28"/>
          <w:szCs w:val="28"/>
        </w:rPr>
        <w:t>‌</w:t>
      </w:r>
      <w:r w:rsidRPr="0000691D">
        <w:rPr>
          <w:rFonts w:ascii="Tahoma" w:hAnsi="Tahoma" w:cs="B Mitra"/>
          <w:sz w:val="28"/>
          <w:szCs w:val="28"/>
          <w:rtl/>
        </w:rPr>
        <w:t>کیلویی</w:t>
      </w:r>
      <w:r w:rsidRPr="0000691D">
        <w:rPr>
          <w:rFonts w:ascii="Tahoma" w:hAnsi="Tahoma" w:cs="B Mitra"/>
          <w:sz w:val="28"/>
          <w:szCs w:val="28"/>
        </w:rPr>
        <w:t xml:space="preserve"> </w:t>
      </w:r>
      <w:r w:rsidRPr="0000691D">
        <w:rPr>
          <w:rFonts w:ascii="Tahoma" w:hAnsi="Tahoma" w:cs="B Mitra"/>
          <w:sz w:val="28"/>
          <w:szCs w:val="28"/>
          <w:rtl/>
        </w:rPr>
        <w:t>گوسفندی</w:t>
      </w:r>
      <w:r w:rsidRPr="0000691D">
        <w:rPr>
          <w:rFonts w:ascii="Tahoma" w:hAnsi="Tahoma" w:cs="B Mitra"/>
          <w:sz w:val="28"/>
          <w:szCs w:val="28"/>
        </w:rPr>
        <w:t xml:space="preserve"> </w:t>
      </w:r>
      <w:r w:rsidRPr="0000691D">
        <w:rPr>
          <w:rFonts w:ascii="Tahoma" w:hAnsi="Tahoma" w:cs="B Mitra"/>
          <w:sz w:val="28"/>
          <w:szCs w:val="28"/>
          <w:rtl/>
        </w:rPr>
        <w:t>میان</w:t>
      </w:r>
      <w:r w:rsidRPr="0000691D">
        <w:rPr>
          <w:rFonts w:ascii="Tahoma" w:hAnsi="Tahoma" w:cs="B Mitra"/>
          <w:sz w:val="28"/>
          <w:szCs w:val="28"/>
        </w:rPr>
        <w:t xml:space="preserve"> </w:t>
      </w:r>
      <w:r w:rsidRPr="0000691D">
        <w:rPr>
          <w:rFonts w:ascii="Tahoma" w:hAnsi="Tahoma" w:cs="B Mitra"/>
          <w:sz w:val="28"/>
          <w:szCs w:val="28"/>
          <w:rtl/>
        </w:rPr>
        <w:t>عزیزان</w:t>
      </w:r>
      <w:r w:rsidRPr="0000691D">
        <w:rPr>
          <w:rFonts w:ascii="Tahoma" w:hAnsi="Tahoma" w:cs="B Mitra"/>
          <w:sz w:val="28"/>
          <w:szCs w:val="28"/>
        </w:rPr>
        <w:t xml:space="preserve"> </w:t>
      </w:r>
      <w:r w:rsidRPr="0000691D">
        <w:rPr>
          <w:rFonts w:ascii="Tahoma" w:hAnsi="Tahoma" w:cs="B Mitra"/>
          <w:sz w:val="28"/>
          <w:szCs w:val="28"/>
          <w:rtl/>
        </w:rPr>
        <w:t>نیازمند</w:t>
      </w:r>
      <w:r w:rsidRPr="0000691D">
        <w:rPr>
          <w:rFonts w:ascii="Tahoma" w:hAnsi="Tahoma" w:cs="B Mitra"/>
          <w:sz w:val="28"/>
          <w:szCs w:val="28"/>
        </w:rPr>
        <w:t xml:space="preserve"> </w:t>
      </w:r>
      <w:r w:rsidRPr="0000691D">
        <w:rPr>
          <w:rFonts w:ascii="Tahoma" w:hAnsi="Tahoma" w:cs="B Mitra"/>
          <w:sz w:val="28"/>
          <w:szCs w:val="28"/>
          <w:rtl/>
        </w:rPr>
        <w:t>توزیع</w:t>
      </w:r>
      <w:r w:rsidRPr="0000691D">
        <w:rPr>
          <w:rFonts w:ascii="Tahoma" w:hAnsi="Tahoma" w:cs="B Mitra"/>
          <w:sz w:val="28"/>
          <w:szCs w:val="28"/>
        </w:rPr>
        <w:t xml:space="preserve"> </w:t>
      </w:r>
      <w:r w:rsidRPr="0000691D">
        <w:rPr>
          <w:rFonts w:ascii="Tahoma" w:hAnsi="Tahoma" w:cs="B Mitra"/>
          <w:sz w:val="28"/>
          <w:szCs w:val="28"/>
          <w:rtl/>
        </w:rPr>
        <w:t>کردیم</w:t>
      </w:r>
      <w:r w:rsidRPr="0000691D">
        <w:rPr>
          <w:rFonts w:ascii="Tahoma" w:hAnsi="Tahoma" w:cs="B Mitra" w:hint="cs"/>
          <w:sz w:val="28"/>
          <w:szCs w:val="28"/>
          <w:rtl/>
        </w:rPr>
        <w:t xml:space="preserve">؛ </w:t>
      </w:r>
      <w:r w:rsidRPr="0000691D">
        <w:rPr>
          <w:rFonts w:ascii="Tahoma" w:hAnsi="Tahoma" w:cs="B Mitra"/>
          <w:sz w:val="28"/>
          <w:szCs w:val="28"/>
          <w:rtl/>
        </w:rPr>
        <w:t>علاوه</w:t>
      </w:r>
      <w:r w:rsidRPr="0000691D">
        <w:rPr>
          <w:rFonts w:ascii="Tahoma" w:hAnsi="Tahoma" w:cs="B Mitra"/>
          <w:sz w:val="28"/>
          <w:szCs w:val="28"/>
        </w:rPr>
        <w:t xml:space="preserve"> </w:t>
      </w:r>
      <w:r w:rsidRPr="0000691D">
        <w:rPr>
          <w:rFonts w:ascii="Tahoma" w:hAnsi="Tahoma" w:cs="B Mitra"/>
          <w:sz w:val="28"/>
          <w:szCs w:val="28"/>
          <w:rtl/>
        </w:rPr>
        <w:t>بر</w:t>
      </w:r>
      <w:r w:rsidRPr="0000691D">
        <w:rPr>
          <w:rFonts w:ascii="Tahoma" w:hAnsi="Tahoma" w:cs="B Mitra"/>
          <w:sz w:val="28"/>
          <w:szCs w:val="28"/>
        </w:rPr>
        <w:t xml:space="preserve"> </w:t>
      </w:r>
      <w:r w:rsidRPr="0000691D">
        <w:rPr>
          <w:rFonts w:ascii="Tahoma" w:hAnsi="Tahoma" w:cs="B Mitra"/>
          <w:sz w:val="28"/>
          <w:szCs w:val="28"/>
          <w:rtl/>
        </w:rPr>
        <w:t>تهران،</w:t>
      </w:r>
      <w:r w:rsidRPr="0000691D">
        <w:rPr>
          <w:rFonts w:ascii="Tahoma" w:hAnsi="Tahoma" w:cs="B Mitra"/>
          <w:sz w:val="28"/>
          <w:szCs w:val="28"/>
        </w:rPr>
        <w:t xml:space="preserve"> </w:t>
      </w:r>
      <w:r w:rsidRPr="0000691D">
        <w:rPr>
          <w:rFonts w:ascii="Tahoma" w:hAnsi="Tahoma" w:cs="B Mitra"/>
          <w:sz w:val="28"/>
          <w:szCs w:val="28"/>
          <w:rtl/>
        </w:rPr>
        <w:t>از</w:t>
      </w:r>
      <w:r w:rsidRPr="0000691D">
        <w:rPr>
          <w:rFonts w:ascii="Tahoma" w:hAnsi="Tahoma" w:cs="B Mitra"/>
          <w:sz w:val="28"/>
          <w:szCs w:val="28"/>
        </w:rPr>
        <w:t xml:space="preserve"> </w:t>
      </w:r>
      <w:r w:rsidRPr="0000691D">
        <w:rPr>
          <w:rFonts w:ascii="Tahoma" w:hAnsi="Tahoma" w:cs="B Mitra"/>
          <w:sz w:val="28"/>
          <w:szCs w:val="28"/>
          <w:rtl/>
        </w:rPr>
        <w:t>قبل</w:t>
      </w:r>
      <w:r w:rsidRPr="0000691D">
        <w:rPr>
          <w:rFonts w:ascii="Tahoma" w:hAnsi="Tahoma" w:cs="B Mitra"/>
          <w:sz w:val="28"/>
          <w:szCs w:val="28"/>
        </w:rPr>
        <w:t xml:space="preserve"> </w:t>
      </w:r>
      <w:r w:rsidRPr="0000691D">
        <w:rPr>
          <w:rFonts w:ascii="Tahoma" w:hAnsi="Tahoma" w:cs="B Mitra"/>
          <w:sz w:val="28"/>
          <w:szCs w:val="28"/>
          <w:rtl/>
        </w:rPr>
        <w:t>برنامه</w:t>
      </w:r>
      <w:r w:rsidRPr="0000691D">
        <w:rPr>
          <w:rFonts w:ascii="Tahoma" w:hAnsi="Tahoma" w:cs="B Mitra"/>
          <w:sz w:val="28"/>
          <w:szCs w:val="28"/>
        </w:rPr>
        <w:t>‌</w:t>
      </w:r>
      <w:r w:rsidRPr="0000691D">
        <w:rPr>
          <w:rFonts w:ascii="Tahoma" w:hAnsi="Tahoma" w:cs="B Mitra"/>
          <w:sz w:val="28"/>
          <w:szCs w:val="28"/>
          <w:rtl/>
        </w:rPr>
        <w:t>ریزی</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مکاتبات</w:t>
      </w:r>
      <w:r w:rsidRPr="0000691D">
        <w:rPr>
          <w:rFonts w:ascii="Tahoma" w:hAnsi="Tahoma" w:cs="B Mitra"/>
          <w:sz w:val="28"/>
          <w:szCs w:val="28"/>
        </w:rPr>
        <w:t xml:space="preserve"> </w:t>
      </w:r>
      <w:r w:rsidRPr="0000691D">
        <w:rPr>
          <w:rFonts w:ascii="Tahoma" w:hAnsi="Tahoma" w:cs="B Mitra"/>
          <w:sz w:val="28"/>
          <w:szCs w:val="28"/>
          <w:rtl/>
        </w:rPr>
        <w:t>لازم</w:t>
      </w:r>
      <w:r w:rsidRPr="0000691D">
        <w:rPr>
          <w:rFonts w:ascii="Tahoma" w:hAnsi="Tahoma" w:cs="B Mitra"/>
          <w:sz w:val="28"/>
          <w:szCs w:val="28"/>
        </w:rPr>
        <w:t xml:space="preserve"> </w:t>
      </w:r>
      <w:r w:rsidRPr="0000691D">
        <w:rPr>
          <w:rFonts w:ascii="Tahoma" w:hAnsi="Tahoma" w:cs="B Mitra"/>
          <w:sz w:val="28"/>
          <w:szCs w:val="28"/>
          <w:rtl/>
        </w:rPr>
        <w:t>با</w:t>
      </w:r>
      <w:r w:rsidRPr="0000691D">
        <w:rPr>
          <w:rFonts w:ascii="Tahoma" w:hAnsi="Tahoma" w:cs="B Mitra"/>
          <w:sz w:val="28"/>
          <w:szCs w:val="28"/>
        </w:rPr>
        <w:t xml:space="preserve"> </w:t>
      </w:r>
      <w:r w:rsidRPr="0000691D">
        <w:rPr>
          <w:rFonts w:ascii="Tahoma" w:hAnsi="Tahoma" w:cs="B Mitra"/>
          <w:sz w:val="28"/>
          <w:szCs w:val="28"/>
          <w:rtl/>
        </w:rPr>
        <w:t>چند</w:t>
      </w:r>
      <w:r w:rsidRPr="0000691D">
        <w:rPr>
          <w:rFonts w:ascii="Tahoma" w:hAnsi="Tahoma" w:cs="B Mitra"/>
          <w:sz w:val="28"/>
          <w:szCs w:val="28"/>
        </w:rPr>
        <w:t xml:space="preserve"> </w:t>
      </w:r>
      <w:r w:rsidRPr="0000691D">
        <w:rPr>
          <w:rFonts w:ascii="Tahoma" w:hAnsi="Tahoma" w:cs="B Mitra"/>
          <w:sz w:val="28"/>
          <w:szCs w:val="28"/>
          <w:rtl/>
        </w:rPr>
        <w:t>استان</w:t>
      </w:r>
      <w:r w:rsidRPr="0000691D">
        <w:rPr>
          <w:rFonts w:ascii="Tahoma" w:hAnsi="Tahoma" w:cs="B Mitra"/>
          <w:sz w:val="28"/>
          <w:szCs w:val="28"/>
        </w:rPr>
        <w:t xml:space="preserve"> </w:t>
      </w:r>
      <w:r w:rsidRPr="0000691D">
        <w:rPr>
          <w:rFonts w:ascii="Tahoma" w:hAnsi="Tahoma" w:cs="B Mitra"/>
          <w:sz w:val="28"/>
          <w:szCs w:val="28"/>
          <w:rtl/>
        </w:rPr>
        <w:t>نیز</w:t>
      </w:r>
      <w:r w:rsidRPr="0000691D">
        <w:rPr>
          <w:rFonts w:ascii="Tahoma" w:hAnsi="Tahoma" w:cs="B Mitra"/>
          <w:sz w:val="28"/>
          <w:szCs w:val="28"/>
        </w:rPr>
        <w:t xml:space="preserve"> </w:t>
      </w:r>
      <w:r w:rsidRPr="0000691D">
        <w:rPr>
          <w:rFonts w:ascii="Tahoma" w:hAnsi="Tahoma" w:cs="B Mitra"/>
          <w:sz w:val="28"/>
          <w:szCs w:val="28"/>
          <w:rtl/>
        </w:rPr>
        <w:t>انجام</w:t>
      </w:r>
      <w:r w:rsidRPr="0000691D">
        <w:rPr>
          <w:rFonts w:ascii="Tahoma" w:hAnsi="Tahoma" w:cs="B Mitra"/>
          <w:sz w:val="28"/>
          <w:szCs w:val="28"/>
        </w:rPr>
        <w:t xml:space="preserve"> </w:t>
      </w:r>
      <w:r w:rsidRPr="0000691D">
        <w:rPr>
          <w:rFonts w:ascii="Tahoma" w:hAnsi="Tahoma" w:cs="B Mitra"/>
          <w:sz w:val="28"/>
          <w:szCs w:val="28"/>
          <w:rtl/>
        </w:rPr>
        <w:t>شده</w:t>
      </w:r>
      <w:r w:rsidRPr="0000691D">
        <w:rPr>
          <w:rFonts w:ascii="Tahoma" w:hAnsi="Tahoma" w:cs="B Mitra"/>
          <w:sz w:val="28"/>
          <w:szCs w:val="28"/>
        </w:rPr>
        <w:t xml:space="preserve"> </w:t>
      </w:r>
      <w:r w:rsidRPr="0000691D">
        <w:rPr>
          <w:rFonts w:ascii="Tahoma" w:hAnsi="Tahoma" w:cs="B Mitra"/>
          <w:sz w:val="28"/>
          <w:szCs w:val="28"/>
          <w:rtl/>
        </w:rPr>
        <w:t>بود</w:t>
      </w:r>
      <w:r w:rsidRPr="0000691D">
        <w:rPr>
          <w:rFonts w:ascii="Tahoma" w:hAnsi="Tahoma" w:cs="B Mitra"/>
          <w:sz w:val="28"/>
          <w:szCs w:val="28"/>
        </w:rPr>
        <w:t xml:space="preserve"> </w:t>
      </w:r>
      <w:r w:rsidRPr="0000691D">
        <w:rPr>
          <w:rFonts w:ascii="Tahoma" w:hAnsi="Tahoma" w:cs="B Mitra"/>
          <w:sz w:val="28"/>
          <w:szCs w:val="28"/>
          <w:rtl/>
        </w:rPr>
        <w:t>تا</w:t>
      </w:r>
      <w:r w:rsidRPr="0000691D">
        <w:rPr>
          <w:rFonts w:ascii="Tahoma" w:hAnsi="Tahoma" w:cs="B Mitra"/>
          <w:sz w:val="28"/>
          <w:szCs w:val="28"/>
        </w:rPr>
        <w:t xml:space="preserve"> </w:t>
      </w:r>
      <w:r w:rsidRPr="0000691D">
        <w:rPr>
          <w:rFonts w:ascii="Tahoma" w:hAnsi="Tahoma" w:cs="B Mitra"/>
          <w:sz w:val="28"/>
          <w:szCs w:val="28"/>
          <w:rtl/>
        </w:rPr>
        <w:t>این</w:t>
      </w:r>
      <w:r w:rsidRPr="0000691D">
        <w:rPr>
          <w:rFonts w:ascii="Tahoma" w:hAnsi="Tahoma" w:cs="B Mitra"/>
          <w:sz w:val="28"/>
          <w:szCs w:val="28"/>
        </w:rPr>
        <w:t xml:space="preserve"> </w:t>
      </w:r>
      <w:r w:rsidRPr="0000691D">
        <w:rPr>
          <w:rFonts w:ascii="Tahoma" w:hAnsi="Tahoma" w:cs="B Mitra"/>
          <w:sz w:val="28"/>
          <w:szCs w:val="28"/>
          <w:rtl/>
        </w:rPr>
        <w:t>کمک</w:t>
      </w:r>
      <w:r w:rsidRPr="0000691D">
        <w:rPr>
          <w:rFonts w:ascii="Tahoma" w:hAnsi="Tahoma" w:cs="B Mitra"/>
          <w:sz w:val="28"/>
          <w:szCs w:val="28"/>
        </w:rPr>
        <w:t>‌</w:t>
      </w:r>
      <w:r w:rsidRPr="0000691D">
        <w:rPr>
          <w:rFonts w:ascii="Tahoma" w:hAnsi="Tahoma" w:cs="B Mitra"/>
          <w:sz w:val="28"/>
          <w:szCs w:val="28"/>
          <w:rtl/>
        </w:rPr>
        <w:t>ها</w:t>
      </w:r>
      <w:r w:rsidRPr="0000691D">
        <w:rPr>
          <w:rFonts w:ascii="Tahoma" w:hAnsi="Tahoma" w:cs="B Mitra"/>
          <w:sz w:val="28"/>
          <w:szCs w:val="28"/>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اختیار</w:t>
      </w:r>
      <w:r w:rsidRPr="0000691D">
        <w:rPr>
          <w:rFonts w:ascii="Tahoma" w:hAnsi="Tahoma" w:cs="B Mitra"/>
          <w:sz w:val="28"/>
          <w:szCs w:val="28"/>
        </w:rPr>
        <w:t xml:space="preserve"> </w:t>
      </w:r>
      <w:r w:rsidRPr="0000691D">
        <w:rPr>
          <w:rFonts w:ascii="Tahoma" w:hAnsi="Tahoma" w:cs="B Mitra"/>
          <w:sz w:val="28"/>
          <w:szCs w:val="28"/>
          <w:rtl/>
        </w:rPr>
        <w:t>انجمن</w:t>
      </w:r>
      <w:r w:rsidRPr="0000691D">
        <w:rPr>
          <w:rFonts w:ascii="Tahoma" w:hAnsi="Tahoma" w:cs="B Mitra"/>
          <w:sz w:val="28"/>
          <w:szCs w:val="28"/>
        </w:rPr>
        <w:t>‌</w:t>
      </w:r>
      <w:r w:rsidRPr="0000691D">
        <w:rPr>
          <w:rFonts w:ascii="Tahoma" w:hAnsi="Tahoma" w:cs="B Mitra"/>
          <w:sz w:val="28"/>
          <w:szCs w:val="28"/>
          <w:rtl/>
        </w:rPr>
        <w:t>های</w:t>
      </w:r>
      <w:r w:rsidRPr="0000691D">
        <w:rPr>
          <w:rFonts w:ascii="Tahoma" w:hAnsi="Tahoma" w:cs="B Mitra"/>
          <w:sz w:val="28"/>
          <w:szCs w:val="28"/>
        </w:rPr>
        <w:t xml:space="preserve"> </w:t>
      </w:r>
      <w:r w:rsidRPr="0000691D">
        <w:rPr>
          <w:rFonts w:ascii="Tahoma" w:hAnsi="Tahoma" w:cs="B Mitra"/>
          <w:sz w:val="28"/>
          <w:szCs w:val="28"/>
          <w:rtl/>
        </w:rPr>
        <w:t>نابینایان</w:t>
      </w:r>
      <w:r w:rsidRPr="0000691D">
        <w:rPr>
          <w:rFonts w:ascii="Tahoma" w:hAnsi="Tahoma" w:cs="B Mitra"/>
          <w:sz w:val="28"/>
          <w:szCs w:val="28"/>
        </w:rPr>
        <w:t xml:space="preserve"> </w:t>
      </w:r>
      <w:r w:rsidRPr="0000691D">
        <w:rPr>
          <w:rFonts w:ascii="Tahoma" w:hAnsi="Tahoma" w:cs="B Mitra"/>
          <w:sz w:val="28"/>
          <w:szCs w:val="28"/>
          <w:rtl/>
        </w:rPr>
        <w:t>قرار</w:t>
      </w:r>
      <w:r w:rsidRPr="0000691D">
        <w:rPr>
          <w:rFonts w:ascii="Tahoma" w:hAnsi="Tahoma" w:cs="B Mitra"/>
          <w:sz w:val="28"/>
          <w:szCs w:val="28"/>
        </w:rPr>
        <w:t xml:space="preserve"> </w:t>
      </w:r>
      <w:r w:rsidRPr="0000691D">
        <w:rPr>
          <w:rFonts w:ascii="Tahoma" w:hAnsi="Tahoma" w:cs="B Mitra"/>
          <w:sz w:val="28"/>
          <w:szCs w:val="28"/>
          <w:rtl/>
        </w:rPr>
        <w:t>بگیرد.</w:t>
      </w:r>
    </w:p>
    <w:p w:rsidR="00A75B1C" w:rsidRPr="0000691D" w:rsidRDefault="00A75B1C" w:rsidP="0000691D">
      <w:pPr>
        <w:bidi/>
        <w:spacing w:after="160" w:line="360" w:lineRule="auto"/>
        <w:jc w:val="both"/>
        <w:rPr>
          <w:rFonts w:ascii="Tahoma" w:hAnsi="Tahoma" w:cs="B Mitra"/>
          <w:sz w:val="28"/>
          <w:szCs w:val="28"/>
          <w:rtl/>
        </w:rPr>
      </w:pP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استان</w:t>
      </w:r>
      <w:r w:rsidRPr="0000691D">
        <w:rPr>
          <w:rFonts w:ascii="Tahoma" w:hAnsi="Tahoma" w:cs="B Mitra"/>
          <w:sz w:val="28"/>
          <w:szCs w:val="28"/>
        </w:rPr>
        <w:t xml:space="preserve"> </w:t>
      </w:r>
      <w:r w:rsidRPr="0000691D">
        <w:rPr>
          <w:rFonts w:ascii="Tahoma" w:hAnsi="Tahoma" w:cs="B Mitra"/>
          <w:sz w:val="28"/>
          <w:szCs w:val="28"/>
          <w:rtl/>
        </w:rPr>
        <w:t>خراسان</w:t>
      </w:r>
      <w:r w:rsidRPr="0000691D">
        <w:rPr>
          <w:rFonts w:ascii="Tahoma" w:hAnsi="Tahoma" w:cs="B Mitra"/>
          <w:sz w:val="28"/>
          <w:szCs w:val="28"/>
        </w:rPr>
        <w:t xml:space="preserve"> </w:t>
      </w:r>
      <w:r w:rsidRPr="0000691D">
        <w:rPr>
          <w:rFonts w:ascii="Tahoma" w:hAnsi="Tahoma" w:cs="B Mitra"/>
          <w:sz w:val="28"/>
          <w:szCs w:val="28"/>
          <w:rtl/>
        </w:rPr>
        <w:t>رضوی</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شهر</w:t>
      </w:r>
      <w:r w:rsidRPr="0000691D">
        <w:rPr>
          <w:rFonts w:ascii="Tahoma" w:hAnsi="Tahoma" w:cs="B Mitra"/>
          <w:sz w:val="28"/>
          <w:szCs w:val="28"/>
        </w:rPr>
        <w:t xml:space="preserve"> </w:t>
      </w:r>
      <w:r w:rsidRPr="0000691D">
        <w:rPr>
          <w:rFonts w:ascii="Tahoma" w:hAnsi="Tahoma" w:cs="B Mitra"/>
          <w:sz w:val="28"/>
          <w:szCs w:val="28"/>
          <w:rtl/>
        </w:rPr>
        <w:t>مشهد،</w:t>
      </w:r>
      <w:r w:rsidRPr="0000691D">
        <w:rPr>
          <w:rFonts w:ascii="Tahoma" w:hAnsi="Tahoma" w:cs="B Mitra"/>
          <w:sz w:val="28"/>
          <w:szCs w:val="28"/>
        </w:rPr>
        <w:t xml:space="preserve"> </w:t>
      </w:r>
      <w:r w:rsidRPr="0000691D">
        <w:rPr>
          <w:rFonts w:ascii="Tahoma" w:hAnsi="Tahoma" w:cs="B Mitra"/>
          <w:sz w:val="28"/>
          <w:szCs w:val="28"/>
          <w:rtl/>
        </w:rPr>
        <w:t>۱۰۰</w:t>
      </w:r>
      <w:r w:rsidRPr="0000691D">
        <w:rPr>
          <w:rFonts w:ascii="Tahoma" w:hAnsi="Tahoma" w:cs="B Mitra"/>
          <w:sz w:val="28"/>
          <w:szCs w:val="28"/>
        </w:rPr>
        <w:t xml:space="preserve"> </w:t>
      </w:r>
      <w:r w:rsidRPr="0000691D">
        <w:rPr>
          <w:rFonts w:ascii="Tahoma" w:hAnsi="Tahoma" w:cs="B Mitra"/>
          <w:sz w:val="28"/>
          <w:szCs w:val="28"/>
          <w:rtl/>
        </w:rPr>
        <w:t>بسته</w:t>
      </w:r>
      <w:r w:rsidRPr="0000691D">
        <w:rPr>
          <w:rFonts w:ascii="Tahoma" w:hAnsi="Tahoma" w:cs="B Mitra"/>
          <w:sz w:val="28"/>
          <w:szCs w:val="28"/>
        </w:rPr>
        <w:t xml:space="preserve"> </w:t>
      </w:r>
      <w:r w:rsidRPr="0000691D">
        <w:rPr>
          <w:rFonts w:ascii="Tahoma" w:hAnsi="Tahoma" w:cs="B Mitra"/>
          <w:sz w:val="28"/>
          <w:szCs w:val="28"/>
          <w:rtl/>
        </w:rPr>
        <w:t>گوشت</w:t>
      </w:r>
      <w:r w:rsidRPr="0000691D">
        <w:rPr>
          <w:rFonts w:ascii="Tahoma" w:hAnsi="Tahoma" w:cs="B Mitra"/>
          <w:sz w:val="28"/>
          <w:szCs w:val="28"/>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اختیار</w:t>
      </w:r>
      <w:r w:rsidRPr="0000691D">
        <w:rPr>
          <w:rFonts w:ascii="Tahoma" w:hAnsi="Tahoma" w:cs="B Mitra"/>
          <w:sz w:val="28"/>
          <w:szCs w:val="28"/>
        </w:rPr>
        <w:t xml:space="preserve"> </w:t>
      </w:r>
      <w:r w:rsidRPr="0000691D">
        <w:rPr>
          <w:rFonts w:ascii="Tahoma" w:hAnsi="Tahoma" w:cs="B Mitra"/>
          <w:sz w:val="28"/>
          <w:szCs w:val="28"/>
          <w:rtl/>
        </w:rPr>
        <w:t>انجمن</w:t>
      </w:r>
      <w:r w:rsidRPr="0000691D">
        <w:rPr>
          <w:rFonts w:ascii="Tahoma" w:hAnsi="Tahoma" w:cs="B Mitra"/>
          <w:sz w:val="28"/>
          <w:szCs w:val="28"/>
        </w:rPr>
        <w:t xml:space="preserve"> </w:t>
      </w:r>
      <w:r w:rsidRPr="0000691D">
        <w:rPr>
          <w:rFonts w:ascii="Tahoma" w:hAnsi="Tahoma" w:cs="B Mitra"/>
          <w:sz w:val="28"/>
          <w:szCs w:val="28"/>
          <w:rtl/>
        </w:rPr>
        <w:t>رویای</w:t>
      </w:r>
      <w:r w:rsidRPr="0000691D">
        <w:rPr>
          <w:rFonts w:ascii="Tahoma" w:hAnsi="Tahoma" w:cs="B Mitra"/>
          <w:sz w:val="28"/>
          <w:szCs w:val="28"/>
        </w:rPr>
        <w:t xml:space="preserve"> </w:t>
      </w:r>
      <w:r w:rsidRPr="0000691D">
        <w:rPr>
          <w:rFonts w:ascii="Tahoma" w:hAnsi="Tahoma" w:cs="B Mitra"/>
          <w:sz w:val="28"/>
          <w:szCs w:val="28"/>
          <w:rtl/>
        </w:rPr>
        <w:t>سپیده</w:t>
      </w:r>
      <w:r w:rsidRPr="0000691D">
        <w:rPr>
          <w:rFonts w:ascii="Tahoma" w:hAnsi="Tahoma" w:cs="B Mitra"/>
          <w:sz w:val="28"/>
          <w:szCs w:val="28"/>
        </w:rPr>
        <w:t xml:space="preserve"> </w:t>
      </w:r>
      <w:r w:rsidRPr="0000691D">
        <w:rPr>
          <w:rFonts w:ascii="Tahoma" w:hAnsi="Tahoma" w:cs="B Mitra"/>
          <w:sz w:val="28"/>
          <w:szCs w:val="28"/>
          <w:rtl/>
        </w:rPr>
        <w:t>قرار</w:t>
      </w:r>
      <w:r w:rsidRPr="0000691D">
        <w:rPr>
          <w:rFonts w:ascii="Tahoma" w:hAnsi="Tahoma" w:cs="B Mitra"/>
          <w:sz w:val="28"/>
          <w:szCs w:val="28"/>
        </w:rPr>
        <w:t xml:space="preserve"> </w:t>
      </w:r>
      <w:r w:rsidRPr="0000691D">
        <w:rPr>
          <w:rFonts w:ascii="Tahoma" w:hAnsi="Tahoma" w:cs="B Mitra"/>
          <w:sz w:val="28"/>
          <w:szCs w:val="28"/>
          <w:rtl/>
        </w:rPr>
        <w:t>گرفت.</w:t>
      </w:r>
      <w:r w:rsidRPr="0000691D">
        <w:rPr>
          <w:rFonts w:ascii="Tahoma" w:hAnsi="Tahoma" w:cs="B Mitra"/>
          <w:sz w:val="28"/>
          <w:szCs w:val="28"/>
        </w:rPr>
        <w:t xml:space="preserve"> </w:t>
      </w:r>
      <w:r w:rsidRPr="0000691D">
        <w:rPr>
          <w:rFonts w:ascii="Tahoma" w:hAnsi="Tahoma" w:cs="B Mitra"/>
          <w:sz w:val="28"/>
          <w:szCs w:val="28"/>
          <w:rtl/>
        </w:rPr>
        <w:t>همچنین</w:t>
      </w:r>
      <w:r w:rsidRPr="0000691D">
        <w:rPr>
          <w:rFonts w:ascii="Tahoma" w:hAnsi="Tahoma" w:cs="B Mitra"/>
          <w:sz w:val="28"/>
          <w:szCs w:val="28"/>
        </w:rPr>
        <w:t xml:space="preserve"> </w:t>
      </w:r>
      <w:r w:rsidRPr="0000691D">
        <w:rPr>
          <w:rFonts w:ascii="Tahoma" w:hAnsi="Tahoma" w:cs="B Mitra"/>
          <w:sz w:val="28"/>
          <w:szCs w:val="28"/>
          <w:rtl/>
        </w:rPr>
        <w:t>برای</w:t>
      </w:r>
      <w:r w:rsidRPr="0000691D">
        <w:rPr>
          <w:rFonts w:ascii="Tahoma" w:hAnsi="Tahoma" w:cs="B Mitra"/>
          <w:sz w:val="28"/>
          <w:szCs w:val="28"/>
        </w:rPr>
        <w:t xml:space="preserve"> </w:t>
      </w:r>
      <w:r w:rsidRPr="0000691D">
        <w:rPr>
          <w:rFonts w:ascii="Tahoma" w:hAnsi="Tahoma" w:cs="B Mitra"/>
          <w:sz w:val="28"/>
          <w:szCs w:val="28"/>
          <w:rtl/>
        </w:rPr>
        <w:t>انجمن</w:t>
      </w:r>
      <w:r w:rsidRPr="0000691D">
        <w:rPr>
          <w:rFonts w:ascii="Tahoma" w:hAnsi="Tahoma" w:cs="B Mitra"/>
          <w:sz w:val="28"/>
          <w:szCs w:val="28"/>
        </w:rPr>
        <w:t xml:space="preserve"> </w:t>
      </w:r>
      <w:r w:rsidRPr="0000691D">
        <w:rPr>
          <w:rFonts w:ascii="Tahoma" w:hAnsi="Tahoma" w:cs="B Mitra"/>
          <w:sz w:val="28"/>
          <w:szCs w:val="28"/>
          <w:rtl/>
        </w:rPr>
        <w:t>نابینایان</w:t>
      </w:r>
      <w:r w:rsidRPr="0000691D">
        <w:rPr>
          <w:rFonts w:ascii="Tahoma" w:hAnsi="Tahoma" w:cs="B Mitra"/>
          <w:sz w:val="28"/>
          <w:szCs w:val="28"/>
        </w:rPr>
        <w:t xml:space="preserve"> </w:t>
      </w:r>
      <w:r w:rsidRPr="0000691D">
        <w:rPr>
          <w:rFonts w:ascii="Tahoma" w:hAnsi="Tahoma" w:cs="B Mitra"/>
          <w:sz w:val="28"/>
          <w:szCs w:val="28"/>
          <w:rtl/>
        </w:rPr>
        <w:t>خواف</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انجمن</w:t>
      </w:r>
      <w:r w:rsidRPr="0000691D">
        <w:rPr>
          <w:rFonts w:ascii="Tahoma" w:hAnsi="Tahoma" w:cs="B Mitra"/>
          <w:sz w:val="28"/>
          <w:szCs w:val="28"/>
        </w:rPr>
        <w:t xml:space="preserve"> </w:t>
      </w:r>
      <w:r w:rsidRPr="0000691D">
        <w:rPr>
          <w:rFonts w:ascii="Tahoma" w:hAnsi="Tahoma" w:cs="B Mitra"/>
          <w:sz w:val="28"/>
          <w:szCs w:val="28"/>
          <w:rtl/>
        </w:rPr>
        <w:t>نابینایان</w:t>
      </w:r>
      <w:r w:rsidRPr="0000691D">
        <w:rPr>
          <w:rFonts w:ascii="Tahoma" w:hAnsi="Tahoma" w:cs="B Mitra"/>
          <w:sz w:val="28"/>
          <w:szCs w:val="28"/>
        </w:rPr>
        <w:t xml:space="preserve"> </w:t>
      </w:r>
      <w:r w:rsidRPr="0000691D">
        <w:rPr>
          <w:rFonts w:ascii="Tahoma" w:hAnsi="Tahoma" w:cs="B Mitra"/>
          <w:sz w:val="28"/>
          <w:szCs w:val="28"/>
          <w:rtl/>
        </w:rPr>
        <w:t>بیرجند</w:t>
      </w:r>
      <w:r w:rsidRPr="0000691D">
        <w:rPr>
          <w:rFonts w:ascii="Tahoma" w:hAnsi="Tahoma" w:cs="B Mitra"/>
          <w:sz w:val="28"/>
          <w:szCs w:val="28"/>
        </w:rPr>
        <w:t xml:space="preserve"> </w:t>
      </w:r>
      <w:r w:rsidRPr="0000691D">
        <w:rPr>
          <w:rFonts w:ascii="Tahoma" w:hAnsi="Tahoma" w:cs="B Mitra"/>
          <w:sz w:val="28"/>
          <w:szCs w:val="28"/>
          <w:rtl/>
        </w:rPr>
        <w:t>نیز</w:t>
      </w:r>
      <w:r w:rsidRPr="0000691D">
        <w:rPr>
          <w:rFonts w:ascii="Tahoma" w:hAnsi="Tahoma" w:cs="B Mitra"/>
          <w:sz w:val="28"/>
          <w:szCs w:val="28"/>
        </w:rPr>
        <w:t xml:space="preserve"> </w:t>
      </w:r>
      <w:r w:rsidRPr="0000691D">
        <w:rPr>
          <w:rFonts w:ascii="Tahoma" w:hAnsi="Tahoma" w:cs="B Mitra"/>
          <w:sz w:val="28"/>
          <w:szCs w:val="28"/>
          <w:rtl/>
        </w:rPr>
        <w:t>بسته</w:t>
      </w:r>
      <w:r w:rsidRPr="0000691D">
        <w:rPr>
          <w:rFonts w:ascii="Tahoma" w:hAnsi="Tahoma" w:cs="B Mitra"/>
          <w:sz w:val="28"/>
          <w:szCs w:val="28"/>
        </w:rPr>
        <w:t>‌</w:t>
      </w:r>
      <w:r w:rsidRPr="0000691D">
        <w:rPr>
          <w:rFonts w:ascii="Tahoma" w:hAnsi="Tahoma" w:cs="B Mitra"/>
          <w:sz w:val="28"/>
          <w:szCs w:val="28"/>
          <w:rtl/>
        </w:rPr>
        <w:t>های</w:t>
      </w:r>
      <w:r w:rsidRPr="0000691D">
        <w:rPr>
          <w:rFonts w:ascii="Tahoma" w:hAnsi="Tahoma" w:cs="B Mitra"/>
          <w:sz w:val="28"/>
          <w:szCs w:val="28"/>
        </w:rPr>
        <w:t xml:space="preserve"> </w:t>
      </w:r>
      <w:r w:rsidRPr="0000691D">
        <w:rPr>
          <w:rFonts w:ascii="Tahoma" w:hAnsi="Tahoma" w:cs="B Mitra"/>
          <w:sz w:val="28"/>
          <w:szCs w:val="28"/>
          <w:rtl/>
        </w:rPr>
        <w:t>گوشت</w:t>
      </w:r>
      <w:r w:rsidRPr="0000691D">
        <w:rPr>
          <w:rFonts w:ascii="Tahoma" w:hAnsi="Tahoma" w:cs="B Mitra"/>
          <w:sz w:val="28"/>
          <w:szCs w:val="28"/>
        </w:rPr>
        <w:t xml:space="preserve"> </w:t>
      </w:r>
      <w:r w:rsidRPr="0000691D">
        <w:rPr>
          <w:rFonts w:ascii="Tahoma" w:hAnsi="Tahoma" w:cs="B Mitra"/>
          <w:sz w:val="28"/>
          <w:szCs w:val="28"/>
          <w:rtl/>
        </w:rPr>
        <w:t>در</w:t>
      </w:r>
      <w:r w:rsidRPr="0000691D">
        <w:rPr>
          <w:rFonts w:ascii="Tahoma" w:hAnsi="Tahoma" w:cs="B Mitra"/>
          <w:sz w:val="28"/>
          <w:szCs w:val="28"/>
        </w:rPr>
        <w:t xml:space="preserve"> </w:t>
      </w:r>
      <w:r w:rsidRPr="0000691D">
        <w:rPr>
          <w:rFonts w:ascii="Tahoma" w:hAnsi="Tahoma" w:cs="B Mitra"/>
          <w:sz w:val="28"/>
          <w:szCs w:val="28"/>
          <w:rtl/>
        </w:rPr>
        <w:t>نظر</w:t>
      </w:r>
      <w:r w:rsidRPr="0000691D">
        <w:rPr>
          <w:rFonts w:ascii="Tahoma" w:hAnsi="Tahoma" w:cs="B Mitra"/>
          <w:sz w:val="28"/>
          <w:szCs w:val="28"/>
        </w:rPr>
        <w:t xml:space="preserve"> </w:t>
      </w:r>
      <w:r w:rsidRPr="0000691D">
        <w:rPr>
          <w:rFonts w:ascii="Tahoma" w:hAnsi="Tahoma" w:cs="B Mitra"/>
          <w:sz w:val="28"/>
          <w:szCs w:val="28"/>
          <w:rtl/>
        </w:rPr>
        <w:t>گرفته</w:t>
      </w:r>
      <w:r w:rsidRPr="0000691D">
        <w:rPr>
          <w:rFonts w:ascii="Tahoma" w:hAnsi="Tahoma" w:cs="B Mitra"/>
          <w:sz w:val="28"/>
          <w:szCs w:val="28"/>
        </w:rPr>
        <w:t xml:space="preserve"> </w:t>
      </w:r>
      <w:r w:rsidRPr="0000691D">
        <w:rPr>
          <w:rFonts w:ascii="Tahoma" w:hAnsi="Tahoma" w:cs="B Mitra"/>
          <w:sz w:val="28"/>
          <w:szCs w:val="28"/>
          <w:rtl/>
        </w:rPr>
        <w:t>شد</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این</w:t>
      </w:r>
      <w:r w:rsidRPr="0000691D">
        <w:rPr>
          <w:rFonts w:ascii="Tahoma" w:hAnsi="Tahoma" w:cs="B Mitra"/>
          <w:sz w:val="28"/>
          <w:szCs w:val="28"/>
        </w:rPr>
        <w:t xml:space="preserve"> </w:t>
      </w:r>
      <w:r w:rsidRPr="0000691D">
        <w:rPr>
          <w:rFonts w:ascii="Tahoma" w:hAnsi="Tahoma" w:cs="B Mitra"/>
          <w:sz w:val="28"/>
          <w:szCs w:val="28"/>
          <w:rtl/>
        </w:rPr>
        <w:t>کمک</w:t>
      </w:r>
      <w:r w:rsidRPr="0000691D">
        <w:rPr>
          <w:rFonts w:ascii="Tahoma" w:hAnsi="Tahoma" w:cs="B Mitra"/>
          <w:sz w:val="28"/>
          <w:szCs w:val="28"/>
        </w:rPr>
        <w:t>‌</w:t>
      </w:r>
      <w:r w:rsidRPr="0000691D">
        <w:rPr>
          <w:rFonts w:ascii="Tahoma" w:hAnsi="Tahoma" w:cs="B Mitra"/>
          <w:sz w:val="28"/>
          <w:szCs w:val="28"/>
          <w:rtl/>
        </w:rPr>
        <w:t>ها</w:t>
      </w:r>
      <w:r w:rsidRPr="0000691D">
        <w:rPr>
          <w:rFonts w:ascii="Tahoma" w:hAnsi="Tahoma" w:cs="B Mitra"/>
          <w:sz w:val="28"/>
          <w:szCs w:val="28"/>
        </w:rPr>
        <w:t xml:space="preserve"> </w:t>
      </w:r>
      <w:r w:rsidRPr="0000691D">
        <w:rPr>
          <w:rFonts w:ascii="Tahoma" w:hAnsi="Tahoma" w:cs="B Mitra"/>
          <w:sz w:val="28"/>
          <w:szCs w:val="28"/>
          <w:rtl/>
        </w:rPr>
        <w:t>برای</w:t>
      </w:r>
      <w:r w:rsidRPr="0000691D">
        <w:rPr>
          <w:rFonts w:ascii="Tahoma" w:hAnsi="Tahoma" w:cs="B Mitra"/>
          <w:sz w:val="28"/>
          <w:szCs w:val="28"/>
        </w:rPr>
        <w:t xml:space="preserve"> </w:t>
      </w:r>
      <w:r w:rsidRPr="0000691D">
        <w:rPr>
          <w:rFonts w:ascii="Tahoma" w:hAnsi="Tahoma" w:cs="B Mitra"/>
          <w:sz w:val="28"/>
          <w:szCs w:val="28"/>
          <w:rtl/>
        </w:rPr>
        <w:t>توزیع</w:t>
      </w:r>
      <w:r w:rsidRPr="0000691D">
        <w:rPr>
          <w:rFonts w:ascii="Tahoma" w:hAnsi="Tahoma" w:cs="B Mitra"/>
          <w:sz w:val="28"/>
          <w:szCs w:val="28"/>
        </w:rPr>
        <w:t xml:space="preserve"> </w:t>
      </w:r>
      <w:r w:rsidRPr="0000691D">
        <w:rPr>
          <w:rFonts w:ascii="Tahoma" w:hAnsi="Tahoma" w:cs="B Mitra"/>
          <w:sz w:val="28"/>
          <w:szCs w:val="28"/>
          <w:rtl/>
        </w:rPr>
        <w:t>میان</w:t>
      </w:r>
      <w:r w:rsidRPr="0000691D">
        <w:rPr>
          <w:rFonts w:ascii="Tahoma" w:hAnsi="Tahoma" w:cs="B Mitra"/>
          <w:sz w:val="28"/>
          <w:szCs w:val="28"/>
        </w:rPr>
        <w:t xml:space="preserve"> </w:t>
      </w:r>
      <w:r w:rsidRPr="0000691D">
        <w:rPr>
          <w:rFonts w:ascii="Tahoma" w:hAnsi="Tahoma" w:cs="B Mitra"/>
          <w:sz w:val="28"/>
          <w:szCs w:val="28"/>
          <w:rtl/>
        </w:rPr>
        <w:t>عزیزان</w:t>
      </w:r>
      <w:r w:rsidRPr="0000691D">
        <w:rPr>
          <w:rFonts w:ascii="Tahoma" w:hAnsi="Tahoma" w:cs="B Mitra"/>
          <w:sz w:val="28"/>
          <w:szCs w:val="28"/>
        </w:rPr>
        <w:t xml:space="preserve"> </w:t>
      </w:r>
      <w:r w:rsidRPr="0000691D">
        <w:rPr>
          <w:rFonts w:ascii="Tahoma" w:hAnsi="Tahoma" w:cs="B Mitra"/>
          <w:sz w:val="28"/>
          <w:szCs w:val="28"/>
          <w:rtl/>
        </w:rPr>
        <w:t>نابینا</w:t>
      </w:r>
      <w:r w:rsidRPr="0000691D">
        <w:rPr>
          <w:rFonts w:ascii="Tahoma" w:hAnsi="Tahoma" w:cs="B Mitra"/>
          <w:sz w:val="28"/>
          <w:szCs w:val="28"/>
        </w:rPr>
        <w:t xml:space="preserve"> </w:t>
      </w:r>
      <w:r w:rsidRPr="0000691D">
        <w:rPr>
          <w:rFonts w:ascii="Tahoma" w:hAnsi="Tahoma" w:cs="B Mitra"/>
          <w:sz w:val="28"/>
          <w:szCs w:val="28"/>
          <w:rtl/>
        </w:rPr>
        <w:t>ارسال</w:t>
      </w:r>
      <w:r w:rsidRPr="0000691D">
        <w:rPr>
          <w:rFonts w:ascii="Tahoma" w:hAnsi="Tahoma" w:cs="B Mitra"/>
          <w:sz w:val="28"/>
          <w:szCs w:val="28"/>
        </w:rPr>
        <w:t xml:space="preserve"> </w:t>
      </w:r>
      <w:r w:rsidRPr="0000691D">
        <w:rPr>
          <w:rFonts w:ascii="Tahoma" w:hAnsi="Tahoma" w:cs="B Mitra"/>
          <w:sz w:val="28"/>
          <w:szCs w:val="28"/>
          <w:rtl/>
        </w:rPr>
        <w:t>و</w:t>
      </w:r>
      <w:r w:rsidRPr="0000691D">
        <w:rPr>
          <w:rFonts w:ascii="Tahoma" w:hAnsi="Tahoma" w:cs="B Mitra"/>
          <w:sz w:val="28"/>
          <w:szCs w:val="28"/>
        </w:rPr>
        <w:t xml:space="preserve"> </w:t>
      </w:r>
      <w:r w:rsidRPr="0000691D">
        <w:rPr>
          <w:rFonts w:ascii="Tahoma" w:hAnsi="Tahoma" w:cs="B Mitra"/>
          <w:sz w:val="28"/>
          <w:szCs w:val="28"/>
          <w:rtl/>
        </w:rPr>
        <w:t>برنامه</w:t>
      </w:r>
      <w:r w:rsidRPr="0000691D">
        <w:rPr>
          <w:rFonts w:ascii="Tahoma" w:hAnsi="Tahoma" w:cs="B Mitra"/>
          <w:sz w:val="28"/>
          <w:szCs w:val="28"/>
        </w:rPr>
        <w:t>‌</w:t>
      </w:r>
      <w:r w:rsidRPr="0000691D">
        <w:rPr>
          <w:rFonts w:ascii="Tahoma" w:hAnsi="Tahoma" w:cs="B Mitra"/>
          <w:sz w:val="28"/>
          <w:szCs w:val="28"/>
          <w:rtl/>
        </w:rPr>
        <w:t>ریزی</w:t>
      </w:r>
      <w:r w:rsidRPr="0000691D">
        <w:rPr>
          <w:rFonts w:ascii="Tahoma" w:hAnsi="Tahoma" w:cs="B Mitra"/>
          <w:sz w:val="28"/>
          <w:szCs w:val="28"/>
        </w:rPr>
        <w:t xml:space="preserve"> </w:t>
      </w:r>
      <w:r w:rsidRPr="0000691D">
        <w:rPr>
          <w:rFonts w:ascii="Tahoma" w:hAnsi="Tahoma" w:cs="B Mitra"/>
          <w:sz w:val="28"/>
          <w:szCs w:val="28"/>
          <w:rtl/>
        </w:rPr>
        <w:t>شد.</w:t>
      </w:r>
    </w:p>
    <w:p w:rsidR="00A75B1C" w:rsidRPr="0000691D" w:rsidRDefault="00A75B1C" w:rsidP="0000691D">
      <w:pPr>
        <w:bidi/>
        <w:spacing w:after="160" w:line="360" w:lineRule="auto"/>
        <w:jc w:val="both"/>
        <w:rPr>
          <w:rFonts w:cs="B Mitra"/>
          <w:sz w:val="28"/>
          <w:szCs w:val="28"/>
          <w:rtl/>
          <w:lang w:bidi="fa-IR"/>
        </w:rPr>
      </w:pPr>
      <w:r w:rsidRPr="0000691D">
        <w:rPr>
          <w:rFonts w:cs="B Mitra" w:hint="cs"/>
          <w:sz w:val="28"/>
          <w:szCs w:val="28"/>
          <w:rtl/>
          <w:lang w:bidi="fa-IR"/>
        </w:rPr>
        <w:t>در پایان، برای شما دنبال کنندگان گزارش‌های اقدامات انجمن نابینایان، از خداوند منان موفقیت و سربلندی آرزو می‌کنم.</w:t>
      </w:r>
    </w:p>
    <w:p w:rsidR="0000691D" w:rsidRDefault="0000691D" w:rsidP="0000691D">
      <w:pPr>
        <w:spacing w:line="360" w:lineRule="auto"/>
        <w:jc w:val="both"/>
        <w:rPr>
          <w:rFonts w:cs="B Mitra"/>
          <w:b/>
          <w:bCs/>
          <w:sz w:val="28"/>
          <w:szCs w:val="28"/>
        </w:rPr>
      </w:pPr>
    </w:p>
    <w:p w:rsidR="00A75B1C" w:rsidRPr="0000691D" w:rsidRDefault="00A75B1C" w:rsidP="0000691D">
      <w:pPr>
        <w:pStyle w:val="Heading2"/>
        <w:bidi/>
        <w:spacing w:line="360" w:lineRule="auto"/>
        <w:rPr>
          <w:rFonts w:cs="B Mitra"/>
          <w:color w:val="4472C4" w:themeColor="accent5"/>
          <w:sz w:val="32"/>
          <w:szCs w:val="32"/>
          <w:rtl/>
        </w:rPr>
      </w:pPr>
      <w:bookmarkStart w:id="20" w:name="_Toc243400527"/>
      <w:r w:rsidRPr="0000691D">
        <w:rPr>
          <w:rFonts w:cs="B Mitra"/>
          <w:color w:val="4472C4" w:themeColor="accent5"/>
          <w:sz w:val="32"/>
          <w:szCs w:val="32"/>
          <w:rtl/>
        </w:rPr>
        <w:t>پ</w:t>
      </w:r>
      <w:r w:rsidRPr="0000691D">
        <w:rPr>
          <w:rFonts w:cs="B Mitra" w:hint="cs"/>
          <w:color w:val="4472C4" w:themeColor="accent5"/>
          <w:sz w:val="32"/>
          <w:szCs w:val="32"/>
          <w:rtl/>
        </w:rPr>
        <w:t>یشخوان</w:t>
      </w:r>
      <w:r w:rsidR="0000691D" w:rsidRPr="0000691D">
        <w:rPr>
          <w:rFonts w:cs="B Mitra"/>
          <w:color w:val="4472C4" w:themeColor="accent5"/>
          <w:sz w:val="32"/>
          <w:szCs w:val="32"/>
        </w:rPr>
        <w:t xml:space="preserve"> </w:t>
      </w:r>
      <w:r w:rsidR="0000691D" w:rsidRPr="0000691D">
        <w:rPr>
          <w:rFonts w:cs="B Mitra" w:hint="cs"/>
          <w:color w:val="4472C4" w:themeColor="accent5"/>
          <w:sz w:val="32"/>
          <w:szCs w:val="32"/>
          <w:rtl/>
          <w:lang w:bidi="fa-IR"/>
        </w:rPr>
        <w:t xml:space="preserve">، </w:t>
      </w:r>
      <w:r w:rsidRPr="0000691D">
        <w:rPr>
          <w:rFonts w:cs="B Mitra"/>
          <w:color w:val="4472C4" w:themeColor="accent5"/>
          <w:sz w:val="32"/>
          <w:szCs w:val="32"/>
          <w:rtl/>
        </w:rPr>
        <w:t xml:space="preserve"> مرور</w:t>
      </w:r>
      <w:r w:rsidRPr="0000691D">
        <w:rPr>
          <w:rFonts w:cs="B Mitra" w:hint="cs"/>
          <w:color w:val="4472C4" w:themeColor="accent5"/>
          <w:sz w:val="32"/>
          <w:szCs w:val="32"/>
          <w:rtl/>
        </w:rPr>
        <w:t>ی</w:t>
      </w:r>
      <w:r w:rsidRPr="0000691D">
        <w:rPr>
          <w:rFonts w:cs="B Mitra"/>
          <w:color w:val="4472C4" w:themeColor="accent5"/>
          <w:sz w:val="32"/>
          <w:szCs w:val="32"/>
          <w:rtl/>
        </w:rPr>
        <w:t xml:space="preserve"> بر تازه‌تر</w:t>
      </w:r>
      <w:r w:rsidRPr="0000691D">
        <w:rPr>
          <w:rFonts w:cs="B Mitra" w:hint="cs"/>
          <w:color w:val="4472C4" w:themeColor="accent5"/>
          <w:sz w:val="32"/>
          <w:szCs w:val="32"/>
          <w:rtl/>
        </w:rPr>
        <w:t>ین</w:t>
      </w:r>
      <w:r w:rsidRPr="0000691D">
        <w:rPr>
          <w:rFonts w:cs="B Mitra"/>
          <w:color w:val="4472C4" w:themeColor="accent5"/>
          <w:sz w:val="32"/>
          <w:szCs w:val="32"/>
          <w:rtl/>
        </w:rPr>
        <w:t xml:space="preserve"> پادکست‌ها و نشر</w:t>
      </w:r>
      <w:r w:rsidRPr="0000691D">
        <w:rPr>
          <w:rFonts w:cs="B Mitra" w:hint="cs"/>
          <w:color w:val="4472C4" w:themeColor="accent5"/>
          <w:sz w:val="32"/>
          <w:szCs w:val="32"/>
          <w:rtl/>
        </w:rPr>
        <w:t>یات</w:t>
      </w:r>
      <w:r w:rsidRPr="0000691D">
        <w:rPr>
          <w:rFonts w:cs="B Mitra"/>
          <w:color w:val="4472C4" w:themeColor="accent5"/>
          <w:sz w:val="32"/>
          <w:szCs w:val="32"/>
          <w:rtl/>
        </w:rPr>
        <w:t xml:space="preserve"> ب</w:t>
      </w:r>
      <w:r w:rsidRPr="0000691D">
        <w:rPr>
          <w:rFonts w:cs="B Mitra" w:hint="cs"/>
          <w:color w:val="4472C4" w:themeColor="accent5"/>
          <w:sz w:val="32"/>
          <w:szCs w:val="32"/>
          <w:rtl/>
        </w:rPr>
        <w:t>ین‌المللی</w:t>
      </w:r>
      <w:r w:rsidRPr="0000691D">
        <w:rPr>
          <w:rFonts w:cs="B Mitra"/>
          <w:color w:val="4472C4" w:themeColor="accent5"/>
          <w:sz w:val="32"/>
          <w:szCs w:val="32"/>
          <w:rtl/>
        </w:rPr>
        <w:t xml:space="preserve"> و</w:t>
      </w:r>
      <w:r w:rsidRPr="0000691D">
        <w:rPr>
          <w:rFonts w:cs="B Mitra" w:hint="cs"/>
          <w:color w:val="4472C4" w:themeColor="accent5"/>
          <w:sz w:val="32"/>
          <w:szCs w:val="32"/>
          <w:rtl/>
        </w:rPr>
        <w:t>یژه</w:t>
      </w:r>
      <w:r w:rsidRPr="0000691D">
        <w:rPr>
          <w:rFonts w:cs="B Mitra"/>
          <w:color w:val="4472C4" w:themeColor="accent5"/>
          <w:sz w:val="32"/>
          <w:szCs w:val="32"/>
          <w:rtl/>
        </w:rPr>
        <w:t xml:space="preserve"> افراد با آس</w:t>
      </w:r>
      <w:r w:rsidRPr="0000691D">
        <w:rPr>
          <w:rFonts w:cs="B Mitra" w:hint="cs"/>
          <w:color w:val="4472C4" w:themeColor="accent5"/>
          <w:sz w:val="32"/>
          <w:szCs w:val="32"/>
          <w:rtl/>
        </w:rPr>
        <w:t>یب</w:t>
      </w:r>
      <w:r w:rsidRPr="0000691D">
        <w:rPr>
          <w:rFonts w:cs="B Mitra"/>
          <w:color w:val="4472C4" w:themeColor="accent5"/>
          <w:sz w:val="32"/>
          <w:szCs w:val="32"/>
          <w:rtl/>
        </w:rPr>
        <w:t xml:space="preserve"> ب</w:t>
      </w:r>
      <w:r w:rsidRPr="0000691D">
        <w:rPr>
          <w:rFonts w:cs="B Mitra" w:hint="cs"/>
          <w:color w:val="4472C4" w:themeColor="accent5"/>
          <w:sz w:val="32"/>
          <w:szCs w:val="32"/>
          <w:rtl/>
        </w:rPr>
        <w:t>ینایی</w:t>
      </w:r>
      <w:bookmarkEnd w:id="20"/>
    </w:p>
    <w:p w:rsidR="00A75B1C" w:rsidRPr="0000691D" w:rsidRDefault="00A75B1C" w:rsidP="0000691D">
      <w:pPr>
        <w:bidi/>
        <w:spacing w:line="360" w:lineRule="auto"/>
        <w:jc w:val="both"/>
        <w:rPr>
          <w:rFonts w:cs="B Mitra"/>
          <w:b/>
          <w:bCs/>
          <w:sz w:val="28"/>
          <w:szCs w:val="28"/>
          <w:rtl/>
        </w:rPr>
      </w:pPr>
      <w:r w:rsidRPr="0000691D">
        <w:rPr>
          <w:rFonts w:cs="B Mitra" w:hint="cs"/>
          <w:b/>
          <w:bCs/>
          <w:sz w:val="28"/>
          <w:szCs w:val="28"/>
          <w:rtl/>
        </w:rPr>
        <w:t>علی</w:t>
      </w:r>
      <w:r w:rsidRPr="0000691D">
        <w:rPr>
          <w:rFonts w:cs="B Mitra"/>
          <w:b/>
          <w:bCs/>
          <w:sz w:val="28"/>
          <w:szCs w:val="28"/>
          <w:rtl/>
        </w:rPr>
        <w:t xml:space="preserve"> پنجه‌ا</w:t>
      </w:r>
      <w:r w:rsidRPr="0000691D">
        <w:rPr>
          <w:rFonts w:cs="B Mitra" w:hint="cs"/>
          <w:b/>
          <w:bCs/>
          <w:sz w:val="28"/>
          <w:szCs w:val="28"/>
          <w:rtl/>
        </w:rPr>
        <w:t>ی</w:t>
      </w:r>
    </w:p>
    <w:p w:rsidR="00A75B1C" w:rsidRPr="0000691D" w:rsidRDefault="00A75B1C" w:rsidP="0000691D">
      <w:pPr>
        <w:bidi/>
        <w:spacing w:line="360" w:lineRule="auto"/>
        <w:jc w:val="both"/>
        <w:rPr>
          <w:rFonts w:cs="B Mitra"/>
          <w:sz w:val="28"/>
          <w:szCs w:val="28"/>
          <w:rtl/>
        </w:rPr>
      </w:pPr>
      <w:r w:rsidRPr="0000691D">
        <w:rPr>
          <w:rFonts w:cs="B Mitra" w:hint="cs"/>
          <w:sz w:val="28"/>
          <w:szCs w:val="28"/>
          <w:rtl/>
        </w:rPr>
        <w:t>به</w:t>
      </w:r>
      <w:r w:rsidRPr="0000691D">
        <w:rPr>
          <w:rFonts w:cs="B Mitra"/>
          <w:sz w:val="28"/>
          <w:szCs w:val="28"/>
          <w:rtl/>
        </w:rPr>
        <w:t xml:space="preserve"> پ</w:t>
      </w:r>
      <w:r w:rsidRPr="0000691D">
        <w:rPr>
          <w:rFonts w:cs="B Mitra" w:hint="cs"/>
          <w:sz w:val="28"/>
          <w:szCs w:val="28"/>
          <w:rtl/>
        </w:rPr>
        <w:t>یشخوان</w:t>
      </w:r>
      <w:r w:rsidRPr="0000691D">
        <w:rPr>
          <w:rFonts w:cs="B Mitra"/>
          <w:sz w:val="28"/>
          <w:szCs w:val="28"/>
          <w:rtl/>
        </w:rPr>
        <w:t xml:space="preserve"> مهرماه خوش آمد</w:t>
      </w:r>
      <w:r w:rsidRPr="0000691D">
        <w:rPr>
          <w:rFonts w:cs="B Mitra" w:hint="cs"/>
          <w:sz w:val="28"/>
          <w:szCs w:val="28"/>
          <w:rtl/>
        </w:rPr>
        <w:t>ید</w:t>
      </w:r>
      <w:r w:rsidRPr="0000691D">
        <w:rPr>
          <w:rFonts w:cs="B Mitra"/>
          <w:sz w:val="28"/>
          <w:szCs w:val="28"/>
          <w:rtl/>
        </w:rPr>
        <w:t>. در ا</w:t>
      </w:r>
      <w:r w:rsidRPr="0000691D">
        <w:rPr>
          <w:rFonts w:cs="B Mitra" w:hint="cs"/>
          <w:sz w:val="28"/>
          <w:szCs w:val="28"/>
          <w:rtl/>
        </w:rPr>
        <w:t>ین</w:t>
      </w:r>
      <w:r w:rsidRPr="0000691D">
        <w:rPr>
          <w:rFonts w:cs="B Mitra"/>
          <w:sz w:val="28"/>
          <w:szCs w:val="28"/>
          <w:rtl/>
        </w:rPr>
        <w:t xml:space="preserve"> شماره، تکنولوژ</w:t>
      </w:r>
      <w:r w:rsidRPr="0000691D">
        <w:rPr>
          <w:rFonts w:cs="B Mitra" w:hint="cs"/>
          <w:sz w:val="28"/>
          <w:szCs w:val="28"/>
          <w:rtl/>
        </w:rPr>
        <w:t>ی</w:t>
      </w:r>
      <w:r w:rsidRPr="0000691D">
        <w:rPr>
          <w:rFonts w:cs="B Mitra"/>
          <w:sz w:val="28"/>
          <w:szCs w:val="28"/>
          <w:rtl/>
        </w:rPr>
        <w:t xml:space="preserve"> را با چاشن</w:t>
      </w:r>
      <w:r w:rsidRPr="0000691D">
        <w:rPr>
          <w:rFonts w:cs="B Mitra" w:hint="cs"/>
          <w:sz w:val="28"/>
          <w:szCs w:val="28"/>
          <w:rtl/>
        </w:rPr>
        <w:t>ی</w:t>
      </w:r>
      <w:r w:rsidRPr="0000691D">
        <w:rPr>
          <w:rFonts w:cs="B Mitra"/>
          <w:sz w:val="28"/>
          <w:szCs w:val="28"/>
          <w:rtl/>
        </w:rPr>
        <w:t xml:space="preserve"> نوآور</w:t>
      </w:r>
      <w:r w:rsidRPr="0000691D">
        <w:rPr>
          <w:rFonts w:cs="B Mitra" w:hint="cs"/>
          <w:sz w:val="28"/>
          <w:szCs w:val="28"/>
          <w:rtl/>
        </w:rPr>
        <w:t>ی،</w:t>
      </w:r>
      <w:r w:rsidRPr="0000691D">
        <w:rPr>
          <w:rFonts w:cs="B Mitra"/>
          <w:sz w:val="28"/>
          <w:szCs w:val="28"/>
          <w:rtl/>
        </w:rPr>
        <w:t xml:space="preserve"> گذار و عبرت بررس</w:t>
      </w:r>
      <w:r w:rsidRPr="0000691D">
        <w:rPr>
          <w:rFonts w:cs="B Mitra" w:hint="cs"/>
          <w:sz w:val="28"/>
          <w:szCs w:val="28"/>
          <w:rtl/>
        </w:rPr>
        <w:t>ی</w:t>
      </w:r>
      <w:r w:rsidRPr="0000691D">
        <w:rPr>
          <w:rFonts w:cs="B Mitra"/>
          <w:sz w:val="28"/>
          <w:szCs w:val="28"/>
          <w:rtl/>
        </w:rPr>
        <w:t xml:space="preserve"> خواه</w:t>
      </w:r>
      <w:r w:rsidRPr="0000691D">
        <w:rPr>
          <w:rFonts w:cs="B Mitra" w:hint="cs"/>
          <w:sz w:val="28"/>
          <w:szCs w:val="28"/>
          <w:rtl/>
        </w:rPr>
        <w:t>یم</w:t>
      </w:r>
      <w:r w:rsidRPr="0000691D">
        <w:rPr>
          <w:rFonts w:cs="B Mitra"/>
          <w:sz w:val="28"/>
          <w:szCs w:val="28"/>
          <w:rtl/>
        </w:rPr>
        <w:t xml:space="preserve"> کرد. با ما همراه باش</w:t>
      </w:r>
      <w:r w:rsidRPr="0000691D">
        <w:rPr>
          <w:rFonts w:cs="B Mitra" w:hint="cs"/>
          <w:sz w:val="28"/>
          <w:szCs w:val="28"/>
          <w:rtl/>
        </w:rPr>
        <w:t>ید</w:t>
      </w:r>
      <w:r w:rsidRPr="0000691D">
        <w:rPr>
          <w:rFonts w:cs="B Mitra"/>
          <w:sz w:val="28"/>
          <w:szCs w:val="28"/>
          <w:rtl/>
        </w:rPr>
        <w:t>.</w:t>
      </w:r>
    </w:p>
    <w:p w:rsidR="00A75B1C" w:rsidRDefault="00A75B1C" w:rsidP="0000691D">
      <w:pPr>
        <w:pStyle w:val="Heading3"/>
        <w:bidi/>
        <w:spacing w:line="360" w:lineRule="auto"/>
        <w:rPr>
          <w:rFonts w:cs="B Mitra"/>
          <w:color w:val="70AD47" w:themeColor="accent6"/>
          <w:sz w:val="28"/>
          <w:szCs w:val="28"/>
        </w:rPr>
      </w:pPr>
      <w:bookmarkStart w:id="21" w:name="_Toc243400528"/>
      <w:r w:rsidRPr="0000691D">
        <w:rPr>
          <w:rFonts w:cs="B Mitra" w:hint="cs"/>
          <w:color w:val="70AD47" w:themeColor="accent6"/>
          <w:sz w:val="28"/>
          <w:szCs w:val="28"/>
          <w:rtl/>
        </w:rPr>
        <w:lastRenderedPageBreak/>
        <w:t>فراتر</w:t>
      </w:r>
      <w:r w:rsidRPr="0000691D">
        <w:rPr>
          <w:rFonts w:cs="B Mitra"/>
          <w:color w:val="70AD47" w:themeColor="accent6"/>
          <w:sz w:val="28"/>
          <w:szCs w:val="28"/>
          <w:rtl/>
        </w:rPr>
        <w:t xml:space="preserve"> از خواندن برچسب‌ها: دگرگون</w:t>
      </w:r>
      <w:r w:rsidRPr="0000691D">
        <w:rPr>
          <w:rFonts w:cs="B Mitra" w:hint="cs"/>
          <w:color w:val="70AD47" w:themeColor="accent6"/>
          <w:sz w:val="28"/>
          <w:szCs w:val="28"/>
          <w:rtl/>
        </w:rPr>
        <w:t>ی</w:t>
      </w:r>
      <w:r w:rsidRPr="0000691D">
        <w:rPr>
          <w:rFonts w:cs="B Mitra"/>
          <w:color w:val="70AD47" w:themeColor="accent6"/>
          <w:sz w:val="28"/>
          <w:szCs w:val="28"/>
          <w:rtl/>
        </w:rPr>
        <w:t xml:space="preserve"> معمار</w:t>
      </w:r>
      <w:r w:rsidRPr="0000691D">
        <w:rPr>
          <w:rFonts w:cs="B Mitra" w:hint="cs"/>
          <w:color w:val="70AD47" w:themeColor="accent6"/>
          <w:sz w:val="28"/>
          <w:szCs w:val="28"/>
          <w:rtl/>
        </w:rPr>
        <w:t>ی</w:t>
      </w:r>
      <w:r w:rsidRPr="0000691D">
        <w:rPr>
          <w:rFonts w:cs="B Mitra"/>
          <w:color w:val="70AD47" w:themeColor="accent6"/>
          <w:sz w:val="28"/>
          <w:szCs w:val="28"/>
          <w:rtl/>
        </w:rPr>
        <w:t xml:space="preserve"> دسترس‌پذ</w:t>
      </w:r>
      <w:r w:rsidRPr="0000691D">
        <w:rPr>
          <w:rFonts w:cs="B Mitra" w:hint="cs"/>
          <w:color w:val="70AD47" w:themeColor="accent6"/>
          <w:sz w:val="28"/>
          <w:szCs w:val="28"/>
          <w:rtl/>
        </w:rPr>
        <w:t>یری</w:t>
      </w:r>
      <w:r w:rsidRPr="0000691D">
        <w:rPr>
          <w:rFonts w:cs="B Mitra"/>
          <w:color w:val="70AD47" w:themeColor="accent6"/>
          <w:sz w:val="28"/>
          <w:szCs w:val="28"/>
          <w:rtl/>
        </w:rPr>
        <w:t xml:space="preserve"> در </w:t>
      </w:r>
      <w:r w:rsidRPr="0000691D">
        <w:rPr>
          <w:rFonts w:cs="B Mitra" w:hint="cs"/>
          <w:color w:val="70AD47" w:themeColor="accent6"/>
          <w:sz w:val="28"/>
          <w:szCs w:val="28"/>
          <w:rtl/>
        </w:rPr>
        <w:t>آی‌او‌اس 27</w:t>
      </w:r>
      <w:bookmarkEnd w:id="21"/>
    </w:p>
    <w:p w:rsidR="00FA2B96" w:rsidRPr="00FA2B96" w:rsidRDefault="00FA2B96" w:rsidP="00FA2B96">
      <w:pPr>
        <w:bidi/>
        <w:jc w:val="center"/>
        <w:rPr>
          <w:rtl/>
        </w:rPr>
      </w:pPr>
      <w:r>
        <w:rPr>
          <w:noProof/>
          <w:rtl/>
        </w:rPr>
        <w:drawing>
          <wp:inline distT="0" distB="0" distL="0" distR="0">
            <wp:extent cx="4476750" cy="2511476"/>
            <wp:effectExtent l="152400" t="152400" r="361950" b="3651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دگرگونی معماری دسترس‌پذیری در آی‌او‌اس 27.jpg"/>
                    <pic:cNvPicPr/>
                  </pic:nvPicPr>
                  <pic:blipFill>
                    <a:blip r:embed="rId11">
                      <a:extLst>
                        <a:ext uri="{28A0092B-C50C-407E-A947-70E740481C1C}">
                          <a14:useLocalDpi xmlns:a14="http://schemas.microsoft.com/office/drawing/2010/main" val="0"/>
                        </a:ext>
                      </a:extLst>
                    </a:blip>
                    <a:stretch>
                      <a:fillRect/>
                    </a:stretch>
                  </pic:blipFill>
                  <pic:spPr>
                    <a:xfrm>
                      <a:off x="0" y="0"/>
                      <a:ext cx="4482825" cy="2514884"/>
                    </a:xfrm>
                    <a:prstGeom prst="rect">
                      <a:avLst/>
                    </a:prstGeom>
                    <a:ln>
                      <a:noFill/>
                    </a:ln>
                    <a:effectLst>
                      <a:outerShdw blurRad="292100" dist="139700" dir="2700000" algn="tl" rotWithShape="0">
                        <a:srgbClr val="333333">
                          <a:alpha val="65000"/>
                        </a:srgbClr>
                      </a:outerShdw>
                    </a:effectLst>
                  </pic:spPr>
                </pic:pic>
              </a:graphicData>
            </a:graphic>
          </wp:inline>
        </w:drawing>
      </w:r>
    </w:p>
    <w:p w:rsidR="00A75B1C" w:rsidRPr="0000691D" w:rsidRDefault="00A75B1C" w:rsidP="0000691D">
      <w:pPr>
        <w:bidi/>
        <w:spacing w:line="360" w:lineRule="auto"/>
        <w:jc w:val="both"/>
        <w:rPr>
          <w:rFonts w:cs="B Mitra"/>
          <w:sz w:val="28"/>
          <w:szCs w:val="28"/>
          <w:rtl/>
        </w:rPr>
      </w:pPr>
      <w:r w:rsidRPr="0000691D">
        <w:rPr>
          <w:rFonts w:cs="B Mitra" w:hint="cs"/>
          <w:sz w:val="28"/>
          <w:szCs w:val="28"/>
          <w:rtl/>
        </w:rPr>
        <w:t>برای</w:t>
      </w:r>
      <w:r w:rsidRPr="0000691D">
        <w:rPr>
          <w:rFonts w:cs="B Mitra"/>
          <w:sz w:val="28"/>
          <w:szCs w:val="28"/>
          <w:rtl/>
        </w:rPr>
        <w:t xml:space="preserve"> دهه‌ها، تعامل کاربران ناب</w:t>
      </w:r>
      <w:r w:rsidRPr="0000691D">
        <w:rPr>
          <w:rFonts w:cs="B Mitra" w:hint="cs"/>
          <w:sz w:val="28"/>
          <w:szCs w:val="28"/>
          <w:rtl/>
        </w:rPr>
        <w:t>ینا</w:t>
      </w:r>
      <w:r w:rsidRPr="0000691D">
        <w:rPr>
          <w:rFonts w:cs="B Mitra"/>
          <w:sz w:val="28"/>
          <w:szCs w:val="28"/>
          <w:rtl/>
        </w:rPr>
        <w:t xml:space="preserve"> با س</w:t>
      </w:r>
      <w:r w:rsidRPr="0000691D">
        <w:rPr>
          <w:rFonts w:cs="B Mitra" w:hint="cs"/>
          <w:sz w:val="28"/>
          <w:szCs w:val="28"/>
          <w:rtl/>
        </w:rPr>
        <w:t>یستم‌عامل‌های</w:t>
      </w:r>
      <w:r w:rsidRPr="0000691D">
        <w:rPr>
          <w:rFonts w:cs="B Mitra"/>
          <w:sz w:val="28"/>
          <w:szCs w:val="28"/>
          <w:rtl/>
        </w:rPr>
        <w:t xml:space="preserve"> هوشمند بر پا</w:t>
      </w:r>
      <w:r w:rsidRPr="0000691D">
        <w:rPr>
          <w:rFonts w:cs="B Mitra" w:hint="cs"/>
          <w:sz w:val="28"/>
          <w:szCs w:val="28"/>
          <w:rtl/>
        </w:rPr>
        <w:t>یه</w:t>
      </w:r>
      <w:r w:rsidRPr="0000691D">
        <w:rPr>
          <w:rFonts w:cs="B Mitra"/>
          <w:sz w:val="28"/>
          <w:szCs w:val="28"/>
          <w:rtl/>
        </w:rPr>
        <w:t xml:space="preserve"> اصل پ</w:t>
      </w:r>
      <w:r w:rsidRPr="0000691D">
        <w:rPr>
          <w:rFonts w:cs="B Mitra" w:hint="cs"/>
          <w:sz w:val="28"/>
          <w:szCs w:val="28"/>
          <w:rtl/>
        </w:rPr>
        <w:t>یمایش</w:t>
      </w:r>
      <w:r w:rsidRPr="0000691D">
        <w:rPr>
          <w:rFonts w:cs="B Mitra"/>
          <w:sz w:val="28"/>
          <w:szCs w:val="28"/>
          <w:rtl/>
        </w:rPr>
        <w:t xml:space="preserve"> خط</w:t>
      </w:r>
      <w:r w:rsidRPr="0000691D">
        <w:rPr>
          <w:rFonts w:cs="B Mitra" w:hint="cs"/>
          <w:sz w:val="28"/>
          <w:szCs w:val="28"/>
          <w:rtl/>
        </w:rPr>
        <w:t>ی</w:t>
      </w:r>
      <w:r w:rsidRPr="0000691D">
        <w:rPr>
          <w:rFonts w:cs="B Mitra"/>
          <w:sz w:val="28"/>
          <w:szCs w:val="28"/>
          <w:rtl/>
        </w:rPr>
        <w:t xml:space="preserve"> ساختار برنامه‌ها و کل</w:t>
      </w:r>
      <w:r w:rsidRPr="0000691D">
        <w:rPr>
          <w:rFonts w:cs="B Mitra" w:hint="cs"/>
          <w:sz w:val="28"/>
          <w:szCs w:val="28"/>
          <w:rtl/>
        </w:rPr>
        <w:t>یک</w:t>
      </w:r>
      <w:r w:rsidRPr="0000691D">
        <w:rPr>
          <w:rFonts w:cs="B Mitra"/>
          <w:sz w:val="28"/>
          <w:szCs w:val="28"/>
          <w:rtl/>
        </w:rPr>
        <w:t xml:space="preserve"> بر رو</w:t>
      </w:r>
      <w:r w:rsidRPr="0000691D">
        <w:rPr>
          <w:rFonts w:cs="B Mitra" w:hint="cs"/>
          <w:sz w:val="28"/>
          <w:szCs w:val="28"/>
          <w:rtl/>
        </w:rPr>
        <w:t>ی</w:t>
      </w:r>
      <w:r w:rsidRPr="0000691D">
        <w:rPr>
          <w:rFonts w:cs="B Mitra"/>
          <w:sz w:val="28"/>
          <w:szCs w:val="28"/>
          <w:rtl/>
        </w:rPr>
        <w:t xml:space="preserve"> گز</w:t>
      </w:r>
      <w:r w:rsidRPr="0000691D">
        <w:rPr>
          <w:rFonts w:cs="B Mitra" w:hint="cs"/>
          <w:sz w:val="28"/>
          <w:szCs w:val="28"/>
          <w:rtl/>
        </w:rPr>
        <w:t>ینه‌ها</w:t>
      </w:r>
      <w:r w:rsidRPr="0000691D">
        <w:rPr>
          <w:rFonts w:cs="B Mitra"/>
          <w:sz w:val="28"/>
          <w:szCs w:val="28"/>
          <w:rtl/>
        </w:rPr>
        <w:t xml:space="preserve"> استوار بوده</w:t>
      </w:r>
      <w:r w:rsidRPr="0000691D">
        <w:rPr>
          <w:rFonts w:cs="B Mitra" w:hint="cs"/>
          <w:sz w:val="28"/>
          <w:szCs w:val="28"/>
          <w:rtl/>
        </w:rPr>
        <w:t>؛</w:t>
      </w:r>
      <w:r w:rsidRPr="0000691D">
        <w:rPr>
          <w:rFonts w:cs="B Mitra"/>
          <w:sz w:val="28"/>
          <w:szCs w:val="28"/>
          <w:rtl/>
        </w:rPr>
        <w:t xml:space="preserve"> با ا</w:t>
      </w:r>
      <w:r w:rsidRPr="0000691D">
        <w:rPr>
          <w:rFonts w:cs="B Mitra" w:hint="cs"/>
          <w:sz w:val="28"/>
          <w:szCs w:val="28"/>
          <w:rtl/>
        </w:rPr>
        <w:t>ین</w:t>
      </w:r>
      <w:r w:rsidRPr="0000691D">
        <w:rPr>
          <w:rFonts w:cs="B Mitra"/>
          <w:sz w:val="28"/>
          <w:szCs w:val="28"/>
          <w:rtl/>
        </w:rPr>
        <w:t xml:space="preserve"> حال، اپل به تازگ</w:t>
      </w:r>
      <w:r w:rsidRPr="0000691D">
        <w:rPr>
          <w:rFonts w:cs="B Mitra" w:hint="cs"/>
          <w:sz w:val="28"/>
          <w:szCs w:val="28"/>
          <w:rtl/>
        </w:rPr>
        <w:t>ی</w:t>
      </w:r>
      <w:r w:rsidRPr="0000691D">
        <w:rPr>
          <w:rFonts w:cs="B Mitra"/>
          <w:sz w:val="28"/>
          <w:szCs w:val="28"/>
          <w:rtl/>
        </w:rPr>
        <w:t xml:space="preserve"> با تغ</w:t>
      </w:r>
      <w:r w:rsidRPr="0000691D">
        <w:rPr>
          <w:rFonts w:cs="B Mitra" w:hint="cs"/>
          <w:sz w:val="28"/>
          <w:szCs w:val="28"/>
          <w:rtl/>
        </w:rPr>
        <w:t>ییرات</w:t>
      </w:r>
      <w:r w:rsidRPr="0000691D">
        <w:rPr>
          <w:rFonts w:cs="B Mitra"/>
          <w:sz w:val="28"/>
          <w:szCs w:val="28"/>
          <w:rtl/>
        </w:rPr>
        <w:t xml:space="preserve"> جد</w:t>
      </w:r>
      <w:r w:rsidRPr="0000691D">
        <w:rPr>
          <w:rFonts w:cs="B Mitra" w:hint="cs"/>
          <w:sz w:val="28"/>
          <w:szCs w:val="28"/>
          <w:rtl/>
        </w:rPr>
        <w:t>ید</w:t>
      </w:r>
      <w:r w:rsidRPr="0000691D">
        <w:rPr>
          <w:rFonts w:cs="B Mitra"/>
          <w:sz w:val="28"/>
          <w:szCs w:val="28"/>
          <w:rtl/>
        </w:rPr>
        <w:t xml:space="preserve"> در س</w:t>
      </w:r>
      <w:r w:rsidRPr="0000691D">
        <w:rPr>
          <w:rFonts w:cs="B Mitra" w:hint="cs"/>
          <w:sz w:val="28"/>
          <w:szCs w:val="28"/>
          <w:rtl/>
        </w:rPr>
        <w:t>یستم</w:t>
      </w:r>
      <w:r w:rsidRPr="0000691D">
        <w:rPr>
          <w:rFonts w:cs="B Mitra"/>
          <w:sz w:val="28"/>
          <w:szCs w:val="28"/>
          <w:rtl/>
        </w:rPr>
        <w:t xml:space="preserve"> عامل خود ا</w:t>
      </w:r>
      <w:r w:rsidRPr="0000691D">
        <w:rPr>
          <w:rFonts w:cs="B Mitra" w:hint="cs"/>
          <w:sz w:val="28"/>
          <w:szCs w:val="28"/>
          <w:rtl/>
        </w:rPr>
        <w:t>ین</w:t>
      </w:r>
      <w:r w:rsidRPr="0000691D">
        <w:rPr>
          <w:rFonts w:cs="B Mitra"/>
          <w:sz w:val="28"/>
          <w:szCs w:val="28"/>
          <w:rtl/>
        </w:rPr>
        <w:t xml:space="preserve"> وضع</w:t>
      </w:r>
      <w:r w:rsidRPr="0000691D">
        <w:rPr>
          <w:rFonts w:cs="B Mitra" w:hint="cs"/>
          <w:sz w:val="28"/>
          <w:szCs w:val="28"/>
          <w:rtl/>
        </w:rPr>
        <w:t>یت</w:t>
      </w:r>
      <w:r w:rsidRPr="0000691D">
        <w:rPr>
          <w:rFonts w:cs="B Mitra"/>
          <w:sz w:val="28"/>
          <w:szCs w:val="28"/>
          <w:rtl/>
        </w:rPr>
        <w:t xml:space="preserve"> را متحول کرده است. تعداد</w:t>
      </w:r>
      <w:r w:rsidRPr="0000691D">
        <w:rPr>
          <w:rFonts w:cs="B Mitra" w:hint="cs"/>
          <w:sz w:val="28"/>
          <w:szCs w:val="28"/>
          <w:rtl/>
        </w:rPr>
        <w:t>ی</w:t>
      </w:r>
      <w:r w:rsidRPr="0000691D">
        <w:rPr>
          <w:rFonts w:cs="B Mitra"/>
          <w:sz w:val="28"/>
          <w:szCs w:val="28"/>
          <w:rtl/>
        </w:rPr>
        <w:t xml:space="preserve"> از پادکست‌ها و نشر</w:t>
      </w:r>
      <w:r w:rsidRPr="0000691D">
        <w:rPr>
          <w:rFonts w:cs="B Mitra" w:hint="cs"/>
          <w:sz w:val="28"/>
          <w:szCs w:val="28"/>
          <w:rtl/>
        </w:rPr>
        <w:t>یات</w:t>
      </w:r>
      <w:r w:rsidRPr="0000691D">
        <w:rPr>
          <w:rFonts w:cs="B Mitra"/>
          <w:sz w:val="28"/>
          <w:szCs w:val="28"/>
          <w:rtl/>
        </w:rPr>
        <w:t xml:space="preserve"> قسمت</w:t>
      </w:r>
      <w:r w:rsidRPr="0000691D">
        <w:rPr>
          <w:rFonts w:cs="B Mitra" w:hint="cs"/>
          <w:sz w:val="28"/>
          <w:szCs w:val="28"/>
          <w:rtl/>
        </w:rPr>
        <w:t>ی</w:t>
      </w:r>
      <w:r w:rsidRPr="0000691D">
        <w:rPr>
          <w:rFonts w:cs="B Mitra"/>
          <w:sz w:val="28"/>
          <w:szCs w:val="28"/>
          <w:rtl/>
        </w:rPr>
        <w:t xml:space="preserve"> از مطالب جد</w:t>
      </w:r>
      <w:r w:rsidRPr="0000691D">
        <w:rPr>
          <w:rFonts w:cs="B Mitra" w:hint="cs"/>
          <w:sz w:val="28"/>
          <w:szCs w:val="28"/>
          <w:rtl/>
        </w:rPr>
        <w:t>ید</w:t>
      </w:r>
      <w:r w:rsidRPr="0000691D">
        <w:rPr>
          <w:rFonts w:cs="B Mitra"/>
          <w:sz w:val="28"/>
          <w:szCs w:val="28"/>
          <w:rtl/>
        </w:rPr>
        <w:t xml:space="preserve"> خود را به ا</w:t>
      </w:r>
      <w:r w:rsidRPr="0000691D">
        <w:rPr>
          <w:rFonts w:cs="B Mitra" w:hint="cs"/>
          <w:sz w:val="28"/>
          <w:szCs w:val="28"/>
          <w:rtl/>
        </w:rPr>
        <w:t>ین</w:t>
      </w:r>
      <w:r w:rsidRPr="0000691D">
        <w:rPr>
          <w:rFonts w:cs="B Mitra"/>
          <w:sz w:val="28"/>
          <w:szCs w:val="28"/>
          <w:rtl/>
        </w:rPr>
        <w:t xml:space="preserve"> موضوع اختصاص داده اند.</w:t>
      </w:r>
    </w:p>
    <w:p w:rsidR="00A75B1C" w:rsidRPr="0000691D" w:rsidRDefault="00A75B1C" w:rsidP="0000691D">
      <w:pPr>
        <w:bidi/>
        <w:spacing w:line="360" w:lineRule="auto"/>
        <w:jc w:val="both"/>
        <w:rPr>
          <w:rFonts w:cs="B Mitra"/>
          <w:sz w:val="28"/>
          <w:szCs w:val="28"/>
          <w:rtl/>
        </w:rPr>
      </w:pPr>
      <w:r w:rsidRPr="0000691D">
        <w:rPr>
          <w:rFonts w:cs="B Mitra" w:hint="eastAsia"/>
          <w:sz w:val="28"/>
          <w:szCs w:val="28"/>
          <w:rtl/>
        </w:rPr>
        <w:t>«</w:t>
      </w:r>
      <w:r w:rsidRPr="0000691D">
        <w:rPr>
          <w:rFonts w:cs="B Mitra" w:hint="cs"/>
          <w:sz w:val="28"/>
          <w:szCs w:val="28"/>
          <w:rtl/>
        </w:rPr>
        <w:t>آی‌او‌اس</w:t>
      </w:r>
      <w:r w:rsidRPr="0000691D">
        <w:rPr>
          <w:rFonts w:cs="B Mitra"/>
          <w:sz w:val="28"/>
          <w:szCs w:val="28"/>
          <w:rtl/>
        </w:rPr>
        <w:t xml:space="preserve"> 27» با معرف</w:t>
      </w:r>
      <w:r w:rsidRPr="0000691D">
        <w:rPr>
          <w:rFonts w:cs="B Mitra" w:hint="cs"/>
          <w:sz w:val="28"/>
          <w:szCs w:val="28"/>
          <w:rtl/>
        </w:rPr>
        <w:t>ی</w:t>
      </w:r>
      <w:r w:rsidRPr="0000691D">
        <w:rPr>
          <w:rFonts w:cs="B Mitra"/>
          <w:sz w:val="28"/>
          <w:szCs w:val="28"/>
          <w:rtl/>
        </w:rPr>
        <w:t xml:space="preserve"> «هوش اپل [۱]»، قصد دارد ش</w:t>
      </w:r>
      <w:r w:rsidRPr="0000691D">
        <w:rPr>
          <w:rFonts w:cs="B Mitra" w:hint="cs"/>
          <w:sz w:val="28"/>
          <w:szCs w:val="28"/>
          <w:rtl/>
        </w:rPr>
        <w:t>یوه</w:t>
      </w:r>
      <w:r w:rsidRPr="0000691D">
        <w:rPr>
          <w:rFonts w:cs="B Mitra"/>
          <w:sz w:val="28"/>
          <w:szCs w:val="28"/>
          <w:rtl/>
        </w:rPr>
        <w:t xml:space="preserve"> تعامل با س</w:t>
      </w:r>
      <w:r w:rsidRPr="0000691D">
        <w:rPr>
          <w:rFonts w:cs="B Mitra" w:hint="cs"/>
          <w:sz w:val="28"/>
          <w:szCs w:val="28"/>
          <w:rtl/>
        </w:rPr>
        <w:t>یستم</w:t>
      </w:r>
      <w:r w:rsidRPr="0000691D">
        <w:rPr>
          <w:rFonts w:cs="B Mitra"/>
          <w:sz w:val="28"/>
          <w:szCs w:val="28"/>
          <w:rtl/>
        </w:rPr>
        <w:t xml:space="preserve"> عامل را تغ</w:t>
      </w:r>
      <w:r w:rsidRPr="0000691D">
        <w:rPr>
          <w:rFonts w:cs="B Mitra" w:hint="cs"/>
          <w:sz w:val="28"/>
          <w:szCs w:val="28"/>
          <w:rtl/>
        </w:rPr>
        <w:t>ییر</w:t>
      </w:r>
      <w:r w:rsidRPr="0000691D">
        <w:rPr>
          <w:rFonts w:cs="B Mitra"/>
          <w:sz w:val="28"/>
          <w:szCs w:val="28"/>
          <w:rtl/>
        </w:rPr>
        <w:t xml:space="preserve"> دهد. حالا م</w:t>
      </w:r>
      <w:r w:rsidRPr="0000691D">
        <w:rPr>
          <w:rFonts w:cs="B Mitra" w:hint="cs"/>
          <w:sz w:val="28"/>
          <w:szCs w:val="28"/>
          <w:rtl/>
        </w:rPr>
        <w:t>ی‌توانید</w:t>
      </w:r>
      <w:r w:rsidRPr="0000691D">
        <w:rPr>
          <w:rFonts w:cs="B Mitra"/>
          <w:sz w:val="28"/>
          <w:szCs w:val="28"/>
          <w:rtl/>
        </w:rPr>
        <w:t xml:space="preserve"> به‌جا</w:t>
      </w:r>
      <w:r w:rsidRPr="0000691D">
        <w:rPr>
          <w:rFonts w:cs="B Mitra" w:hint="cs"/>
          <w:sz w:val="28"/>
          <w:szCs w:val="28"/>
          <w:rtl/>
        </w:rPr>
        <w:t>ی</w:t>
      </w:r>
      <w:r w:rsidRPr="0000691D">
        <w:rPr>
          <w:rFonts w:cs="B Mitra"/>
          <w:sz w:val="28"/>
          <w:szCs w:val="28"/>
          <w:rtl/>
        </w:rPr>
        <w:t xml:space="preserve"> جست‌وجو</w:t>
      </w:r>
      <w:r w:rsidRPr="0000691D">
        <w:rPr>
          <w:rFonts w:cs="B Mitra" w:hint="cs"/>
          <w:sz w:val="28"/>
          <w:szCs w:val="28"/>
          <w:rtl/>
        </w:rPr>
        <w:t>ی</w:t>
      </w:r>
      <w:r w:rsidRPr="0000691D">
        <w:rPr>
          <w:rFonts w:cs="B Mitra"/>
          <w:sz w:val="28"/>
          <w:szCs w:val="28"/>
          <w:rtl/>
        </w:rPr>
        <w:t xml:space="preserve"> دست</w:t>
      </w:r>
      <w:r w:rsidRPr="0000691D">
        <w:rPr>
          <w:rFonts w:cs="B Mitra" w:hint="cs"/>
          <w:sz w:val="28"/>
          <w:szCs w:val="28"/>
          <w:rtl/>
        </w:rPr>
        <w:t>ی</w:t>
      </w:r>
      <w:r w:rsidRPr="0000691D">
        <w:rPr>
          <w:rFonts w:cs="B Mitra"/>
          <w:sz w:val="28"/>
          <w:szCs w:val="28"/>
          <w:rtl/>
        </w:rPr>
        <w:t xml:space="preserve"> در برنامه‌ها، نت</w:t>
      </w:r>
      <w:r w:rsidRPr="0000691D">
        <w:rPr>
          <w:rFonts w:cs="B Mitra" w:hint="cs"/>
          <w:sz w:val="28"/>
          <w:szCs w:val="28"/>
          <w:rtl/>
        </w:rPr>
        <w:t>یجه</w:t>
      </w:r>
      <w:r w:rsidRPr="0000691D">
        <w:rPr>
          <w:rFonts w:cs="B Mitra"/>
          <w:sz w:val="28"/>
          <w:szCs w:val="28"/>
          <w:rtl/>
        </w:rPr>
        <w:t xml:space="preserve"> خود را به صورت مستق</w:t>
      </w:r>
      <w:r w:rsidRPr="0000691D">
        <w:rPr>
          <w:rFonts w:cs="B Mitra" w:hint="cs"/>
          <w:sz w:val="28"/>
          <w:szCs w:val="28"/>
          <w:rtl/>
        </w:rPr>
        <w:t>یم</w:t>
      </w:r>
      <w:r w:rsidRPr="0000691D">
        <w:rPr>
          <w:rFonts w:cs="B Mitra"/>
          <w:sz w:val="28"/>
          <w:szCs w:val="28"/>
          <w:rtl/>
        </w:rPr>
        <w:t xml:space="preserve"> از س</w:t>
      </w:r>
      <w:r w:rsidRPr="0000691D">
        <w:rPr>
          <w:rFonts w:cs="B Mitra" w:hint="cs"/>
          <w:sz w:val="28"/>
          <w:szCs w:val="28"/>
          <w:rtl/>
        </w:rPr>
        <w:t>یستم</w:t>
      </w:r>
      <w:r w:rsidRPr="0000691D">
        <w:rPr>
          <w:rFonts w:cs="B Mitra"/>
          <w:sz w:val="28"/>
          <w:szCs w:val="28"/>
          <w:rtl/>
        </w:rPr>
        <w:t xml:space="preserve"> بخواه</w:t>
      </w:r>
      <w:r w:rsidRPr="0000691D">
        <w:rPr>
          <w:rFonts w:cs="B Mitra" w:hint="cs"/>
          <w:sz w:val="28"/>
          <w:szCs w:val="28"/>
          <w:rtl/>
        </w:rPr>
        <w:t>ید</w:t>
      </w:r>
      <w:r w:rsidRPr="0000691D">
        <w:rPr>
          <w:rFonts w:cs="B Mitra"/>
          <w:sz w:val="28"/>
          <w:szCs w:val="28"/>
          <w:rtl/>
        </w:rPr>
        <w:t xml:space="preserve"> [۲]. قلب ا</w:t>
      </w:r>
      <w:r w:rsidRPr="0000691D">
        <w:rPr>
          <w:rFonts w:cs="B Mitra" w:hint="cs"/>
          <w:sz w:val="28"/>
          <w:szCs w:val="28"/>
          <w:rtl/>
        </w:rPr>
        <w:t>ین</w:t>
      </w:r>
      <w:r w:rsidRPr="0000691D">
        <w:rPr>
          <w:rFonts w:cs="B Mitra"/>
          <w:sz w:val="28"/>
          <w:szCs w:val="28"/>
          <w:rtl/>
        </w:rPr>
        <w:t xml:space="preserve"> تحول، ارتقا</w:t>
      </w:r>
      <w:r w:rsidRPr="0000691D">
        <w:rPr>
          <w:rFonts w:cs="B Mitra" w:hint="cs"/>
          <w:sz w:val="28"/>
          <w:szCs w:val="28"/>
          <w:rtl/>
        </w:rPr>
        <w:t>ی</w:t>
      </w:r>
      <w:r w:rsidRPr="0000691D">
        <w:rPr>
          <w:rFonts w:cs="B Mitra"/>
          <w:sz w:val="28"/>
          <w:szCs w:val="28"/>
          <w:rtl/>
        </w:rPr>
        <w:t xml:space="preserve"> س</w:t>
      </w:r>
      <w:r w:rsidRPr="0000691D">
        <w:rPr>
          <w:rFonts w:cs="B Mitra" w:hint="cs"/>
          <w:sz w:val="28"/>
          <w:szCs w:val="28"/>
          <w:rtl/>
        </w:rPr>
        <w:t>یری</w:t>
      </w:r>
      <w:r w:rsidRPr="0000691D">
        <w:rPr>
          <w:rFonts w:cs="B Mitra"/>
          <w:sz w:val="28"/>
          <w:szCs w:val="28"/>
          <w:rtl/>
        </w:rPr>
        <w:t xml:space="preserve"> [۳] به </w:t>
      </w:r>
      <w:r w:rsidRPr="0000691D">
        <w:rPr>
          <w:rFonts w:cs="B Mitra" w:hint="cs"/>
          <w:sz w:val="28"/>
          <w:szCs w:val="28"/>
          <w:rtl/>
        </w:rPr>
        <w:t>یک</w:t>
      </w:r>
      <w:r w:rsidRPr="0000691D">
        <w:rPr>
          <w:rFonts w:cs="B Mitra"/>
          <w:sz w:val="28"/>
          <w:szCs w:val="28"/>
          <w:rtl/>
        </w:rPr>
        <w:t xml:space="preserve"> دست</w:t>
      </w:r>
      <w:r w:rsidRPr="0000691D">
        <w:rPr>
          <w:rFonts w:cs="B Mitra" w:hint="cs"/>
          <w:sz w:val="28"/>
          <w:szCs w:val="28"/>
          <w:rtl/>
        </w:rPr>
        <w:t>یار</w:t>
      </w:r>
      <w:r w:rsidRPr="0000691D">
        <w:rPr>
          <w:rFonts w:cs="B Mitra"/>
          <w:sz w:val="28"/>
          <w:szCs w:val="28"/>
          <w:rtl/>
        </w:rPr>
        <w:t xml:space="preserve"> مبتن</w:t>
      </w:r>
      <w:r w:rsidRPr="0000691D">
        <w:rPr>
          <w:rFonts w:cs="B Mitra" w:hint="cs"/>
          <w:sz w:val="28"/>
          <w:szCs w:val="28"/>
          <w:rtl/>
        </w:rPr>
        <w:t>ی</w:t>
      </w:r>
      <w:r w:rsidRPr="0000691D">
        <w:rPr>
          <w:rFonts w:cs="B Mitra"/>
          <w:sz w:val="28"/>
          <w:szCs w:val="28"/>
          <w:rtl/>
        </w:rPr>
        <w:t xml:space="preserve"> بر «آگاه</w:t>
      </w:r>
      <w:r w:rsidRPr="0000691D">
        <w:rPr>
          <w:rFonts w:cs="B Mitra" w:hint="cs"/>
          <w:sz w:val="28"/>
          <w:szCs w:val="28"/>
          <w:rtl/>
        </w:rPr>
        <w:t>ی</w:t>
      </w:r>
      <w:r w:rsidRPr="0000691D">
        <w:rPr>
          <w:rFonts w:cs="B Mitra"/>
          <w:sz w:val="28"/>
          <w:szCs w:val="28"/>
          <w:rtl/>
        </w:rPr>
        <w:t xml:space="preserve"> از زم</w:t>
      </w:r>
      <w:r w:rsidRPr="0000691D">
        <w:rPr>
          <w:rFonts w:cs="B Mitra" w:hint="cs"/>
          <w:sz w:val="28"/>
          <w:szCs w:val="28"/>
          <w:rtl/>
        </w:rPr>
        <w:t>ینه</w:t>
      </w:r>
      <w:r w:rsidRPr="0000691D">
        <w:rPr>
          <w:rFonts w:cs="B Mitra"/>
          <w:sz w:val="28"/>
          <w:szCs w:val="28"/>
          <w:rtl/>
        </w:rPr>
        <w:t xml:space="preserve"> شخ</w:t>
      </w:r>
      <w:r w:rsidRPr="0000691D">
        <w:rPr>
          <w:rFonts w:cs="B Mitra" w:hint="cs"/>
          <w:sz w:val="28"/>
          <w:szCs w:val="28"/>
          <w:rtl/>
        </w:rPr>
        <w:t>صی</w:t>
      </w:r>
      <w:r w:rsidRPr="0000691D">
        <w:rPr>
          <w:rFonts w:cs="B Mitra"/>
          <w:sz w:val="28"/>
          <w:szCs w:val="28"/>
          <w:rtl/>
        </w:rPr>
        <w:t xml:space="preserve"> [۴]» است. س</w:t>
      </w:r>
      <w:r w:rsidRPr="0000691D">
        <w:rPr>
          <w:rFonts w:cs="B Mitra" w:hint="cs"/>
          <w:sz w:val="28"/>
          <w:szCs w:val="28"/>
          <w:rtl/>
        </w:rPr>
        <w:t>یستم‌عامل</w:t>
      </w:r>
      <w:r w:rsidRPr="0000691D">
        <w:rPr>
          <w:rFonts w:cs="B Mitra"/>
          <w:sz w:val="28"/>
          <w:szCs w:val="28"/>
          <w:rtl/>
        </w:rPr>
        <w:t xml:space="preserve"> پس از آشنا</w:t>
      </w:r>
      <w:r w:rsidRPr="0000691D">
        <w:rPr>
          <w:rFonts w:cs="B Mitra" w:hint="cs"/>
          <w:sz w:val="28"/>
          <w:szCs w:val="28"/>
          <w:rtl/>
        </w:rPr>
        <w:t>یی</w:t>
      </w:r>
      <w:r w:rsidRPr="0000691D">
        <w:rPr>
          <w:rFonts w:cs="B Mitra"/>
          <w:sz w:val="28"/>
          <w:szCs w:val="28"/>
          <w:rtl/>
        </w:rPr>
        <w:t xml:space="preserve"> با اطلاعات شما، داده‌ها</w:t>
      </w:r>
      <w:r w:rsidRPr="0000691D">
        <w:rPr>
          <w:rFonts w:cs="B Mitra" w:hint="cs"/>
          <w:sz w:val="28"/>
          <w:szCs w:val="28"/>
          <w:rtl/>
        </w:rPr>
        <w:t>ی</w:t>
      </w:r>
      <w:r w:rsidRPr="0000691D">
        <w:rPr>
          <w:rFonts w:cs="B Mitra"/>
          <w:sz w:val="28"/>
          <w:szCs w:val="28"/>
          <w:rtl/>
        </w:rPr>
        <w:t xml:space="preserve"> تقو</w:t>
      </w:r>
      <w:r w:rsidRPr="0000691D">
        <w:rPr>
          <w:rFonts w:cs="B Mitra" w:hint="cs"/>
          <w:sz w:val="28"/>
          <w:szCs w:val="28"/>
          <w:rtl/>
        </w:rPr>
        <w:t>یم،</w:t>
      </w:r>
      <w:r w:rsidRPr="0000691D">
        <w:rPr>
          <w:rFonts w:cs="B Mitra"/>
          <w:sz w:val="28"/>
          <w:szCs w:val="28"/>
          <w:rtl/>
        </w:rPr>
        <w:t xml:space="preserve"> ا</w:t>
      </w:r>
      <w:r w:rsidRPr="0000691D">
        <w:rPr>
          <w:rFonts w:cs="B Mitra" w:hint="cs"/>
          <w:sz w:val="28"/>
          <w:szCs w:val="28"/>
          <w:rtl/>
        </w:rPr>
        <w:t>یمیل‌ها،</w:t>
      </w:r>
      <w:r w:rsidRPr="0000691D">
        <w:rPr>
          <w:rFonts w:cs="B Mitra"/>
          <w:sz w:val="28"/>
          <w:szCs w:val="28"/>
          <w:rtl/>
        </w:rPr>
        <w:t xml:space="preserve"> پ</w:t>
      </w:r>
      <w:r w:rsidRPr="0000691D">
        <w:rPr>
          <w:rFonts w:cs="B Mitra" w:hint="cs"/>
          <w:sz w:val="28"/>
          <w:szCs w:val="28"/>
          <w:rtl/>
        </w:rPr>
        <w:t>یام‌ها</w:t>
      </w:r>
      <w:r w:rsidRPr="0000691D">
        <w:rPr>
          <w:rFonts w:cs="B Mitra"/>
          <w:sz w:val="28"/>
          <w:szCs w:val="28"/>
          <w:rtl/>
        </w:rPr>
        <w:t xml:space="preserve"> و فا</w:t>
      </w:r>
      <w:r w:rsidRPr="0000691D">
        <w:rPr>
          <w:rFonts w:cs="B Mitra" w:hint="cs"/>
          <w:sz w:val="28"/>
          <w:szCs w:val="28"/>
          <w:rtl/>
        </w:rPr>
        <w:t>یل‌ها</w:t>
      </w:r>
      <w:r w:rsidRPr="0000691D">
        <w:rPr>
          <w:rFonts w:cs="B Mitra"/>
          <w:sz w:val="28"/>
          <w:szCs w:val="28"/>
          <w:rtl/>
        </w:rPr>
        <w:t xml:space="preserve"> را به هم پ</w:t>
      </w:r>
      <w:r w:rsidRPr="0000691D">
        <w:rPr>
          <w:rFonts w:cs="B Mitra" w:hint="cs"/>
          <w:sz w:val="28"/>
          <w:szCs w:val="28"/>
          <w:rtl/>
        </w:rPr>
        <w:t>یوند</w:t>
      </w:r>
      <w:r w:rsidRPr="0000691D">
        <w:rPr>
          <w:rFonts w:cs="B Mitra"/>
          <w:sz w:val="28"/>
          <w:szCs w:val="28"/>
          <w:rtl/>
        </w:rPr>
        <w:t xml:space="preserve"> م</w:t>
      </w:r>
      <w:r w:rsidRPr="0000691D">
        <w:rPr>
          <w:rFonts w:cs="B Mitra" w:hint="cs"/>
          <w:sz w:val="28"/>
          <w:szCs w:val="28"/>
          <w:rtl/>
        </w:rPr>
        <w:t>ی‌دهد</w:t>
      </w:r>
      <w:r w:rsidRPr="0000691D">
        <w:rPr>
          <w:rFonts w:cs="B Mitra"/>
          <w:sz w:val="28"/>
          <w:szCs w:val="28"/>
          <w:rtl/>
        </w:rPr>
        <w:t>. س</w:t>
      </w:r>
      <w:r w:rsidRPr="0000691D">
        <w:rPr>
          <w:rFonts w:cs="B Mitra" w:hint="cs"/>
          <w:sz w:val="28"/>
          <w:szCs w:val="28"/>
          <w:rtl/>
        </w:rPr>
        <w:t>یری</w:t>
      </w:r>
      <w:r w:rsidRPr="0000691D">
        <w:rPr>
          <w:rFonts w:cs="B Mitra"/>
          <w:sz w:val="28"/>
          <w:szCs w:val="28"/>
          <w:rtl/>
        </w:rPr>
        <w:t xml:space="preserve"> اکنون به‌جا</w:t>
      </w:r>
      <w:r w:rsidRPr="0000691D">
        <w:rPr>
          <w:rFonts w:cs="B Mitra" w:hint="cs"/>
          <w:sz w:val="28"/>
          <w:szCs w:val="28"/>
          <w:rtl/>
        </w:rPr>
        <w:t>ی</w:t>
      </w:r>
      <w:r w:rsidRPr="0000691D">
        <w:rPr>
          <w:rFonts w:cs="B Mitra"/>
          <w:sz w:val="28"/>
          <w:szCs w:val="28"/>
          <w:rtl/>
        </w:rPr>
        <w:t xml:space="preserve"> نما</w:t>
      </w:r>
      <w:r w:rsidRPr="0000691D">
        <w:rPr>
          <w:rFonts w:cs="B Mitra" w:hint="cs"/>
          <w:sz w:val="28"/>
          <w:szCs w:val="28"/>
          <w:rtl/>
        </w:rPr>
        <w:t>یش</w:t>
      </w:r>
      <w:r w:rsidRPr="0000691D">
        <w:rPr>
          <w:rFonts w:cs="B Mitra"/>
          <w:sz w:val="28"/>
          <w:szCs w:val="28"/>
          <w:rtl/>
        </w:rPr>
        <w:t xml:space="preserve"> ل</w:t>
      </w:r>
      <w:r w:rsidRPr="0000691D">
        <w:rPr>
          <w:rFonts w:cs="B Mitra" w:hint="cs"/>
          <w:sz w:val="28"/>
          <w:szCs w:val="28"/>
          <w:rtl/>
        </w:rPr>
        <w:t>ینک‌های</w:t>
      </w:r>
      <w:r w:rsidRPr="0000691D">
        <w:rPr>
          <w:rFonts w:cs="B Mitra"/>
          <w:sz w:val="28"/>
          <w:szCs w:val="28"/>
          <w:rtl/>
        </w:rPr>
        <w:t xml:space="preserve"> وب، اطلاعات مدنظر را مستق</w:t>
      </w:r>
      <w:r w:rsidRPr="0000691D">
        <w:rPr>
          <w:rFonts w:cs="B Mitra" w:hint="cs"/>
          <w:sz w:val="28"/>
          <w:szCs w:val="28"/>
          <w:rtl/>
        </w:rPr>
        <w:t>یماً</w:t>
      </w:r>
      <w:r w:rsidRPr="0000691D">
        <w:rPr>
          <w:rFonts w:cs="B Mitra"/>
          <w:sz w:val="28"/>
          <w:szCs w:val="28"/>
          <w:rtl/>
        </w:rPr>
        <w:t xml:space="preserve"> استخراج م</w:t>
      </w:r>
      <w:r w:rsidRPr="0000691D">
        <w:rPr>
          <w:rFonts w:cs="B Mitra" w:hint="cs"/>
          <w:sz w:val="28"/>
          <w:szCs w:val="28"/>
          <w:rtl/>
        </w:rPr>
        <w:t>ی‌کند</w:t>
      </w:r>
      <w:r w:rsidRPr="0000691D">
        <w:rPr>
          <w:rFonts w:cs="B Mitra"/>
          <w:sz w:val="28"/>
          <w:szCs w:val="28"/>
          <w:rtl/>
        </w:rPr>
        <w:t>. ا</w:t>
      </w:r>
      <w:r w:rsidRPr="0000691D">
        <w:rPr>
          <w:rFonts w:cs="B Mitra" w:hint="cs"/>
          <w:sz w:val="28"/>
          <w:szCs w:val="28"/>
          <w:rtl/>
        </w:rPr>
        <w:t>ین</w:t>
      </w:r>
      <w:r w:rsidRPr="0000691D">
        <w:rPr>
          <w:rFonts w:cs="B Mitra"/>
          <w:sz w:val="28"/>
          <w:szCs w:val="28"/>
          <w:rtl/>
        </w:rPr>
        <w:t xml:space="preserve"> پردازش‌ها برا</w:t>
      </w:r>
      <w:r w:rsidRPr="0000691D">
        <w:rPr>
          <w:rFonts w:cs="B Mitra" w:hint="cs"/>
          <w:sz w:val="28"/>
          <w:szCs w:val="28"/>
          <w:rtl/>
        </w:rPr>
        <w:t>ی</w:t>
      </w:r>
      <w:r w:rsidRPr="0000691D">
        <w:rPr>
          <w:rFonts w:cs="B Mitra"/>
          <w:sz w:val="28"/>
          <w:szCs w:val="28"/>
          <w:rtl/>
        </w:rPr>
        <w:t xml:space="preserve"> تضم</w:t>
      </w:r>
      <w:r w:rsidRPr="0000691D">
        <w:rPr>
          <w:rFonts w:cs="B Mitra" w:hint="cs"/>
          <w:sz w:val="28"/>
          <w:szCs w:val="28"/>
          <w:rtl/>
        </w:rPr>
        <w:t>ین</w:t>
      </w:r>
      <w:r w:rsidRPr="0000691D">
        <w:rPr>
          <w:rFonts w:cs="B Mitra"/>
          <w:sz w:val="28"/>
          <w:szCs w:val="28"/>
          <w:rtl/>
        </w:rPr>
        <w:t xml:space="preserve"> امن</w:t>
      </w:r>
      <w:r w:rsidRPr="0000691D">
        <w:rPr>
          <w:rFonts w:cs="B Mitra" w:hint="cs"/>
          <w:sz w:val="28"/>
          <w:szCs w:val="28"/>
          <w:rtl/>
        </w:rPr>
        <w:t>یت</w:t>
      </w:r>
      <w:r w:rsidRPr="0000691D">
        <w:rPr>
          <w:rFonts w:cs="B Mitra"/>
          <w:sz w:val="28"/>
          <w:szCs w:val="28"/>
          <w:rtl/>
        </w:rPr>
        <w:t xml:space="preserve"> و حر</w:t>
      </w:r>
      <w:r w:rsidRPr="0000691D">
        <w:rPr>
          <w:rFonts w:cs="B Mitra" w:hint="cs"/>
          <w:sz w:val="28"/>
          <w:szCs w:val="28"/>
          <w:rtl/>
        </w:rPr>
        <w:t>یم</w:t>
      </w:r>
      <w:r w:rsidRPr="0000691D">
        <w:rPr>
          <w:rFonts w:cs="B Mitra"/>
          <w:sz w:val="28"/>
          <w:szCs w:val="28"/>
          <w:rtl/>
        </w:rPr>
        <w:t xml:space="preserve"> خصوص</w:t>
      </w:r>
      <w:r w:rsidRPr="0000691D">
        <w:rPr>
          <w:rFonts w:cs="B Mitra" w:hint="cs"/>
          <w:sz w:val="28"/>
          <w:szCs w:val="28"/>
          <w:rtl/>
        </w:rPr>
        <w:t>ی</w:t>
      </w:r>
      <w:r w:rsidRPr="0000691D">
        <w:rPr>
          <w:rFonts w:cs="B Mitra"/>
          <w:sz w:val="28"/>
          <w:szCs w:val="28"/>
          <w:rtl/>
        </w:rPr>
        <w:t xml:space="preserve"> به صورت محل</w:t>
      </w:r>
      <w:r w:rsidRPr="0000691D">
        <w:rPr>
          <w:rFonts w:cs="B Mitra" w:hint="cs"/>
          <w:sz w:val="28"/>
          <w:szCs w:val="28"/>
          <w:rtl/>
        </w:rPr>
        <w:t>ی</w:t>
      </w:r>
      <w:r w:rsidRPr="0000691D">
        <w:rPr>
          <w:rFonts w:cs="B Mitra"/>
          <w:sz w:val="28"/>
          <w:szCs w:val="28"/>
          <w:rtl/>
        </w:rPr>
        <w:t xml:space="preserve"> </w:t>
      </w:r>
      <w:r w:rsidRPr="0000691D">
        <w:rPr>
          <w:rFonts w:cs="B Mitra" w:hint="cs"/>
          <w:sz w:val="28"/>
          <w:szCs w:val="28"/>
          <w:rtl/>
        </w:rPr>
        <w:t>روی</w:t>
      </w:r>
      <w:r w:rsidRPr="0000691D">
        <w:rPr>
          <w:rFonts w:cs="B Mitra"/>
          <w:sz w:val="28"/>
          <w:szCs w:val="28"/>
          <w:rtl/>
        </w:rPr>
        <w:t xml:space="preserve"> دستگاه انجام م</w:t>
      </w:r>
      <w:r w:rsidRPr="0000691D">
        <w:rPr>
          <w:rFonts w:cs="B Mitra" w:hint="cs"/>
          <w:sz w:val="28"/>
          <w:szCs w:val="28"/>
          <w:rtl/>
        </w:rPr>
        <w:t>ی‌شوند</w:t>
      </w:r>
      <w:r w:rsidRPr="0000691D">
        <w:rPr>
          <w:rFonts w:cs="B Mitra"/>
          <w:sz w:val="28"/>
          <w:szCs w:val="28"/>
          <w:rtl/>
        </w:rPr>
        <w:t xml:space="preserve"> و در صورت ن</w:t>
      </w:r>
      <w:r w:rsidRPr="0000691D">
        <w:rPr>
          <w:rFonts w:cs="B Mitra" w:hint="cs"/>
          <w:sz w:val="28"/>
          <w:szCs w:val="28"/>
          <w:rtl/>
        </w:rPr>
        <w:t>یاز</w:t>
      </w:r>
      <w:r w:rsidRPr="0000691D">
        <w:rPr>
          <w:rFonts w:cs="B Mitra"/>
          <w:sz w:val="28"/>
          <w:szCs w:val="28"/>
          <w:rtl/>
        </w:rPr>
        <w:t xml:space="preserve"> به منابع ب</w:t>
      </w:r>
      <w:r w:rsidRPr="0000691D">
        <w:rPr>
          <w:rFonts w:cs="B Mitra" w:hint="cs"/>
          <w:sz w:val="28"/>
          <w:szCs w:val="28"/>
          <w:rtl/>
        </w:rPr>
        <w:t>یشتر،</w:t>
      </w:r>
      <w:r w:rsidRPr="0000691D">
        <w:rPr>
          <w:rFonts w:cs="B Mitra"/>
          <w:sz w:val="28"/>
          <w:szCs w:val="28"/>
          <w:rtl/>
        </w:rPr>
        <w:t xml:space="preserve"> از معمار</w:t>
      </w:r>
      <w:r w:rsidRPr="0000691D">
        <w:rPr>
          <w:rFonts w:cs="B Mitra" w:hint="cs"/>
          <w:sz w:val="28"/>
          <w:szCs w:val="28"/>
          <w:rtl/>
        </w:rPr>
        <w:t>ی</w:t>
      </w:r>
      <w:r w:rsidRPr="0000691D">
        <w:rPr>
          <w:rFonts w:cs="B Mitra"/>
          <w:sz w:val="28"/>
          <w:szCs w:val="28"/>
          <w:rtl/>
        </w:rPr>
        <w:t xml:space="preserve"> امن «را</w:t>
      </w:r>
      <w:r w:rsidRPr="0000691D">
        <w:rPr>
          <w:rFonts w:cs="B Mitra" w:hint="cs"/>
          <w:sz w:val="28"/>
          <w:szCs w:val="28"/>
          <w:rtl/>
        </w:rPr>
        <w:t>یانش</w:t>
      </w:r>
      <w:r w:rsidRPr="0000691D">
        <w:rPr>
          <w:rFonts w:cs="B Mitra"/>
          <w:sz w:val="28"/>
          <w:szCs w:val="28"/>
          <w:rtl/>
        </w:rPr>
        <w:t xml:space="preserve"> ابر</w:t>
      </w:r>
      <w:r w:rsidRPr="0000691D">
        <w:rPr>
          <w:rFonts w:cs="B Mitra" w:hint="cs"/>
          <w:sz w:val="28"/>
          <w:szCs w:val="28"/>
          <w:rtl/>
        </w:rPr>
        <w:t>ی</w:t>
      </w:r>
      <w:r w:rsidRPr="0000691D">
        <w:rPr>
          <w:rFonts w:cs="B Mitra"/>
          <w:sz w:val="28"/>
          <w:szCs w:val="28"/>
          <w:rtl/>
        </w:rPr>
        <w:t xml:space="preserve"> خصوص</w:t>
      </w:r>
      <w:r w:rsidRPr="0000691D">
        <w:rPr>
          <w:rFonts w:cs="B Mitra" w:hint="cs"/>
          <w:sz w:val="28"/>
          <w:szCs w:val="28"/>
          <w:rtl/>
        </w:rPr>
        <w:t>ی</w:t>
      </w:r>
      <w:r w:rsidRPr="0000691D">
        <w:rPr>
          <w:rFonts w:cs="B Mitra"/>
          <w:sz w:val="28"/>
          <w:szCs w:val="28"/>
          <w:rtl/>
        </w:rPr>
        <w:t xml:space="preserve"> [۵]» بهره م</w:t>
      </w:r>
      <w:r w:rsidRPr="0000691D">
        <w:rPr>
          <w:rFonts w:cs="B Mitra" w:hint="cs"/>
          <w:sz w:val="28"/>
          <w:szCs w:val="28"/>
          <w:rtl/>
        </w:rPr>
        <w:t>ی‌برند</w:t>
      </w:r>
      <w:r w:rsidRPr="0000691D">
        <w:rPr>
          <w:rFonts w:cs="B Mitra"/>
          <w:sz w:val="28"/>
          <w:szCs w:val="28"/>
          <w:rtl/>
        </w:rPr>
        <w:t>.</w:t>
      </w:r>
    </w:p>
    <w:p w:rsidR="00A75B1C" w:rsidRPr="0000691D" w:rsidRDefault="00A75B1C" w:rsidP="0000691D">
      <w:pPr>
        <w:bidi/>
        <w:spacing w:line="360" w:lineRule="auto"/>
        <w:jc w:val="both"/>
        <w:rPr>
          <w:rFonts w:cs="B Mitra"/>
          <w:sz w:val="28"/>
          <w:szCs w:val="28"/>
          <w:rtl/>
        </w:rPr>
      </w:pPr>
      <w:r w:rsidRPr="0000691D">
        <w:rPr>
          <w:rFonts w:cs="B Mitra" w:hint="cs"/>
          <w:sz w:val="28"/>
          <w:szCs w:val="28"/>
          <w:rtl/>
        </w:rPr>
        <w:t>برای</w:t>
      </w:r>
      <w:r w:rsidRPr="0000691D">
        <w:rPr>
          <w:rFonts w:cs="B Mitra"/>
          <w:sz w:val="28"/>
          <w:szCs w:val="28"/>
          <w:rtl/>
        </w:rPr>
        <w:t xml:space="preserve"> کاربران صفحه‌خوان، ا</w:t>
      </w:r>
      <w:r w:rsidRPr="0000691D">
        <w:rPr>
          <w:rFonts w:cs="B Mitra" w:hint="cs"/>
          <w:sz w:val="28"/>
          <w:szCs w:val="28"/>
          <w:rtl/>
        </w:rPr>
        <w:t>ین</w:t>
      </w:r>
      <w:r w:rsidRPr="0000691D">
        <w:rPr>
          <w:rFonts w:cs="B Mitra"/>
          <w:sz w:val="28"/>
          <w:szCs w:val="28"/>
          <w:rtl/>
        </w:rPr>
        <w:t xml:space="preserve"> جهش فن</w:t>
      </w:r>
      <w:r w:rsidRPr="0000691D">
        <w:rPr>
          <w:rFonts w:cs="B Mitra" w:hint="cs"/>
          <w:sz w:val="28"/>
          <w:szCs w:val="28"/>
          <w:rtl/>
        </w:rPr>
        <w:t>ی</w:t>
      </w:r>
      <w:r w:rsidRPr="0000691D">
        <w:rPr>
          <w:rFonts w:cs="B Mitra"/>
          <w:sz w:val="28"/>
          <w:szCs w:val="28"/>
          <w:rtl/>
        </w:rPr>
        <w:t xml:space="preserve"> در عملکرد «وو</w:t>
      </w:r>
      <w:r w:rsidRPr="0000691D">
        <w:rPr>
          <w:rFonts w:cs="B Mitra" w:hint="cs"/>
          <w:sz w:val="28"/>
          <w:szCs w:val="28"/>
          <w:rtl/>
        </w:rPr>
        <w:t>یس‌اور</w:t>
      </w:r>
      <w:r w:rsidRPr="0000691D">
        <w:rPr>
          <w:rFonts w:cs="B Mitra"/>
          <w:sz w:val="28"/>
          <w:szCs w:val="28"/>
          <w:rtl/>
        </w:rPr>
        <w:t xml:space="preserve"> [۶]» کاملاً ملموس است</w:t>
      </w:r>
      <w:r w:rsidRPr="0000691D">
        <w:rPr>
          <w:rFonts w:cs="B Mitra" w:hint="cs"/>
          <w:sz w:val="28"/>
          <w:szCs w:val="28"/>
          <w:rtl/>
        </w:rPr>
        <w:t>؛</w:t>
      </w:r>
      <w:r w:rsidRPr="0000691D">
        <w:rPr>
          <w:rFonts w:cs="B Mitra"/>
          <w:sz w:val="28"/>
          <w:szCs w:val="28"/>
          <w:rtl/>
        </w:rPr>
        <w:t xml:space="preserve"> قابل</w:t>
      </w:r>
      <w:r w:rsidRPr="0000691D">
        <w:rPr>
          <w:rFonts w:cs="B Mitra" w:hint="cs"/>
          <w:sz w:val="28"/>
          <w:szCs w:val="28"/>
          <w:rtl/>
        </w:rPr>
        <w:t>یت</w:t>
      </w:r>
      <w:r w:rsidRPr="0000691D">
        <w:rPr>
          <w:rFonts w:cs="B Mitra"/>
          <w:sz w:val="28"/>
          <w:szCs w:val="28"/>
          <w:rtl/>
        </w:rPr>
        <w:t xml:space="preserve"> توض</w:t>
      </w:r>
      <w:r w:rsidRPr="0000691D">
        <w:rPr>
          <w:rFonts w:cs="B Mitra" w:hint="cs"/>
          <w:sz w:val="28"/>
          <w:szCs w:val="28"/>
          <w:rtl/>
        </w:rPr>
        <w:t>یح</w:t>
      </w:r>
      <w:r w:rsidRPr="0000691D">
        <w:rPr>
          <w:rFonts w:cs="B Mitra"/>
          <w:sz w:val="28"/>
          <w:szCs w:val="28"/>
          <w:rtl/>
        </w:rPr>
        <w:t xml:space="preserve"> تصو</w:t>
      </w:r>
      <w:r w:rsidRPr="0000691D">
        <w:rPr>
          <w:rFonts w:cs="B Mitra" w:hint="cs"/>
          <w:sz w:val="28"/>
          <w:szCs w:val="28"/>
          <w:rtl/>
        </w:rPr>
        <w:t>یر</w:t>
      </w:r>
      <w:r w:rsidRPr="0000691D">
        <w:rPr>
          <w:rFonts w:cs="B Mitra"/>
          <w:sz w:val="28"/>
          <w:szCs w:val="28"/>
          <w:rtl/>
        </w:rPr>
        <w:t xml:space="preserve"> حالا ب</w:t>
      </w:r>
      <w:r w:rsidRPr="0000691D">
        <w:rPr>
          <w:rFonts w:cs="B Mitra" w:hint="cs"/>
          <w:sz w:val="28"/>
          <w:szCs w:val="28"/>
          <w:rtl/>
        </w:rPr>
        <w:t>یش‌از‌پیش</w:t>
      </w:r>
      <w:r w:rsidRPr="0000691D">
        <w:rPr>
          <w:rFonts w:cs="B Mitra"/>
          <w:sz w:val="28"/>
          <w:szCs w:val="28"/>
          <w:rtl/>
        </w:rPr>
        <w:t xml:space="preserve"> ساده و امن شده است</w:t>
      </w:r>
      <w:r w:rsidRPr="0000691D">
        <w:rPr>
          <w:rFonts w:cs="B Mitra" w:hint="cs"/>
          <w:sz w:val="28"/>
          <w:szCs w:val="28"/>
          <w:rtl/>
        </w:rPr>
        <w:t>؛</w:t>
      </w:r>
      <w:r w:rsidRPr="0000691D">
        <w:rPr>
          <w:rFonts w:cs="B Mitra"/>
          <w:sz w:val="28"/>
          <w:szCs w:val="28"/>
          <w:rtl/>
        </w:rPr>
        <w:t xml:space="preserve"> کاربر بدون ن</w:t>
      </w:r>
      <w:r w:rsidRPr="0000691D">
        <w:rPr>
          <w:rFonts w:cs="B Mitra" w:hint="cs"/>
          <w:sz w:val="28"/>
          <w:szCs w:val="28"/>
          <w:rtl/>
        </w:rPr>
        <w:t>یاز</w:t>
      </w:r>
      <w:r w:rsidRPr="0000691D">
        <w:rPr>
          <w:rFonts w:cs="B Mitra"/>
          <w:sz w:val="28"/>
          <w:szCs w:val="28"/>
          <w:rtl/>
        </w:rPr>
        <w:t xml:space="preserve"> به ارسال عکس به برنامه‌ها</w:t>
      </w:r>
      <w:r w:rsidRPr="0000691D">
        <w:rPr>
          <w:rFonts w:cs="B Mitra" w:hint="cs"/>
          <w:sz w:val="28"/>
          <w:szCs w:val="28"/>
          <w:rtl/>
        </w:rPr>
        <w:t>ی</w:t>
      </w:r>
      <w:r w:rsidRPr="0000691D">
        <w:rPr>
          <w:rFonts w:cs="B Mitra"/>
          <w:sz w:val="28"/>
          <w:szCs w:val="28"/>
          <w:rtl/>
        </w:rPr>
        <w:t xml:space="preserve"> جانب</w:t>
      </w:r>
      <w:r w:rsidRPr="0000691D">
        <w:rPr>
          <w:rFonts w:cs="B Mitra" w:hint="cs"/>
          <w:sz w:val="28"/>
          <w:szCs w:val="28"/>
          <w:rtl/>
        </w:rPr>
        <w:t>ی،</w:t>
      </w:r>
      <w:r w:rsidRPr="0000691D">
        <w:rPr>
          <w:rFonts w:cs="B Mitra"/>
          <w:sz w:val="28"/>
          <w:szCs w:val="28"/>
          <w:rtl/>
        </w:rPr>
        <w:t xml:space="preserve"> تنها با استفاده از کنش‌ها</w:t>
      </w:r>
      <w:r w:rsidRPr="0000691D">
        <w:rPr>
          <w:rFonts w:cs="B Mitra" w:hint="cs"/>
          <w:sz w:val="28"/>
          <w:szCs w:val="28"/>
          <w:rtl/>
        </w:rPr>
        <w:t>ی</w:t>
      </w:r>
      <w:r w:rsidRPr="0000691D">
        <w:rPr>
          <w:rFonts w:cs="B Mitra"/>
          <w:sz w:val="28"/>
          <w:szCs w:val="28"/>
          <w:rtl/>
        </w:rPr>
        <w:t xml:space="preserve"> روتر [۷] م</w:t>
      </w:r>
      <w:r w:rsidRPr="0000691D">
        <w:rPr>
          <w:rFonts w:cs="B Mitra" w:hint="cs"/>
          <w:sz w:val="28"/>
          <w:szCs w:val="28"/>
          <w:rtl/>
        </w:rPr>
        <w:t>ی‌تواند</w:t>
      </w:r>
      <w:r w:rsidRPr="0000691D">
        <w:rPr>
          <w:rFonts w:cs="B Mitra"/>
          <w:sz w:val="28"/>
          <w:szCs w:val="28"/>
          <w:rtl/>
        </w:rPr>
        <w:t xml:space="preserve"> توص</w:t>
      </w:r>
      <w:r w:rsidRPr="0000691D">
        <w:rPr>
          <w:rFonts w:cs="B Mitra" w:hint="cs"/>
          <w:sz w:val="28"/>
          <w:szCs w:val="28"/>
          <w:rtl/>
        </w:rPr>
        <w:t>یف</w:t>
      </w:r>
      <w:r w:rsidRPr="0000691D">
        <w:rPr>
          <w:rFonts w:cs="B Mitra"/>
          <w:sz w:val="28"/>
          <w:szCs w:val="28"/>
          <w:rtl/>
        </w:rPr>
        <w:t xml:space="preserve"> پر‌جزئ</w:t>
      </w:r>
      <w:r w:rsidRPr="0000691D">
        <w:rPr>
          <w:rFonts w:cs="B Mitra" w:hint="cs"/>
          <w:sz w:val="28"/>
          <w:szCs w:val="28"/>
          <w:rtl/>
        </w:rPr>
        <w:t>یات</w:t>
      </w:r>
      <w:r w:rsidRPr="0000691D">
        <w:rPr>
          <w:rFonts w:cs="B Mitra"/>
          <w:sz w:val="28"/>
          <w:szCs w:val="28"/>
          <w:rtl/>
        </w:rPr>
        <w:t xml:space="preserve"> هوش مصنوع</w:t>
      </w:r>
      <w:r w:rsidRPr="0000691D">
        <w:rPr>
          <w:rFonts w:cs="B Mitra" w:hint="cs"/>
          <w:sz w:val="28"/>
          <w:szCs w:val="28"/>
          <w:rtl/>
        </w:rPr>
        <w:t>ی</w:t>
      </w:r>
      <w:r w:rsidRPr="0000691D">
        <w:rPr>
          <w:rFonts w:cs="B Mitra"/>
          <w:sz w:val="28"/>
          <w:szCs w:val="28"/>
          <w:rtl/>
        </w:rPr>
        <w:t xml:space="preserve"> ر</w:t>
      </w:r>
      <w:r w:rsidRPr="0000691D">
        <w:rPr>
          <w:rFonts w:cs="B Mitra" w:hint="cs"/>
          <w:sz w:val="28"/>
          <w:szCs w:val="28"/>
          <w:rtl/>
        </w:rPr>
        <w:t>ا</w:t>
      </w:r>
      <w:r w:rsidRPr="0000691D">
        <w:rPr>
          <w:rFonts w:cs="B Mitra"/>
          <w:sz w:val="28"/>
          <w:szCs w:val="28"/>
          <w:rtl/>
        </w:rPr>
        <w:t xml:space="preserve"> در لحظه در</w:t>
      </w:r>
      <w:r w:rsidRPr="0000691D">
        <w:rPr>
          <w:rFonts w:cs="B Mitra" w:hint="cs"/>
          <w:sz w:val="28"/>
          <w:szCs w:val="28"/>
          <w:rtl/>
        </w:rPr>
        <w:t>یافت</w:t>
      </w:r>
      <w:r w:rsidRPr="0000691D">
        <w:rPr>
          <w:rFonts w:cs="B Mitra"/>
          <w:sz w:val="28"/>
          <w:szCs w:val="28"/>
          <w:rtl/>
        </w:rPr>
        <w:t xml:space="preserve"> و در اطلاعات تصو</w:t>
      </w:r>
      <w:r w:rsidRPr="0000691D">
        <w:rPr>
          <w:rFonts w:cs="B Mitra" w:hint="cs"/>
          <w:sz w:val="28"/>
          <w:szCs w:val="28"/>
          <w:rtl/>
        </w:rPr>
        <w:t>یر</w:t>
      </w:r>
      <w:r w:rsidRPr="0000691D">
        <w:rPr>
          <w:rFonts w:cs="B Mitra"/>
          <w:sz w:val="28"/>
          <w:szCs w:val="28"/>
          <w:rtl/>
        </w:rPr>
        <w:t xml:space="preserve"> ذخ</w:t>
      </w:r>
      <w:r w:rsidRPr="0000691D">
        <w:rPr>
          <w:rFonts w:cs="B Mitra" w:hint="cs"/>
          <w:sz w:val="28"/>
          <w:szCs w:val="28"/>
          <w:rtl/>
        </w:rPr>
        <w:t>یره</w:t>
      </w:r>
      <w:r w:rsidRPr="0000691D">
        <w:rPr>
          <w:rFonts w:cs="B Mitra"/>
          <w:sz w:val="28"/>
          <w:szCs w:val="28"/>
          <w:rtl/>
        </w:rPr>
        <w:t xml:space="preserve"> کند. ماژول «تشخ</w:t>
      </w:r>
      <w:r w:rsidRPr="0000691D">
        <w:rPr>
          <w:rFonts w:cs="B Mitra" w:hint="cs"/>
          <w:sz w:val="28"/>
          <w:szCs w:val="28"/>
          <w:rtl/>
        </w:rPr>
        <w:t>یص</w:t>
      </w:r>
      <w:r w:rsidRPr="0000691D">
        <w:rPr>
          <w:rFonts w:cs="B Mitra"/>
          <w:sz w:val="28"/>
          <w:szCs w:val="28"/>
          <w:rtl/>
        </w:rPr>
        <w:t xml:space="preserve"> زنده </w:t>
      </w:r>
      <w:r w:rsidRPr="0000691D">
        <w:rPr>
          <w:rFonts w:cs="B Mitra"/>
          <w:sz w:val="28"/>
          <w:szCs w:val="28"/>
          <w:rtl/>
        </w:rPr>
        <w:lastRenderedPageBreak/>
        <w:t>[۸]» که با سه ضربه با چهار انگشت</w:t>
      </w:r>
      <w:r w:rsidRPr="0000691D">
        <w:rPr>
          <w:rFonts w:cs="B Mitra" w:hint="cs"/>
          <w:sz w:val="28"/>
          <w:szCs w:val="28"/>
          <w:rtl/>
        </w:rPr>
        <w:t>ی</w:t>
      </w:r>
      <w:r w:rsidRPr="0000691D">
        <w:rPr>
          <w:rFonts w:cs="B Mitra"/>
          <w:sz w:val="28"/>
          <w:szCs w:val="28"/>
          <w:rtl/>
        </w:rPr>
        <w:t xml:space="preserve"> فراخوان</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ی‌شود،</w:t>
      </w:r>
      <w:r w:rsidRPr="0000691D">
        <w:rPr>
          <w:rFonts w:cs="B Mitra"/>
          <w:sz w:val="28"/>
          <w:szCs w:val="28"/>
          <w:rtl/>
        </w:rPr>
        <w:t xml:space="preserve"> درها، متون، موانع و مشخصات ظاهر</w:t>
      </w:r>
      <w:r w:rsidRPr="0000691D">
        <w:rPr>
          <w:rFonts w:cs="B Mitra" w:hint="cs"/>
          <w:sz w:val="28"/>
          <w:szCs w:val="28"/>
          <w:rtl/>
        </w:rPr>
        <w:t>ی</w:t>
      </w:r>
      <w:r w:rsidRPr="0000691D">
        <w:rPr>
          <w:rFonts w:cs="B Mitra"/>
          <w:sz w:val="28"/>
          <w:szCs w:val="28"/>
          <w:rtl/>
        </w:rPr>
        <w:t xml:space="preserve"> افراد (فاصله و نوع پوشش بدون نقض حر</w:t>
      </w:r>
      <w:r w:rsidRPr="0000691D">
        <w:rPr>
          <w:rFonts w:cs="B Mitra" w:hint="cs"/>
          <w:sz w:val="28"/>
          <w:szCs w:val="28"/>
          <w:rtl/>
        </w:rPr>
        <w:t>یم</w:t>
      </w:r>
      <w:r w:rsidRPr="0000691D">
        <w:rPr>
          <w:rFonts w:cs="B Mitra"/>
          <w:sz w:val="28"/>
          <w:szCs w:val="28"/>
          <w:rtl/>
        </w:rPr>
        <w:t xml:space="preserve"> شخص</w:t>
      </w:r>
      <w:r w:rsidRPr="0000691D">
        <w:rPr>
          <w:rFonts w:cs="B Mitra" w:hint="cs"/>
          <w:sz w:val="28"/>
          <w:szCs w:val="28"/>
          <w:rtl/>
        </w:rPr>
        <w:t>ی</w:t>
      </w:r>
      <w:r w:rsidRPr="0000691D">
        <w:rPr>
          <w:rFonts w:cs="B Mitra"/>
          <w:sz w:val="28"/>
          <w:szCs w:val="28"/>
          <w:rtl/>
        </w:rPr>
        <w:t>) را رد</w:t>
      </w:r>
      <w:r w:rsidRPr="0000691D">
        <w:rPr>
          <w:rFonts w:cs="B Mitra" w:hint="cs"/>
          <w:sz w:val="28"/>
          <w:szCs w:val="28"/>
          <w:rtl/>
        </w:rPr>
        <w:t>یابی</w:t>
      </w:r>
      <w:r w:rsidRPr="0000691D">
        <w:rPr>
          <w:rFonts w:cs="B Mitra"/>
          <w:sz w:val="28"/>
          <w:szCs w:val="28"/>
          <w:rtl/>
        </w:rPr>
        <w:t xml:space="preserve"> م</w:t>
      </w:r>
      <w:r w:rsidRPr="0000691D">
        <w:rPr>
          <w:rFonts w:cs="B Mitra" w:hint="cs"/>
          <w:sz w:val="28"/>
          <w:szCs w:val="28"/>
          <w:rtl/>
        </w:rPr>
        <w:t>ی‌کند</w:t>
      </w:r>
      <w:r w:rsidRPr="0000691D">
        <w:rPr>
          <w:rFonts w:cs="B Mitra"/>
          <w:sz w:val="28"/>
          <w:szCs w:val="28"/>
          <w:rtl/>
        </w:rPr>
        <w:t>. همچن</w:t>
      </w:r>
      <w:r w:rsidRPr="0000691D">
        <w:rPr>
          <w:rFonts w:cs="B Mitra" w:hint="cs"/>
          <w:sz w:val="28"/>
          <w:szCs w:val="28"/>
          <w:rtl/>
        </w:rPr>
        <w:t>ین</w:t>
      </w:r>
      <w:r w:rsidRPr="0000691D">
        <w:rPr>
          <w:rFonts w:cs="B Mitra"/>
          <w:sz w:val="28"/>
          <w:szCs w:val="28"/>
          <w:rtl/>
        </w:rPr>
        <w:t xml:space="preserve"> و</w:t>
      </w:r>
      <w:r w:rsidRPr="0000691D">
        <w:rPr>
          <w:rFonts w:cs="B Mitra" w:hint="cs"/>
          <w:sz w:val="28"/>
          <w:szCs w:val="28"/>
          <w:rtl/>
        </w:rPr>
        <w:t>یژگی</w:t>
      </w:r>
      <w:r w:rsidRPr="0000691D">
        <w:rPr>
          <w:rFonts w:cs="B Mitra"/>
          <w:sz w:val="28"/>
          <w:szCs w:val="28"/>
          <w:rtl/>
        </w:rPr>
        <w:t xml:space="preserve"> «آگاه</w:t>
      </w:r>
      <w:r w:rsidRPr="0000691D">
        <w:rPr>
          <w:rFonts w:cs="B Mitra" w:hint="cs"/>
          <w:sz w:val="28"/>
          <w:szCs w:val="28"/>
          <w:rtl/>
        </w:rPr>
        <w:t>ی</w:t>
      </w:r>
      <w:r w:rsidRPr="0000691D">
        <w:rPr>
          <w:rFonts w:cs="B Mitra"/>
          <w:sz w:val="28"/>
          <w:szCs w:val="28"/>
          <w:rtl/>
        </w:rPr>
        <w:t xml:space="preserve"> از صفحه [۹]»، با استنباط </w:t>
      </w:r>
      <w:r w:rsidRPr="0000691D">
        <w:rPr>
          <w:rFonts w:cs="B Mitra" w:hint="cs"/>
          <w:sz w:val="28"/>
          <w:szCs w:val="28"/>
          <w:rtl/>
        </w:rPr>
        <w:t>معنایی</w:t>
      </w:r>
      <w:r w:rsidRPr="0000691D">
        <w:rPr>
          <w:rFonts w:cs="B Mitra"/>
          <w:sz w:val="28"/>
          <w:szCs w:val="28"/>
          <w:rtl/>
        </w:rPr>
        <w:t xml:space="preserve"> کنترل‌ها، سدها</w:t>
      </w:r>
      <w:r w:rsidRPr="0000691D">
        <w:rPr>
          <w:rFonts w:cs="B Mitra" w:hint="cs"/>
          <w:sz w:val="28"/>
          <w:szCs w:val="28"/>
          <w:rtl/>
        </w:rPr>
        <w:t>ی</w:t>
      </w:r>
      <w:r w:rsidRPr="0000691D">
        <w:rPr>
          <w:rFonts w:cs="B Mitra"/>
          <w:sz w:val="28"/>
          <w:szCs w:val="28"/>
          <w:rtl/>
        </w:rPr>
        <w:t xml:space="preserve"> برنامه‌ها</w:t>
      </w:r>
      <w:r w:rsidRPr="0000691D">
        <w:rPr>
          <w:rFonts w:cs="B Mitra" w:hint="cs"/>
          <w:sz w:val="28"/>
          <w:szCs w:val="28"/>
          <w:rtl/>
        </w:rPr>
        <w:t>ی</w:t>
      </w:r>
      <w:r w:rsidRPr="0000691D">
        <w:rPr>
          <w:rFonts w:cs="B Mitra"/>
          <w:sz w:val="28"/>
          <w:szCs w:val="28"/>
          <w:rtl/>
        </w:rPr>
        <w:t xml:space="preserve"> غ</w:t>
      </w:r>
      <w:r w:rsidRPr="0000691D">
        <w:rPr>
          <w:rFonts w:cs="B Mitra" w:hint="cs"/>
          <w:sz w:val="28"/>
          <w:szCs w:val="28"/>
          <w:rtl/>
        </w:rPr>
        <w:t>یردسترس‌پذیر</w:t>
      </w:r>
      <w:r w:rsidRPr="0000691D">
        <w:rPr>
          <w:rFonts w:cs="B Mitra"/>
          <w:sz w:val="28"/>
          <w:szCs w:val="28"/>
          <w:rtl/>
        </w:rPr>
        <w:t xml:space="preserve"> نظ</w:t>
      </w:r>
      <w:r w:rsidRPr="0000691D">
        <w:rPr>
          <w:rFonts w:cs="B Mitra" w:hint="cs"/>
          <w:sz w:val="28"/>
          <w:szCs w:val="28"/>
          <w:rtl/>
        </w:rPr>
        <w:t>یر</w:t>
      </w:r>
      <w:r w:rsidRPr="0000691D">
        <w:rPr>
          <w:rFonts w:cs="B Mitra"/>
          <w:sz w:val="28"/>
          <w:szCs w:val="28"/>
          <w:rtl/>
        </w:rPr>
        <w:t xml:space="preserve"> نمودارها</w:t>
      </w:r>
      <w:r w:rsidRPr="0000691D">
        <w:rPr>
          <w:rFonts w:cs="B Mitra" w:hint="cs"/>
          <w:sz w:val="28"/>
          <w:szCs w:val="28"/>
          <w:rtl/>
        </w:rPr>
        <w:t>ی</w:t>
      </w:r>
      <w:r w:rsidRPr="0000691D">
        <w:rPr>
          <w:rFonts w:cs="B Mitra"/>
          <w:sz w:val="28"/>
          <w:szCs w:val="28"/>
          <w:rtl/>
        </w:rPr>
        <w:t xml:space="preserve"> پ</w:t>
      </w:r>
      <w:r w:rsidRPr="0000691D">
        <w:rPr>
          <w:rFonts w:cs="B Mitra" w:hint="cs"/>
          <w:sz w:val="28"/>
          <w:szCs w:val="28"/>
          <w:rtl/>
        </w:rPr>
        <w:t>یچیده</w:t>
      </w:r>
      <w:r w:rsidRPr="0000691D">
        <w:rPr>
          <w:rFonts w:cs="B Mitra"/>
          <w:sz w:val="28"/>
          <w:szCs w:val="28"/>
          <w:rtl/>
        </w:rPr>
        <w:t xml:space="preserve"> ورزش</w:t>
      </w:r>
      <w:r w:rsidRPr="0000691D">
        <w:rPr>
          <w:rFonts w:cs="B Mitra" w:hint="cs"/>
          <w:sz w:val="28"/>
          <w:szCs w:val="28"/>
          <w:rtl/>
        </w:rPr>
        <w:t>ی</w:t>
      </w:r>
      <w:r w:rsidRPr="0000691D">
        <w:rPr>
          <w:rFonts w:cs="B Mitra"/>
          <w:sz w:val="28"/>
          <w:szCs w:val="28"/>
          <w:rtl/>
        </w:rPr>
        <w:t xml:space="preserve"> را رفع م</w:t>
      </w:r>
      <w:r w:rsidRPr="0000691D">
        <w:rPr>
          <w:rFonts w:cs="B Mitra" w:hint="cs"/>
          <w:sz w:val="28"/>
          <w:szCs w:val="28"/>
          <w:rtl/>
        </w:rPr>
        <w:t>ی‌کند</w:t>
      </w:r>
      <w:r w:rsidRPr="0000691D">
        <w:rPr>
          <w:rFonts w:cs="B Mitra"/>
          <w:sz w:val="28"/>
          <w:szCs w:val="28"/>
          <w:rtl/>
        </w:rPr>
        <w:t>. افزوده شدن مح</w:t>
      </w:r>
      <w:r w:rsidRPr="0000691D">
        <w:rPr>
          <w:rFonts w:cs="B Mitra" w:hint="cs"/>
          <w:sz w:val="28"/>
          <w:szCs w:val="28"/>
          <w:rtl/>
        </w:rPr>
        <w:t>یط</w:t>
      </w:r>
      <w:r w:rsidRPr="0000691D">
        <w:rPr>
          <w:rFonts w:cs="B Mitra"/>
          <w:sz w:val="28"/>
          <w:szCs w:val="28"/>
          <w:rtl/>
        </w:rPr>
        <w:t xml:space="preserve"> «دسترس</w:t>
      </w:r>
      <w:r w:rsidRPr="0000691D">
        <w:rPr>
          <w:rFonts w:cs="B Mitra" w:hint="cs"/>
          <w:sz w:val="28"/>
          <w:szCs w:val="28"/>
          <w:rtl/>
        </w:rPr>
        <w:t>ی</w:t>
      </w:r>
      <w:r w:rsidRPr="0000691D">
        <w:rPr>
          <w:rFonts w:cs="B Mitra"/>
          <w:sz w:val="28"/>
          <w:szCs w:val="28"/>
          <w:rtl/>
        </w:rPr>
        <w:t xml:space="preserve"> بر</w:t>
      </w:r>
      <w:r w:rsidRPr="0000691D">
        <w:rPr>
          <w:rFonts w:cs="B Mitra" w:hint="cs"/>
          <w:sz w:val="28"/>
          <w:szCs w:val="28"/>
          <w:rtl/>
        </w:rPr>
        <w:t>یل</w:t>
      </w:r>
      <w:r w:rsidRPr="0000691D">
        <w:rPr>
          <w:rFonts w:cs="B Mitra"/>
          <w:sz w:val="28"/>
          <w:szCs w:val="28"/>
          <w:rtl/>
        </w:rPr>
        <w:t xml:space="preserve"> [۱۰]» که آ</w:t>
      </w:r>
      <w:r w:rsidRPr="0000691D">
        <w:rPr>
          <w:rFonts w:cs="B Mitra" w:hint="cs"/>
          <w:sz w:val="28"/>
          <w:szCs w:val="28"/>
          <w:rtl/>
        </w:rPr>
        <w:t>یفون</w:t>
      </w:r>
      <w:r w:rsidRPr="0000691D">
        <w:rPr>
          <w:rFonts w:cs="B Mitra"/>
          <w:sz w:val="28"/>
          <w:szCs w:val="28"/>
          <w:rtl/>
        </w:rPr>
        <w:t xml:space="preserve"> را به </w:t>
      </w:r>
      <w:r w:rsidRPr="0000691D">
        <w:rPr>
          <w:rFonts w:cs="B Mitra" w:hint="cs"/>
          <w:sz w:val="28"/>
          <w:szCs w:val="28"/>
          <w:rtl/>
        </w:rPr>
        <w:t>یک</w:t>
      </w:r>
      <w:r w:rsidRPr="0000691D">
        <w:rPr>
          <w:rFonts w:cs="B Mitra"/>
          <w:sz w:val="28"/>
          <w:szCs w:val="28"/>
          <w:rtl/>
        </w:rPr>
        <w:t xml:space="preserve"> دستگاه </w:t>
      </w:r>
      <w:r w:rsidRPr="0000691D">
        <w:rPr>
          <w:rFonts w:cs="B Mitra" w:hint="cs"/>
          <w:sz w:val="28"/>
          <w:szCs w:val="28"/>
          <w:rtl/>
        </w:rPr>
        <w:t>یادداشت</w:t>
      </w:r>
      <w:r w:rsidRPr="0000691D">
        <w:rPr>
          <w:rFonts w:cs="B Mitra"/>
          <w:sz w:val="28"/>
          <w:szCs w:val="28"/>
          <w:rtl/>
        </w:rPr>
        <w:t xml:space="preserve"> بردار بر</w:t>
      </w:r>
      <w:r w:rsidRPr="0000691D">
        <w:rPr>
          <w:rFonts w:cs="B Mitra" w:hint="cs"/>
          <w:sz w:val="28"/>
          <w:szCs w:val="28"/>
          <w:rtl/>
        </w:rPr>
        <w:t>یل</w:t>
      </w:r>
      <w:r w:rsidRPr="0000691D">
        <w:rPr>
          <w:rFonts w:cs="B Mitra"/>
          <w:sz w:val="28"/>
          <w:szCs w:val="28"/>
          <w:rtl/>
        </w:rPr>
        <w:t xml:space="preserve"> مستقل [۱۱] بدل م</w:t>
      </w:r>
      <w:r w:rsidRPr="0000691D">
        <w:rPr>
          <w:rFonts w:cs="B Mitra" w:hint="cs"/>
          <w:sz w:val="28"/>
          <w:szCs w:val="28"/>
          <w:rtl/>
        </w:rPr>
        <w:t>ی‌سازد،</w:t>
      </w:r>
      <w:r w:rsidRPr="0000691D">
        <w:rPr>
          <w:rFonts w:cs="B Mitra"/>
          <w:sz w:val="28"/>
          <w:szCs w:val="28"/>
          <w:rtl/>
        </w:rPr>
        <w:t xml:space="preserve"> در کنار نگارش م</w:t>
      </w:r>
      <w:r w:rsidRPr="0000691D">
        <w:rPr>
          <w:rFonts w:cs="B Mitra" w:hint="cs"/>
          <w:sz w:val="28"/>
          <w:szCs w:val="28"/>
          <w:rtl/>
        </w:rPr>
        <w:t>یان‌برها</w:t>
      </w:r>
      <w:r w:rsidRPr="0000691D">
        <w:rPr>
          <w:rFonts w:cs="B Mitra"/>
          <w:sz w:val="28"/>
          <w:szCs w:val="28"/>
          <w:rtl/>
        </w:rPr>
        <w:t xml:space="preserve"> با زبان طب</w:t>
      </w:r>
      <w:r w:rsidRPr="0000691D">
        <w:rPr>
          <w:rFonts w:cs="B Mitra" w:hint="cs"/>
          <w:sz w:val="28"/>
          <w:szCs w:val="28"/>
          <w:rtl/>
        </w:rPr>
        <w:t>یعی</w:t>
      </w:r>
      <w:r w:rsidRPr="0000691D">
        <w:rPr>
          <w:rFonts w:cs="B Mitra"/>
          <w:sz w:val="28"/>
          <w:szCs w:val="28"/>
          <w:rtl/>
        </w:rPr>
        <w:t xml:space="preserve"> [۱۲] و برچسب‌ها</w:t>
      </w:r>
      <w:r w:rsidRPr="0000691D">
        <w:rPr>
          <w:rFonts w:cs="B Mitra" w:hint="cs"/>
          <w:sz w:val="28"/>
          <w:szCs w:val="28"/>
          <w:rtl/>
        </w:rPr>
        <w:t>ی</w:t>
      </w:r>
      <w:r w:rsidRPr="0000691D">
        <w:rPr>
          <w:rFonts w:cs="B Mitra"/>
          <w:sz w:val="28"/>
          <w:szCs w:val="28"/>
          <w:rtl/>
        </w:rPr>
        <w:t xml:space="preserve"> دسترس‌پ</w:t>
      </w:r>
      <w:r w:rsidRPr="0000691D">
        <w:rPr>
          <w:rFonts w:cs="B Mitra" w:hint="cs"/>
          <w:sz w:val="28"/>
          <w:szCs w:val="28"/>
          <w:rtl/>
        </w:rPr>
        <w:t>ذیری</w:t>
      </w:r>
      <w:r w:rsidRPr="0000691D">
        <w:rPr>
          <w:rFonts w:cs="B Mitra"/>
          <w:sz w:val="28"/>
          <w:szCs w:val="28"/>
          <w:rtl/>
        </w:rPr>
        <w:t xml:space="preserve"> اپ استور [۱۳]، نشان م</w:t>
      </w:r>
      <w:r w:rsidRPr="0000691D">
        <w:rPr>
          <w:rFonts w:cs="B Mitra" w:hint="cs"/>
          <w:sz w:val="28"/>
          <w:szCs w:val="28"/>
          <w:rtl/>
        </w:rPr>
        <w:t>ی‌دهد</w:t>
      </w:r>
      <w:r w:rsidRPr="0000691D">
        <w:rPr>
          <w:rFonts w:cs="B Mitra"/>
          <w:sz w:val="28"/>
          <w:szCs w:val="28"/>
          <w:rtl/>
        </w:rPr>
        <w:t xml:space="preserve"> که اپل به سطح تازه‌ا</w:t>
      </w:r>
      <w:r w:rsidRPr="0000691D">
        <w:rPr>
          <w:rFonts w:cs="B Mitra" w:hint="cs"/>
          <w:sz w:val="28"/>
          <w:szCs w:val="28"/>
          <w:rtl/>
        </w:rPr>
        <w:t>ی</w:t>
      </w:r>
      <w:r w:rsidRPr="0000691D">
        <w:rPr>
          <w:rFonts w:cs="B Mitra"/>
          <w:sz w:val="28"/>
          <w:szCs w:val="28"/>
          <w:rtl/>
        </w:rPr>
        <w:t xml:space="preserve"> از بلوغ در ادغام فناور</w:t>
      </w:r>
      <w:r w:rsidRPr="0000691D">
        <w:rPr>
          <w:rFonts w:cs="B Mitra" w:hint="cs"/>
          <w:sz w:val="28"/>
          <w:szCs w:val="28"/>
          <w:rtl/>
        </w:rPr>
        <w:t>ی‌های</w:t>
      </w:r>
      <w:r w:rsidRPr="0000691D">
        <w:rPr>
          <w:rFonts w:cs="B Mitra"/>
          <w:sz w:val="28"/>
          <w:szCs w:val="28"/>
          <w:rtl/>
        </w:rPr>
        <w:t xml:space="preserve"> دسترس‌پذ</w:t>
      </w:r>
      <w:r w:rsidRPr="0000691D">
        <w:rPr>
          <w:rFonts w:cs="B Mitra" w:hint="cs"/>
          <w:sz w:val="28"/>
          <w:szCs w:val="28"/>
          <w:rtl/>
        </w:rPr>
        <w:t>یر</w:t>
      </w:r>
      <w:r w:rsidRPr="0000691D">
        <w:rPr>
          <w:rFonts w:cs="B Mitra"/>
          <w:sz w:val="28"/>
          <w:szCs w:val="28"/>
          <w:rtl/>
        </w:rPr>
        <w:t xml:space="preserve"> رس</w:t>
      </w:r>
      <w:r w:rsidRPr="0000691D">
        <w:rPr>
          <w:rFonts w:cs="B Mitra" w:hint="cs"/>
          <w:sz w:val="28"/>
          <w:szCs w:val="28"/>
          <w:rtl/>
        </w:rPr>
        <w:t>یده</w:t>
      </w:r>
      <w:r w:rsidRPr="0000691D">
        <w:rPr>
          <w:rFonts w:cs="B Mitra"/>
          <w:sz w:val="28"/>
          <w:szCs w:val="28"/>
          <w:rtl/>
        </w:rPr>
        <w:t xml:space="preserve"> است.</w:t>
      </w:r>
    </w:p>
    <w:p w:rsidR="00A75B1C" w:rsidRPr="0000691D" w:rsidRDefault="00A75B1C" w:rsidP="0000691D">
      <w:pPr>
        <w:pStyle w:val="Heading3"/>
        <w:bidi/>
        <w:spacing w:line="360" w:lineRule="auto"/>
        <w:rPr>
          <w:rFonts w:cs="B Mitra"/>
          <w:color w:val="70AD47" w:themeColor="accent6"/>
          <w:sz w:val="28"/>
          <w:szCs w:val="28"/>
          <w:rtl/>
        </w:rPr>
      </w:pPr>
      <w:bookmarkStart w:id="22" w:name="_Toc243400529"/>
      <w:r w:rsidRPr="0000691D">
        <w:rPr>
          <w:rFonts w:cs="B Mitra" w:hint="cs"/>
          <w:color w:val="70AD47" w:themeColor="accent6"/>
          <w:sz w:val="28"/>
          <w:szCs w:val="28"/>
          <w:rtl/>
        </w:rPr>
        <w:t>طعم</w:t>
      </w:r>
      <w:r w:rsidRPr="0000691D">
        <w:rPr>
          <w:rFonts w:cs="B Mitra"/>
          <w:color w:val="70AD47" w:themeColor="accent6"/>
          <w:sz w:val="28"/>
          <w:szCs w:val="28"/>
          <w:rtl/>
        </w:rPr>
        <w:t xml:space="preserve"> ش</w:t>
      </w:r>
      <w:r w:rsidRPr="0000691D">
        <w:rPr>
          <w:rFonts w:cs="B Mitra" w:hint="cs"/>
          <w:color w:val="70AD47" w:themeColor="accent6"/>
          <w:sz w:val="28"/>
          <w:szCs w:val="28"/>
          <w:rtl/>
        </w:rPr>
        <w:t>یرین</w:t>
      </w:r>
      <w:r w:rsidRPr="0000691D">
        <w:rPr>
          <w:rFonts w:cs="B Mitra"/>
          <w:color w:val="70AD47" w:themeColor="accent6"/>
          <w:sz w:val="28"/>
          <w:szCs w:val="28"/>
          <w:rtl/>
        </w:rPr>
        <w:t xml:space="preserve"> آزاد</w:t>
      </w:r>
      <w:r w:rsidRPr="0000691D">
        <w:rPr>
          <w:rFonts w:cs="B Mitra" w:hint="cs"/>
          <w:color w:val="70AD47" w:themeColor="accent6"/>
          <w:sz w:val="28"/>
          <w:szCs w:val="28"/>
          <w:rtl/>
        </w:rPr>
        <w:t>ی</w:t>
      </w:r>
      <w:r w:rsidRPr="0000691D">
        <w:rPr>
          <w:rFonts w:cs="B Mitra"/>
          <w:color w:val="70AD47" w:themeColor="accent6"/>
          <w:sz w:val="28"/>
          <w:szCs w:val="28"/>
          <w:rtl/>
        </w:rPr>
        <w:t xml:space="preserve"> دستان: پ</w:t>
      </w:r>
      <w:r w:rsidRPr="0000691D">
        <w:rPr>
          <w:rFonts w:cs="B Mitra" w:hint="cs"/>
          <w:color w:val="70AD47" w:themeColor="accent6"/>
          <w:sz w:val="28"/>
          <w:szCs w:val="28"/>
          <w:rtl/>
        </w:rPr>
        <w:t>یوند</w:t>
      </w:r>
      <w:r w:rsidRPr="0000691D">
        <w:rPr>
          <w:rFonts w:cs="B Mitra"/>
          <w:color w:val="70AD47" w:themeColor="accent6"/>
          <w:sz w:val="28"/>
          <w:szCs w:val="28"/>
          <w:rtl/>
        </w:rPr>
        <w:t xml:space="preserve"> ع</w:t>
      </w:r>
      <w:r w:rsidRPr="0000691D">
        <w:rPr>
          <w:rFonts w:cs="B Mitra" w:hint="cs"/>
          <w:color w:val="70AD47" w:themeColor="accent6"/>
          <w:sz w:val="28"/>
          <w:szCs w:val="28"/>
          <w:rtl/>
        </w:rPr>
        <w:t>ینک‌های</w:t>
      </w:r>
      <w:r w:rsidRPr="0000691D">
        <w:rPr>
          <w:rFonts w:cs="B Mitra"/>
          <w:color w:val="70AD47" w:themeColor="accent6"/>
          <w:sz w:val="28"/>
          <w:szCs w:val="28"/>
          <w:rtl/>
        </w:rPr>
        <w:t xml:space="preserve"> هوشمند متا با دست</w:t>
      </w:r>
      <w:r w:rsidRPr="0000691D">
        <w:rPr>
          <w:rFonts w:cs="B Mitra" w:hint="cs"/>
          <w:color w:val="70AD47" w:themeColor="accent6"/>
          <w:sz w:val="28"/>
          <w:szCs w:val="28"/>
          <w:rtl/>
        </w:rPr>
        <w:t>یار</w:t>
      </w:r>
      <w:r w:rsidRPr="0000691D">
        <w:rPr>
          <w:rFonts w:cs="B Mitra"/>
          <w:color w:val="70AD47" w:themeColor="accent6"/>
          <w:sz w:val="28"/>
          <w:szCs w:val="28"/>
          <w:rtl/>
        </w:rPr>
        <w:t xml:space="preserve"> اورا</w:t>
      </w:r>
      <w:r w:rsidRPr="0000691D">
        <w:rPr>
          <w:rFonts w:cs="B Mitra" w:hint="cs"/>
          <w:color w:val="70AD47" w:themeColor="accent6"/>
          <w:sz w:val="28"/>
          <w:szCs w:val="28"/>
          <w:rtl/>
        </w:rPr>
        <w:t>یان</w:t>
      </w:r>
      <w:bookmarkEnd w:id="22"/>
    </w:p>
    <w:p w:rsidR="00A75B1C" w:rsidRPr="0000691D" w:rsidRDefault="00A75B1C" w:rsidP="0000691D">
      <w:pPr>
        <w:bidi/>
        <w:spacing w:line="360" w:lineRule="auto"/>
        <w:jc w:val="both"/>
        <w:rPr>
          <w:rFonts w:cs="B Mitra"/>
          <w:sz w:val="28"/>
          <w:szCs w:val="28"/>
          <w:rtl/>
        </w:rPr>
      </w:pPr>
      <w:r w:rsidRPr="0000691D">
        <w:rPr>
          <w:rFonts w:cs="B Mitra" w:hint="cs"/>
          <w:sz w:val="28"/>
          <w:szCs w:val="28"/>
          <w:rtl/>
        </w:rPr>
        <w:t>یکی</w:t>
      </w:r>
      <w:r w:rsidRPr="0000691D">
        <w:rPr>
          <w:rFonts w:cs="B Mitra"/>
          <w:sz w:val="28"/>
          <w:szCs w:val="28"/>
          <w:rtl/>
        </w:rPr>
        <w:t xml:space="preserve"> از چالش‌ها</w:t>
      </w:r>
      <w:r w:rsidRPr="0000691D">
        <w:rPr>
          <w:rFonts w:cs="B Mitra" w:hint="cs"/>
          <w:sz w:val="28"/>
          <w:szCs w:val="28"/>
          <w:rtl/>
        </w:rPr>
        <w:t>ی</w:t>
      </w:r>
      <w:r w:rsidRPr="0000691D">
        <w:rPr>
          <w:rFonts w:cs="B Mitra"/>
          <w:sz w:val="28"/>
          <w:szCs w:val="28"/>
          <w:rtl/>
        </w:rPr>
        <w:t xml:space="preserve"> کاربران با آس</w:t>
      </w:r>
      <w:r w:rsidRPr="0000691D">
        <w:rPr>
          <w:rFonts w:cs="B Mitra" w:hint="cs"/>
          <w:sz w:val="28"/>
          <w:szCs w:val="28"/>
          <w:rtl/>
        </w:rPr>
        <w:t>یب</w:t>
      </w:r>
      <w:r w:rsidRPr="0000691D">
        <w:rPr>
          <w:rFonts w:cs="B Mitra"/>
          <w:sz w:val="28"/>
          <w:szCs w:val="28"/>
          <w:rtl/>
        </w:rPr>
        <w:t xml:space="preserve"> ب</w:t>
      </w:r>
      <w:r w:rsidRPr="0000691D">
        <w:rPr>
          <w:rFonts w:cs="B Mitra" w:hint="cs"/>
          <w:sz w:val="28"/>
          <w:szCs w:val="28"/>
          <w:rtl/>
        </w:rPr>
        <w:t>ینایی</w:t>
      </w:r>
      <w:r w:rsidRPr="0000691D">
        <w:rPr>
          <w:rFonts w:cs="B Mitra"/>
          <w:sz w:val="28"/>
          <w:szCs w:val="28"/>
          <w:rtl/>
        </w:rPr>
        <w:t xml:space="preserve"> در استفاده از ابزارها</w:t>
      </w:r>
      <w:r w:rsidRPr="0000691D">
        <w:rPr>
          <w:rFonts w:cs="B Mitra" w:hint="cs"/>
          <w:sz w:val="28"/>
          <w:szCs w:val="28"/>
          <w:rtl/>
        </w:rPr>
        <w:t>ی</w:t>
      </w:r>
      <w:r w:rsidRPr="0000691D">
        <w:rPr>
          <w:rFonts w:cs="B Mitra"/>
          <w:sz w:val="28"/>
          <w:szCs w:val="28"/>
          <w:rtl/>
        </w:rPr>
        <w:t xml:space="preserve"> هوش مصنوع</w:t>
      </w:r>
      <w:r w:rsidRPr="0000691D">
        <w:rPr>
          <w:rFonts w:cs="B Mitra" w:hint="cs"/>
          <w:sz w:val="28"/>
          <w:szCs w:val="28"/>
          <w:rtl/>
        </w:rPr>
        <w:t>ی،</w:t>
      </w:r>
      <w:r w:rsidRPr="0000691D">
        <w:rPr>
          <w:rFonts w:cs="B Mitra"/>
          <w:sz w:val="28"/>
          <w:szCs w:val="28"/>
          <w:rtl/>
        </w:rPr>
        <w:t xml:space="preserve"> وابستگ</w:t>
      </w:r>
      <w:r w:rsidRPr="0000691D">
        <w:rPr>
          <w:rFonts w:cs="B Mitra" w:hint="cs"/>
          <w:sz w:val="28"/>
          <w:szCs w:val="28"/>
          <w:rtl/>
        </w:rPr>
        <w:t>ی</w:t>
      </w:r>
      <w:r w:rsidRPr="0000691D">
        <w:rPr>
          <w:rFonts w:cs="B Mitra"/>
          <w:sz w:val="28"/>
          <w:szCs w:val="28"/>
          <w:rtl/>
        </w:rPr>
        <w:t xml:space="preserve"> به نگه‌داشتن گوش</w:t>
      </w:r>
      <w:r w:rsidRPr="0000691D">
        <w:rPr>
          <w:rFonts w:cs="B Mitra" w:hint="cs"/>
          <w:sz w:val="28"/>
          <w:szCs w:val="28"/>
          <w:rtl/>
        </w:rPr>
        <w:t>ی</w:t>
      </w:r>
      <w:r w:rsidRPr="0000691D">
        <w:rPr>
          <w:rFonts w:cs="B Mitra"/>
          <w:sz w:val="28"/>
          <w:szCs w:val="28"/>
          <w:rtl/>
        </w:rPr>
        <w:t xml:space="preserve"> در دست و تنظ</w:t>
      </w:r>
      <w:r w:rsidRPr="0000691D">
        <w:rPr>
          <w:rFonts w:cs="B Mitra" w:hint="cs"/>
          <w:sz w:val="28"/>
          <w:szCs w:val="28"/>
          <w:rtl/>
        </w:rPr>
        <w:t>یم</w:t>
      </w:r>
      <w:r w:rsidRPr="0000691D">
        <w:rPr>
          <w:rFonts w:cs="B Mitra"/>
          <w:sz w:val="28"/>
          <w:szCs w:val="28"/>
          <w:rtl/>
        </w:rPr>
        <w:t xml:space="preserve"> دشوار زاو</w:t>
      </w:r>
      <w:r w:rsidRPr="0000691D">
        <w:rPr>
          <w:rFonts w:cs="B Mitra" w:hint="cs"/>
          <w:sz w:val="28"/>
          <w:szCs w:val="28"/>
          <w:rtl/>
        </w:rPr>
        <w:t>یه</w:t>
      </w:r>
      <w:r w:rsidRPr="0000691D">
        <w:rPr>
          <w:rFonts w:cs="B Mitra"/>
          <w:sz w:val="28"/>
          <w:szCs w:val="28"/>
          <w:rtl/>
        </w:rPr>
        <w:t xml:space="preserve"> دورب</w:t>
      </w:r>
      <w:r w:rsidRPr="0000691D">
        <w:rPr>
          <w:rFonts w:cs="B Mitra" w:hint="cs"/>
          <w:sz w:val="28"/>
          <w:szCs w:val="28"/>
          <w:rtl/>
        </w:rPr>
        <w:t>ین</w:t>
      </w:r>
      <w:r w:rsidRPr="0000691D">
        <w:rPr>
          <w:rFonts w:cs="B Mitra"/>
          <w:sz w:val="28"/>
          <w:szCs w:val="28"/>
          <w:rtl/>
        </w:rPr>
        <w:t xml:space="preserve"> هنگام استفاده از عصا</w:t>
      </w:r>
      <w:r w:rsidRPr="0000691D">
        <w:rPr>
          <w:rFonts w:cs="B Mitra" w:hint="cs"/>
          <w:sz w:val="28"/>
          <w:szCs w:val="28"/>
          <w:rtl/>
        </w:rPr>
        <w:t>ی</w:t>
      </w:r>
      <w:r w:rsidRPr="0000691D">
        <w:rPr>
          <w:rFonts w:cs="B Mitra"/>
          <w:sz w:val="28"/>
          <w:szCs w:val="28"/>
          <w:rtl/>
        </w:rPr>
        <w:t xml:space="preserve"> سف</w:t>
      </w:r>
      <w:r w:rsidRPr="0000691D">
        <w:rPr>
          <w:rFonts w:cs="B Mitra" w:hint="cs"/>
          <w:sz w:val="28"/>
          <w:szCs w:val="28"/>
          <w:rtl/>
        </w:rPr>
        <w:t>ید</w:t>
      </w:r>
      <w:r w:rsidRPr="0000691D">
        <w:rPr>
          <w:rFonts w:cs="B Mitra"/>
          <w:sz w:val="28"/>
          <w:szCs w:val="28"/>
          <w:rtl/>
        </w:rPr>
        <w:t xml:space="preserve"> بوده است</w:t>
      </w:r>
      <w:r w:rsidRPr="0000691D">
        <w:rPr>
          <w:rFonts w:cs="B Mitra" w:hint="cs"/>
          <w:sz w:val="28"/>
          <w:szCs w:val="28"/>
          <w:rtl/>
        </w:rPr>
        <w:t>؛</w:t>
      </w:r>
      <w:r w:rsidRPr="0000691D">
        <w:rPr>
          <w:rFonts w:cs="B Mitra"/>
          <w:sz w:val="28"/>
          <w:szCs w:val="28"/>
          <w:rtl/>
        </w:rPr>
        <w:t xml:space="preserve"> انتشار نسخه عموم</w:t>
      </w:r>
      <w:r w:rsidRPr="0000691D">
        <w:rPr>
          <w:rFonts w:cs="B Mitra" w:hint="cs"/>
          <w:sz w:val="28"/>
          <w:szCs w:val="28"/>
          <w:rtl/>
        </w:rPr>
        <w:t>ی</w:t>
      </w:r>
      <w:r w:rsidRPr="0000691D">
        <w:rPr>
          <w:rFonts w:cs="B Mitra"/>
          <w:sz w:val="28"/>
          <w:szCs w:val="28"/>
          <w:rtl/>
        </w:rPr>
        <w:t xml:space="preserve"> «ک</w:t>
      </w:r>
      <w:r w:rsidRPr="0000691D">
        <w:rPr>
          <w:rFonts w:cs="B Mitra" w:hint="cs"/>
          <w:sz w:val="28"/>
          <w:szCs w:val="28"/>
          <w:rtl/>
        </w:rPr>
        <w:t>یت</w:t>
      </w:r>
      <w:r w:rsidRPr="0000691D">
        <w:rPr>
          <w:rFonts w:cs="B Mitra"/>
          <w:sz w:val="28"/>
          <w:szCs w:val="28"/>
          <w:rtl/>
        </w:rPr>
        <w:t xml:space="preserve"> دسترس</w:t>
      </w:r>
      <w:r w:rsidRPr="0000691D">
        <w:rPr>
          <w:rFonts w:cs="B Mitra" w:hint="cs"/>
          <w:sz w:val="28"/>
          <w:szCs w:val="28"/>
          <w:rtl/>
        </w:rPr>
        <w:t>ی</w:t>
      </w:r>
      <w:r w:rsidRPr="0000691D">
        <w:rPr>
          <w:rFonts w:cs="B Mitra"/>
          <w:sz w:val="28"/>
          <w:szCs w:val="28"/>
          <w:rtl/>
        </w:rPr>
        <w:t xml:space="preserve"> به ابزارها</w:t>
      </w:r>
      <w:r w:rsidRPr="0000691D">
        <w:rPr>
          <w:rFonts w:cs="B Mitra" w:hint="cs"/>
          <w:sz w:val="28"/>
          <w:szCs w:val="28"/>
          <w:rtl/>
        </w:rPr>
        <w:t>ی</w:t>
      </w:r>
      <w:r w:rsidRPr="0000691D">
        <w:rPr>
          <w:rFonts w:cs="B Mitra"/>
          <w:sz w:val="28"/>
          <w:szCs w:val="28"/>
          <w:rtl/>
        </w:rPr>
        <w:t xml:space="preserve"> پوش</w:t>
      </w:r>
      <w:r w:rsidRPr="0000691D">
        <w:rPr>
          <w:rFonts w:cs="B Mitra" w:hint="cs"/>
          <w:sz w:val="28"/>
          <w:szCs w:val="28"/>
          <w:rtl/>
        </w:rPr>
        <w:t>یدنی</w:t>
      </w:r>
      <w:r w:rsidRPr="0000691D">
        <w:rPr>
          <w:rFonts w:cs="B Mitra"/>
          <w:sz w:val="28"/>
          <w:szCs w:val="28"/>
          <w:rtl/>
        </w:rPr>
        <w:t xml:space="preserve"> متا [۱۴]» و اجرا</w:t>
      </w:r>
      <w:r w:rsidRPr="0000691D">
        <w:rPr>
          <w:rFonts w:cs="B Mitra" w:hint="cs"/>
          <w:sz w:val="28"/>
          <w:szCs w:val="28"/>
          <w:rtl/>
        </w:rPr>
        <w:t>ی</w:t>
      </w:r>
      <w:r w:rsidRPr="0000691D">
        <w:rPr>
          <w:rFonts w:cs="B Mitra"/>
          <w:sz w:val="28"/>
          <w:szCs w:val="28"/>
          <w:rtl/>
        </w:rPr>
        <w:t xml:space="preserve"> مستق</w:t>
      </w:r>
      <w:r w:rsidRPr="0000691D">
        <w:rPr>
          <w:rFonts w:cs="B Mitra" w:hint="cs"/>
          <w:sz w:val="28"/>
          <w:szCs w:val="28"/>
          <w:rtl/>
        </w:rPr>
        <w:t>یم</w:t>
      </w:r>
      <w:r w:rsidRPr="0000691D">
        <w:rPr>
          <w:rFonts w:cs="B Mitra"/>
          <w:sz w:val="28"/>
          <w:szCs w:val="28"/>
          <w:rtl/>
        </w:rPr>
        <w:t xml:space="preserve"> اپل</w:t>
      </w:r>
      <w:r w:rsidRPr="0000691D">
        <w:rPr>
          <w:rFonts w:cs="B Mitra" w:hint="cs"/>
          <w:sz w:val="28"/>
          <w:szCs w:val="28"/>
          <w:rtl/>
        </w:rPr>
        <w:t>یکیشن</w:t>
      </w:r>
      <w:r w:rsidRPr="0000691D">
        <w:rPr>
          <w:rFonts w:cs="B Mitra"/>
          <w:sz w:val="28"/>
          <w:szCs w:val="28"/>
          <w:rtl/>
        </w:rPr>
        <w:t xml:space="preserve"> «</w:t>
      </w:r>
      <w:r w:rsidRPr="0000691D">
        <w:rPr>
          <w:rFonts w:cs="B Mitra" w:hint="cs"/>
          <w:sz w:val="28"/>
          <w:szCs w:val="28"/>
          <w:rtl/>
        </w:rPr>
        <w:t>اورایان</w:t>
      </w:r>
      <w:r w:rsidRPr="0000691D">
        <w:rPr>
          <w:rFonts w:cs="B Mitra"/>
          <w:sz w:val="28"/>
          <w:szCs w:val="28"/>
          <w:rtl/>
        </w:rPr>
        <w:t xml:space="preserve"> [۱۵]» بر رو</w:t>
      </w:r>
      <w:r w:rsidRPr="0000691D">
        <w:rPr>
          <w:rFonts w:cs="B Mitra" w:hint="cs"/>
          <w:sz w:val="28"/>
          <w:szCs w:val="28"/>
          <w:rtl/>
        </w:rPr>
        <w:t>ی</w:t>
      </w:r>
      <w:r w:rsidRPr="0000691D">
        <w:rPr>
          <w:rFonts w:cs="B Mitra"/>
          <w:sz w:val="28"/>
          <w:szCs w:val="28"/>
          <w:rtl/>
        </w:rPr>
        <w:t xml:space="preserve"> ع</w:t>
      </w:r>
      <w:r w:rsidRPr="0000691D">
        <w:rPr>
          <w:rFonts w:cs="B Mitra" w:hint="cs"/>
          <w:sz w:val="28"/>
          <w:szCs w:val="28"/>
          <w:rtl/>
        </w:rPr>
        <w:t>ینک‌های</w:t>
      </w:r>
      <w:r w:rsidRPr="0000691D">
        <w:rPr>
          <w:rFonts w:cs="B Mitra"/>
          <w:sz w:val="28"/>
          <w:szCs w:val="28"/>
          <w:rtl/>
        </w:rPr>
        <w:t xml:space="preserve"> «ر</w:t>
      </w:r>
      <w:r w:rsidRPr="0000691D">
        <w:rPr>
          <w:rFonts w:cs="B Mitra" w:hint="cs"/>
          <w:sz w:val="28"/>
          <w:szCs w:val="28"/>
          <w:rtl/>
        </w:rPr>
        <w:t>ی‌بن</w:t>
      </w:r>
      <w:r w:rsidRPr="0000691D">
        <w:rPr>
          <w:rFonts w:cs="B Mitra"/>
          <w:sz w:val="28"/>
          <w:szCs w:val="28"/>
          <w:rtl/>
        </w:rPr>
        <w:t xml:space="preserve"> متا [۱۶]»، گام</w:t>
      </w:r>
      <w:r w:rsidRPr="0000691D">
        <w:rPr>
          <w:rFonts w:cs="B Mitra" w:hint="cs"/>
          <w:sz w:val="28"/>
          <w:szCs w:val="28"/>
          <w:rtl/>
        </w:rPr>
        <w:t>ی</w:t>
      </w:r>
      <w:r w:rsidRPr="0000691D">
        <w:rPr>
          <w:rFonts w:cs="B Mitra"/>
          <w:sz w:val="28"/>
          <w:szCs w:val="28"/>
          <w:rtl/>
        </w:rPr>
        <w:t xml:space="preserve"> ساختار</w:t>
      </w:r>
      <w:r w:rsidRPr="0000691D">
        <w:rPr>
          <w:rFonts w:cs="B Mitra" w:hint="cs"/>
          <w:sz w:val="28"/>
          <w:szCs w:val="28"/>
          <w:rtl/>
        </w:rPr>
        <w:t>ی</w:t>
      </w:r>
      <w:r w:rsidRPr="0000691D">
        <w:rPr>
          <w:rFonts w:cs="B Mitra"/>
          <w:sz w:val="28"/>
          <w:szCs w:val="28"/>
          <w:rtl/>
        </w:rPr>
        <w:t xml:space="preserve"> در رفع ا</w:t>
      </w:r>
      <w:r w:rsidRPr="0000691D">
        <w:rPr>
          <w:rFonts w:cs="B Mitra" w:hint="cs"/>
          <w:sz w:val="28"/>
          <w:szCs w:val="28"/>
          <w:rtl/>
        </w:rPr>
        <w:t>ین</w:t>
      </w:r>
      <w:r w:rsidRPr="0000691D">
        <w:rPr>
          <w:rFonts w:cs="B Mitra"/>
          <w:sz w:val="28"/>
          <w:szCs w:val="28"/>
          <w:rtl/>
        </w:rPr>
        <w:t xml:space="preserve"> مانع به شمار م</w:t>
      </w:r>
      <w:r w:rsidRPr="0000691D">
        <w:rPr>
          <w:rFonts w:cs="B Mitra" w:hint="cs"/>
          <w:sz w:val="28"/>
          <w:szCs w:val="28"/>
          <w:rtl/>
        </w:rPr>
        <w:t>ی‌رود</w:t>
      </w:r>
      <w:r w:rsidRPr="0000691D">
        <w:rPr>
          <w:rFonts w:cs="B Mitra"/>
          <w:sz w:val="28"/>
          <w:szCs w:val="28"/>
          <w:rtl/>
        </w:rPr>
        <w:t>. در شماره‌ها</w:t>
      </w:r>
      <w:r w:rsidRPr="0000691D">
        <w:rPr>
          <w:rFonts w:cs="B Mitra" w:hint="cs"/>
          <w:sz w:val="28"/>
          <w:szCs w:val="28"/>
          <w:rtl/>
        </w:rPr>
        <w:t>ی</w:t>
      </w:r>
      <w:r w:rsidRPr="0000691D">
        <w:rPr>
          <w:rFonts w:cs="B Mitra"/>
          <w:sz w:val="28"/>
          <w:szCs w:val="28"/>
          <w:rtl/>
        </w:rPr>
        <w:t xml:space="preserve"> پ</w:t>
      </w:r>
      <w:r w:rsidRPr="0000691D">
        <w:rPr>
          <w:rFonts w:cs="B Mitra" w:hint="cs"/>
          <w:sz w:val="28"/>
          <w:szCs w:val="28"/>
          <w:rtl/>
        </w:rPr>
        <w:t>یشین</w:t>
      </w:r>
      <w:r w:rsidRPr="0000691D">
        <w:rPr>
          <w:rFonts w:cs="B Mitra"/>
          <w:sz w:val="28"/>
          <w:szCs w:val="28"/>
          <w:rtl/>
        </w:rPr>
        <w:t xml:space="preserve"> توض</w:t>
      </w:r>
      <w:r w:rsidRPr="0000691D">
        <w:rPr>
          <w:rFonts w:cs="B Mitra" w:hint="cs"/>
          <w:sz w:val="28"/>
          <w:szCs w:val="28"/>
          <w:rtl/>
        </w:rPr>
        <w:t>یحاتی</w:t>
      </w:r>
      <w:r w:rsidRPr="0000691D">
        <w:rPr>
          <w:rFonts w:cs="B Mitra"/>
          <w:sz w:val="28"/>
          <w:szCs w:val="28"/>
          <w:rtl/>
        </w:rPr>
        <w:t xml:space="preserve"> درباره هر </w:t>
      </w:r>
      <w:r w:rsidRPr="0000691D">
        <w:rPr>
          <w:rFonts w:cs="B Mitra" w:hint="cs"/>
          <w:sz w:val="28"/>
          <w:szCs w:val="28"/>
          <w:rtl/>
        </w:rPr>
        <w:t>یک</w:t>
      </w:r>
      <w:r w:rsidRPr="0000691D">
        <w:rPr>
          <w:rFonts w:cs="B Mitra"/>
          <w:sz w:val="28"/>
          <w:szCs w:val="28"/>
          <w:rtl/>
        </w:rPr>
        <w:t xml:space="preserve"> از ا</w:t>
      </w:r>
      <w:r w:rsidRPr="0000691D">
        <w:rPr>
          <w:rFonts w:cs="B Mitra" w:hint="cs"/>
          <w:sz w:val="28"/>
          <w:szCs w:val="28"/>
          <w:rtl/>
        </w:rPr>
        <w:t>ین</w:t>
      </w:r>
      <w:r w:rsidRPr="0000691D">
        <w:rPr>
          <w:rFonts w:cs="B Mitra"/>
          <w:sz w:val="28"/>
          <w:szCs w:val="28"/>
          <w:rtl/>
        </w:rPr>
        <w:t xml:space="preserve"> عناو</w:t>
      </w:r>
      <w:r w:rsidRPr="0000691D">
        <w:rPr>
          <w:rFonts w:cs="B Mitra" w:hint="cs"/>
          <w:sz w:val="28"/>
          <w:szCs w:val="28"/>
          <w:rtl/>
        </w:rPr>
        <w:t>ین</w:t>
      </w:r>
      <w:r w:rsidRPr="0000691D">
        <w:rPr>
          <w:rFonts w:cs="B Mitra"/>
          <w:sz w:val="28"/>
          <w:szCs w:val="28"/>
          <w:rtl/>
        </w:rPr>
        <w:t xml:space="preserve"> ارائه کرد</w:t>
      </w:r>
      <w:r w:rsidRPr="0000691D">
        <w:rPr>
          <w:rFonts w:cs="B Mitra" w:hint="cs"/>
          <w:sz w:val="28"/>
          <w:szCs w:val="28"/>
          <w:rtl/>
        </w:rPr>
        <w:t>یم،</w:t>
      </w:r>
      <w:r w:rsidRPr="0000691D">
        <w:rPr>
          <w:rFonts w:cs="B Mitra"/>
          <w:sz w:val="28"/>
          <w:szCs w:val="28"/>
          <w:rtl/>
        </w:rPr>
        <w:t xml:space="preserve"> اما ادغام </w:t>
      </w:r>
      <w:r w:rsidRPr="0000691D">
        <w:rPr>
          <w:rFonts w:cs="B Mitra" w:hint="cs"/>
          <w:sz w:val="28"/>
          <w:szCs w:val="28"/>
          <w:rtl/>
        </w:rPr>
        <w:t>یک</w:t>
      </w:r>
      <w:r w:rsidRPr="0000691D">
        <w:rPr>
          <w:rFonts w:cs="B Mitra"/>
          <w:sz w:val="28"/>
          <w:szCs w:val="28"/>
          <w:rtl/>
        </w:rPr>
        <w:t xml:space="preserve"> دست</w:t>
      </w:r>
      <w:r w:rsidRPr="0000691D">
        <w:rPr>
          <w:rFonts w:cs="B Mitra" w:hint="cs"/>
          <w:sz w:val="28"/>
          <w:szCs w:val="28"/>
          <w:rtl/>
        </w:rPr>
        <w:t>یار</w:t>
      </w:r>
      <w:r w:rsidRPr="0000691D">
        <w:rPr>
          <w:rFonts w:cs="B Mitra"/>
          <w:sz w:val="28"/>
          <w:szCs w:val="28"/>
          <w:rtl/>
        </w:rPr>
        <w:t xml:space="preserve"> خوب هوش مصنوع</w:t>
      </w:r>
      <w:r w:rsidRPr="0000691D">
        <w:rPr>
          <w:rFonts w:cs="B Mitra" w:hint="cs"/>
          <w:sz w:val="28"/>
          <w:szCs w:val="28"/>
          <w:rtl/>
        </w:rPr>
        <w:t>ی</w:t>
      </w:r>
      <w:r w:rsidRPr="0000691D">
        <w:rPr>
          <w:rFonts w:cs="B Mitra"/>
          <w:sz w:val="28"/>
          <w:szCs w:val="28"/>
          <w:rtl/>
        </w:rPr>
        <w:t xml:space="preserve"> با گجت</w:t>
      </w:r>
      <w:r w:rsidRPr="0000691D">
        <w:rPr>
          <w:rFonts w:cs="B Mitra" w:hint="cs"/>
          <w:sz w:val="28"/>
          <w:szCs w:val="28"/>
          <w:rtl/>
        </w:rPr>
        <w:t>ی</w:t>
      </w:r>
      <w:r w:rsidRPr="0000691D">
        <w:rPr>
          <w:rFonts w:cs="B Mitra"/>
          <w:sz w:val="28"/>
          <w:szCs w:val="28"/>
          <w:rtl/>
        </w:rPr>
        <w:t xml:space="preserve"> کارآمد در هم</w:t>
      </w:r>
      <w:r w:rsidRPr="0000691D">
        <w:rPr>
          <w:rFonts w:cs="B Mitra" w:hint="cs"/>
          <w:sz w:val="28"/>
          <w:szCs w:val="28"/>
          <w:rtl/>
        </w:rPr>
        <w:t>ین</w:t>
      </w:r>
      <w:r w:rsidRPr="0000691D">
        <w:rPr>
          <w:rFonts w:cs="B Mitra"/>
          <w:sz w:val="28"/>
          <w:szCs w:val="28"/>
          <w:rtl/>
        </w:rPr>
        <w:t xml:space="preserve"> حوزه، موضوع</w:t>
      </w:r>
      <w:r w:rsidRPr="0000691D">
        <w:rPr>
          <w:rFonts w:cs="B Mitra" w:hint="cs"/>
          <w:sz w:val="28"/>
          <w:szCs w:val="28"/>
          <w:rtl/>
        </w:rPr>
        <w:t>ی</w:t>
      </w:r>
      <w:r w:rsidRPr="0000691D">
        <w:rPr>
          <w:rFonts w:cs="B Mitra"/>
          <w:sz w:val="28"/>
          <w:szCs w:val="28"/>
          <w:rtl/>
        </w:rPr>
        <w:t xml:space="preserve"> است که پادکست «دبل تپ [۱۷]» در مصاحبه با «استفان</w:t>
      </w:r>
      <w:r w:rsidRPr="0000691D">
        <w:rPr>
          <w:rFonts w:cs="B Mitra" w:hint="cs"/>
          <w:sz w:val="28"/>
          <w:szCs w:val="28"/>
          <w:rtl/>
        </w:rPr>
        <w:t>ی</w:t>
      </w:r>
      <w:r w:rsidRPr="0000691D">
        <w:rPr>
          <w:rFonts w:cs="B Mitra"/>
          <w:sz w:val="28"/>
          <w:szCs w:val="28"/>
          <w:rtl/>
        </w:rPr>
        <w:t xml:space="preserve"> روب</w:t>
      </w:r>
      <w:r w:rsidRPr="0000691D">
        <w:rPr>
          <w:rFonts w:cs="B Mitra" w:hint="cs"/>
          <w:sz w:val="28"/>
          <w:szCs w:val="28"/>
          <w:rtl/>
        </w:rPr>
        <w:t>یو</w:t>
      </w:r>
      <w:r w:rsidRPr="0000691D">
        <w:rPr>
          <w:rFonts w:cs="B Mitra"/>
          <w:sz w:val="28"/>
          <w:szCs w:val="28"/>
          <w:rtl/>
        </w:rPr>
        <w:t xml:space="preserve"> [۱۸]»، مد</w:t>
      </w:r>
      <w:r w:rsidRPr="0000691D">
        <w:rPr>
          <w:rFonts w:cs="B Mitra" w:hint="cs"/>
          <w:sz w:val="28"/>
          <w:szCs w:val="28"/>
          <w:rtl/>
        </w:rPr>
        <w:t>یرعامل</w:t>
      </w:r>
      <w:r w:rsidRPr="0000691D">
        <w:rPr>
          <w:rFonts w:cs="B Mitra"/>
          <w:sz w:val="28"/>
          <w:szCs w:val="28"/>
          <w:rtl/>
        </w:rPr>
        <w:t xml:space="preserve"> اورا</w:t>
      </w:r>
      <w:r w:rsidRPr="0000691D">
        <w:rPr>
          <w:rFonts w:cs="B Mitra" w:hint="cs"/>
          <w:sz w:val="28"/>
          <w:szCs w:val="28"/>
          <w:rtl/>
        </w:rPr>
        <w:t>یان</w:t>
      </w:r>
      <w:r w:rsidRPr="0000691D">
        <w:rPr>
          <w:rFonts w:cs="B Mitra"/>
          <w:sz w:val="28"/>
          <w:szCs w:val="28"/>
          <w:rtl/>
        </w:rPr>
        <w:t xml:space="preserve"> به آن پرداخته است.</w:t>
      </w:r>
    </w:p>
    <w:p w:rsidR="00A75B1C" w:rsidRPr="0000691D" w:rsidRDefault="00A75B1C" w:rsidP="0000691D">
      <w:pPr>
        <w:bidi/>
        <w:spacing w:line="360" w:lineRule="auto"/>
        <w:jc w:val="both"/>
        <w:rPr>
          <w:rFonts w:cs="B Mitra"/>
          <w:sz w:val="28"/>
          <w:szCs w:val="28"/>
          <w:rtl/>
        </w:rPr>
      </w:pPr>
      <w:r w:rsidRPr="0000691D">
        <w:rPr>
          <w:rFonts w:cs="B Mitra" w:hint="cs"/>
          <w:sz w:val="28"/>
          <w:szCs w:val="28"/>
          <w:rtl/>
        </w:rPr>
        <w:t>اورایان</w:t>
      </w:r>
      <w:r w:rsidRPr="0000691D">
        <w:rPr>
          <w:rFonts w:cs="B Mitra"/>
          <w:sz w:val="28"/>
          <w:szCs w:val="28"/>
          <w:rtl/>
        </w:rPr>
        <w:t xml:space="preserve"> بر رو</w:t>
      </w:r>
      <w:r w:rsidRPr="0000691D">
        <w:rPr>
          <w:rFonts w:cs="B Mitra" w:hint="cs"/>
          <w:sz w:val="28"/>
          <w:szCs w:val="28"/>
          <w:rtl/>
        </w:rPr>
        <w:t>ی</w:t>
      </w:r>
      <w:r w:rsidRPr="0000691D">
        <w:rPr>
          <w:rFonts w:cs="B Mitra"/>
          <w:sz w:val="28"/>
          <w:szCs w:val="28"/>
          <w:rtl/>
        </w:rPr>
        <w:t xml:space="preserve"> ع</w:t>
      </w:r>
      <w:r w:rsidRPr="0000691D">
        <w:rPr>
          <w:rFonts w:cs="B Mitra" w:hint="cs"/>
          <w:sz w:val="28"/>
          <w:szCs w:val="28"/>
          <w:rtl/>
        </w:rPr>
        <w:t>ینک‌های</w:t>
      </w:r>
      <w:r w:rsidRPr="0000691D">
        <w:rPr>
          <w:rFonts w:cs="B Mitra"/>
          <w:sz w:val="28"/>
          <w:szCs w:val="28"/>
          <w:rtl/>
        </w:rPr>
        <w:t xml:space="preserve"> متا به کاربر امکان م</w:t>
      </w:r>
      <w:r w:rsidRPr="0000691D">
        <w:rPr>
          <w:rFonts w:cs="B Mitra" w:hint="cs"/>
          <w:sz w:val="28"/>
          <w:szCs w:val="28"/>
          <w:rtl/>
        </w:rPr>
        <w:t>ی‌دهد</w:t>
      </w:r>
      <w:r w:rsidRPr="0000691D">
        <w:rPr>
          <w:rFonts w:cs="B Mitra"/>
          <w:sz w:val="28"/>
          <w:szCs w:val="28"/>
          <w:rtl/>
        </w:rPr>
        <w:t xml:space="preserve"> با فرمان صوت</w:t>
      </w:r>
      <w:r w:rsidRPr="0000691D">
        <w:rPr>
          <w:rFonts w:cs="B Mitra" w:hint="cs"/>
          <w:sz w:val="28"/>
          <w:szCs w:val="28"/>
          <w:rtl/>
        </w:rPr>
        <w:t>ی</w:t>
      </w:r>
      <w:r w:rsidRPr="0000691D">
        <w:rPr>
          <w:rFonts w:cs="B Mitra"/>
          <w:sz w:val="28"/>
          <w:szCs w:val="28"/>
          <w:rtl/>
        </w:rPr>
        <w:t xml:space="preserve"> «ه</w:t>
      </w:r>
      <w:r w:rsidRPr="0000691D">
        <w:rPr>
          <w:rFonts w:cs="B Mitra" w:hint="cs"/>
          <w:sz w:val="28"/>
          <w:szCs w:val="28"/>
          <w:rtl/>
        </w:rPr>
        <w:t>ی</w:t>
      </w:r>
      <w:r w:rsidRPr="0000691D">
        <w:rPr>
          <w:rFonts w:cs="B Mitra"/>
          <w:sz w:val="28"/>
          <w:szCs w:val="28"/>
          <w:rtl/>
        </w:rPr>
        <w:t xml:space="preserve"> متا، اورا</w:t>
      </w:r>
      <w:r w:rsidRPr="0000691D">
        <w:rPr>
          <w:rFonts w:cs="B Mitra" w:hint="cs"/>
          <w:sz w:val="28"/>
          <w:szCs w:val="28"/>
          <w:rtl/>
        </w:rPr>
        <w:t>یان</w:t>
      </w:r>
      <w:r w:rsidRPr="0000691D">
        <w:rPr>
          <w:rFonts w:cs="B Mitra"/>
          <w:sz w:val="28"/>
          <w:szCs w:val="28"/>
          <w:rtl/>
        </w:rPr>
        <w:t xml:space="preserve"> را باز کن [۱۹]»، به کاوش در مح</w:t>
      </w:r>
      <w:r w:rsidRPr="0000691D">
        <w:rPr>
          <w:rFonts w:cs="B Mitra" w:hint="cs"/>
          <w:sz w:val="28"/>
          <w:szCs w:val="28"/>
          <w:rtl/>
        </w:rPr>
        <w:t>یط</w:t>
      </w:r>
      <w:r w:rsidRPr="0000691D">
        <w:rPr>
          <w:rFonts w:cs="B Mitra"/>
          <w:sz w:val="28"/>
          <w:szCs w:val="28"/>
          <w:rtl/>
        </w:rPr>
        <w:t xml:space="preserve"> بپردازد. وجه تما</w:t>
      </w:r>
      <w:r w:rsidRPr="0000691D">
        <w:rPr>
          <w:rFonts w:cs="B Mitra" w:hint="cs"/>
          <w:sz w:val="28"/>
          <w:szCs w:val="28"/>
          <w:rtl/>
        </w:rPr>
        <w:t>یز</w:t>
      </w:r>
      <w:r w:rsidRPr="0000691D">
        <w:rPr>
          <w:rFonts w:cs="B Mitra"/>
          <w:sz w:val="28"/>
          <w:szCs w:val="28"/>
          <w:rtl/>
        </w:rPr>
        <w:t xml:space="preserve"> برجسته ا</w:t>
      </w:r>
      <w:r w:rsidRPr="0000691D">
        <w:rPr>
          <w:rFonts w:cs="B Mitra" w:hint="cs"/>
          <w:sz w:val="28"/>
          <w:szCs w:val="28"/>
          <w:rtl/>
        </w:rPr>
        <w:t>ین</w:t>
      </w:r>
      <w:r w:rsidRPr="0000691D">
        <w:rPr>
          <w:rFonts w:cs="B Mitra"/>
          <w:sz w:val="28"/>
          <w:szCs w:val="28"/>
          <w:rtl/>
        </w:rPr>
        <w:t xml:space="preserve"> س</w:t>
      </w:r>
      <w:r w:rsidRPr="0000691D">
        <w:rPr>
          <w:rFonts w:cs="B Mitra" w:hint="cs"/>
          <w:sz w:val="28"/>
          <w:szCs w:val="28"/>
          <w:rtl/>
        </w:rPr>
        <w:t>یستم،</w:t>
      </w:r>
      <w:r w:rsidRPr="0000691D">
        <w:rPr>
          <w:rFonts w:cs="B Mitra"/>
          <w:sz w:val="28"/>
          <w:szCs w:val="28"/>
          <w:rtl/>
        </w:rPr>
        <w:t xml:space="preserve"> تلف</w:t>
      </w:r>
      <w:r w:rsidRPr="0000691D">
        <w:rPr>
          <w:rFonts w:cs="B Mitra" w:hint="cs"/>
          <w:sz w:val="28"/>
          <w:szCs w:val="28"/>
          <w:rtl/>
        </w:rPr>
        <w:t>یق</w:t>
      </w:r>
      <w:r w:rsidRPr="0000691D">
        <w:rPr>
          <w:rFonts w:cs="B Mitra"/>
          <w:sz w:val="28"/>
          <w:szCs w:val="28"/>
          <w:rtl/>
        </w:rPr>
        <w:t xml:space="preserve"> ب</w:t>
      </w:r>
      <w:r w:rsidRPr="0000691D">
        <w:rPr>
          <w:rFonts w:cs="B Mitra" w:hint="cs"/>
          <w:sz w:val="28"/>
          <w:szCs w:val="28"/>
          <w:rtl/>
        </w:rPr>
        <w:t>ینایی</w:t>
      </w:r>
      <w:r w:rsidRPr="0000691D">
        <w:rPr>
          <w:rFonts w:cs="B Mitra"/>
          <w:sz w:val="28"/>
          <w:szCs w:val="28"/>
          <w:rtl/>
        </w:rPr>
        <w:t xml:space="preserve"> ماش</w:t>
      </w:r>
      <w:r w:rsidRPr="0000691D">
        <w:rPr>
          <w:rFonts w:cs="B Mitra" w:hint="cs"/>
          <w:sz w:val="28"/>
          <w:szCs w:val="28"/>
          <w:rtl/>
        </w:rPr>
        <w:t>ینی</w:t>
      </w:r>
      <w:r w:rsidRPr="0000691D">
        <w:rPr>
          <w:rFonts w:cs="B Mitra"/>
          <w:sz w:val="28"/>
          <w:szCs w:val="28"/>
          <w:rtl/>
        </w:rPr>
        <w:t xml:space="preserve"> با «صدا</w:t>
      </w:r>
      <w:r w:rsidRPr="0000691D">
        <w:rPr>
          <w:rFonts w:cs="B Mitra" w:hint="cs"/>
          <w:sz w:val="28"/>
          <w:szCs w:val="28"/>
          <w:rtl/>
        </w:rPr>
        <w:t>ی</w:t>
      </w:r>
      <w:r w:rsidRPr="0000691D">
        <w:rPr>
          <w:rFonts w:cs="B Mitra"/>
          <w:sz w:val="28"/>
          <w:szCs w:val="28"/>
          <w:rtl/>
        </w:rPr>
        <w:t xml:space="preserve"> سه‌بعد</w:t>
      </w:r>
      <w:r w:rsidRPr="0000691D">
        <w:rPr>
          <w:rFonts w:cs="B Mitra" w:hint="cs"/>
          <w:sz w:val="28"/>
          <w:szCs w:val="28"/>
          <w:rtl/>
        </w:rPr>
        <w:t>ی</w:t>
      </w:r>
      <w:r w:rsidRPr="0000691D">
        <w:rPr>
          <w:rFonts w:cs="B Mitra"/>
          <w:sz w:val="28"/>
          <w:szCs w:val="28"/>
          <w:rtl/>
        </w:rPr>
        <w:t xml:space="preserve"> [۲۰]» است؛ س</w:t>
      </w:r>
      <w:r w:rsidRPr="0000691D">
        <w:rPr>
          <w:rFonts w:cs="B Mitra" w:hint="cs"/>
          <w:sz w:val="28"/>
          <w:szCs w:val="28"/>
          <w:rtl/>
        </w:rPr>
        <w:t>یستم</w:t>
      </w:r>
      <w:r w:rsidRPr="0000691D">
        <w:rPr>
          <w:rFonts w:cs="B Mitra"/>
          <w:sz w:val="28"/>
          <w:szCs w:val="28"/>
          <w:rtl/>
        </w:rPr>
        <w:t xml:space="preserve"> با ا</w:t>
      </w:r>
      <w:r w:rsidRPr="0000691D">
        <w:rPr>
          <w:rFonts w:cs="B Mitra" w:hint="cs"/>
          <w:sz w:val="28"/>
          <w:szCs w:val="28"/>
          <w:rtl/>
        </w:rPr>
        <w:t>یجاد</w:t>
      </w:r>
      <w:r w:rsidRPr="0000691D">
        <w:rPr>
          <w:rFonts w:cs="B Mitra"/>
          <w:sz w:val="28"/>
          <w:szCs w:val="28"/>
          <w:rtl/>
        </w:rPr>
        <w:t xml:space="preserve"> س</w:t>
      </w:r>
      <w:r w:rsidRPr="0000691D">
        <w:rPr>
          <w:rFonts w:cs="B Mitra" w:hint="cs"/>
          <w:sz w:val="28"/>
          <w:szCs w:val="28"/>
          <w:rtl/>
        </w:rPr>
        <w:t>یگنال‌های</w:t>
      </w:r>
      <w:r w:rsidRPr="0000691D">
        <w:rPr>
          <w:rFonts w:cs="B Mitra"/>
          <w:sz w:val="28"/>
          <w:szCs w:val="28"/>
          <w:rtl/>
        </w:rPr>
        <w:t xml:space="preserve"> صوت</w:t>
      </w:r>
      <w:r w:rsidRPr="0000691D">
        <w:rPr>
          <w:rFonts w:cs="B Mitra" w:hint="cs"/>
          <w:sz w:val="28"/>
          <w:szCs w:val="28"/>
          <w:rtl/>
        </w:rPr>
        <w:t>ی</w:t>
      </w:r>
      <w:r w:rsidRPr="0000691D">
        <w:rPr>
          <w:rFonts w:cs="B Mitra"/>
          <w:sz w:val="28"/>
          <w:szCs w:val="28"/>
          <w:rtl/>
        </w:rPr>
        <w:t xml:space="preserve"> جهت‌دار در بلندگوها</w:t>
      </w:r>
      <w:r w:rsidRPr="0000691D">
        <w:rPr>
          <w:rFonts w:cs="B Mitra" w:hint="cs"/>
          <w:sz w:val="28"/>
          <w:szCs w:val="28"/>
          <w:rtl/>
        </w:rPr>
        <w:t>ی</w:t>
      </w:r>
      <w:r w:rsidRPr="0000691D">
        <w:rPr>
          <w:rFonts w:cs="B Mitra"/>
          <w:sz w:val="28"/>
          <w:szCs w:val="28"/>
          <w:rtl/>
        </w:rPr>
        <w:t xml:space="preserve"> باز ع</w:t>
      </w:r>
      <w:r w:rsidRPr="0000691D">
        <w:rPr>
          <w:rFonts w:cs="B Mitra" w:hint="cs"/>
          <w:sz w:val="28"/>
          <w:szCs w:val="28"/>
          <w:rtl/>
        </w:rPr>
        <w:t>ینک،</w:t>
      </w:r>
      <w:r w:rsidRPr="0000691D">
        <w:rPr>
          <w:rFonts w:cs="B Mitra"/>
          <w:sz w:val="28"/>
          <w:szCs w:val="28"/>
          <w:rtl/>
        </w:rPr>
        <w:t xml:space="preserve"> کاربر را دق</w:t>
      </w:r>
      <w:r w:rsidRPr="0000691D">
        <w:rPr>
          <w:rFonts w:cs="B Mitra" w:hint="cs"/>
          <w:sz w:val="28"/>
          <w:szCs w:val="28"/>
          <w:rtl/>
        </w:rPr>
        <w:t>یقاً</w:t>
      </w:r>
      <w:r w:rsidRPr="0000691D">
        <w:rPr>
          <w:rFonts w:cs="B Mitra"/>
          <w:sz w:val="28"/>
          <w:szCs w:val="28"/>
          <w:rtl/>
        </w:rPr>
        <w:t xml:space="preserve"> به سمت موقع</w:t>
      </w:r>
      <w:r w:rsidRPr="0000691D">
        <w:rPr>
          <w:rFonts w:cs="B Mitra" w:hint="cs"/>
          <w:sz w:val="28"/>
          <w:szCs w:val="28"/>
          <w:rtl/>
        </w:rPr>
        <w:t>یت</w:t>
      </w:r>
      <w:r w:rsidRPr="0000691D">
        <w:rPr>
          <w:rFonts w:cs="B Mitra"/>
          <w:sz w:val="28"/>
          <w:szCs w:val="28"/>
          <w:rtl/>
        </w:rPr>
        <w:t xml:space="preserve"> ف</w:t>
      </w:r>
      <w:r w:rsidRPr="0000691D">
        <w:rPr>
          <w:rFonts w:cs="B Mitra" w:hint="cs"/>
          <w:sz w:val="28"/>
          <w:szCs w:val="28"/>
          <w:rtl/>
        </w:rPr>
        <w:t>یزیکی</w:t>
      </w:r>
      <w:r w:rsidRPr="0000691D">
        <w:rPr>
          <w:rFonts w:cs="B Mitra"/>
          <w:sz w:val="28"/>
          <w:szCs w:val="28"/>
          <w:rtl/>
        </w:rPr>
        <w:t xml:space="preserve"> اش</w:t>
      </w:r>
      <w:r w:rsidRPr="0000691D">
        <w:rPr>
          <w:rFonts w:cs="B Mitra" w:hint="cs"/>
          <w:sz w:val="28"/>
          <w:szCs w:val="28"/>
          <w:rtl/>
        </w:rPr>
        <w:t>یایی</w:t>
      </w:r>
      <w:r w:rsidRPr="0000691D">
        <w:rPr>
          <w:rFonts w:cs="B Mitra"/>
          <w:sz w:val="28"/>
          <w:szCs w:val="28"/>
          <w:rtl/>
        </w:rPr>
        <w:t xml:space="preserve"> چون کل</w:t>
      </w:r>
      <w:r w:rsidRPr="0000691D">
        <w:rPr>
          <w:rFonts w:cs="B Mitra" w:hint="cs"/>
          <w:sz w:val="28"/>
          <w:szCs w:val="28"/>
          <w:rtl/>
        </w:rPr>
        <w:t>یدها،</w:t>
      </w:r>
      <w:r w:rsidRPr="0000691D">
        <w:rPr>
          <w:rFonts w:cs="B Mitra"/>
          <w:sz w:val="28"/>
          <w:szCs w:val="28"/>
          <w:rtl/>
        </w:rPr>
        <w:t xml:space="preserve"> نشانه‌ها و ورود</w:t>
      </w:r>
      <w:r w:rsidRPr="0000691D">
        <w:rPr>
          <w:rFonts w:cs="B Mitra" w:hint="cs"/>
          <w:sz w:val="28"/>
          <w:szCs w:val="28"/>
          <w:rtl/>
        </w:rPr>
        <w:t>ی‌ها</w:t>
      </w:r>
      <w:r w:rsidRPr="0000691D">
        <w:rPr>
          <w:rFonts w:cs="B Mitra"/>
          <w:sz w:val="28"/>
          <w:szCs w:val="28"/>
          <w:rtl/>
        </w:rPr>
        <w:t xml:space="preserve"> هدا</w:t>
      </w:r>
      <w:r w:rsidRPr="0000691D">
        <w:rPr>
          <w:rFonts w:cs="B Mitra" w:hint="cs"/>
          <w:sz w:val="28"/>
          <w:szCs w:val="28"/>
          <w:rtl/>
        </w:rPr>
        <w:t>یت</w:t>
      </w:r>
      <w:r w:rsidRPr="0000691D">
        <w:rPr>
          <w:rFonts w:cs="B Mitra"/>
          <w:sz w:val="28"/>
          <w:szCs w:val="28"/>
          <w:rtl/>
        </w:rPr>
        <w:t xml:space="preserve"> م</w:t>
      </w:r>
      <w:r w:rsidRPr="0000691D">
        <w:rPr>
          <w:rFonts w:cs="B Mitra" w:hint="cs"/>
          <w:sz w:val="28"/>
          <w:szCs w:val="28"/>
          <w:rtl/>
        </w:rPr>
        <w:t>ی‌کند</w:t>
      </w:r>
      <w:r w:rsidRPr="0000691D">
        <w:rPr>
          <w:rFonts w:cs="B Mitra"/>
          <w:sz w:val="28"/>
          <w:szCs w:val="28"/>
          <w:rtl/>
        </w:rPr>
        <w:t>.</w:t>
      </w:r>
    </w:p>
    <w:p w:rsidR="00A75B1C" w:rsidRPr="0000691D" w:rsidRDefault="00A75B1C" w:rsidP="0000691D">
      <w:pPr>
        <w:bidi/>
        <w:spacing w:line="360" w:lineRule="auto"/>
        <w:jc w:val="both"/>
        <w:rPr>
          <w:rFonts w:cs="B Mitra"/>
          <w:sz w:val="28"/>
          <w:szCs w:val="28"/>
          <w:rtl/>
        </w:rPr>
      </w:pPr>
      <w:r w:rsidRPr="0000691D">
        <w:rPr>
          <w:rFonts w:cs="B Mitra" w:hint="cs"/>
          <w:sz w:val="28"/>
          <w:szCs w:val="28"/>
          <w:rtl/>
        </w:rPr>
        <w:t>روبیو</w:t>
      </w:r>
      <w:r w:rsidRPr="0000691D">
        <w:rPr>
          <w:rFonts w:cs="B Mitra"/>
          <w:sz w:val="28"/>
          <w:szCs w:val="28"/>
          <w:rtl/>
        </w:rPr>
        <w:t xml:space="preserve"> بر اهم</w:t>
      </w:r>
      <w:r w:rsidRPr="0000691D">
        <w:rPr>
          <w:rFonts w:cs="B Mitra" w:hint="cs"/>
          <w:sz w:val="28"/>
          <w:szCs w:val="28"/>
          <w:rtl/>
        </w:rPr>
        <w:t>یت</w:t>
      </w:r>
      <w:r w:rsidRPr="0000691D">
        <w:rPr>
          <w:rFonts w:cs="B Mitra"/>
          <w:sz w:val="28"/>
          <w:szCs w:val="28"/>
          <w:rtl/>
        </w:rPr>
        <w:t xml:space="preserve"> ح</w:t>
      </w:r>
      <w:r w:rsidRPr="0000691D">
        <w:rPr>
          <w:rFonts w:cs="B Mitra" w:hint="cs"/>
          <w:sz w:val="28"/>
          <w:szCs w:val="28"/>
          <w:rtl/>
        </w:rPr>
        <w:t>یاتی</w:t>
      </w:r>
      <w:r w:rsidRPr="0000691D">
        <w:rPr>
          <w:rFonts w:cs="B Mitra"/>
          <w:sz w:val="28"/>
          <w:szCs w:val="28"/>
          <w:rtl/>
        </w:rPr>
        <w:t xml:space="preserve"> اجرا</w:t>
      </w:r>
      <w:r w:rsidRPr="0000691D">
        <w:rPr>
          <w:rFonts w:cs="B Mitra" w:hint="cs"/>
          <w:sz w:val="28"/>
          <w:szCs w:val="28"/>
          <w:rtl/>
        </w:rPr>
        <w:t>ی</w:t>
      </w:r>
      <w:r w:rsidRPr="0000691D">
        <w:rPr>
          <w:rFonts w:cs="B Mitra"/>
          <w:sz w:val="28"/>
          <w:szCs w:val="28"/>
          <w:rtl/>
        </w:rPr>
        <w:t xml:space="preserve"> محل</w:t>
      </w:r>
      <w:r w:rsidRPr="0000691D">
        <w:rPr>
          <w:rFonts w:cs="B Mitra" w:hint="cs"/>
          <w:sz w:val="28"/>
          <w:szCs w:val="28"/>
          <w:rtl/>
        </w:rPr>
        <w:t>ی</w:t>
      </w:r>
      <w:r w:rsidRPr="0000691D">
        <w:rPr>
          <w:rFonts w:cs="B Mitra"/>
          <w:sz w:val="28"/>
          <w:szCs w:val="28"/>
          <w:rtl/>
        </w:rPr>
        <w:t xml:space="preserve"> الگور</w:t>
      </w:r>
      <w:r w:rsidRPr="0000691D">
        <w:rPr>
          <w:rFonts w:cs="B Mitra" w:hint="cs"/>
          <w:sz w:val="28"/>
          <w:szCs w:val="28"/>
          <w:rtl/>
        </w:rPr>
        <w:t>یتم‌های</w:t>
      </w:r>
      <w:r w:rsidRPr="0000691D">
        <w:rPr>
          <w:rFonts w:cs="B Mitra"/>
          <w:sz w:val="28"/>
          <w:szCs w:val="28"/>
          <w:rtl/>
        </w:rPr>
        <w:t xml:space="preserve"> ب</w:t>
      </w:r>
      <w:r w:rsidRPr="0000691D">
        <w:rPr>
          <w:rFonts w:cs="B Mitra" w:hint="cs"/>
          <w:sz w:val="28"/>
          <w:szCs w:val="28"/>
          <w:rtl/>
        </w:rPr>
        <w:t>ینایی</w:t>
      </w:r>
      <w:r w:rsidRPr="0000691D">
        <w:rPr>
          <w:rFonts w:cs="B Mitra"/>
          <w:sz w:val="28"/>
          <w:szCs w:val="28"/>
          <w:rtl/>
        </w:rPr>
        <w:t xml:space="preserve"> ماش</w:t>
      </w:r>
      <w:r w:rsidRPr="0000691D">
        <w:rPr>
          <w:rFonts w:cs="B Mitra" w:hint="cs"/>
          <w:sz w:val="28"/>
          <w:szCs w:val="28"/>
          <w:rtl/>
        </w:rPr>
        <w:t>ینی</w:t>
      </w:r>
      <w:r w:rsidRPr="0000691D">
        <w:rPr>
          <w:rFonts w:cs="B Mitra"/>
          <w:sz w:val="28"/>
          <w:szCs w:val="28"/>
          <w:rtl/>
        </w:rPr>
        <w:t xml:space="preserve"> [۲۱] تأک</w:t>
      </w:r>
      <w:r w:rsidRPr="0000691D">
        <w:rPr>
          <w:rFonts w:cs="B Mitra" w:hint="cs"/>
          <w:sz w:val="28"/>
          <w:szCs w:val="28"/>
          <w:rtl/>
        </w:rPr>
        <w:t>ید</w:t>
      </w:r>
      <w:r w:rsidRPr="0000691D">
        <w:rPr>
          <w:rFonts w:cs="B Mitra"/>
          <w:sz w:val="28"/>
          <w:szCs w:val="28"/>
          <w:rtl/>
        </w:rPr>
        <w:t xml:space="preserve"> م</w:t>
      </w:r>
      <w:r w:rsidRPr="0000691D">
        <w:rPr>
          <w:rFonts w:cs="B Mitra" w:hint="cs"/>
          <w:sz w:val="28"/>
          <w:szCs w:val="28"/>
          <w:rtl/>
        </w:rPr>
        <w:t>ی‌کند؛</w:t>
      </w:r>
      <w:r w:rsidRPr="0000691D">
        <w:rPr>
          <w:rFonts w:cs="B Mitra"/>
          <w:sz w:val="28"/>
          <w:szCs w:val="28"/>
          <w:rtl/>
        </w:rPr>
        <w:t xml:space="preserve"> ز</w:t>
      </w:r>
      <w:r w:rsidRPr="0000691D">
        <w:rPr>
          <w:rFonts w:cs="B Mitra" w:hint="cs"/>
          <w:sz w:val="28"/>
          <w:szCs w:val="28"/>
          <w:rtl/>
        </w:rPr>
        <w:t>یرا</w:t>
      </w:r>
      <w:r w:rsidRPr="0000691D">
        <w:rPr>
          <w:rFonts w:cs="B Mitra"/>
          <w:sz w:val="28"/>
          <w:szCs w:val="28"/>
          <w:rtl/>
        </w:rPr>
        <w:t xml:space="preserve"> در جهت‌</w:t>
      </w:r>
      <w:r w:rsidRPr="0000691D">
        <w:rPr>
          <w:rFonts w:cs="B Mitra" w:hint="cs"/>
          <w:sz w:val="28"/>
          <w:szCs w:val="28"/>
          <w:rtl/>
        </w:rPr>
        <w:t>یابی</w:t>
      </w:r>
      <w:r w:rsidRPr="0000691D">
        <w:rPr>
          <w:rFonts w:cs="B Mitra"/>
          <w:sz w:val="28"/>
          <w:szCs w:val="28"/>
          <w:rtl/>
        </w:rPr>
        <w:t xml:space="preserve"> و حرکت ناب</w:t>
      </w:r>
      <w:r w:rsidRPr="0000691D">
        <w:rPr>
          <w:rFonts w:cs="B Mitra" w:hint="cs"/>
          <w:sz w:val="28"/>
          <w:szCs w:val="28"/>
          <w:rtl/>
        </w:rPr>
        <w:t>ینایان،</w:t>
      </w:r>
      <w:r w:rsidRPr="0000691D">
        <w:rPr>
          <w:rFonts w:cs="B Mitra"/>
          <w:sz w:val="28"/>
          <w:szCs w:val="28"/>
          <w:rtl/>
        </w:rPr>
        <w:t xml:space="preserve"> تأخ</w:t>
      </w:r>
      <w:r w:rsidRPr="0000691D">
        <w:rPr>
          <w:rFonts w:cs="B Mitra" w:hint="cs"/>
          <w:sz w:val="28"/>
          <w:szCs w:val="28"/>
          <w:rtl/>
        </w:rPr>
        <w:t>یرهای</w:t>
      </w:r>
      <w:r w:rsidRPr="0000691D">
        <w:rPr>
          <w:rFonts w:cs="B Mitra"/>
          <w:sz w:val="28"/>
          <w:szCs w:val="28"/>
          <w:rtl/>
        </w:rPr>
        <w:t xml:space="preserve"> پردازش ابر</w:t>
      </w:r>
      <w:r w:rsidRPr="0000691D">
        <w:rPr>
          <w:rFonts w:cs="B Mitra" w:hint="cs"/>
          <w:sz w:val="28"/>
          <w:szCs w:val="28"/>
          <w:rtl/>
        </w:rPr>
        <w:t>ی</w:t>
      </w:r>
      <w:r w:rsidRPr="0000691D">
        <w:rPr>
          <w:rFonts w:cs="B Mitra"/>
          <w:sz w:val="28"/>
          <w:szCs w:val="28"/>
          <w:rtl/>
        </w:rPr>
        <w:t xml:space="preserve"> در هشدارها</w:t>
      </w:r>
      <w:r w:rsidRPr="0000691D">
        <w:rPr>
          <w:rFonts w:cs="B Mitra" w:hint="cs"/>
          <w:sz w:val="28"/>
          <w:szCs w:val="28"/>
          <w:rtl/>
        </w:rPr>
        <w:t>یی</w:t>
      </w:r>
      <w:r w:rsidRPr="0000691D">
        <w:rPr>
          <w:rFonts w:cs="B Mitra"/>
          <w:sz w:val="28"/>
          <w:szCs w:val="28"/>
          <w:rtl/>
        </w:rPr>
        <w:t xml:space="preserve"> نظ</w:t>
      </w:r>
      <w:r w:rsidRPr="0000691D">
        <w:rPr>
          <w:rFonts w:cs="B Mitra" w:hint="cs"/>
          <w:sz w:val="28"/>
          <w:szCs w:val="28"/>
          <w:rtl/>
        </w:rPr>
        <w:t>یر</w:t>
      </w:r>
      <w:r w:rsidRPr="0000691D">
        <w:rPr>
          <w:rFonts w:cs="B Mitra"/>
          <w:sz w:val="28"/>
          <w:szCs w:val="28"/>
          <w:rtl/>
        </w:rPr>
        <w:t xml:space="preserve"> خطوط عابر پ</w:t>
      </w:r>
      <w:r w:rsidRPr="0000691D">
        <w:rPr>
          <w:rFonts w:cs="B Mitra" w:hint="cs"/>
          <w:sz w:val="28"/>
          <w:szCs w:val="28"/>
          <w:rtl/>
        </w:rPr>
        <w:t>یاده</w:t>
      </w:r>
      <w:r w:rsidRPr="0000691D">
        <w:rPr>
          <w:rFonts w:cs="B Mitra"/>
          <w:sz w:val="28"/>
          <w:szCs w:val="28"/>
          <w:rtl/>
        </w:rPr>
        <w:t xml:space="preserve"> [۲۲] م</w:t>
      </w:r>
      <w:r w:rsidRPr="0000691D">
        <w:rPr>
          <w:rFonts w:cs="B Mitra" w:hint="cs"/>
          <w:sz w:val="28"/>
          <w:szCs w:val="28"/>
          <w:rtl/>
        </w:rPr>
        <w:t>ی‌تواند</w:t>
      </w:r>
      <w:r w:rsidRPr="0000691D">
        <w:rPr>
          <w:rFonts w:cs="B Mitra"/>
          <w:sz w:val="28"/>
          <w:szCs w:val="28"/>
          <w:rtl/>
        </w:rPr>
        <w:t xml:space="preserve"> خطرات جان</w:t>
      </w:r>
      <w:r w:rsidRPr="0000691D">
        <w:rPr>
          <w:rFonts w:cs="B Mitra" w:hint="cs"/>
          <w:sz w:val="28"/>
          <w:szCs w:val="28"/>
          <w:rtl/>
        </w:rPr>
        <w:t>ی</w:t>
      </w:r>
      <w:r w:rsidRPr="0000691D">
        <w:rPr>
          <w:rFonts w:cs="B Mitra"/>
          <w:sz w:val="28"/>
          <w:szCs w:val="28"/>
          <w:rtl/>
        </w:rPr>
        <w:t xml:space="preserve"> به بار آورد. متا برا</w:t>
      </w:r>
      <w:r w:rsidRPr="0000691D">
        <w:rPr>
          <w:rFonts w:cs="B Mitra" w:hint="cs"/>
          <w:sz w:val="28"/>
          <w:szCs w:val="28"/>
          <w:rtl/>
        </w:rPr>
        <w:t>ی</w:t>
      </w:r>
      <w:r w:rsidRPr="0000691D">
        <w:rPr>
          <w:rFonts w:cs="B Mitra"/>
          <w:sz w:val="28"/>
          <w:szCs w:val="28"/>
          <w:rtl/>
        </w:rPr>
        <w:t xml:space="preserve"> جبران ا</w:t>
      </w:r>
      <w:r w:rsidRPr="0000691D">
        <w:rPr>
          <w:rFonts w:cs="B Mitra" w:hint="cs"/>
          <w:sz w:val="28"/>
          <w:szCs w:val="28"/>
          <w:rtl/>
        </w:rPr>
        <w:t>ین</w:t>
      </w:r>
      <w:r w:rsidRPr="0000691D">
        <w:rPr>
          <w:rFonts w:cs="B Mitra"/>
          <w:sz w:val="28"/>
          <w:szCs w:val="28"/>
          <w:rtl/>
        </w:rPr>
        <w:t xml:space="preserve"> کمبود، با اضافه کردن پهنا</w:t>
      </w:r>
      <w:r w:rsidRPr="0000691D">
        <w:rPr>
          <w:rFonts w:cs="B Mitra" w:hint="cs"/>
          <w:sz w:val="28"/>
          <w:szCs w:val="28"/>
          <w:rtl/>
        </w:rPr>
        <w:t>ی</w:t>
      </w:r>
      <w:r w:rsidRPr="0000691D">
        <w:rPr>
          <w:rFonts w:cs="B Mitra"/>
          <w:sz w:val="28"/>
          <w:szCs w:val="28"/>
          <w:rtl/>
        </w:rPr>
        <w:t xml:space="preserve"> باند وا</w:t>
      </w:r>
      <w:r w:rsidRPr="0000691D">
        <w:rPr>
          <w:rFonts w:cs="B Mitra" w:hint="cs"/>
          <w:sz w:val="28"/>
          <w:szCs w:val="28"/>
          <w:rtl/>
        </w:rPr>
        <w:t>ی‌فای،</w:t>
      </w:r>
      <w:r w:rsidRPr="0000691D">
        <w:rPr>
          <w:rFonts w:cs="B Mitra"/>
          <w:sz w:val="28"/>
          <w:szCs w:val="28"/>
          <w:rtl/>
        </w:rPr>
        <w:t xml:space="preserve"> پا</w:t>
      </w:r>
      <w:r w:rsidRPr="0000691D">
        <w:rPr>
          <w:rFonts w:cs="B Mitra" w:hint="cs"/>
          <w:sz w:val="28"/>
          <w:szCs w:val="28"/>
          <w:rtl/>
        </w:rPr>
        <w:t>یداری</w:t>
      </w:r>
      <w:r w:rsidRPr="0000691D">
        <w:rPr>
          <w:rFonts w:cs="B Mitra"/>
          <w:sz w:val="28"/>
          <w:szCs w:val="28"/>
          <w:rtl/>
        </w:rPr>
        <w:t xml:space="preserve"> استر</w:t>
      </w:r>
      <w:r w:rsidRPr="0000691D">
        <w:rPr>
          <w:rFonts w:cs="B Mitra" w:hint="cs"/>
          <w:sz w:val="28"/>
          <w:szCs w:val="28"/>
          <w:rtl/>
        </w:rPr>
        <w:t>یم</w:t>
      </w:r>
      <w:r w:rsidRPr="0000691D">
        <w:rPr>
          <w:rFonts w:cs="B Mitra"/>
          <w:sz w:val="28"/>
          <w:szCs w:val="28"/>
          <w:rtl/>
        </w:rPr>
        <w:t xml:space="preserve"> و</w:t>
      </w:r>
      <w:r w:rsidRPr="0000691D">
        <w:rPr>
          <w:rFonts w:cs="B Mitra" w:hint="cs"/>
          <w:sz w:val="28"/>
          <w:szCs w:val="28"/>
          <w:rtl/>
        </w:rPr>
        <w:t>یدئو</w:t>
      </w:r>
      <w:r w:rsidRPr="0000691D">
        <w:rPr>
          <w:rFonts w:cs="B Mitra"/>
          <w:sz w:val="28"/>
          <w:szCs w:val="28"/>
          <w:rtl/>
        </w:rPr>
        <w:t xml:space="preserve"> را بهبود بخش</w:t>
      </w:r>
      <w:r w:rsidRPr="0000691D">
        <w:rPr>
          <w:rFonts w:cs="B Mitra" w:hint="cs"/>
          <w:sz w:val="28"/>
          <w:szCs w:val="28"/>
          <w:rtl/>
        </w:rPr>
        <w:t>یده</w:t>
      </w:r>
      <w:r w:rsidRPr="0000691D">
        <w:rPr>
          <w:rFonts w:cs="B Mitra"/>
          <w:sz w:val="28"/>
          <w:szCs w:val="28"/>
          <w:rtl/>
        </w:rPr>
        <w:t xml:space="preserve"> است. اورا</w:t>
      </w:r>
      <w:r w:rsidRPr="0000691D">
        <w:rPr>
          <w:rFonts w:cs="B Mitra" w:hint="cs"/>
          <w:sz w:val="28"/>
          <w:szCs w:val="28"/>
          <w:rtl/>
        </w:rPr>
        <w:t>یان</w:t>
      </w:r>
      <w:r w:rsidRPr="0000691D">
        <w:rPr>
          <w:rFonts w:cs="B Mitra"/>
          <w:sz w:val="28"/>
          <w:szCs w:val="28"/>
          <w:rtl/>
        </w:rPr>
        <w:t xml:space="preserve"> با تک</w:t>
      </w:r>
      <w:r w:rsidRPr="0000691D">
        <w:rPr>
          <w:rFonts w:cs="B Mitra" w:hint="cs"/>
          <w:sz w:val="28"/>
          <w:szCs w:val="28"/>
          <w:rtl/>
        </w:rPr>
        <w:t>یه</w:t>
      </w:r>
      <w:r w:rsidRPr="0000691D">
        <w:rPr>
          <w:rFonts w:cs="B Mitra"/>
          <w:sz w:val="28"/>
          <w:szCs w:val="28"/>
          <w:rtl/>
        </w:rPr>
        <w:t xml:space="preserve"> بر فلسفه «طراح</w:t>
      </w:r>
      <w:r w:rsidRPr="0000691D">
        <w:rPr>
          <w:rFonts w:cs="B Mitra" w:hint="cs"/>
          <w:sz w:val="28"/>
          <w:szCs w:val="28"/>
          <w:rtl/>
        </w:rPr>
        <w:t>ی</w:t>
      </w:r>
      <w:r w:rsidRPr="0000691D">
        <w:rPr>
          <w:rFonts w:cs="B Mitra"/>
          <w:sz w:val="28"/>
          <w:szCs w:val="28"/>
          <w:rtl/>
        </w:rPr>
        <w:t xml:space="preserve"> جهان‌شمول [۲۳]» </w:t>
      </w:r>
      <w:r w:rsidRPr="0000691D">
        <w:rPr>
          <w:rFonts w:ascii="Times New Roman" w:hAnsi="Times New Roman" w:cs="Times New Roman" w:hint="cs"/>
          <w:sz w:val="28"/>
          <w:szCs w:val="28"/>
          <w:rtl/>
        </w:rPr>
        <w:t>—</w:t>
      </w:r>
      <w:r w:rsidRPr="0000691D">
        <w:rPr>
          <w:rFonts w:cs="B Mitra"/>
          <w:sz w:val="28"/>
          <w:szCs w:val="28"/>
          <w:rtl/>
        </w:rPr>
        <w:t xml:space="preserve"> </w:t>
      </w:r>
      <w:r w:rsidRPr="0000691D">
        <w:rPr>
          <w:rFonts w:cs="B Mitra" w:hint="cs"/>
          <w:sz w:val="28"/>
          <w:szCs w:val="28"/>
          <w:rtl/>
        </w:rPr>
        <w:t>درست</w:t>
      </w:r>
      <w:r w:rsidRPr="0000691D">
        <w:rPr>
          <w:rFonts w:cs="B Mitra"/>
          <w:sz w:val="28"/>
          <w:szCs w:val="28"/>
          <w:rtl/>
        </w:rPr>
        <w:t xml:space="preserve"> </w:t>
      </w:r>
      <w:r w:rsidRPr="0000691D">
        <w:rPr>
          <w:rFonts w:cs="B Mitra" w:hint="cs"/>
          <w:sz w:val="28"/>
          <w:szCs w:val="28"/>
          <w:rtl/>
        </w:rPr>
        <w:t>مانند</w:t>
      </w:r>
      <w:r w:rsidRPr="0000691D">
        <w:rPr>
          <w:rFonts w:cs="B Mitra"/>
          <w:sz w:val="28"/>
          <w:szCs w:val="28"/>
          <w:rtl/>
        </w:rPr>
        <w:t xml:space="preserve"> </w:t>
      </w:r>
      <w:r w:rsidRPr="0000691D">
        <w:rPr>
          <w:rFonts w:cs="B Mitra" w:hint="cs"/>
          <w:sz w:val="28"/>
          <w:szCs w:val="28"/>
          <w:rtl/>
        </w:rPr>
        <w:t>پیدایش</w:t>
      </w:r>
      <w:r w:rsidRPr="0000691D">
        <w:rPr>
          <w:rFonts w:cs="B Mitra"/>
          <w:sz w:val="28"/>
          <w:szCs w:val="28"/>
          <w:rtl/>
        </w:rPr>
        <w:t xml:space="preserve"> کنترل تلو</w:t>
      </w:r>
      <w:r w:rsidRPr="0000691D">
        <w:rPr>
          <w:rFonts w:cs="B Mitra" w:hint="cs"/>
          <w:sz w:val="28"/>
          <w:szCs w:val="28"/>
          <w:rtl/>
        </w:rPr>
        <w:t>یزیون</w:t>
      </w:r>
      <w:r w:rsidRPr="0000691D">
        <w:rPr>
          <w:rFonts w:cs="B Mitra"/>
          <w:sz w:val="28"/>
          <w:szCs w:val="28"/>
          <w:rtl/>
        </w:rPr>
        <w:t xml:space="preserve"> [۲۴] که از جامعه معلولان آغاز شد و به استاندارد همگان</w:t>
      </w:r>
      <w:r w:rsidRPr="0000691D">
        <w:rPr>
          <w:rFonts w:cs="B Mitra" w:hint="cs"/>
          <w:sz w:val="28"/>
          <w:szCs w:val="28"/>
          <w:rtl/>
        </w:rPr>
        <w:t>ی</w:t>
      </w:r>
      <w:r w:rsidRPr="0000691D">
        <w:rPr>
          <w:rFonts w:cs="B Mitra"/>
          <w:sz w:val="28"/>
          <w:szCs w:val="28"/>
          <w:rtl/>
        </w:rPr>
        <w:t xml:space="preserve"> بدل </w:t>
      </w:r>
      <w:r w:rsidRPr="0000691D">
        <w:rPr>
          <w:rFonts w:cs="B Mitra"/>
          <w:sz w:val="28"/>
          <w:szCs w:val="28"/>
          <w:rtl/>
        </w:rPr>
        <w:lastRenderedPageBreak/>
        <w:t xml:space="preserve">گشت </w:t>
      </w:r>
      <w:r w:rsidRPr="0000691D">
        <w:rPr>
          <w:rFonts w:ascii="Times New Roman" w:hAnsi="Times New Roman" w:cs="Times New Roman" w:hint="cs"/>
          <w:sz w:val="28"/>
          <w:szCs w:val="28"/>
          <w:rtl/>
        </w:rPr>
        <w:t>—</w:t>
      </w:r>
      <w:r w:rsidRPr="0000691D">
        <w:rPr>
          <w:rFonts w:cs="B Mitra"/>
          <w:sz w:val="28"/>
          <w:szCs w:val="28"/>
          <w:rtl/>
        </w:rPr>
        <w:t xml:space="preserve"> </w:t>
      </w:r>
      <w:r w:rsidRPr="0000691D">
        <w:rPr>
          <w:rFonts w:cs="B Mitra" w:hint="cs"/>
          <w:sz w:val="28"/>
          <w:szCs w:val="28"/>
          <w:rtl/>
        </w:rPr>
        <w:t>وارد</w:t>
      </w:r>
      <w:r w:rsidRPr="0000691D">
        <w:rPr>
          <w:rFonts w:cs="B Mitra"/>
          <w:sz w:val="28"/>
          <w:szCs w:val="28"/>
          <w:rtl/>
        </w:rPr>
        <w:t xml:space="preserve"> </w:t>
      </w:r>
      <w:r w:rsidRPr="0000691D">
        <w:rPr>
          <w:rFonts w:cs="B Mitra" w:hint="cs"/>
          <w:sz w:val="28"/>
          <w:szCs w:val="28"/>
          <w:rtl/>
        </w:rPr>
        <w:t>فاز</w:t>
      </w:r>
      <w:r w:rsidRPr="0000691D">
        <w:rPr>
          <w:rFonts w:cs="B Mitra"/>
          <w:sz w:val="28"/>
          <w:szCs w:val="28"/>
          <w:rtl/>
        </w:rPr>
        <w:t xml:space="preserve"> </w:t>
      </w:r>
      <w:r w:rsidRPr="0000691D">
        <w:rPr>
          <w:rFonts w:cs="B Mitra" w:hint="cs"/>
          <w:sz w:val="28"/>
          <w:szCs w:val="28"/>
          <w:rtl/>
        </w:rPr>
        <w:t>تجاری</w:t>
      </w:r>
      <w:r w:rsidRPr="0000691D">
        <w:rPr>
          <w:rFonts w:cs="B Mitra"/>
          <w:sz w:val="28"/>
          <w:szCs w:val="28"/>
          <w:rtl/>
        </w:rPr>
        <w:t xml:space="preserve"> با سوپرمارکت‌ها</w:t>
      </w:r>
      <w:r w:rsidRPr="0000691D">
        <w:rPr>
          <w:rFonts w:cs="B Mitra" w:hint="cs"/>
          <w:sz w:val="28"/>
          <w:szCs w:val="28"/>
          <w:rtl/>
        </w:rPr>
        <w:t>ی</w:t>
      </w:r>
      <w:r w:rsidRPr="0000691D">
        <w:rPr>
          <w:rFonts w:cs="B Mitra"/>
          <w:sz w:val="28"/>
          <w:szCs w:val="28"/>
          <w:rtl/>
        </w:rPr>
        <w:t xml:space="preserve"> «ا</w:t>
      </w:r>
      <w:r w:rsidRPr="0000691D">
        <w:rPr>
          <w:rFonts w:cs="B Mitra" w:hint="cs"/>
          <w:sz w:val="28"/>
          <w:szCs w:val="28"/>
          <w:rtl/>
        </w:rPr>
        <w:t>ینترمارشه</w:t>
      </w:r>
      <w:r w:rsidRPr="0000691D">
        <w:rPr>
          <w:rFonts w:cs="B Mitra"/>
          <w:sz w:val="28"/>
          <w:szCs w:val="28"/>
          <w:rtl/>
        </w:rPr>
        <w:t xml:space="preserve"> [۲۵]» در فرا</w:t>
      </w:r>
      <w:r w:rsidRPr="0000691D">
        <w:rPr>
          <w:rFonts w:cs="B Mitra" w:hint="cs"/>
          <w:sz w:val="28"/>
          <w:szCs w:val="28"/>
          <w:rtl/>
        </w:rPr>
        <w:t>نسه</w:t>
      </w:r>
      <w:r w:rsidRPr="0000691D">
        <w:rPr>
          <w:rFonts w:cs="B Mitra"/>
          <w:sz w:val="28"/>
          <w:szCs w:val="28"/>
          <w:rtl/>
        </w:rPr>
        <w:t xml:space="preserve"> و موزه‌ها شده است</w:t>
      </w:r>
      <w:r w:rsidRPr="0000691D">
        <w:rPr>
          <w:rFonts w:cs="B Mitra" w:hint="cs"/>
          <w:sz w:val="28"/>
          <w:szCs w:val="28"/>
          <w:rtl/>
        </w:rPr>
        <w:t>؛</w:t>
      </w:r>
      <w:r w:rsidRPr="0000691D">
        <w:rPr>
          <w:rFonts w:cs="B Mitra"/>
          <w:sz w:val="28"/>
          <w:szCs w:val="28"/>
          <w:rtl/>
        </w:rPr>
        <w:t xml:space="preserve"> بنابرا</w:t>
      </w:r>
      <w:r w:rsidRPr="0000691D">
        <w:rPr>
          <w:rFonts w:cs="B Mitra" w:hint="cs"/>
          <w:sz w:val="28"/>
          <w:szCs w:val="28"/>
          <w:rtl/>
        </w:rPr>
        <w:t>ین،</w:t>
      </w:r>
      <w:r w:rsidRPr="0000691D">
        <w:rPr>
          <w:rFonts w:cs="B Mitra"/>
          <w:sz w:val="28"/>
          <w:szCs w:val="28"/>
          <w:rtl/>
        </w:rPr>
        <w:t xml:space="preserve"> اورا</w:t>
      </w:r>
      <w:r w:rsidRPr="0000691D">
        <w:rPr>
          <w:rFonts w:cs="B Mitra" w:hint="cs"/>
          <w:sz w:val="28"/>
          <w:szCs w:val="28"/>
          <w:rtl/>
        </w:rPr>
        <w:t>یان</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کاربران را</w:t>
      </w:r>
      <w:r w:rsidRPr="0000691D">
        <w:rPr>
          <w:rFonts w:cs="B Mitra" w:hint="cs"/>
          <w:sz w:val="28"/>
          <w:szCs w:val="28"/>
          <w:rtl/>
        </w:rPr>
        <w:t>یگان</w:t>
      </w:r>
      <w:r w:rsidRPr="0000691D">
        <w:rPr>
          <w:rFonts w:cs="B Mitra"/>
          <w:sz w:val="28"/>
          <w:szCs w:val="28"/>
          <w:rtl/>
        </w:rPr>
        <w:t xml:space="preserve"> است و سازمان‌ها و شرکت‌ها</w:t>
      </w:r>
      <w:r w:rsidRPr="0000691D">
        <w:rPr>
          <w:rFonts w:cs="B Mitra" w:hint="cs"/>
          <w:sz w:val="28"/>
          <w:szCs w:val="28"/>
          <w:rtl/>
        </w:rPr>
        <w:t>ی</w:t>
      </w:r>
      <w:r w:rsidRPr="0000691D">
        <w:rPr>
          <w:rFonts w:cs="B Mitra"/>
          <w:sz w:val="28"/>
          <w:szCs w:val="28"/>
          <w:rtl/>
        </w:rPr>
        <w:t xml:space="preserve"> علاقه‌مند م</w:t>
      </w:r>
      <w:r w:rsidRPr="0000691D">
        <w:rPr>
          <w:rFonts w:cs="B Mitra" w:hint="cs"/>
          <w:sz w:val="28"/>
          <w:szCs w:val="28"/>
          <w:rtl/>
        </w:rPr>
        <w:t>ی‌توانند</w:t>
      </w:r>
      <w:r w:rsidRPr="0000691D">
        <w:rPr>
          <w:rFonts w:cs="B Mitra"/>
          <w:sz w:val="28"/>
          <w:szCs w:val="28"/>
          <w:rtl/>
        </w:rPr>
        <w:t xml:space="preserve"> با پرداخت هز</w:t>
      </w:r>
      <w:r w:rsidRPr="0000691D">
        <w:rPr>
          <w:rFonts w:cs="B Mitra" w:hint="cs"/>
          <w:sz w:val="28"/>
          <w:szCs w:val="28"/>
          <w:rtl/>
        </w:rPr>
        <w:t>ینه،</w:t>
      </w:r>
      <w:r w:rsidRPr="0000691D">
        <w:rPr>
          <w:rFonts w:cs="B Mitra"/>
          <w:sz w:val="28"/>
          <w:szCs w:val="28"/>
          <w:rtl/>
        </w:rPr>
        <w:t xml:space="preserve"> ساختمان‌ها</w:t>
      </w:r>
      <w:r w:rsidRPr="0000691D">
        <w:rPr>
          <w:rFonts w:cs="B Mitra" w:hint="cs"/>
          <w:sz w:val="28"/>
          <w:szCs w:val="28"/>
          <w:rtl/>
        </w:rPr>
        <w:t>ی</w:t>
      </w:r>
      <w:r w:rsidRPr="0000691D">
        <w:rPr>
          <w:rFonts w:cs="B Mitra"/>
          <w:sz w:val="28"/>
          <w:szCs w:val="28"/>
          <w:rtl/>
        </w:rPr>
        <w:t xml:space="preserve"> خود را برا</w:t>
      </w:r>
      <w:r w:rsidRPr="0000691D">
        <w:rPr>
          <w:rFonts w:cs="B Mitra" w:hint="cs"/>
          <w:sz w:val="28"/>
          <w:szCs w:val="28"/>
          <w:rtl/>
        </w:rPr>
        <w:t>ی</w:t>
      </w:r>
      <w:r w:rsidRPr="0000691D">
        <w:rPr>
          <w:rFonts w:cs="B Mitra"/>
          <w:sz w:val="28"/>
          <w:szCs w:val="28"/>
          <w:rtl/>
        </w:rPr>
        <w:t xml:space="preserve"> کاوش با ا</w:t>
      </w:r>
      <w:r w:rsidRPr="0000691D">
        <w:rPr>
          <w:rFonts w:cs="B Mitra" w:hint="cs"/>
          <w:sz w:val="28"/>
          <w:szCs w:val="28"/>
          <w:rtl/>
        </w:rPr>
        <w:t>ین</w:t>
      </w:r>
      <w:r w:rsidRPr="0000691D">
        <w:rPr>
          <w:rFonts w:cs="B Mitra"/>
          <w:sz w:val="28"/>
          <w:szCs w:val="28"/>
          <w:rtl/>
        </w:rPr>
        <w:t xml:space="preserve"> ابزار آماده کنند. ا</w:t>
      </w:r>
      <w:r w:rsidRPr="0000691D">
        <w:rPr>
          <w:rFonts w:cs="B Mitra" w:hint="cs"/>
          <w:sz w:val="28"/>
          <w:szCs w:val="28"/>
          <w:rtl/>
        </w:rPr>
        <w:t>ین</w:t>
      </w:r>
      <w:r w:rsidRPr="0000691D">
        <w:rPr>
          <w:rFonts w:cs="B Mitra"/>
          <w:sz w:val="28"/>
          <w:szCs w:val="28"/>
          <w:rtl/>
        </w:rPr>
        <w:t xml:space="preserve"> رو</w:t>
      </w:r>
      <w:r w:rsidRPr="0000691D">
        <w:rPr>
          <w:rFonts w:cs="B Mitra" w:hint="cs"/>
          <w:sz w:val="28"/>
          <w:szCs w:val="28"/>
          <w:rtl/>
        </w:rPr>
        <w:t>یکرد</w:t>
      </w:r>
      <w:r w:rsidRPr="0000691D">
        <w:rPr>
          <w:rFonts w:cs="B Mitra"/>
          <w:sz w:val="28"/>
          <w:szCs w:val="28"/>
          <w:rtl/>
        </w:rPr>
        <w:t xml:space="preserve"> اثبات م</w:t>
      </w:r>
      <w:r w:rsidRPr="0000691D">
        <w:rPr>
          <w:rFonts w:cs="B Mitra" w:hint="cs"/>
          <w:sz w:val="28"/>
          <w:szCs w:val="28"/>
          <w:rtl/>
        </w:rPr>
        <w:t>ی‌کند</w:t>
      </w:r>
      <w:r w:rsidRPr="0000691D">
        <w:rPr>
          <w:rFonts w:cs="B Mitra"/>
          <w:sz w:val="28"/>
          <w:szCs w:val="28"/>
          <w:rtl/>
        </w:rPr>
        <w:t xml:space="preserve"> که دسترس</w:t>
      </w:r>
      <w:r w:rsidRPr="0000691D">
        <w:rPr>
          <w:rFonts w:cs="B Mitra" w:hint="cs"/>
          <w:sz w:val="28"/>
          <w:szCs w:val="28"/>
          <w:rtl/>
        </w:rPr>
        <w:t>ی‌پذیری</w:t>
      </w:r>
      <w:r w:rsidRPr="0000691D">
        <w:rPr>
          <w:rFonts w:cs="B Mitra"/>
          <w:sz w:val="28"/>
          <w:szCs w:val="28"/>
          <w:rtl/>
        </w:rPr>
        <w:t xml:space="preserve"> د</w:t>
      </w:r>
      <w:r w:rsidRPr="0000691D">
        <w:rPr>
          <w:rFonts w:cs="B Mitra" w:hint="cs"/>
          <w:sz w:val="28"/>
          <w:szCs w:val="28"/>
          <w:rtl/>
        </w:rPr>
        <w:t>یگر</w:t>
      </w:r>
      <w:r w:rsidRPr="0000691D">
        <w:rPr>
          <w:rFonts w:cs="B Mitra"/>
          <w:sz w:val="28"/>
          <w:szCs w:val="28"/>
          <w:rtl/>
        </w:rPr>
        <w:t xml:space="preserve"> </w:t>
      </w:r>
      <w:r w:rsidRPr="0000691D">
        <w:rPr>
          <w:rFonts w:cs="B Mitra" w:hint="cs"/>
          <w:sz w:val="28"/>
          <w:szCs w:val="28"/>
          <w:rtl/>
        </w:rPr>
        <w:t>یک</w:t>
      </w:r>
      <w:r w:rsidRPr="0000691D">
        <w:rPr>
          <w:rFonts w:cs="B Mitra"/>
          <w:sz w:val="28"/>
          <w:szCs w:val="28"/>
          <w:rtl/>
        </w:rPr>
        <w:t xml:space="preserve"> ابزار خ</w:t>
      </w:r>
      <w:r w:rsidRPr="0000691D">
        <w:rPr>
          <w:rFonts w:cs="B Mitra" w:hint="cs"/>
          <w:sz w:val="28"/>
          <w:szCs w:val="28"/>
          <w:rtl/>
        </w:rPr>
        <w:t>یریه‌ای</w:t>
      </w:r>
      <w:r w:rsidRPr="0000691D">
        <w:rPr>
          <w:rFonts w:cs="B Mitra"/>
          <w:sz w:val="28"/>
          <w:szCs w:val="28"/>
          <w:rtl/>
        </w:rPr>
        <w:t xml:space="preserve"> حاش</w:t>
      </w:r>
      <w:r w:rsidRPr="0000691D">
        <w:rPr>
          <w:rFonts w:cs="B Mitra" w:hint="cs"/>
          <w:sz w:val="28"/>
          <w:szCs w:val="28"/>
          <w:rtl/>
        </w:rPr>
        <w:t>یه‌ای</w:t>
      </w:r>
      <w:r w:rsidRPr="0000691D">
        <w:rPr>
          <w:rFonts w:cs="B Mitra"/>
          <w:sz w:val="28"/>
          <w:szCs w:val="28"/>
          <w:rtl/>
        </w:rPr>
        <w:t xml:space="preserve"> ن</w:t>
      </w:r>
      <w:r w:rsidRPr="0000691D">
        <w:rPr>
          <w:rFonts w:cs="B Mitra" w:hint="cs"/>
          <w:sz w:val="28"/>
          <w:szCs w:val="28"/>
          <w:rtl/>
        </w:rPr>
        <w:t>یست،</w:t>
      </w:r>
      <w:r w:rsidRPr="0000691D">
        <w:rPr>
          <w:rFonts w:cs="B Mitra"/>
          <w:sz w:val="28"/>
          <w:szCs w:val="28"/>
          <w:rtl/>
        </w:rPr>
        <w:t xml:space="preserve"> بلکه </w:t>
      </w:r>
      <w:r w:rsidRPr="0000691D">
        <w:rPr>
          <w:rFonts w:cs="B Mitra" w:hint="cs"/>
          <w:sz w:val="28"/>
          <w:szCs w:val="28"/>
          <w:rtl/>
        </w:rPr>
        <w:t>یک</w:t>
      </w:r>
      <w:r w:rsidRPr="0000691D">
        <w:rPr>
          <w:rFonts w:cs="B Mitra"/>
          <w:sz w:val="28"/>
          <w:szCs w:val="28"/>
          <w:rtl/>
        </w:rPr>
        <w:t xml:space="preserve"> مز</w:t>
      </w:r>
      <w:r w:rsidRPr="0000691D">
        <w:rPr>
          <w:rFonts w:cs="B Mitra" w:hint="cs"/>
          <w:sz w:val="28"/>
          <w:szCs w:val="28"/>
          <w:rtl/>
        </w:rPr>
        <w:t>یت</w:t>
      </w:r>
      <w:r w:rsidRPr="0000691D">
        <w:rPr>
          <w:rFonts w:cs="B Mitra"/>
          <w:sz w:val="28"/>
          <w:szCs w:val="28"/>
          <w:rtl/>
        </w:rPr>
        <w:t xml:space="preserve"> رقابت</w:t>
      </w:r>
      <w:r w:rsidRPr="0000691D">
        <w:rPr>
          <w:rFonts w:cs="B Mitra" w:hint="cs"/>
          <w:sz w:val="28"/>
          <w:szCs w:val="28"/>
          <w:rtl/>
        </w:rPr>
        <w:t>ی</w:t>
      </w:r>
      <w:r w:rsidRPr="0000691D">
        <w:rPr>
          <w:rFonts w:cs="B Mitra"/>
          <w:sz w:val="28"/>
          <w:szCs w:val="28"/>
          <w:rtl/>
        </w:rPr>
        <w:t xml:space="preserve"> پا</w:t>
      </w:r>
      <w:r w:rsidRPr="0000691D">
        <w:rPr>
          <w:rFonts w:cs="B Mitra" w:hint="cs"/>
          <w:sz w:val="28"/>
          <w:szCs w:val="28"/>
          <w:rtl/>
        </w:rPr>
        <w:t>یدار</w:t>
      </w:r>
      <w:r w:rsidRPr="0000691D">
        <w:rPr>
          <w:rFonts w:cs="B Mitra"/>
          <w:sz w:val="28"/>
          <w:szCs w:val="28"/>
          <w:rtl/>
        </w:rPr>
        <w:t xml:space="preserve"> در محصولات تجار</w:t>
      </w:r>
      <w:r w:rsidRPr="0000691D">
        <w:rPr>
          <w:rFonts w:cs="B Mitra" w:hint="cs"/>
          <w:sz w:val="28"/>
          <w:szCs w:val="28"/>
          <w:rtl/>
        </w:rPr>
        <w:t>ی</w:t>
      </w:r>
      <w:r w:rsidRPr="0000691D">
        <w:rPr>
          <w:rFonts w:cs="B Mitra"/>
          <w:sz w:val="28"/>
          <w:szCs w:val="28"/>
          <w:rtl/>
        </w:rPr>
        <w:t xml:space="preserve"> به شمار م</w:t>
      </w:r>
      <w:r w:rsidRPr="0000691D">
        <w:rPr>
          <w:rFonts w:cs="B Mitra" w:hint="cs"/>
          <w:sz w:val="28"/>
          <w:szCs w:val="28"/>
          <w:rtl/>
        </w:rPr>
        <w:t>ی‌رود</w:t>
      </w:r>
      <w:r w:rsidRPr="0000691D">
        <w:rPr>
          <w:rFonts w:cs="B Mitra"/>
          <w:sz w:val="28"/>
          <w:szCs w:val="28"/>
          <w:rtl/>
        </w:rPr>
        <w:t>.</w:t>
      </w:r>
    </w:p>
    <w:p w:rsidR="00A75B1C" w:rsidRPr="0000691D" w:rsidRDefault="00A75B1C" w:rsidP="0000691D">
      <w:pPr>
        <w:pStyle w:val="Heading3"/>
        <w:bidi/>
        <w:spacing w:line="360" w:lineRule="auto"/>
        <w:rPr>
          <w:rFonts w:cs="B Mitra"/>
          <w:color w:val="70AD47" w:themeColor="accent6"/>
          <w:sz w:val="28"/>
          <w:szCs w:val="28"/>
          <w:rtl/>
        </w:rPr>
      </w:pPr>
      <w:bookmarkStart w:id="23" w:name="_Toc243400530"/>
      <w:r w:rsidRPr="0000691D">
        <w:rPr>
          <w:rFonts w:cs="B Mitra" w:hint="cs"/>
          <w:color w:val="70AD47" w:themeColor="accent6"/>
          <w:sz w:val="28"/>
          <w:szCs w:val="28"/>
          <w:rtl/>
        </w:rPr>
        <w:t>زنگ</w:t>
      </w:r>
      <w:r w:rsidRPr="0000691D">
        <w:rPr>
          <w:rFonts w:cs="B Mitra"/>
          <w:color w:val="70AD47" w:themeColor="accent6"/>
          <w:sz w:val="28"/>
          <w:szCs w:val="28"/>
          <w:rtl/>
        </w:rPr>
        <w:t xml:space="preserve"> خطر سقوط انو</w:t>
      </w:r>
      <w:r w:rsidRPr="0000691D">
        <w:rPr>
          <w:rFonts w:cs="B Mitra" w:hint="cs"/>
          <w:color w:val="70AD47" w:themeColor="accent6"/>
          <w:sz w:val="28"/>
          <w:szCs w:val="28"/>
          <w:rtl/>
        </w:rPr>
        <w:t>یژن</w:t>
      </w:r>
      <w:r w:rsidRPr="0000691D">
        <w:rPr>
          <w:rFonts w:cs="B Mitra"/>
          <w:color w:val="70AD47" w:themeColor="accent6"/>
          <w:sz w:val="28"/>
          <w:szCs w:val="28"/>
          <w:rtl/>
        </w:rPr>
        <w:t>: سقف ش</w:t>
      </w:r>
      <w:r w:rsidRPr="0000691D">
        <w:rPr>
          <w:rFonts w:cs="B Mitra" w:hint="cs"/>
          <w:color w:val="70AD47" w:themeColor="accent6"/>
          <w:sz w:val="28"/>
          <w:szCs w:val="28"/>
          <w:rtl/>
        </w:rPr>
        <w:t>یشه‌ای</w:t>
      </w:r>
      <w:r w:rsidRPr="0000691D">
        <w:rPr>
          <w:rFonts w:cs="B Mitra"/>
          <w:color w:val="70AD47" w:themeColor="accent6"/>
          <w:sz w:val="28"/>
          <w:szCs w:val="28"/>
          <w:rtl/>
        </w:rPr>
        <w:t xml:space="preserve"> بازار و چالش اخلاق</w:t>
      </w:r>
      <w:r w:rsidRPr="0000691D">
        <w:rPr>
          <w:rFonts w:cs="B Mitra" w:hint="cs"/>
          <w:color w:val="70AD47" w:themeColor="accent6"/>
          <w:sz w:val="28"/>
          <w:szCs w:val="28"/>
          <w:rtl/>
        </w:rPr>
        <w:t>ی</w:t>
      </w:r>
      <w:r w:rsidRPr="0000691D">
        <w:rPr>
          <w:rFonts w:cs="B Mitra"/>
          <w:color w:val="70AD47" w:themeColor="accent6"/>
          <w:sz w:val="28"/>
          <w:szCs w:val="28"/>
          <w:rtl/>
        </w:rPr>
        <w:t xml:space="preserve"> فناور</w:t>
      </w:r>
      <w:r w:rsidRPr="0000691D">
        <w:rPr>
          <w:rFonts w:cs="B Mitra" w:hint="cs"/>
          <w:color w:val="70AD47" w:themeColor="accent6"/>
          <w:sz w:val="28"/>
          <w:szCs w:val="28"/>
          <w:rtl/>
        </w:rPr>
        <w:t>ی‌های</w:t>
      </w:r>
      <w:r w:rsidRPr="0000691D">
        <w:rPr>
          <w:rFonts w:cs="B Mitra"/>
          <w:color w:val="70AD47" w:themeColor="accent6"/>
          <w:sz w:val="28"/>
          <w:szCs w:val="28"/>
          <w:rtl/>
        </w:rPr>
        <w:t xml:space="preserve"> دسترس‌پذ</w:t>
      </w:r>
      <w:r w:rsidRPr="0000691D">
        <w:rPr>
          <w:rFonts w:cs="B Mitra" w:hint="cs"/>
          <w:color w:val="70AD47" w:themeColor="accent6"/>
          <w:sz w:val="28"/>
          <w:szCs w:val="28"/>
          <w:rtl/>
        </w:rPr>
        <w:t>یر</w:t>
      </w:r>
      <w:bookmarkEnd w:id="23"/>
    </w:p>
    <w:p w:rsidR="00A75B1C" w:rsidRPr="0000691D" w:rsidRDefault="00A75B1C" w:rsidP="0000691D">
      <w:pPr>
        <w:bidi/>
        <w:spacing w:line="360" w:lineRule="auto"/>
        <w:jc w:val="both"/>
        <w:rPr>
          <w:rFonts w:cs="B Mitra"/>
          <w:sz w:val="28"/>
          <w:szCs w:val="28"/>
          <w:rtl/>
        </w:rPr>
      </w:pPr>
      <w:r w:rsidRPr="0000691D">
        <w:rPr>
          <w:rFonts w:cs="B Mitra"/>
          <w:sz w:val="28"/>
          <w:szCs w:val="28"/>
          <w:rtl/>
        </w:rPr>
        <w:t>احتمالاً اعلام رسم</w:t>
      </w:r>
      <w:r w:rsidRPr="0000691D">
        <w:rPr>
          <w:rFonts w:cs="B Mitra" w:hint="cs"/>
          <w:sz w:val="28"/>
          <w:szCs w:val="28"/>
          <w:rtl/>
        </w:rPr>
        <w:t>ی</w:t>
      </w:r>
      <w:r w:rsidRPr="0000691D">
        <w:rPr>
          <w:rFonts w:cs="B Mitra"/>
          <w:sz w:val="28"/>
          <w:szCs w:val="28"/>
          <w:rtl/>
        </w:rPr>
        <w:t xml:space="preserve"> توقف توسعه فعال محصولات شرکت پ</w:t>
      </w:r>
      <w:r w:rsidRPr="0000691D">
        <w:rPr>
          <w:rFonts w:cs="B Mitra" w:hint="cs"/>
          <w:sz w:val="28"/>
          <w:szCs w:val="28"/>
          <w:rtl/>
        </w:rPr>
        <w:t>یش‌گام</w:t>
      </w:r>
      <w:r w:rsidRPr="0000691D">
        <w:rPr>
          <w:rFonts w:cs="B Mitra"/>
          <w:sz w:val="28"/>
          <w:szCs w:val="28"/>
          <w:rtl/>
        </w:rPr>
        <w:t xml:space="preserve"> «انو</w:t>
      </w:r>
      <w:r w:rsidRPr="0000691D">
        <w:rPr>
          <w:rFonts w:cs="B Mitra" w:hint="cs"/>
          <w:sz w:val="28"/>
          <w:szCs w:val="28"/>
          <w:rtl/>
        </w:rPr>
        <w:t>یژن</w:t>
      </w:r>
      <w:r w:rsidRPr="0000691D">
        <w:rPr>
          <w:rFonts w:cs="B Mitra"/>
          <w:sz w:val="28"/>
          <w:szCs w:val="28"/>
          <w:rtl/>
        </w:rPr>
        <w:t xml:space="preserve"> [۲۶]» تا پا</w:t>
      </w:r>
      <w:r w:rsidRPr="0000691D">
        <w:rPr>
          <w:rFonts w:cs="B Mitra" w:hint="cs"/>
          <w:sz w:val="28"/>
          <w:szCs w:val="28"/>
          <w:rtl/>
        </w:rPr>
        <w:t>یان</w:t>
      </w:r>
      <w:r w:rsidRPr="0000691D">
        <w:rPr>
          <w:rFonts w:cs="B Mitra"/>
          <w:sz w:val="28"/>
          <w:szCs w:val="28"/>
          <w:rtl/>
        </w:rPr>
        <w:t xml:space="preserve"> سال ۲۰۲۶، </w:t>
      </w:r>
      <w:r w:rsidRPr="0000691D">
        <w:rPr>
          <w:rFonts w:cs="B Mitra" w:hint="cs"/>
          <w:sz w:val="28"/>
          <w:szCs w:val="28"/>
          <w:rtl/>
        </w:rPr>
        <w:t>یکی</w:t>
      </w:r>
      <w:r w:rsidRPr="0000691D">
        <w:rPr>
          <w:rFonts w:cs="B Mitra"/>
          <w:sz w:val="28"/>
          <w:szCs w:val="28"/>
          <w:rtl/>
        </w:rPr>
        <w:t xml:space="preserve"> از جنجال</w:t>
      </w:r>
      <w:r w:rsidRPr="0000691D">
        <w:rPr>
          <w:rFonts w:cs="B Mitra" w:hint="cs"/>
          <w:sz w:val="28"/>
          <w:szCs w:val="28"/>
          <w:rtl/>
        </w:rPr>
        <w:t>ی‌ترین</w:t>
      </w:r>
      <w:r w:rsidRPr="0000691D">
        <w:rPr>
          <w:rFonts w:cs="B Mitra"/>
          <w:sz w:val="28"/>
          <w:szCs w:val="28"/>
          <w:rtl/>
        </w:rPr>
        <w:t xml:space="preserve"> اخبار ا</w:t>
      </w:r>
      <w:r w:rsidRPr="0000691D">
        <w:rPr>
          <w:rFonts w:cs="B Mitra" w:hint="cs"/>
          <w:sz w:val="28"/>
          <w:szCs w:val="28"/>
          <w:rtl/>
        </w:rPr>
        <w:t>ین</w:t>
      </w:r>
      <w:r w:rsidRPr="0000691D">
        <w:rPr>
          <w:rFonts w:cs="B Mitra"/>
          <w:sz w:val="28"/>
          <w:szCs w:val="28"/>
          <w:rtl/>
        </w:rPr>
        <w:t xml:space="preserve"> ماه باشد؛ خبر</w:t>
      </w:r>
      <w:r w:rsidRPr="0000691D">
        <w:rPr>
          <w:rFonts w:cs="B Mitra" w:hint="cs"/>
          <w:sz w:val="28"/>
          <w:szCs w:val="28"/>
          <w:rtl/>
        </w:rPr>
        <w:t>ی</w:t>
      </w:r>
      <w:r w:rsidRPr="0000691D">
        <w:rPr>
          <w:rFonts w:cs="B Mitra"/>
          <w:sz w:val="28"/>
          <w:szCs w:val="28"/>
          <w:rtl/>
        </w:rPr>
        <w:t xml:space="preserve"> که کاربران فناور</w:t>
      </w:r>
      <w:r w:rsidRPr="0000691D">
        <w:rPr>
          <w:rFonts w:cs="B Mitra" w:hint="cs"/>
          <w:sz w:val="28"/>
          <w:szCs w:val="28"/>
          <w:rtl/>
        </w:rPr>
        <w:t>ی‌های</w:t>
      </w:r>
      <w:r w:rsidRPr="0000691D">
        <w:rPr>
          <w:rFonts w:cs="B Mitra"/>
          <w:sz w:val="28"/>
          <w:szCs w:val="28"/>
          <w:rtl/>
        </w:rPr>
        <w:t xml:space="preserve"> دسترس</w:t>
      </w:r>
      <w:r w:rsidRPr="0000691D">
        <w:rPr>
          <w:rFonts w:cs="B Mitra" w:hint="cs"/>
          <w:sz w:val="28"/>
          <w:szCs w:val="28"/>
          <w:rtl/>
        </w:rPr>
        <w:t>ی‌پذیر</w:t>
      </w:r>
      <w:r w:rsidRPr="0000691D">
        <w:rPr>
          <w:rFonts w:cs="B Mitra"/>
          <w:sz w:val="28"/>
          <w:szCs w:val="28"/>
          <w:rtl/>
        </w:rPr>
        <w:t xml:space="preserve"> را در ب</w:t>
      </w:r>
      <w:r w:rsidRPr="0000691D">
        <w:rPr>
          <w:rFonts w:cs="B Mitra" w:hint="cs"/>
          <w:sz w:val="28"/>
          <w:szCs w:val="28"/>
          <w:rtl/>
        </w:rPr>
        <w:t>ُ</w:t>
      </w:r>
      <w:r w:rsidRPr="0000691D">
        <w:rPr>
          <w:rFonts w:cs="B Mitra"/>
          <w:sz w:val="28"/>
          <w:szCs w:val="28"/>
          <w:rtl/>
        </w:rPr>
        <w:t>هت فرو برد. پادکست‌ها و نشر</w:t>
      </w:r>
      <w:r w:rsidRPr="0000691D">
        <w:rPr>
          <w:rFonts w:cs="B Mitra" w:hint="cs"/>
          <w:sz w:val="28"/>
          <w:szCs w:val="28"/>
          <w:rtl/>
        </w:rPr>
        <w:t>یات</w:t>
      </w:r>
      <w:r w:rsidRPr="0000691D">
        <w:rPr>
          <w:rFonts w:cs="B Mitra"/>
          <w:sz w:val="28"/>
          <w:szCs w:val="28"/>
          <w:rtl/>
        </w:rPr>
        <w:t xml:space="preserve"> ا</w:t>
      </w:r>
      <w:r w:rsidRPr="0000691D">
        <w:rPr>
          <w:rFonts w:cs="B Mitra" w:hint="cs"/>
          <w:sz w:val="28"/>
          <w:szCs w:val="28"/>
          <w:rtl/>
        </w:rPr>
        <w:t>ین</w:t>
      </w:r>
      <w:r w:rsidRPr="0000691D">
        <w:rPr>
          <w:rFonts w:cs="B Mitra"/>
          <w:sz w:val="28"/>
          <w:szCs w:val="28"/>
          <w:rtl/>
        </w:rPr>
        <w:t xml:space="preserve"> حوزه با کالبدشکاف</w:t>
      </w:r>
      <w:r w:rsidRPr="0000691D">
        <w:rPr>
          <w:rFonts w:cs="B Mitra" w:hint="cs"/>
          <w:sz w:val="28"/>
          <w:szCs w:val="28"/>
          <w:rtl/>
        </w:rPr>
        <w:t>ی</w:t>
      </w:r>
      <w:r w:rsidRPr="0000691D">
        <w:rPr>
          <w:rFonts w:cs="B Mitra"/>
          <w:sz w:val="28"/>
          <w:szCs w:val="28"/>
          <w:rtl/>
        </w:rPr>
        <w:t xml:space="preserve"> نامه سرگشاده بن</w:t>
      </w:r>
      <w:r w:rsidRPr="0000691D">
        <w:rPr>
          <w:rFonts w:cs="B Mitra" w:hint="cs"/>
          <w:sz w:val="28"/>
          <w:szCs w:val="28"/>
          <w:rtl/>
        </w:rPr>
        <w:t>یان‌گذاران</w:t>
      </w:r>
      <w:r w:rsidRPr="0000691D">
        <w:rPr>
          <w:rFonts w:cs="B Mitra"/>
          <w:sz w:val="28"/>
          <w:szCs w:val="28"/>
          <w:rtl/>
        </w:rPr>
        <w:t xml:space="preserve"> انو</w:t>
      </w:r>
      <w:r w:rsidRPr="0000691D">
        <w:rPr>
          <w:rFonts w:cs="B Mitra" w:hint="cs"/>
          <w:sz w:val="28"/>
          <w:szCs w:val="28"/>
          <w:rtl/>
        </w:rPr>
        <w:t>یژن،</w:t>
      </w:r>
      <w:r w:rsidRPr="0000691D">
        <w:rPr>
          <w:rFonts w:cs="B Mitra"/>
          <w:sz w:val="28"/>
          <w:szCs w:val="28"/>
          <w:rtl/>
        </w:rPr>
        <w:t xml:space="preserve"> «کارت</w:t>
      </w:r>
      <w:r w:rsidRPr="0000691D">
        <w:rPr>
          <w:rFonts w:cs="B Mitra" w:hint="cs"/>
          <w:sz w:val="28"/>
          <w:szCs w:val="28"/>
          <w:rtl/>
        </w:rPr>
        <w:t>یک</w:t>
      </w:r>
      <w:r w:rsidRPr="0000691D">
        <w:rPr>
          <w:rFonts w:cs="B Mitra"/>
          <w:sz w:val="28"/>
          <w:szCs w:val="28"/>
          <w:rtl/>
        </w:rPr>
        <w:t xml:space="preserve"> کانان [۲۷]» و «کارت</w:t>
      </w:r>
      <w:r w:rsidRPr="0000691D">
        <w:rPr>
          <w:rFonts w:cs="B Mitra" w:hint="cs"/>
          <w:sz w:val="28"/>
          <w:szCs w:val="28"/>
          <w:rtl/>
        </w:rPr>
        <w:t>یک</w:t>
      </w:r>
      <w:r w:rsidRPr="0000691D">
        <w:rPr>
          <w:rFonts w:cs="B Mitra"/>
          <w:sz w:val="28"/>
          <w:szCs w:val="28"/>
          <w:rtl/>
        </w:rPr>
        <w:t xml:space="preserve"> مادوان [۲۸]»، به بررس</w:t>
      </w:r>
      <w:r w:rsidRPr="0000691D">
        <w:rPr>
          <w:rFonts w:cs="B Mitra" w:hint="cs"/>
          <w:sz w:val="28"/>
          <w:szCs w:val="28"/>
          <w:rtl/>
        </w:rPr>
        <w:t>ی</w:t>
      </w:r>
      <w:r w:rsidRPr="0000691D">
        <w:rPr>
          <w:rFonts w:cs="B Mitra"/>
          <w:sz w:val="28"/>
          <w:szCs w:val="28"/>
          <w:rtl/>
        </w:rPr>
        <w:t xml:space="preserve"> دلا</w:t>
      </w:r>
      <w:r w:rsidRPr="0000691D">
        <w:rPr>
          <w:rFonts w:cs="B Mitra" w:hint="cs"/>
          <w:sz w:val="28"/>
          <w:szCs w:val="28"/>
          <w:rtl/>
        </w:rPr>
        <w:t>یل</w:t>
      </w:r>
      <w:r w:rsidRPr="0000691D">
        <w:rPr>
          <w:rFonts w:cs="B Mitra"/>
          <w:sz w:val="28"/>
          <w:szCs w:val="28"/>
          <w:rtl/>
        </w:rPr>
        <w:t xml:space="preserve"> ا</w:t>
      </w:r>
      <w:r w:rsidRPr="0000691D">
        <w:rPr>
          <w:rFonts w:cs="B Mitra" w:hint="cs"/>
          <w:sz w:val="28"/>
          <w:szCs w:val="28"/>
          <w:rtl/>
        </w:rPr>
        <w:t>ین</w:t>
      </w:r>
      <w:r w:rsidRPr="0000691D">
        <w:rPr>
          <w:rFonts w:cs="B Mitra"/>
          <w:sz w:val="28"/>
          <w:szCs w:val="28"/>
          <w:rtl/>
        </w:rPr>
        <w:t xml:space="preserve"> شکست و درس‌ها</w:t>
      </w:r>
      <w:r w:rsidRPr="0000691D">
        <w:rPr>
          <w:rFonts w:cs="B Mitra" w:hint="cs"/>
          <w:sz w:val="28"/>
          <w:szCs w:val="28"/>
          <w:rtl/>
        </w:rPr>
        <w:t>ی</w:t>
      </w:r>
      <w:r w:rsidRPr="0000691D">
        <w:rPr>
          <w:rFonts w:cs="B Mitra"/>
          <w:sz w:val="28"/>
          <w:szCs w:val="28"/>
          <w:rtl/>
        </w:rPr>
        <w:t xml:space="preserve"> آن برا</w:t>
      </w:r>
      <w:r w:rsidRPr="0000691D">
        <w:rPr>
          <w:rFonts w:cs="B Mitra" w:hint="cs"/>
          <w:sz w:val="28"/>
          <w:szCs w:val="28"/>
          <w:rtl/>
        </w:rPr>
        <w:t>ی</w:t>
      </w:r>
      <w:r w:rsidRPr="0000691D">
        <w:rPr>
          <w:rFonts w:cs="B Mitra"/>
          <w:sz w:val="28"/>
          <w:szCs w:val="28"/>
          <w:rtl/>
        </w:rPr>
        <w:t xml:space="preserve"> اکوس</w:t>
      </w:r>
      <w:r w:rsidRPr="0000691D">
        <w:rPr>
          <w:rFonts w:cs="B Mitra" w:hint="cs"/>
          <w:sz w:val="28"/>
          <w:szCs w:val="28"/>
          <w:rtl/>
        </w:rPr>
        <w:t>یستم</w:t>
      </w:r>
      <w:r w:rsidRPr="0000691D">
        <w:rPr>
          <w:rFonts w:cs="B Mitra"/>
          <w:sz w:val="28"/>
          <w:szCs w:val="28"/>
          <w:rtl/>
        </w:rPr>
        <w:t xml:space="preserve"> ناب</w:t>
      </w:r>
      <w:r w:rsidRPr="0000691D">
        <w:rPr>
          <w:rFonts w:cs="B Mitra" w:hint="cs"/>
          <w:sz w:val="28"/>
          <w:szCs w:val="28"/>
          <w:rtl/>
        </w:rPr>
        <w:t>ینایان</w:t>
      </w:r>
      <w:r w:rsidRPr="0000691D">
        <w:rPr>
          <w:rFonts w:cs="B Mitra"/>
          <w:sz w:val="28"/>
          <w:szCs w:val="28"/>
          <w:rtl/>
        </w:rPr>
        <w:t xml:space="preserve"> پرداخته‌اند.</w:t>
      </w:r>
    </w:p>
    <w:p w:rsidR="00A75B1C" w:rsidRPr="0000691D" w:rsidRDefault="00A75B1C" w:rsidP="0000691D">
      <w:pPr>
        <w:bidi/>
        <w:spacing w:line="360" w:lineRule="auto"/>
        <w:jc w:val="both"/>
        <w:rPr>
          <w:rFonts w:cs="B Mitra"/>
          <w:sz w:val="28"/>
          <w:szCs w:val="28"/>
          <w:rtl/>
        </w:rPr>
      </w:pPr>
      <w:r w:rsidRPr="0000691D">
        <w:rPr>
          <w:rFonts w:cs="B Mitra" w:hint="cs"/>
          <w:sz w:val="28"/>
          <w:szCs w:val="28"/>
          <w:rtl/>
        </w:rPr>
        <w:t>انویژن</w:t>
      </w:r>
      <w:r w:rsidRPr="0000691D">
        <w:rPr>
          <w:rFonts w:cs="B Mitra"/>
          <w:sz w:val="28"/>
          <w:szCs w:val="28"/>
          <w:rtl/>
        </w:rPr>
        <w:t xml:space="preserve"> که زمان</w:t>
      </w:r>
      <w:r w:rsidRPr="0000691D">
        <w:rPr>
          <w:rFonts w:cs="B Mitra" w:hint="cs"/>
          <w:sz w:val="28"/>
          <w:szCs w:val="28"/>
          <w:rtl/>
        </w:rPr>
        <w:t>ی</w:t>
      </w:r>
      <w:r w:rsidRPr="0000691D">
        <w:rPr>
          <w:rFonts w:cs="B Mitra"/>
          <w:sz w:val="28"/>
          <w:szCs w:val="28"/>
          <w:rtl/>
        </w:rPr>
        <w:t xml:space="preserve"> با پ</w:t>
      </w:r>
      <w:r w:rsidRPr="0000691D">
        <w:rPr>
          <w:rFonts w:cs="B Mitra" w:hint="cs"/>
          <w:sz w:val="28"/>
          <w:szCs w:val="28"/>
          <w:rtl/>
        </w:rPr>
        <w:t>یاده‌سازی</w:t>
      </w:r>
      <w:r w:rsidRPr="0000691D">
        <w:rPr>
          <w:rFonts w:cs="B Mitra"/>
          <w:sz w:val="28"/>
          <w:szCs w:val="28"/>
          <w:rtl/>
        </w:rPr>
        <w:t xml:space="preserve"> هوش مصنوع</w:t>
      </w:r>
      <w:r w:rsidRPr="0000691D">
        <w:rPr>
          <w:rFonts w:cs="B Mitra" w:hint="cs"/>
          <w:sz w:val="28"/>
          <w:szCs w:val="28"/>
          <w:rtl/>
        </w:rPr>
        <w:t>ی</w:t>
      </w:r>
      <w:r w:rsidRPr="0000691D">
        <w:rPr>
          <w:rFonts w:cs="B Mitra"/>
          <w:sz w:val="28"/>
          <w:szCs w:val="28"/>
          <w:rtl/>
        </w:rPr>
        <w:t xml:space="preserve"> بر بستر </w:t>
      </w:r>
      <w:r w:rsidRPr="0000691D">
        <w:rPr>
          <w:rFonts w:cs="B Mitra" w:hint="cs"/>
          <w:sz w:val="28"/>
          <w:szCs w:val="28"/>
          <w:rtl/>
        </w:rPr>
        <w:t>«</w:t>
      </w:r>
      <w:r w:rsidRPr="0000691D">
        <w:rPr>
          <w:rFonts w:cs="B Mitra"/>
          <w:sz w:val="28"/>
          <w:szCs w:val="28"/>
          <w:rtl/>
        </w:rPr>
        <w:t>گوگل گلس [۲۹]</w:t>
      </w:r>
      <w:r w:rsidRPr="0000691D">
        <w:rPr>
          <w:rFonts w:cs="B Mitra" w:hint="cs"/>
          <w:sz w:val="28"/>
          <w:szCs w:val="28"/>
          <w:rtl/>
        </w:rPr>
        <w:t>»</w:t>
      </w:r>
      <w:r w:rsidRPr="0000691D">
        <w:rPr>
          <w:rFonts w:cs="B Mitra"/>
          <w:sz w:val="28"/>
          <w:szCs w:val="28"/>
          <w:rtl/>
        </w:rPr>
        <w:t xml:space="preserve"> و سپس معرف</w:t>
      </w:r>
      <w:r w:rsidRPr="0000691D">
        <w:rPr>
          <w:rFonts w:cs="B Mitra" w:hint="cs"/>
          <w:sz w:val="28"/>
          <w:szCs w:val="28"/>
          <w:rtl/>
        </w:rPr>
        <w:t>ی</w:t>
      </w:r>
      <w:r w:rsidRPr="0000691D">
        <w:rPr>
          <w:rFonts w:cs="B Mitra"/>
          <w:sz w:val="28"/>
          <w:szCs w:val="28"/>
          <w:rtl/>
        </w:rPr>
        <w:t xml:space="preserve"> ع</w:t>
      </w:r>
      <w:r w:rsidRPr="0000691D">
        <w:rPr>
          <w:rFonts w:cs="B Mitra" w:hint="cs"/>
          <w:sz w:val="28"/>
          <w:szCs w:val="28"/>
          <w:rtl/>
        </w:rPr>
        <w:t>ینک‌های</w:t>
      </w:r>
      <w:r w:rsidRPr="0000691D">
        <w:rPr>
          <w:rFonts w:cs="B Mitra"/>
          <w:sz w:val="28"/>
          <w:szCs w:val="28"/>
          <w:rtl/>
        </w:rPr>
        <w:t xml:space="preserve"> «سولوز [۳۰]» و برنامه «اَلا</w:t>
      </w:r>
      <w:r w:rsidRPr="0000691D">
        <w:rPr>
          <w:rFonts w:cs="B Mitra" w:hint="cs"/>
          <w:sz w:val="28"/>
          <w:szCs w:val="28"/>
          <w:rtl/>
        </w:rPr>
        <w:t>ی</w:t>
      </w:r>
      <w:r w:rsidRPr="0000691D">
        <w:rPr>
          <w:rFonts w:cs="B Mitra"/>
          <w:sz w:val="28"/>
          <w:szCs w:val="28"/>
          <w:rtl/>
        </w:rPr>
        <w:t xml:space="preserve"> [۳۱]» پرچم‌دار نوآور</w:t>
      </w:r>
      <w:r w:rsidRPr="0000691D">
        <w:rPr>
          <w:rFonts w:cs="B Mitra" w:hint="cs"/>
          <w:sz w:val="28"/>
          <w:szCs w:val="28"/>
          <w:rtl/>
        </w:rPr>
        <w:t>ی</w:t>
      </w:r>
      <w:r w:rsidRPr="0000691D">
        <w:rPr>
          <w:rFonts w:cs="B Mitra"/>
          <w:sz w:val="28"/>
          <w:szCs w:val="28"/>
          <w:rtl/>
        </w:rPr>
        <w:t xml:space="preserve"> بود، دل</w:t>
      </w:r>
      <w:r w:rsidRPr="0000691D">
        <w:rPr>
          <w:rFonts w:cs="B Mitra" w:hint="cs"/>
          <w:sz w:val="28"/>
          <w:szCs w:val="28"/>
          <w:rtl/>
        </w:rPr>
        <w:t>یل</w:t>
      </w:r>
      <w:r w:rsidRPr="0000691D">
        <w:rPr>
          <w:rFonts w:cs="B Mitra"/>
          <w:sz w:val="28"/>
          <w:szCs w:val="28"/>
          <w:rtl/>
        </w:rPr>
        <w:t xml:space="preserve"> توقف خود را برخورد با «سقف </w:t>
      </w:r>
      <w:r w:rsidRPr="0000691D">
        <w:rPr>
          <w:rFonts w:cs="B Mitra" w:hint="cs"/>
          <w:sz w:val="28"/>
          <w:szCs w:val="28"/>
          <w:rtl/>
        </w:rPr>
        <w:t>یک</w:t>
      </w:r>
      <w:r w:rsidRPr="0000691D">
        <w:rPr>
          <w:rFonts w:cs="B Mitra"/>
          <w:sz w:val="28"/>
          <w:szCs w:val="28"/>
          <w:rtl/>
        </w:rPr>
        <w:t xml:space="preserve"> م</w:t>
      </w:r>
      <w:r w:rsidRPr="0000691D">
        <w:rPr>
          <w:rFonts w:cs="B Mitra" w:hint="cs"/>
          <w:sz w:val="28"/>
          <w:szCs w:val="28"/>
          <w:rtl/>
        </w:rPr>
        <w:t>یلیونی</w:t>
      </w:r>
      <w:r w:rsidRPr="0000691D">
        <w:rPr>
          <w:rFonts w:cs="B Mitra"/>
          <w:sz w:val="28"/>
          <w:szCs w:val="28"/>
          <w:rtl/>
        </w:rPr>
        <w:t xml:space="preserve"> بازار [۳۲]» اعلام کرده است. اگرچه آمارها از وجود ۳۰۰ م</w:t>
      </w:r>
      <w:r w:rsidRPr="0000691D">
        <w:rPr>
          <w:rFonts w:cs="B Mitra" w:hint="cs"/>
          <w:sz w:val="28"/>
          <w:szCs w:val="28"/>
          <w:rtl/>
        </w:rPr>
        <w:t>یلیون</w:t>
      </w:r>
      <w:r w:rsidRPr="0000691D">
        <w:rPr>
          <w:rFonts w:cs="B Mitra"/>
          <w:sz w:val="28"/>
          <w:szCs w:val="28"/>
          <w:rtl/>
        </w:rPr>
        <w:t xml:space="preserve"> فرد کم‌ب</w:t>
      </w:r>
      <w:r w:rsidRPr="0000691D">
        <w:rPr>
          <w:rFonts w:cs="B Mitra" w:hint="cs"/>
          <w:sz w:val="28"/>
          <w:szCs w:val="28"/>
          <w:rtl/>
        </w:rPr>
        <w:t>ینا</w:t>
      </w:r>
      <w:r w:rsidRPr="0000691D">
        <w:rPr>
          <w:rFonts w:cs="B Mitra"/>
          <w:sz w:val="28"/>
          <w:szCs w:val="28"/>
          <w:rtl/>
        </w:rPr>
        <w:t xml:space="preserve"> و </w:t>
      </w:r>
      <w:r w:rsidRPr="0000691D">
        <w:rPr>
          <w:rFonts w:cs="B Mitra" w:hint="cs"/>
          <w:sz w:val="28"/>
          <w:szCs w:val="28"/>
          <w:rtl/>
        </w:rPr>
        <w:t>نابینا</w:t>
      </w:r>
      <w:r w:rsidRPr="0000691D">
        <w:rPr>
          <w:rFonts w:cs="B Mitra"/>
          <w:sz w:val="28"/>
          <w:szCs w:val="28"/>
          <w:rtl/>
        </w:rPr>
        <w:t xml:space="preserve"> در جهان حکا</w:t>
      </w:r>
      <w:r w:rsidRPr="0000691D">
        <w:rPr>
          <w:rFonts w:cs="B Mitra" w:hint="cs"/>
          <w:sz w:val="28"/>
          <w:szCs w:val="28"/>
          <w:rtl/>
        </w:rPr>
        <w:t>یت</w:t>
      </w:r>
      <w:r w:rsidRPr="0000691D">
        <w:rPr>
          <w:rFonts w:cs="B Mitra"/>
          <w:sz w:val="28"/>
          <w:szCs w:val="28"/>
          <w:rtl/>
        </w:rPr>
        <w:t xml:space="preserve"> دارند، اما واقع</w:t>
      </w:r>
      <w:r w:rsidRPr="0000691D">
        <w:rPr>
          <w:rFonts w:cs="B Mitra" w:hint="cs"/>
          <w:sz w:val="28"/>
          <w:szCs w:val="28"/>
          <w:rtl/>
        </w:rPr>
        <w:t>یت</w:t>
      </w:r>
      <w:r w:rsidRPr="0000691D">
        <w:rPr>
          <w:rFonts w:cs="B Mitra"/>
          <w:sz w:val="28"/>
          <w:szCs w:val="28"/>
          <w:rtl/>
        </w:rPr>
        <w:t xml:space="preserve"> اقتصاد</w:t>
      </w:r>
      <w:r w:rsidRPr="0000691D">
        <w:rPr>
          <w:rFonts w:cs="B Mitra" w:hint="cs"/>
          <w:sz w:val="28"/>
          <w:szCs w:val="28"/>
          <w:rtl/>
        </w:rPr>
        <w:t>ی</w:t>
      </w:r>
      <w:r w:rsidRPr="0000691D">
        <w:rPr>
          <w:rFonts w:cs="B Mitra"/>
          <w:sz w:val="28"/>
          <w:szCs w:val="28"/>
          <w:rtl/>
        </w:rPr>
        <w:t xml:space="preserve"> جوامع </w:t>
      </w:r>
      <w:r w:rsidRPr="0000691D">
        <w:rPr>
          <w:rFonts w:ascii="Times New Roman" w:hAnsi="Times New Roman" w:cs="Times New Roman" w:hint="cs"/>
          <w:sz w:val="28"/>
          <w:szCs w:val="28"/>
          <w:rtl/>
        </w:rPr>
        <w:t>—</w:t>
      </w:r>
      <w:r w:rsidRPr="0000691D">
        <w:rPr>
          <w:rFonts w:cs="B Mitra"/>
          <w:sz w:val="28"/>
          <w:szCs w:val="28"/>
          <w:rtl/>
        </w:rPr>
        <w:t xml:space="preserve"> </w:t>
      </w:r>
      <w:r w:rsidRPr="0000691D">
        <w:rPr>
          <w:rFonts w:cs="B Mitra" w:hint="cs"/>
          <w:sz w:val="28"/>
          <w:szCs w:val="28"/>
          <w:rtl/>
        </w:rPr>
        <w:t>متأثر</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فقر</w:t>
      </w:r>
      <w:r w:rsidRPr="0000691D">
        <w:rPr>
          <w:rFonts w:cs="B Mitra"/>
          <w:sz w:val="28"/>
          <w:szCs w:val="28"/>
          <w:rtl/>
        </w:rPr>
        <w:t xml:space="preserve"> </w:t>
      </w:r>
      <w:r w:rsidRPr="0000691D">
        <w:rPr>
          <w:rFonts w:cs="B Mitra" w:hint="cs"/>
          <w:sz w:val="28"/>
          <w:szCs w:val="28"/>
          <w:rtl/>
        </w:rPr>
        <w:t>سیستماتیک،</w:t>
      </w:r>
      <w:r w:rsidRPr="0000691D">
        <w:rPr>
          <w:rFonts w:cs="B Mitra"/>
          <w:sz w:val="28"/>
          <w:szCs w:val="28"/>
          <w:rtl/>
        </w:rPr>
        <w:t xml:space="preserve"> ب</w:t>
      </w:r>
      <w:r w:rsidRPr="0000691D">
        <w:rPr>
          <w:rFonts w:cs="B Mitra" w:hint="cs"/>
          <w:sz w:val="28"/>
          <w:szCs w:val="28"/>
          <w:rtl/>
        </w:rPr>
        <w:t>یکاری</w:t>
      </w:r>
      <w:r w:rsidRPr="0000691D">
        <w:rPr>
          <w:rFonts w:cs="B Mitra"/>
          <w:sz w:val="28"/>
          <w:szCs w:val="28"/>
          <w:rtl/>
        </w:rPr>
        <w:t xml:space="preserve"> گسترده و نابرابر</w:t>
      </w:r>
      <w:r w:rsidRPr="0000691D">
        <w:rPr>
          <w:rFonts w:cs="B Mitra" w:hint="cs"/>
          <w:sz w:val="28"/>
          <w:szCs w:val="28"/>
          <w:rtl/>
        </w:rPr>
        <w:t>ی</w:t>
      </w:r>
      <w:r w:rsidRPr="0000691D">
        <w:rPr>
          <w:rFonts w:cs="B Mitra"/>
          <w:sz w:val="28"/>
          <w:szCs w:val="28"/>
          <w:rtl/>
        </w:rPr>
        <w:t xml:space="preserve"> در خدمات رفاه</w:t>
      </w:r>
      <w:r w:rsidRPr="0000691D">
        <w:rPr>
          <w:rFonts w:cs="B Mitra" w:hint="cs"/>
          <w:sz w:val="28"/>
          <w:szCs w:val="28"/>
          <w:rtl/>
        </w:rPr>
        <w:t>ی</w:t>
      </w:r>
      <w:r w:rsidRPr="0000691D">
        <w:rPr>
          <w:rFonts w:cs="B Mitra"/>
          <w:sz w:val="28"/>
          <w:szCs w:val="28"/>
          <w:rtl/>
        </w:rPr>
        <w:t xml:space="preserve"> </w:t>
      </w:r>
      <w:r w:rsidRPr="0000691D">
        <w:rPr>
          <w:rFonts w:ascii="Times New Roman" w:hAnsi="Times New Roman" w:cs="Times New Roman" w:hint="cs"/>
          <w:sz w:val="28"/>
          <w:szCs w:val="28"/>
          <w:rtl/>
        </w:rPr>
        <w:t>—</w:t>
      </w:r>
      <w:r w:rsidRPr="0000691D">
        <w:rPr>
          <w:rFonts w:cs="B Mitra"/>
          <w:sz w:val="28"/>
          <w:szCs w:val="28"/>
          <w:rtl/>
        </w:rPr>
        <w:t xml:space="preserve"> </w:t>
      </w:r>
      <w:r w:rsidRPr="0000691D">
        <w:rPr>
          <w:rFonts w:cs="B Mitra" w:hint="cs"/>
          <w:sz w:val="28"/>
          <w:szCs w:val="28"/>
          <w:rtl/>
        </w:rPr>
        <w:t>اندازه</w:t>
      </w:r>
      <w:r w:rsidRPr="0000691D">
        <w:rPr>
          <w:rFonts w:cs="B Mitra"/>
          <w:sz w:val="28"/>
          <w:szCs w:val="28"/>
          <w:rtl/>
        </w:rPr>
        <w:t xml:space="preserve"> </w:t>
      </w:r>
      <w:r w:rsidRPr="0000691D">
        <w:rPr>
          <w:rFonts w:cs="B Mitra" w:hint="cs"/>
          <w:sz w:val="28"/>
          <w:szCs w:val="28"/>
          <w:rtl/>
        </w:rPr>
        <w:t>بازار</w:t>
      </w:r>
      <w:r w:rsidRPr="0000691D">
        <w:rPr>
          <w:rFonts w:cs="B Mitra"/>
          <w:sz w:val="28"/>
          <w:szCs w:val="28"/>
          <w:rtl/>
        </w:rPr>
        <w:t xml:space="preserve"> </w:t>
      </w:r>
      <w:r w:rsidRPr="0000691D">
        <w:rPr>
          <w:rFonts w:cs="B Mitra" w:hint="cs"/>
          <w:sz w:val="28"/>
          <w:szCs w:val="28"/>
          <w:rtl/>
        </w:rPr>
        <w:t>مصرف‌کنندگان</w:t>
      </w:r>
      <w:r w:rsidRPr="0000691D">
        <w:rPr>
          <w:rFonts w:cs="B Mitra"/>
          <w:sz w:val="28"/>
          <w:szCs w:val="28"/>
          <w:rtl/>
        </w:rPr>
        <w:t xml:space="preserve"> </w:t>
      </w:r>
      <w:r w:rsidRPr="0000691D">
        <w:rPr>
          <w:rFonts w:cs="B Mitra" w:hint="cs"/>
          <w:sz w:val="28"/>
          <w:szCs w:val="28"/>
          <w:rtl/>
        </w:rPr>
        <w:t>پرداخت‌کننده</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به‌شدت</w:t>
      </w:r>
      <w:r w:rsidRPr="0000691D">
        <w:rPr>
          <w:rFonts w:cs="B Mitra"/>
          <w:sz w:val="28"/>
          <w:szCs w:val="28"/>
          <w:rtl/>
        </w:rPr>
        <w:t xml:space="preserve"> </w:t>
      </w:r>
      <w:r w:rsidRPr="0000691D">
        <w:rPr>
          <w:rFonts w:cs="B Mitra" w:hint="cs"/>
          <w:sz w:val="28"/>
          <w:szCs w:val="28"/>
          <w:rtl/>
        </w:rPr>
        <w:t>محدود</w:t>
      </w:r>
      <w:r w:rsidRPr="0000691D">
        <w:rPr>
          <w:rFonts w:cs="B Mitra"/>
          <w:sz w:val="28"/>
          <w:szCs w:val="28"/>
          <w:rtl/>
        </w:rPr>
        <w:t xml:space="preserve"> </w:t>
      </w:r>
      <w:r w:rsidRPr="0000691D">
        <w:rPr>
          <w:rFonts w:cs="B Mitra" w:hint="cs"/>
          <w:sz w:val="28"/>
          <w:szCs w:val="28"/>
          <w:rtl/>
        </w:rPr>
        <w:t>کرده</w:t>
      </w:r>
      <w:r w:rsidRPr="0000691D">
        <w:rPr>
          <w:rFonts w:cs="B Mitra"/>
          <w:sz w:val="28"/>
          <w:szCs w:val="28"/>
          <w:rtl/>
        </w:rPr>
        <w:t xml:space="preserve"> </w:t>
      </w:r>
      <w:r w:rsidRPr="0000691D">
        <w:rPr>
          <w:rFonts w:cs="B Mitra" w:hint="cs"/>
          <w:sz w:val="28"/>
          <w:szCs w:val="28"/>
          <w:rtl/>
        </w:rPr>
        <w:t>است</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این</w:t>
      </w:r>
      <w:r w:rsidRPr="0000691D">
        <w:rPr>
          <w:rFonts w:cs="B Mitra"/>
          <w:sz w:val="28"/>
          <w:szCs w:val="28"/>
          <w:rtl/>
        </w:rPr>
        <w:t xml:space="preserve"> شرا</w:t>
      </w:r>
      <w:r w:rsidRPr="0000691D">
        <w:rPr>
          <w:rFonts w:cs="B Mitra" w:hint="cs"/>
          <w:sz w:val="28"/>
          <w:szCs w:val="28"/>
          <w:rtl/>
        </w:rPr>
        <w:t>یط،</w:t>
      </w:r>
      <w:r w:rsidRPr="0000691D">
        <w:rPr>
          <w:rFonts w:cs="B Mitra"/>
          <w:sz w:val="28"/>
          <w:szCs w:val="28"/>
          <w:rtl/>
        </w:rPr>
        <w:t xml:space="preserve"> فروش </w:t>
      </w:r>
      <w:r w:rsidRPr="0000691D">
        <w:rPr>
          <w:rFonts w:cs="B Mitra" w:hint="cs"/>
          <w:sz w:val="28"/>
          <w:szCs w:val="28"/>
          <w:rtl/>
        </w:rPr>
        <w:t>یک‌باره</w:t>
      </w:r>
      <w:r w:rsidRPr="0000691D">
        <w:rPr>
          <w:rFonts w:cs="B Mitra"/>
          <w:sz w:val="28"/>
          <w:szCs w:val="28"/>
          <w:rtl/>
        </w:rPr>
        <w:t xml:space="preserve"> سخت‌افزارها</w:t>
      </w:r>
      <w:r w:rsidRPr="0000691D">
        <w:rPr>
          <w:rFonts w:cs="B Mitra" w:hint="cs"/>
          <w:sz w:val="28"/>
          <w:szCs w:val="28"/>
          <w:rtl/>
        </w:rPr>
        <w:t>ی</w:t>
      </w:r>
      <w:r w:rsidRPr="0000691D">
        <w:rPr>
          <w:rFonts w:cs="B Mitra"/>
          <w:sz w:val="28"/>
          <w:szCs w:val="28"/>
          <w:rtl/>
        </w:rPr>
        <w:t xml:space="preserve"> گران‌ق</w:t>
      </w:r>
      <w:r w:rsidRPr="0000691D">
        <w:rPr>
          <w:rFonts w:cs="B Mitra" w:hint="cs"/>
          <w:sz w:val="28"/>
          <w:szCs w:val="28"/>
          <w:rtl/>
        </w:rPr>
        <w:t>یمت</w:t>
      </w:r>
      <w:r w:rsidRPr="0000691D">
        <w:rPr>
          <w:rFonts w:cs="B Mitra"/>
          <w:sz w:val="28"/>
          <w:szCs w:val="28"/>
          <w:rtl/>
        </w:rPr>
        <w:t xml:space="preserve"> توان پوشش هز</w:t>
      </w:r>
      <w:r w:rsidRPr="0000691D">
        <w:rPr>
          <w:rFonts w:cs="B Mitra" w:hint="cs"/>
          <w:sz w:val="28"/>
          <w:szCs w:val="28"/>
          <w:rtl/>
        </w:rPr>
        <w:t>ینه‌های</w:t>
      </w:r>
      <w:r w:rsidRPr="0000691D">
        <w:rPr>
          <w:rFonts w:cs="B Mitra"/>
          <w:sz w:val="28"/>
          <w:szCs w:val="28"/>
          <w:rtl/>
        </w:rPr>
        <w:t xml:space="preserve"> </w:t>
      </w:r>
      <w:r w:rsidRPr="0000691D">
        <w:rPr>
          <w:rFonts w:cs="B Mitra" w:hint="cs"/>
          <w:sz w:val="28"/>
          <w:szCs w:val="28"/>
          <w:rtl/>
        </w:rPr>
        <w:t>مداوم</w:t>
      </w:r>
      <w:r w:rsidRPr="0000691D">
        <w:rPr>
          <w:rFonts w:cs="B Mitra"/>
          <w:sz w:val="28"/>
          <w:szCs w:val="28"/>
          <w:rtl/>
        </w:rPr>
        <w:t xml:space="preserve"> سرورها</w:t>
      </w:r>
      <w:r w:rsidRPr="0000691D">
        <w:rPr>
          <w:rFonts w:cs="B Mitra" w:hint="cs"/>
          <w:sz w:val="28"/>
          <w:szCs w:val="28"/>
          <w:rtl/>
        </w:rPr>
        <w:t>ی</w:t>
      </w:r>
      <w:r w:rsidRPr="0000691D">
        <w:rPr>
          <w:rFonts w:cs="B Mitra"/>
          <w:sz w:val="28"/>
          <w:szCs w:val="28"/>
          <w:rtl/>
        </w:rPr>
        <w:t xml:space="preserve"> ابر</w:t>
      </w:r>
      <w:r w:rsidRPr="0000691D">
        <w:rPr>
          <w:rFonts w:cs="B Mitra" w:hint="cs"/>
          <w:sz w:val="28"/>
          <w:szCs w:val="28"/>
          <w:rtl/>
        </w:rPr>
        <w:t>ی</w:t>
      </w:r>
      <w:r w:rsidRPr="0000691D">
        <w:rPr>
          <w:rFonts w:cs="B Mitra"/>
          <w:sz w:val="28"/>
          <w:szCs w:val="28"/>
          <w:rtl/>
        </w:rPr>
        <w:t xml:space="preserve"> و توکن‌ها</w:t>
      </w:r>
      <w:r w:rsidRPr="0000691D">
        <w:rPr>
          <w:rFonts w:cs="B Mitra" w:hint="cs"/>
          <w:sz w:val="28"/>
          <w:szCs w:val="28"/>
          <w:rtl/>
        </w:rPr>
        <w:t>ی</w:t>
      </w:r>
      <w:r w:rsidRPr="0000691D">
        <w:rPr>
          <w:rFonts w:cs="B Mitra"/>
          <w:sz w:val="28"/>
          <w:szCs w:val="28"/>
          <w:rtl/>
        </w:rPr>
        <w:t xml:space="preserve"> پردازش متن و تصو</w:t>
      </w:r>
      <w:r w:rsidRPr="0000691D">
        <w:rPr>
          <w:rFonts w:cs="B Mitra" w:hint="cs"/>
          <w:sz w:val="28"/>
          <w:szCs w:val="28"/>
          <w:rtl/>
        </w:rPr>
        <w:t>یر</w:t>
      </w:r>
      <w:r w:rsidRPr="0000691D">
        <w:rPr>
          <w:rFonts w:cs="B Mitra"/>
          <w:sz w:val="28"/>
          <w:szCs w:val="28"/>
          <w:rtl/>
        </w:rPr>
        <w:t xml:space="preserve"> را ندارد.</w:t>
      </w:r>
    </w:p>
    <w:p w:rsidR="00A75B1C" w:rsidRPr="0000691D" w:rsidRDefault="00A75B1C" w:rsidP="0000691D">
      <w:pPr>
        <w:bidi/>
        <w:spacing w:line="360" w:lineRule="auto"/>
        <w:jc w:val="both"/>
        <w:rPr>
          <w:rFonts w:cs="B Mitra"/>
          <w:sz w:val="28"/>
          <w:szCs w:val="28"/>
          <w:rtl/>
        </w:rPr>
      </w:pPr>
      <w:r w:rsidRPr="0000691D">
        <w:rPr>
          <w:rFonts w:cs="B Mitra" w:hint="cs"/>
          <w:sz w:val="28"/>
          <w:szCs w:val="28"/>
          <w:rtl/>
        </w:rPr>
        <w:t>از</w:t>
      </w:r>
      <w:r w:rsidRPr="0000691D">
        <w:rPr>
          <w:rFonts w:cs="B Mitra"/>
          <w:sz w:val="28"/>
          <w:szCs w:val="28"/>
          <w:rtl/>
        </w:rPr>
        <w:t xml:space="preserve"> سو</w:t>
      </w:r>
      <w:r w:rsidRPr="0000691D">
        <w:rPr>
          <w:rFonts w:cs="B Mitra" w:hint="cs"/>
          <w:sz w:val="28"/>
          <w:szCs w:val="28"/>
          <w:rtl/>
        </w:rPr>
        <w:t>ی</w:t>
      </w:r>
      <w:r w:rsidRPr="0000691D">
        <w:rPr>
          <w:rFonts w:cs="B Mitra"/>
          <w:sz w:val="28"/>
          <w:szCs w:val="28"/>
          <w:rtl/>
        </w:rPr>
        <w:t xml:space="preserve"> د</w:t>
      </w:r>
      <w:r w:rsidRPr="0000691D">
        <w:rPr>
          <w:rFonts w:cs="B Mitra" w:hint="cs"/>
          <w:sz w:val="28"/>
          <w:szCs w:val="28"/>
          <w:rtl/>
        </w:rPr>
        <w:t>یگر،</w:t>
      </w:r>
      <w:r w:rsidRPr="0000691D">
        <w:rPr>
          <w:rFonts w:cs="B Mitra"/>
          <w:sz w:val="28"/>
          <w:szCs w:val="28"/>
          <w:rtl/>
        </w:rPr>
        <w:t xml:space="preserve"> غول‌ها</w:t>
      </w:r>
      <w:r w:rsidRPr="0000691D">
        <w:rPr>
          <w:rFonts w:cs="B Mitra" w:hint="cs"/>
          <w:sz w:val="28"/>
          <w:szCs w:val="28"/>
          <w:rtl/>
        </w:rPr>
        <w:t>ی</w:t>
      </w:r>
      <w:r w:rsidRPr="0000691D">
        <w:rPr>
          <w:rFonts w:cs="B Mitra"/>
          <w:sz w:val="28"/>
          <w:szCs w:val="28"/>
          <w:rtl/>
        </w:rPr>
        <w:t xml:space="preserve"> فناور</w:t>
      </w:r>
      <w:r w:rsidRPr="0000691D">
        <w:rPr>
          <w:rFonts w:cs="B Mitra" w:hint="cs"/>
          <w:sz w:val="28"/>
          <w:szCs w:val="28"/>
          <w:rtl/>
        </w:rPr>
        <w:t>ی</w:t>
      </w:r>
      <w:r w:rsidRPr="0000691D">
        <w:rPr>
          <w:rFonts w:cs="B Mitra"/>
          <w:sz w:val="28"/>
          <w:szCs w:val="28"/>
          <w:rtl/>
        </w:rPr>
        <w:t xml:space="preserve"> عموم</w:t>
      </w:r>
      <w:r w:rsidRPr="0000691D">
        <w:rPr>
          <w:rFonts w:cs="B Mitra" w:hint="cs"/>
          <w:sz w:val="28"/>
          <w:szCs w:val="28"/>
          <w:rtl/>
        </w:rPr>
        <w:t>ی</w:t>
      </w:r>
      <w:r w:rsidRPr="0000691D">
        <w:rPr>
          <w:rFonts w:cs="B Mitra"/>
          <w:sz w:val="28"/>
          <w:szCs w:val="28"/>
          <w:rtl/>
        </w:rPr>
        <w:t xml:space="preserve"> مانند متا و سامسونگ</w:t>
      </w:r>
      <w:r w:rsidRPr="0000691D">
        <w:rPr>
          <w:rFonts w:cs="B Mitra" w:hint="cs"/>
          <w:sz w:val="28"/>
          <w:szCs w:val="28"/>
          <w:rtl/>
        </w:rPr>
        <w:t>،</w:t>
      </w:r>
      <w:r w:rsidRPr="0000691D">
        <w:rPr>
          <w:rFonts w:cs="B Mitra"/>
          <w:sz w:val="28"/>
          <w:szCs w:val="28"/>
          <w:rtl/>
        </w:rPr>
        <w:t xml:space="preserve"> با عرضه ع</w:t>
      </w:r>
      <w:r w:rsidRPr="0000691D">
        <w:rPr>
          <w:rFonts w:cs="B Mitra" w:hint="cs"/>
          <w:sz w:val="28"/>
          <w:szCs w:val="28"/>
          <w:rtl/>
        </w:rPr>
        <w:t>ینک‌های</w:t>
      </w:r>
      <w:r w:rsidRPr="0000691D">
        <w:rPr>
          <w:rFonts w:cs="B Mitra"/>
          <w:sz w:val="28"/>
          <w:szCs w:val="28"/>
          <w:rtl/>
        </w:rPr>
        <w:t xml:space="preserve"> ارزان‌ق</w:t>
      </w:r>
      <w:r w:rsidRPr="0000691D">
        <w:rPr>
          <w:rFonts w:cs="B Mitra" w:hint="cs"/>
          <w:sz w:val="28"/>
          <w:szCs w:val="28"/>
          <w:rtl/>
        </w:rPr>
        <w:t>یمت‌تر</w:t>
      </w:r>
      <w:r w:rsidRPr="0000691D">
        <w:rPr>
          <w:rFonts w:cs="B Mitra"/>
          <w:sz w:val="28"/>
          <w:szCs w:val="28"/>
          <w:rtl/>
        </w:rPr>
        <w:t xml:space="preserve"> و ارائه را</w:t>
      </w:r>
      <w:r w:rsidRPr="0000691D">
        <w:rPr>
          <w:rFonts w:cs="B Mitra" w:hint="cs"/>
          <w:sz w:val="28"/>
          <w:szCs w:val="28"/>
          <w:rtl/>
        </w:rPr>
        <w:t>یگان</w:t>
      </w:r>
      <w:r w:rsidRPr="0000691D">
        <w:rPr>
          <w:rFonts w:cs="B Mitra"/>
          <w:sz w:val="28"/>
          <w:szCs w:val="28"/>
          <w:rtl/>
        </w:rPr>
        <w:t xml:space="preserve"> قابل</w:t>
      </w:r>
      <w:r w:rsidRPr="0000691D">
        <w:rPr>
          <w:rFonts w:cs="B Mitra" w:hint="cs"/>
          <w:sz w:val="28"/>
          <w:szCs w:val="28"/>
          <w:rtl/>
        </w:rPr>
        <w:t>یت‌های</w:t>
      </w:r>
      <w:r w:rsidRPr="0000691D">
        <w:rPr>
          <w:rFonts w:cs="B Mitra"/>
          <w:sz w:val="28"/>
          <w:szCs w:val="28"/>
          <w:rtl/>
        </w:rPr>
        <w:t xml:space="preserve"> پ</w:t>
      </w:r>
      <w:r w:rsidRPr="0000691D">
        <w:rPr>
          <w:rFonts w:cs="B Mitra" w:hint="cs"/>
          <w:sz w:val="28"/>
          <w:szCs w:val="28"/>
          <w:rtl/>
        </w:rPr>
        <w:t>یشرفته</w:t>
      </w:r>
      <w:r w:rsidRPr="0000691D">
        <w:rPr>
          <w:rFonts w:cs="B Mitra"/>
          <w:sz w:val="28"/>
          <w:szCs w:val="28"/>
          <w:rtl/>
        </w:rPr>
        <w:t xml:space="preserve"> چندوجه</w:t>
      </w:r>
      <w:r w:rsidRPr="0000691D">
        <w:rPr>
          <w:rFonts w:cs="B Mitra" w:hint="cs"/>
          <w:sz w:val="28"/>
          <w:szCs w:val="28"/>
          <w:rtl/>
        </w:rPr>
        <w:t>ی،</w:t>
      </w:r>
      <w:r w:rsidRPr="0000691D">
        <w:rPr>
          <w:rFonts w:cs="B Mitra"/>
          <w:sz w:val="28"/>
          <w:szCs w:val="28"/>
          <w:rtl/>
        </w:rPr>
        <w:t xml:space="preserve"> عرصه را بر سخت‌افزارها</w:t>
      </w:r>
      <w:r w:rsidRPr="0000691D">
        <w:rPr>
          <w:rFonts w:cs="B Mitra" w:hint="cs"/>
          <w:sz w:val="28"/>
          <w:szCs w:val="28"/>
          <w:rtl/>
        </w:rPr>
        <w:t>ی</w:t>
      </w:r>
      <w:r w:rsidRPr="0000691D">
        <w:rPr>
          <w:rFonts w:cs="B Mitra"/>
          <w:sz w:val="28"/>
          <w:szCs w:val="28"/>
          <w:rtl/>
        </w:rPr>
        <w:t xml:space="preserve"> تک‌منظوره تنگ کرده‌اند</w:t>
      </w:r>
      <w:r w:rsidRPr="0000691D">
        <w:rPr>
          <w:rFonts w:cs="B Mitra" w:hint="cs"/>
          <w:sz w:val="28"/>
          <w:szCs w:val="28"/>
          <w:rtl/>
        </w:rPr>
        <w:t>؛</w:t>
      </w:r>
      <w:r w:rsidRPr="0000691D">
        <w:rPr>
          <w:rFonts w:cs="B Mitra"/>
          <w:sz w:val="28"/>
          <w:szCs w:val="28"/>
          <w:rtl/>
        </w:rPr>
        <w:t xml:space="preserve"> البته گفتن</w:t>
      </w:r>
      <w:r w:rsidRPr="0000691D">
        <w:rPr>
          <w:rFonts w:cs="B Mitra" w:hint="cs"/>
          <w:sz w:val="28"/>
          <w:szCs w:val="28"/>
          <w:rtl/>
        </w:rPr>
        <w:t>ی</w:t>
      </w:r>
      <w:r w:rsidRPr="0000691D">
        <w:rPr>
          <w:rFonts w:cs="B Mitra"/>
          <w:sz w:val="28"/>
          <w:szCs w:val="28"/>
          <w:rtl/>
        </w:rPr>
        <w:t xml:space="preserve"> است که سکوت ارتباط</w:t>
      </w:r>
      <w:r w:rsidRPr="0000691D">
        <w:rPr>
          <w:rFonts w:cs="B Mitra" w:hint="cs"/>
          <w:sz w:val="28"/>
          <w:szCs w:val="28"/>
          <w:rtl/>
        </w:rPr>
        <w:t>ی</w:t>
      </w:r>
      <w:r w:rsidRPr="0000691D">
        <w:rPr>
          <w:rFonts w:cs="B Mitra"/>
          <w:sz w:val="28"/>
          <w:szCs w:val="28"/>
          <w:rtl/>
        </w:rPr>
        <w:t xml:space="preserve"> و قطع پشت</w:t>
      </w:r>
      <w:r w:rsidRPr="0000691D">
        <w:rPr>
          <w:rFonts w:cs="B Mitra" w:hint="cs"/>
          <w:sz w:val="28"/>
          <w:szCs w:val="28"/>
          <w:rtl/>
        </w:rPr>
        <w:t>یبانی</w:t>
      </w:r>
      <w:r w:rsidRPr="0000691D">
        <w:rPr>
          <w:rFonts w:cs="B Mitra"/>
          <w:sz w:val="28"/>
          <w:szCs w:val="28"/>
          <w:rtl/>
        </w:rPr>
        <w:t xml:space="preserve"> انو</w:t>
      </w:r>
      <w:r w:rsidRPr="0000691D">
        <w:rPr>
          <w:rFonts w:cs="B Mitra" w:hint="cs"/>
          <w:sz w:val="28"/>
          <w:szCs w:val="28"/>
          <w:rtl/>
        </w:rPr>
        <w:t>یژن</w:t>
      </w:r>
      <w:r w:rsidRPr="0000691D">
        <w:rPr>
          <w:rFonts w:cs="B Mitra"/>
          <w:sz w:val="28"/>
          <w:szCs w:val="28"/>
          <w:rtl/>
        </w:rPr>
        <w:t xml:space="preserve"> در ماه‌ها</w:t>
      </w:r>
      <w:r w:rsidRPr="0000691D">
        <w:rPr>
          <w:rFonts w:cs="B Mitra" w:hint="cs"/>
          <w:sz w:val="28"/>
          <w:szCs w:val="28"/>
          <w:rtl/>
        </w:rPr>
        <w:t>ی</w:t>
      </w:r>
      <w:r w:rsidRPr="0000691D">
        <w:rPr>
          <w:rFonts w:cs="B Mitra"/>
          <w:sz w:val="28"/>
          <w:szCs w:val="28"/>
          <w:rtl/>
        </w:rPr>
        <w:t xml:space="preserve"> اخ</w:t>
      </w:r>
      <w:r w:rsidRPr="0000691D">
        <w:rPr>
          <w:rFonts w:cs="B Mitra" w:hint="cs"/>
          <w:sz w:val="28"/>
          <w:szCs w:val="28"/>
          <w:rtl/>
        </w:rPr>
        <w:t>یر</w:t>
      </w:r>
      <w:r w:rsidRPr="0000691D">
        <w:rPr>
          <w:rFonts w:cs="B Mitra"/>
          <w:sz w:val="28"/>
          <w:szCs w:val="28"/>
          <w:rtl/>
        </w:rPr>
        <w:t xml:space="preserve"> ن</w:t>
      </w:r>
      <w:r w:rsidRPr="0000691D">
        <w:rPr>
          <w:rFonts w:cs="B Mitra" w:hint="cs"/>
          <w:sz w:val="28"/>
          <w:szCs w:val="28"/>
          <w:rtl/>
        </w:rPr>
        <w:t>یز</w:t>
      </w:r>
      <w:r w:rsidRPr="0000691D">
        <w:rPr>
          <w:rFonts w:cs="B Mitra"/>
          <w:sz w:val="28"/>
          <w:szCs w:val="28"/>
          <w:rtl/>
        </w:rPr>
        <w:t xml:space="preserve"> اثر قا</w:t>
      </w:r>
      <w:r w:rsidRPr="0000691D">
        <w:rPr>
          <w:rFonts w:cs="B Mitra" w:hint="cs"/>
          <w:sz w:val="28"/>
          <w:szCs w:val="28"/>
          <w:rtl/>
        </w:rPr>
        <w:t>بل</w:t>
      </w:r>
      <w:r w:rsidRPr="0000691D">
        <w:rPr>
          <w:rFonts w:cs="B Mitra"/>
          <w:sz w:val="28"/>
          <w:szCs w:val="28"/>
          <w:rtl/>
        </w:rPr>
        <w:t xml:space="preserve"> توجه</w:t>
      </w:r>
      <w:r w:rsidRPr="0000691D">
        <w:rPr>
          <w:rFonts w:cs="B Mitra" w:hint="cs"/>
          <w:sz w:val="28"/>
          <w:szCs w:val="28"/>
          <w:rtl/>
        </w:rPr>
        <w:t>ی</w:t>
      </w:r>
      <w:r w:rsidRPr="0000691D">
        <w:rPr>
          <w:rFonts w:cs="B Mitra"/>
          <w:sz w:val="28"/>
          <w:szCs w:val="28"/>
          <w:rtl/>
        </w:rPr>
        <w:t xml:space="preserve"> بر کاهش اعتماد کاربران به ا</w:t>
      </w:r>
      <w:r w:rsidRPr="0000691D">
        <w:rPr>
          <w:rFonts w:cs="B Mitra" w:hint="cs"/>
          <w:sz w:val="28"/>
          <w:szCs w:val="28"/>
          <w:rtl/>
        </w:rPr>
        <w:t>ین</w:t>
      </w:r>
      <w:r w:rsidRPr="0000691D">
        <w:rPr>
          <w:rFonts w:cs="B Mitra"/>
          <w:sz w:val="28"/>
          <w:szCs w:val="28"/>
          <w:rtl/>
        </w:rPr>
        <w:t xml:space="preserve"> شرکت وارد کرد.</w:t>
      </w:r>
    </w:p>
    <w:p w:rsidR="00A75B1C" w:rsidRPr="0000691D" w:rsidRDefault="00A75B1C" w:rsidP="0000691D">
      <w:pPr>
        <w:bidi/>
        <w:spacing w:line="360" w:lineRule="auto"/>
        <w:jc w:val="both"/>
        <w:rPr>
          <w:rFonts w:cs="B Mitra"/>
          <w:sz w:val="28"/>
          <w:szCs w:val="28"/>
          <w:rtl/>
        </w:rPr>
      </w:pPr>
      <w:r w:rsidRPr="0000691D">
        <w:rPr>
          <w:rFonts w:cs="B Mitra" w:hint="cs"/>
          <w:sz w:val="28"/>
          <w:szCs w:val="28"/>
          <w:rtl/>
        </w:rPr>
        <w:t>این</w:t>
      </w:r>
      <w:r w:rsidRPr="0000691D">
        <w:rPr>
          <w:rFonts w:cs="B Mitra"/>
          <w:sz w:val="28"/>
          <w:szCs w:val="28"/>
          <w:rtl/>
        </w:rPr>
        <w:t xml:space="preserve"> بحران پ</w:t>
      </w:r>
      <w:r w:rsidRPr="0000691D">
        <w:rPr>
          <w:rFonts w:cs="B Mitra" w:hint="cs"/>
          <w:sz w:val="28"/>
          <w:szCs w:val="28"/>
          <w:rtl/>
        </w:rPr>
        <w:t>یامد</w:t>
      </w:r>
      <w:r w:rsidRPr="0000691D">
        <w:rPr>
          <w:rFonts w:cs="B Mitra"/>
          <w:sz w:val="28"/>
          <w:szCs w:val="28"/>
          <w:rtl/>
        </w:rPr>
        <w:t xml:space="preserve"> اخلاق</w:t>
      </w:r>
      <w:r w:rsidRPr="0000691D">
        <w:rPr>
          <w:rFonts w:cs="B Mitra" w:hint="cs"/>
          <w:sz w:val="28"/>
          <w:szCs w:val="28"/>
          <w:rtl/>
        </w:rPr>
        <w:t>ی</w:t>
      </w:r>
      <w:r w:rsidRPr="0000691D">
        <w:rPr>
          <w:rFonts w:cs="B Mitra"/>
          <w:sz w:val="28"/>
          <w:szCs w:val="28"/>
          <w:rtl/>
        </w:rPr>
        <w:t xml:space="preserve"> مهم</w:t>
      </w:r>
      <w:r w:rsidRPr="0000691D">
        <w:rPr>
          <w:rFonts w:cs="B Mitra" w:hint="cs"/>
          <w:sz w:val="28"/>
          <w:szCs w:val="28"/>
          <w:rtl/>
        </w:rPr>
        <w:t>ی</w:t>
      </w:r>
      <w:r w:rsidRPr="0000691D">
        <w:rPr>
          <w:rFonts w:cs="B Mitra"/>
          <w:sz w:val="28"/>
          <w:szCs w:val="28"/>
          <w:rtl/>
        </w:rPr>
        <w:t xml:space="preserve"> ن</w:t>
      </w:r>
      <w:r w:rsidRPr="0000691D">
        <w:rPr>
          <w:rFonts w:cs="B Mitra" w:hint="cs"/>
          <w:sz w:val="28"/>
          <w:szCs w:val="28"/>
          <w:rtl/>
        </w:rPr>
        <w:t>یز</w:t>
      </w:r>
      <w:r w:rsidRPr="0000691D">
        <w:rPr>
          <w:rFonts w:cs="B Mitra"/>
          <w:sz w:val="28"/>
          <w:szCs w:val="28"/>
          <w:rtl/>
        </w:rPr>
        <w:t xml:space="preserve"> به همراه دارد</w:t>
      </w:r>
      <w:r w:rsidRPr="0000691D">
        <w:rPr>
          <w:rFonts w:cs="B Mitra" w:hint="cs"/>
          <w:sz w:val="28"/>
          <w:szCs w:val="28"/>
          <w:rtl/>
        </w:rPr>
        <w:t>؛</w:t>
      </w:r>
      <w:r w:rsidRPr="0000691D">
        <w:rPr>
          <w:rFonts w:cs="B Mitra"/>
          <w:sz w:val="28"/>
          <w:szCs w:val="28"/>
          <w:rtl/>
        </w:rPr>
        <w:t xml:space="preserve"> در صورت خاموش</w:t>
      </w:r>
      <w:r w:rsidRPr="0000691D">
        <w:rPr>
          <w:rFonts w:cs="B Mitra" w:hint="cs"/>
          <w:sz w:val="28"/>
          <w:szCs w:val="28"/>
          <w:rtl/>
        </w:rPr>
        <w:t>ی</w:t>
      </w:r>
      <w:r w:rsidRPr="0000691D">
        <w:rPr>
          <w:rFonts w:cs="B Mitra"/>
          <w:sz w:val="28"/>
          <w:szCs w:val="28"/>
          <w:rtl/>
        </w:rPr>
        <w:t xml:space="preserve"> سرور‌ها</w:t>
      </w:r>
      <w:r w:rsidRPr="0000691D">
        <w:rPr>
          <w:rFonts w:cs="B Mitra" w:hint="cs"/>
          <w:sz w:val="28"/>
          <w:szCs w:val="28"/>
          <w:rtl/>
        </w:rPr>
        <w:t>ی</w:t>
      </w:r>
      <w:r w:rsidRPr="0000691D">
        <w:rPr>
          <w:rFonts w:cs="B Mitra"/>
          <w:sz w:val="28"/>
          <w:szCs w:val="28"/>
          <w:rtl/>
        </w:rPr>
        <w:t xml:space="preserve"> انو</w:t>
      </w:r>
      <w:r w:rsidRPr="0000691D">
        <w:rPr>
          <w:rFonts w:cs="B Mitra" w:hint="cs"/>
          <w:sz w:val="28"/>
          <w:szCs w:val="28"/>
          <w:rtl/>
        </w:rPr>
        <w:t>یژن،</w:t>
      </w:r>
      <w:r w:rsidRPr="0000691D">
        <w:rPr>
          <w:rFonts w:cs="B Mitra"/>
          <w:sz w:val="28"/>
          <w:szCs w:val="28"/>
          <w:rtl/>
        </w:rPr>
        <w:t xml:space="preserve"> سخت‌افزارها</w:t>
      </w:r>
      <w:r w:rsidRPr="0000691D">
        <w:rPr>
          <w:rFonts w:cs="B Mitra" w:hint="cs"/>
          <w:sz w:val="28"/>
          <w:szCs w:val="28"/>
          <w:rtl/>
        </w:rPr>
        <w:t>ی</w:t>
      </w:r>
      <w:r w:rsidRPr="0000691D">
        <w:rPr>
          <w:rFonts w:cs="B Mitra"/>
          <w:sz w:val="28"/>
          <w:szCs w:val="28"/>
          <w:rtl/>
        </w:rPr>
        <w:t xml:space="preserve"> خر</w:t>
      </w:r>
      <w:r w:rsidRPr="0000691D">
        <w:rPr>
          <w:rFonts w:cs="B Mitra" w:hint="cs"/>
          <w:sz w:val="28"/>
          <w:szCs w:val="28"/>
          <w:rtl/>
        </w:rPr>
        <w:t>یداری‌شده</w:t>
      </w:r>
      <w:r w:rsidRPr="0000691D">
        <w:rPr>
          <w:rFonts w:cs="B Mitra"/>
          <w:sz w:val="28"/>
          <w:szCs w:val="28"/>
          <w:rtl/>
        </w:rPr>
        <w:t xml:space="preserve"> ممکن است کارا</w:t>
      </w:r>
      <w:r w:rsidRPr="0000691D">
        <w:rPr>
          <w:rFonts w:cs="B Mitra" w:hint="cs"/>
          <w:sz w:val="28"/>
          <w:szCs w:val="28"/>
          <w:rtl/>
        </w:rPr>
        <w:t>یی</w:t>
      </w:r>
      <w:r w:rsidRPr="0000691D">
        <w:rPr>
          <w:rFonts w:cs="B Mitra"/>
          <w:sz w:val="28"/>
          <w:szCs w:val="28"/>
          <w:rtl/>
        </w:rPr>
        <w:t xml:space="preserve"> خود را به طور کامل از دست بدهند و به زباله الکترون</w:t>
      </w:r>
      <w:r w:rsidRPr="0000691D">
        <w:rPr>
          <w:rFonts w:cs="B Mitra" w:hint="cs"/>
          <w:sz w:val="28"/>
          <w:szCs w:val="28"/>
          <w:rtl/>
        </w:rPr>
        <w:t>یکی</w:t>
      </w:r>
      <w:r w:rsidRPr="0000691D">
        <w:rPr>
          <w:rFonts w:cs="B Mitra"/>
          <w:sz w:val="28"/>
          <w:szCs w:val="28"/>
          <w:rtl/>
        </w:rPr>
        <w:t xml:space="preserve"> تبد</w:t>
      </w:r>
      <w:r w:rsidRPr="0000691D">
        <w:rPr>
          <w:rFonts w:cs="B Mitra" w:hint="cs"/>
          <w:sz w:val="28"/>
          <w:szCs w:val="28"/>
          <w:rtl/>
        </w:rPr>
        <w:t>یل</w:t>
      </w:r>
      <w:r w:rsidRPr="0000691D">
        <w:rPr>
          <w:rFonts w:cs="B Mitra"/>
          <w:sz w:val="28"/>
          <w:szCs w:val="28"/>
          <w:rtl/>
        </w:rPr>
        <w:t xml:space="preserve"> شوند. برا</w:t>
      </w:r>
      <w:r w:rsidRPr="0000691D">
        <w:rPr>
          <w:rFonts w:cs="B Mitra" w:hint="cs"/>
          <w:sz w:val="28"/>
          <w:szCs w:val="28"/>
          <w:rtl/>
        </w:rPr>
        <w:t>ی</w:t>
      </w:r>
      <w:r w:rsidRPr="0000691D">
        <w:rPr>
          <w:rFonts w:cs="B Mitra"/>
          <w:sz w:val="28"/>
          <w:szCs w:val="28"/>
          <w:rtl/>
        </w:rPr>
        <w:t xml:space="preserve"> مد</w:t>
      </w:r>
      <w:r w:rsidRPr="0000691D">
        <w:rPr>
          <w:rFonts w:cs="B Mitra" w:hint="cs"/>
          <w:sz w:val="28"/>
          <w:szCs w:val="28"/>
          <w:rtl/>
        </w:rPr>
        <w:t>یریت</w:t>
      </w:r>
      <w:r w:rsidRPr="0000691D">
        <w:rPr>
          <w:rFonts w:cs="B Mitra"/>
          <w:sz w:val="28"/>
          <w:szCs w:val="28"/>
          <w:rtl/>
        </w:rPr>
        <w:t xml:space="preserve"> ا</w:t>
      </w:r>
      <w:r w:rsidRPr="0000691D">
        <w:rPr>
          <w:rFonts w:cs="B Mitra" w:hint="cs"/>
          <w:sz w:val="28"/>
          <w:szCs w:val="28"/>
          <w:rtl/>
        </w:rPr>
        <w:t>ین</w:t>
      </w:r>
      <w:r w:rsidRPr="0000691D">
        <w:rPr>
          <w:rFonts w:cs="B Mitra"/>
          <w:sz w:val="28"/>
          <w:szCs w:val="28"/>
          <w:rtl/>
        </w:rPr>
        <w:t xml:space="preserve"> موضوع، انو</w:t>
      </w:r>
      <w:r w:rsidRPr="0000691D">
        <w:rPr>
          <w:rFonts w:cs="B Mitra" w:hint="cs"/>
          <w:sz w:val="28"/>
          <w:szCs w:val="28"/>
          <w:rtl/>
        </w:rPr>
        <w:t>یژن</w:t>
      </w:r>
      <w:r w:rsidRPr="0000691D">
        <w:rPr>
          <w:rFonts w:cs="B Mitra"/>
          <w:sz w:val="28"/>
          <w:szCs w:val="28"/>
          <w:rtl/>
        </w:rPr>
        <w:t xml:space="preserve"> م</w:t>
      </w:r>
      <w:r w:rsidRPr="0000691D">
        <w:rPr>
          <w:rFonts w:cs="B Mitra" w:hint="cs"/>
          <w:sz w:val="28"/>
          <w:szCs w:val="28"/>
          <w:rtl/>
        </w:rPr>
        <w:t>ی‌تواند</w:t>
      </w:r>
      <w:r w:rsidRPr="0000691D">
        <w:rPr>
          <w:rFonts w:cs="B Mitra"/>
          <w:sz w:val="28"/>
          <w:szCs w:val="28"/>
          <w:rtl/>
        </w:rPr>
        <w:t xml:space="preserve"> </w:t>
      </w:r>
      <w:r w:rsidRPr="0000691D">
        <w:rPr>
          <w:rFonts w:cs="B Mitra"/>
          <w:sz w:val="28"/>
          <w:szCs w:val="28"/>
          <w:rtl/>
        </w:rPr>
        <w:lastRenderedPageBreak/>
        <w:t>فر</w:t>
      </w:r>
      <w:r w:rsidRPr="0000691D">
        <w:rPr>
          <w:rFonts w:cs="B Mitra" w:hint="cs"/>
          <w:sz w:val="28"/>
          <w:szCs w:val="28"/>
          <w:rtl/>
        </w:rPr>
        <w:t>یم‌ور</w:t>
      </w:r>
      <w:r w:rsidRPr="0000691D">
        <w:rPr>
          <w:rFonts w:cs="B Mitra"/>
          <w:sz w:val="28"/>
          <w:szCs w:val="28"/>
          <w:rtl/>
        </w:rPr>
        <w:t xml:space="preserve"> و ک</w:t>
      </w:r>
      <w:r w:rsidRPr="0000691D">
        <w:rPr>
          <w:rFonts w:cs="B Mitra" w:hint="cs"/>
          <w:sz w:val="28"/>
          <w:szCs w:val="28"/>
          <w:rtl/>
        </w:rPr>
        <w:t>یت</w:t>
      </w:r>
      <w:r w:rsidRPr="0000691D">
        <w:rPr>
          <w:rFonts w:cs="B Mitra"/>
          <w:sz w:val="28"/>
          <w:szCs w:val="28"/>
          <w:rtl/>
        </w:rPr>
        <w:t xml:space="preserve"> توسعه نرم‌افزار</w:t>
      </w:r>
      <w:r w:rsidRPr="0000691D">
        <w:rPr>
          <w:rFonts w:cs="B Mitra" w:hint="cs"/>
          <w:sz w:val="28"/>
          <w:szCs w:val="28"/>
          <w:rtl/>
        </w:rPr>
        <w:t>ی</w:t>
      </w:r>
      <w:r w:rsidRPr="0000691D">
        <w:rPr>
          <w:rFonts w:cs="B Mitra"/>
          <w:sz w:val="28"/>
          <w:szCs w:val="28"/>
          <w:rtl/>
        </w:rPr>
        <w:t xml:space="preserve"> [۳۳] ا</w:t>
      </w:r>
      <w:r w:rsidRPr="0000691D">
        <w:rPr>
          <w:rFonts w:cs="B Mitra" w:hint="cs"/>
          <w:sz w:val="28"/>
          <w:szCs w:val="28"/>
          <w:rtl/>
        </w:rPr>
        <w:t>ین</w:t>
      </w:r>
      <w:r w:rsidRPr="0000691D">
        <w:rPr>
          <w:rFonts w:cs="B Mitra"/>
          <w:sz w:val="28"/>
          <w:szCs w:val="28"/>
          <w:rtl/>
        </w:rPr>
        <w:t xml:space="preserve"> ع</w:t>
      </w:r>
      <w:r w:rsidRPr="0000691D">
        <w:rPr>
          <w:rFonts w:cs="B Mitra" w:hint="cs"/>
          <w:sz w:val="28"/>
          <w:szCs w:val="28"/>
          <w:rtl/>
        </w:rPr>
        <w:t>ینک‌ها</w:t>
      </w:r>
      <w:r w:rsidRPr="0000691D">
        <w:rPr>
          <w:rFonts w:cs="B Mitra"/>
          <w:sz w:val="28"/>
          <w:szCs w:val="28"/>
          <w:rtl/>
        </w:rPr>
        <w:t xml:space="preserve"> را به‌صورت متن‌باز [۳۴] منتشر کند تا توسعه‌دهندگان مستقل بتوانند ح</w:t>
      </w:r>
      <w:r w:rsidRPr="0000691D">
        <w:rPr>
          <w:rFonts w:cs="B Mitra" w:hint="cs"/>
          <w:sz w:val="28"/>
          <w:szCs w:val="28"/>
          <w:rtl/>
        </w:rPr>
        <w:t>یات</w:t>
      </w:r>
      <w:r w:rsidRPr="0000691D">
        <w:rPr>
          <w:rFonts w:cs="B Mitra"/>
          <w:sz w:val="28"/>
          <w:szCs w:val="28"/>
          <w:rtl/>
        </w:rPr>
        <w:t xml:space="preserve"> ا</w:t>
      </w:r>
      <w:r w:rsidRPr="0000691D">
        <w:rPr>
          <w:rFonts w:cs="B Mitra" w:hint="cs"/>
          <w:sz w:val="28"/>
          <w:szCs w:val="28"/>
          <w:rtl/>
        </w:rPr>
        <w:t>ین</w:t>
      </w:r>
      <w:r w:rsidRPr="0000691D">
        <w:rPr>
          <w:rFonts w:cs="B Mitra"/>
          <w:sz w:val="28"/>
          <w:szCs w:val="28"/>
          <w:rtl/>
        </w:rPr>
        <w:t xml:space="preserve"> دستگاه‌ها را حفظ کنند.</w:t>
      </w:r>
    </w:p>
    <w:p w:rsidR="00A75B1C" w:rsidRPr="0000691D" w:rsidRDefault="00A75B1C" w:rsidP="0000691D">
      <w:pPr>
        <w:bidi/>
        <w:spacing w:line="360" w:lineRule="auto"/>
        <w:jc w:val="both"/>
        <w:rPr>
          <w:rFonts w:cs="B Mitra"/>
          <w:sz w:val="28"/>
          <w:szCs w:val="28"/>
          <w:rtl/>
        </w:rPr>
      </w:pPr>
      <w:r w:rsidRPr="0000691D">
        <w:rPr>
          <w:rFonts w:cs="B Mitra" w:hint="cs"/>
          <w:sz w:val="28"/>
          <w:szCs w:val="28"/>
          <w:rtl/>
        </w:rPr>
        <w:t>تجربه</w:t>
      </w:r>
      <w:r w:rsidRPr="0000691D">
        <w:rPr>
          <w:rFonts w:cs="B Mitra"/>
          <w:sz w:val="28"/>
          <w:szCs w:val="28"/>
          <w:rtl/>
        </w:rPr>
        <w:t xml:space="preserve"> انو</w:t>
      </w:r>
      <w:r w:rsidRPr="0000691D">
        <w:rPr>
          <w:rFonts w:cs="B Mitra" w:hint="cs"/>
          <w:sz w:val="28"/>
          <w:szCs w:val="28"/>
          <w:rtl/>
        </w:rPr>
        <w:t>یژن</w:t>
      </w:r>
      <w:r w:rsidRPr="0000691D">
        <w:rPr>
          <w:rFonts w:cs="B Mitra"/>
          <w:sz w:val="28"/>
          <w:szCs w:val="28"/>
          <w:rtl/>
        </w:rPr>
        <w:t xml:space="preserve"> هشدار</w:t>
      </w:r>
      <w:r w:rsidRPr="0000691D">
        <w:rPr>
          <w:rFonts w:cs="B Mitra" w:hint="cs"/>
          <w:sz w:val="28"/>
          <w:szCs w:val="28"/>
          <w:rtl/>
        </w:rPr>
        <w:t>ی</w:t>
      </w:r>
      <w:r w:rsidRPr="0000691D">
        <w:rPr>
          <w:rFonts w:cs="B Mitra"/>
          <w:sz w:val="28"/>
          <w:szCs w:val="28"/>
          <w:rtl/>
        </w:rPr>
        <w:t xml:space="preserve"> آشکار برا</w:t>
      </w:r>
      <w:r w:rsidRPr="0000691D">
        <w:rPr>
          <w:rFonts w:cs="B Mitra" w:hint="cs"/>
          <w:sz w:val="28"/>
          <w:szCs w:val="28"/>
          <w:rtl/>
        </w:rPr>
        <w:t>ی</w:t>
      </w:r>
      <w:r w:rsidRPr="0000691D">
        <w:rPr>
          <w:rFonts w:cs="B Mitra"/>
          <w:sz w:val="28"/>
          <w:szCs w:val="28"/>
          <w:rtl/>
        </w:rPr>
        <w:t xml:space="preserve"> شرکت‌ها</w:t>
      </w:r>
      <w:r w:rsidRPr="0000691D">
        <w:rPr>
          <w:rFonts w:cs="B Mitra" w:hint="cs"/>
          <w:sz w:val="28"/>
          <w:szCs w:val="28"/>
          <w:rtl/>
        </w:rPr>
        <w:t>یی</w:t>
      </w:r>
      <w:r w:rsidRPr="0000691D">
        <w:rPr>
          <w:rFonts w:cs="B Mitra"/>
          <w:sz w:val="28"/>
          <w:szCs w:val="28"/>
          <w:rtl/>
        </w:rPr>
        <w:t xml:space="preserve"> نظ</w:t>
      </w:r>
      <w:r w:rsidRPr="0000691D">
        <w:rPr>
          <w:rFonts w:cs="B Mitra" w:hint="cs"/>
          <w:sz w:val="28"/>
          <w:szCs w:val="28"/>
          <w:rtl/>
        </w:rPr>
        <w:t>یر</w:t>
      </w:r>
      <w:r w:rsidRPr="0000691D">
        <w:rPr>
          <w:rFonts w:cs="B Mitra"/>
          <w:sz w:val="28"/>
          <w:szCs w:val="28"/>
          <w:rtl/>
        </w:rPr>
        <w:t xml:space="preserve"> «ه</w:t>
      </w:r>
      <w:r w:rsidRPr="0000691D">
        <w:rPr>
          <w:rFonts w:cs="B Mitra" w:hint="cs"/>
          <w:sz w:val="28"/>
          <w:szCs w:val="28"/>
          <w:rtl/>
        </w:rPr>
        <w:t>یومن‌ور</w:t>
      </w:r>
      <w:r w:rsidRPr="0000691D">
        <w:rPr>
          <w:rFonts w:cs="B Mitra"/>
          <w:sz w:val="28"/>
          <w:szCs w:val="28"/>
          <w:rtl/>
        </w:rPr>
        <w:t xml:space="preserve"> [۳۵]» است. دوران تک</w:t>
      </w:r>
      <w:r w:rsidRPr="0000691D">
        <w:rPr>
          <w:rFonts w:cs="B Mitra" w:hint="cs"/>
          <w:sz w:val="28"/>
          <w:szCs w:val="28"/>
          <w:rtl/>
        </w:rPr>
        <w:t>یه</w:t>
      </w:r>
      <w:r w:rsidRPr="0000691D">
        <w:rPr>
          <w:rFonts w:cs="B Mitra"/>
          <w:sz w:val="28"/>
          <w:szCs w:val="28"/>
          <w:rtl/>
        </w:rPr>
        <w:t xml:space="preserve"> بر اکوس</w:t>
      </w:r>
      <w:r w:rsidRPr="0000691D">
        <w:rPr>
          <w:rFonts w:cs="B Mitra" w:hint="cs"/>
          <w:sz w:val="28"/>
          <w:szCs w:val="28"/>
          <w:rtl/>
        </w:rPr>
        <w:t>یستم‌های</w:t>
      </w:r>
      <w:r w:rsidRPr="0000691D">
        <w:rPr>
          <w:rFonts w:cs="B Mitra"/>
          <w:sz w:val="28"/>
          <w:szCs w:val="28"/>
          <w:rtl/>
        </w:rPr>
        <w:t xml:space="preserve"> بسته به سر آمده و بقا</w:t>
      </w:r>
      <w:r w:rsidRPr="0000691D">
        <w:rPr>
          <w:rFonts w:cs="B Mitra" w:hint="cs"/>
          <w:sz w:val="28"/>
          <w:szCs w:val="28"/>
          <w:rtl/>
        </w:rPr>
        <w:t>ی</w:t>
      </w:r>
      <w:r w:rsidRPr="0000691D">
        <w:rPr>
          <w:rFonts w:cs="B Mitra"/>
          <w:sz w:val="28"/>
          <w:szCs w:val="28"/>
          <w:rtl/>
        </w:rPr>
        <w:t xml:space="preserve"> فناور</w:t>
      </w:r>
      <w:r w:rsidRPr="0000691D">
        <w:rPr>
          <w:rFonts w:cs="B Mitra" w:hint="cs"/>
          <w:sz w:val="28"/>
          <w:szCs w:val="28"/>
          <w:rtl/>
        </w:rPr>
        <w:t>ی‌های</w:t>
      </w:r>
      <w:r w:rsidRPr="0000691D">
        <w:rPr>
          <w:rFonts w:cs="B Mitra"/>
          <w:sz w:val="28"/>
          <w:szCs w:val="28"/>
          <w:rtl/>
        </w:rPr>
        <w:t xml:space="preserve"> دسترس</w:t>
      </w:r>
      <w:r w:rsidRPr="0000691D">
        <w:rPr>
          <w:rFonts w:cs="B Mitra" w:hint="cs"/>
          <w:sz w:val="28"/>
          <w:szCs w:val="28"/>
          <w:rtl/>
        </w:rPr>
        <w:t>ی‌پذیر</w:t>
      </w:r>
      <w:r w:rsidRPr="0000691D">
        <w:rPr>
          <w:rFonts w:cs="B Mitra"/>
          <w:sz w:val="28"/>
          <w:szCs w:val="28"/>
          <w:rtl/>
        </w:rPr>
        <w:t xml:space="preserve"> در گرو همگام</w:t>
      </w:r>
      <w:r w:rsidRPr="0000691D">
        <w:rPr>
          <w:rFonts w:cs="B Mitra" w:hint="cs"/>
          <w:sz w:val="28"/>
          <w:szCs w:val="28"/>
          <w:rtl/>
        </w:rPr>
        <w:t>ی</w:t>
      </w:r>
      <w:r w:rsidRPr="0000691D">
        <w:rPr>
          <w:rFonts w:cs="B Mitra"/>
          <w:sz w:val="28"/>
          <w:szCs w:val="28"/>
          <w:rtl/>
        </w:rPr>
        <w:t xml:space="preserve"> با جر</w:t>
      </w:r>
      <w:r w:rsidRPr="0000691D">
        <w:rPr>
          <w:rFonts w:cs="B Mitra" w:hint="cs"/>
          <w:sz w:val="28"/>
          <w:szCs w:val="28"/>
          <w:rtl/>
        </w:rPr>
        <w:t>یان</w:t>
      </w:r>
      <w:r w:rsidRPr="0000691D">
        <w:rPr>
          <w:rFonts w:cs="B Mitra"/>
          <w:sz w:val="28"/>
          <w:szCs w:val="28"/>
          <w:rtl/>
        </w:rPr>
        <w:t xml:space="preserve"> اصل</w:t>
      </w:r>
      <w:r w:rsidRPr="0000691D">
        <w:rPr>
          <w:rFonts w:cs="B Mitra" w:hint="cs"/>
          <w:sz w:val="28"/>
          <w:szCs w:val="28"/>
          <w:rtl/>
        </w:rPr>
        <w:t>ی</w:t>
      </w:r>
      <w:r w:rsidRPr="0000691D">
        <w:rPr>
          <w:rFonts w:cs="B Mitra"/>
          <w:sz w:val="28"/>
          <w:szCs w:val="28"/>
          <w:rtl/>
        </w:rPr>
        <w:t xml:space="preserve"> فناور</w:t>
      </w:r>
      <w:r w:rsidRPr="0000691D">
        <w:rPr>
          <w:rFonts w:cs="B Mitra" w:hint="cs"/>
          <w:sz w:val="28"/>
          <w:szCs w:val="28"/>
          <w:rtl/>
        </w:rPr>
        <w:t>ی</w:t>
      </w:r>
      <w:r w:rsidRPr="0000691D">
        <w:rPr>
          <w:rFonts w:cs="B Mitra"/>
          <w:sz w:val="28"/>
          <w:szCs w:val="28"/>
          <w:rtl/>
        </w:rPr>
        <w:t xml:space="preserve"> و دفاع از ز</w:t>
      </w:r>
      <w:r w:rsidRPr="0000691D">
        <w:rPr>
          <w:rFonts w:cs="B Mitra" w:hint="cs"/>
          <w:sz w:val="28"/>
          <w:szCs w:val="28"/>
          <w:rtl/>
        </w:rPr>
        <w:t>یرساخت‌های</w:t>
      </w:r>
      <w:r w:rsidRPr="0000691D">
        <w:rPr>
          <w:rFonts w:cs="B Mitra"/>
          <w:sz w:val="28"/>
          <w:szCs w:val="28"/>
          <w:rtl/>
        </w:rPr>
        <w:t xml:space="preserve"> متن‌باز خواهد بود.</w:t>
      </w:r>
    </w:p>
    <w:p w:rsidR="00A75B1C" w:rsidRPr="0000691D" w:rsidRDefault="00A75B1C" w:rsidP="0000691D">
      <w:pPr>
        <w:pStyle w:val="Heading3"/>
        <w:bidi/>
        <w:spacing w:line="360" w:lineRule="auto"/>
        <w:rPr>
          <w:rFonts w:cs="B Mitra"/>
          <w:color w:val="70AD47" w:themeColor="accent6"/>
          <w:sz w:val="28"/>
          <w:szCs w:val="28"/>
          <w:rtl/>
        </w:rPr>
      </w:pPr>
      <w:bookmarkStart w:id="24" w:name="_Toc243400531"/>
      <w:r w:rsidRPr="0000691D">
        <w:rPr>
          <w:rFonts w:cs="B Mitra" w:hint="cs"/>
          <w:color w:val="70AD47" w:themeColor="accent6"/>
          <w:sz w:val="28"/>
          <w:szCs w:val="28"/>
          <w:rtl/>
        </w:rPr>
        <w:t>پی‌نوشت‌ها</w:t>
      </w:r>
      <w:r w:rsidRPr="0000691D">
        <w:rPr>
          <w:rFonts w:cs="B Mitra"/>
          <w:color w:val="70AD47" w:themeColor="accent6"/>
          <w:sz w:val="28"/>
          <w:szCs w:val="28"/>
          <w:rtl/>
        </w:rPr>
        <w:t xml:space="preserve"> (نام‌ها و اصطلاحات اصل</w:t>
      </w:r>
      <w:r w:rsidRPr="0000691D">
        <w:rPr>
          <w:rFonts w:cs="B Mitra" w:hint="cs"/>
          <w:color w:val="70AD47" w:themeColor="accent6"/>
          <w:sz w:val="28"/>
          <w:szCs w:val="28"/>
          <w:rtl/>
        </w:rPr>
        <w:t>ی</w:t>
      </w:r>
      <w:r w:rsidRPr="0000691D">
        <w:rPr>
          <w:rFonts w:cs="B Mitra"/>
          <w:color w:val="70AD47" w:themeColor="accent6"/>
          <w:sz w:val="28"/>
          <w:szCs w:val="28"/>
          <w:rtl/>
        </w:rPr>
        <w:t xml:space="preserve"> انگل</w:t>
      </w:r>
      <w:r w:rsidRPr="0000691D">
        <w:rPr>
          <w:rFonts w:cs="B Mitra" w:hint="cs"/>
          <w:color w:val="70AD47" w:themeColor="accent6"/>
          <w:sz w:val="28"/>
          <w:szCs w:val="28"/>
          <w:rtl/>
        </w:rPr>
        <w:t>یسی</w:t>
      </w:r>
      <w:r w:rsidRPr="0000691D">
        <w:rPr>
          <w:rFonts w:cs="B Mitra"/>
          <w:color w:val="70AD47" w:themeColor="accent6"/>
          <w:sz w:val="28"/>
          <w:szCs w:val="28"/>
          <w:rtl/>
        </w:rPr>
        <w:t>)</w:t>
      </w:r>
      <w:bookmarkEnd w:id="24"/>
    </w:p>
    <w:p w:rsidR="00A75B1C" w:rsidRPr="0000691D" w:rsidRDefault="00A75B1C" w:rsidP="0000691D">
      <w:pPr>
        <w:bidi/>
        <w:spacing w:line="360" w:lineRule="auto"/>
        <w:jc w:val="both"/>
        <w:rPr>
          <w:rFonts w:cs="B Mitra"/>
          <w:sz w:val="28"/>
          <w:szCs w:val="28"/>
        </w:rPr>
      </w:pPr>
      <w:r w:rsidRPr="0000691D">
        <w:rPr>
          <w:rFonts w:cs="B Mitra"/>
          <w:sz w:val="28"/>
          <w:szCs w:val="28"/>
          <w:rtl/>
        </w:rPr>
        <w:t xml:space="preserve">1. </w:t>
      </w:r>
      <w:r w:rsidRPr="0000691D">
        <w:rPr>
          <w:rFonts w:cs="B Mitra"/>
          <w:sz w:val="28"/>
          <w:szCs w:val="28"/>
        </w:rPr>
        <w:t>Apple Intelligence</w:t>
      </w:r>
    </w:p>
    <w:p w:rsidR="00A75B1C" w:rsidRPr="0000691D" w:rsidRDefault="00A75B1C" w:rsidP="0000691D">
      <w:pPr>
        <w:bidi/>
        <w:spacing w:line="360" w:lineRule="auto"/>
        <w:jc w:val="both"/>
        <w:rPr>
          <w:rFonts w:cs="B Mitra"/>
          <w:sz w:val="28"/>
          <w:szCs w:val="28"/>
        </w:rPr>
      </w:pPr>
      <w:r w:rsidRPr="0000691D">
        <w:rPr>
          <w:rFonts w:cs="B Mitra"/>
          <w:sz w:val="28"/>
          <w:szCs w:val="28"/>
          <w:rtl/>
        </w:rPr>
        <w:t xml:space="preserve">2. </w:t>
      </w:r>
      <w:r w:rsidRPr="0000691D">
        <w:rPr>
          <w:rFonts w:cs="B Mitra"/>
          <w:sz w:val="28"/>
          <w:szCs w:val="28"/>
        </w:rPr>
        <w:t>Ask instead of hunt</w:t>
      </w:r>
    </w:p>
    <w:p w:rsidR="00A75B1C" w:rsidRPr="0000691D" w:rsidRDefault="00A75B1C" w:rsidP="0000691D">
      <w:pPr>
        <w:bidi/>
        <w:spacing w:line="360" w:lineRule="auto"/>
        <w:jc w:val="both"/>
        <w:rPr>
          <w:rFonts w:cs="B Mitra"/>
          <w:sz w:val="28"/>
          <w:szCs w:val="28"/>
          <w:rtl/>
        </w:rPr>
      </w:pPr>
      <w:r w:rsidRPr="0000691D">
        <w:rPr>
          <w:rFonts w:cs="B Mitra"/>
          <w:sz w:val="28"/>
          <w:szCs w:val="28"/>
          <w:rtl/>
        </w:rPr>
        <w:t xml:space="preserve">3. </w:t>
      </w:r>
      <w:r w:rsidRPr="0000691D">
        <w:rPr>
          <w:rFonts w:cs="B Mitra"/>
          <w:sz w:val="28"/>
          <w:szCs w:val="28"/>
        </w:rPr>
        <w:t>Siri</w:t>
      </w:r>
    </w:p>
    <w:p w:rsidR="00A75B1C" w:rsidRPr="0000691D" w:rsidRDefault="00A75B1C" w:rsidP="0000691D">
      <w:pPr>
        <w:bidi/>
        <w:spacing w:line="360" w:lineRule="auto"/>
        <w:jc w:val="both"/>
        <w:rPr>
          <w:rFonts w:cs="B Mitra"/>
          <w:sz w:val="28"/>
          <w:szCs w:val="28"/>
        </w:rPr>
      </w:pPr>
      <w:r w:rsidRPr="0000691D">
        <w:rPr>
          <w:rFonts w:cs="B Mitra"/>
          <w:sz w:val="28"/>
          <w:szCs w:val="28"/>
          <w:rtl/>
        </w:rPr>
        <w:t xml:space="preserve">4. </w:t>
      </w:r>
      <w:r w:rsidRPr="0000691D">
        <w:rPr>
          <w:rFonts w:cs="B Mitra"/>
          <w:sz w:val="28"/>
          <w:szCs w:val="28"/>
        </w:rPr>
        <w:t>Personal Context Awareness</w:t>
      </w:r>
    </w:p>
    <w:p w:rsidR="00A75B1C" w:rsidRPr="0000691D" w:rsidRDefault="00A75B1C" w:rsidP="0000691D">
      <w:pPr>
        <w:bidi/>
        <w:spacing w:line="360" w:lineRule="auto"/>
        <w:jc w:val="both"/>
        <w:rPr>
          <w:rFonts w:cs="B Mitra"/>
          <w:sz w:val="28"/>
          <w:szCs w:val="28"/>
        </w:rPr>
      </w:pPr>
      <w:r w:rsidRPr="0000691D">
        <w:rPr>
          <w:rFonts w:cs="B Mitra"/>
          <w:sz w:val="28"/>
          <w:szCs w:val="28"/>
          <w:rtl/>
        </w:rPr>
        <w:t xml:space="preserve">5. </w:t>
      </w:r>
      <w:r w:rsidRPr="0000691D">
        <w:rPr>
          <w:rFonts w:cs="B Mitra"/>
          <w:sz w:val="28"/>
          <w:szCs w:val="28"/>
        </w:rPr>
        <w:t>Private Cloud Compute</w:t>
      </w:r>
    </w:p>
    <w:p w:rsidR="00A75B1C" w:rsidRPr="0000691D" w:rsidRDefault="00A75B1C" w:rsidP="0000691D">
      <w:pPr>
        <w:bidi/>
        <w:spacing w:line="360" w:lineRule="auto"/>
        <w:jc w:val="both"/>
        <w:rPr>
          <w:rFonts w:cs="B Mitra"/>
          <w:sz w:val="28"/>
          <w:szCs w:val="28"/>
          <w:rtl/>
        </w:rPr>
      </w:pPr>
      <w:r w:rsidRPr="0000691D">
        <w:rPr>
          <w:rFonts w:cs="B Mitra"/>
          <w:sz w:val="28"/>
          <w:szCs w:val="28"/>
          <w:rtl/>
        </w:rPr>
        <w:t xml:space="preserve">6. </w:t>
      </w:r>
      <w:r w:rsidRPr="0000691D">
        <w:rPr>
          <w:rFonts w:cs="B Mitra"/>
          <w:sz w:val="28"/>
          <w:szCs w:val="28"/>
        </w:rPr>
        <w:t>VoiceOver</w:t>
      </w:r>
    </w:p>
    <w:p w:rsidR="00A75B1C" w:rsidRPr="0000691D" w:rsidRDefault="00A75B1C" w:rsidP="0000691D">
      <w:pPr>
        <w:bidi/>
        <w:spacing w:line="360" w:lineRule="auto"/>
        <w:jc w:val="both"/>
        <w:rPr>
          <w:rFonts w:cs="B Mitra"/>
          <w:sz w:val="28"/>
          <w:szCs w:val="28"/>
        </w:rPr>
      </w:pPr>
      <w:r w:rsidRPr="0000691D">
        <w:rPr>
          <w:rFonts w:cs="B Mitra"/>
          <w:sz w:val="28"/>
          <w:szCs w:val="28"/>
          <w:rtl/>
        </w:rPr>
        <w:t xml:space="preserve">7. </w:t>
      </w:r>
      <w:r w:rsidRPr="0000691D">
        <w:rPr>
          <w:rFonts w:cs="B Mitra"/>
          <w:sz w:val="28"/>
          <w:szCs w:val="28"/>
        </w:rPr>
        <w:t>VoiceOver Rotor Actions</w:t>
      </w:r>
    </w:p>
    <w:p w:rsidR="00A75B1C" w:rsidRPr="0000691D" w:rsidRDefault="00A75B1C" w:rsidP="0000691D">
      <w:pPr>
        <w:bidi/>
        <w:spacing w:line="360" w:lineRule="auto"/>
        <w:jc w:val="both"/>
        <w:rPr>
          <w:rFonts w:cs="B Mitra"/>
          <w:sz w:val="28"/>
          <w:szCs w:val="28"/>
          <w:rtl/>
        </w:rPr>
      </w:pPr>
      <w:r w:rsidRPr="0000691D">
        <w:rPr>
          <w:rFonts w:cs="B Mitra"/>
          <w:sz w:val="28"/>
          <w:szCs w:val="28"/>
          <w:rtl/>
        </w:rPr>
        <w:t xml:space="preserve">8. </w:t>
      </w:r>
      <w:r w:rsidRPr="0000691D">
        <w:rPr>
          <w:rFonts w:cs="B Mitra"/>
          <w:sz w:val="28"/>
          <w:szCs w:val="28"/>
        </w:rPr>
        <w:t>Live Recognition</w:t>
      </w:r>
    </w:p>
    <w:p w:rsidR="00A75B1C" w:rsidRPr="0000691D" w:rsidRDefault="00A75B1C" w:rsidP="0000691D">
      <w:pPr>
        <w:bidi/>
        <w:spacing w:line="360" w:lineRule="auto"/>
        <w:jc w:val="both"/>
        <w:rPr>
          <w:rFonts w:cs="B Mitra"/>
          <w:sz w:val="28"/>
          <w:szCs w:val="28"/>
        </w:rPr>
      </w:pPr>
      <w:r w:rsidRPr="0000691D">
        <w:rPr>
          <w:rFonts w:cs="B Mitra"/>
          <w:sz w:val="28"/>
          <w:szCs w:val="28"/>
          <w:rtl/>
        </w:rPr>
        <w:t xml:space="preserve">9. </w:t>
      </w:r>
      <w:r w:rsidRPr="0000691D">
        <w:rPr>
          <w:rFonts w:cs="B Mitra"/>
          <w:sz w:val="28"/>
          <w:szCs w:val="28"/>
        </w:rPr>
        <w:t>Screen Recognition / On-screen Awareness</w:t>
      </w:r>
    </w:p>
    <w:p w:rsidR="00A75B1C" w:rsidRPr="0000691D" w:rsidRDefault="00A75B1C" w:rsidP="0000691D">
      <w:pPr>
        <w:bidi/>
        <w:spacing w:line="360" w:lineRule="auto"/>
        <w:jc w:val="both"/>
        <w:rPr>
          <w:rFonts w:cs="B Mitra"/>
          <w:sz w:val="28"/>
          <w:szCs w:val="28"/>
          <w:rtl/>
        </w:rPr>
      </w:pPr>
      <w:r w:rsidRPr="0000691D">
        <w:rPr>
          <w:rFonts w:cs="B Mitra"/>
          <w:sz w:val="28"/>
          <w:szCs w:val="28"/>
          <w:rtl/>
        </w:rPr>
        <w:t xml:space="preserve">10. </w:t>
      </w:r>
      <w:r w:rsidRPr="0000691D">
        <w:rPr>
          <w:rFonts w:cs="B Mitra"/>
          <w:sz w:val="28"/>
          <w:szCs w:val="28"/>
        </w:rPr>
        <w:t>Braille Access</w:t>
      </w:r>
    </w:p>
    <w:p w:rsidR="00A75B1C" w:rsidRPr="0000691D" w:rsidRDefault="00A75B1C" w:rsidP="0000691D">
      <w:pPr>
        <w:bidi/>
        <w:spacing w:line="360" w:lineRule="auto"/>
        <w:jc w:val="both"/>
        <w:rPr>
          <w:rFonts w:cs="B Mitra"/>
          <w:sz w:val="28"/>
          <w:szCs w:val="28"/>
        </w:rPr>
      </w:pPr>
      <w:r w:rsidRPr="0000691D">
        <w:rPr>
          <w:rFonts w:cs="B Mitra"/>
          <w:sz w:val="28"/>
          <w:szCs w:val="28"/>
          <w:rtl/>
        </w:rPr>
        <w:t xml:space="preserve">11. </w:t>
      </w:r>
      <w:r w:rsidRPr="0000691D">
        <w:rPr>
          <w:rFonts w:cs="B Mitra"/>
          <w:sz w:val="28"/>
          <w:szCs w:val="28"/>
        </w:rPr>
        <w:t>Standalone Braille Note-taker</w:t>
      </w:r>
    </w:p>
    <w:p w:rsidR="00A75B1C" w:rsidRPr="0000691D" w:rsidRDefault="00A75B1C" w:rsidP="0000691D">
      <w:pPr>
        <w:bidi/>
        <w:spacing w:line="360" w:lineRule="auto"/>
        <w:jc w:val="both"/>
        <w:rPr>
          <w:rFonts w:cs="B Mitra"/>
          <w:sz w:val="28"/>
          <w:szCs w:val="28"/>
        </w:rPr>
      </w:pPr>
      <w:r w:rsidRPr="0000691D">
        <w:rPr>
          <w:rFonts w:cs="B Mitra"/>
          <w:sz w:val="28"/>
          <w:szCs w:val="28"/>
          <w:rtl/>
        </w:rPr>
        <w:t xml:space="preserve">12. </w:t>
      </w:r>
      <w:r w:rsidRPr="0000691D">
        <w:rPr>
          <w:rFonts w:cs="B Mitra"/>
          <w:sz w:val="28"/>
          <w:szCs w:val="28"/>
        </w:rPr>
        <w:t>Natural Language Shortcuts</w:t>
      </w:r>
    </w:p>
    <w:p w:rsidR="00A75B1C" w:rsidRPr="0000691D" w:rsidRDefault="00A75B1C" w:rsidP="0000691D">
      <w:pPr>
        <w:bidi/>
        <w:spacing w:line="360" w:lineRule="auto"/>
        <w:jc w:val="both"/>
        <w:rPr>
          <w:rFonts w:cs="B Mitra"/>
          <w:sz w:val="28"/>
          <w:szCs w:val="28"/>
        </w:rPr>
      </w:pPr>
      <w:r w:rsidRPr="0000691D">
        <w:rPr>
          <w:rFonts w:cs="B Mitra"/>
          <w:sz w:val="28"/>
          <w:szCs w:val="28"/>
          <w:rtl/>
        </w:rPr>
        <w:lastRenderedPageBreak/>
        <w:t xml:space="preserve">13. </w:t>
      </w:r>
      <w:r w:rsidRPr="0000691D">
        <w:rPr>
          <w:rFonts w:cs="B Mitra"/>
          <w:sz w:val="28"/>
          <w:szCs w:val="28"/>
        </w:rPr>
        <w:t>Accessibility Nutrition Labels</w:t>
      </w:r>
    </w:p>
    <w:p w:rsidR="00A75B1C" w:rsidRPr="0000691D" w:rsidRDefault="00A75B1C" w:rsidP="0000691D">
      <w:pPr>
        <w:bidi/>
        <w:spacing w:line="360" w:lineRule="auto"/>
        <w:jc w:val="both"/>
        <w:rPr>
          <w:rFonts w:cs="B Mitra"/>
          <w:sz w:val="28"/>
          <w:szCs w:val="28"/>
        </w:rPr>
      </w:pPr>
      <w:r w:rsidRPr="0000691D">
        <w:rPr>
          <w:rFonts w:cs="B Mitra"/>
          <w:sz w:val="28"/>
          <w:szCs w:val="28"/>
          <w:rtl/>
        </w:rPr>
        <w:t xml:space="preserve">14. </w:t>
      </w:r>
      <w:r w:rsidRPr="0000691D">
        <w:rPr>
          <w:rFonts w:cs="B Mitra"/>
          <w:sz w:val="28"/>
          <w:szCs w:val="28"/>
        </w:rPr>
        <w:t>Wearable Device Access Toolkit</w:t>
      </w:r>
    </w:p>
    <w:p w:rsidR="00A75B1C" w:rsidRPr="0000691D" w:rsidRDefault="00A75B1C" w:rsidP="0000691D">
      <w:pPr>
        <w:bidi/>
        <w:spacing w:line="360" w:lineRule="auto"/>
        <w:jc w:val="both"/>
        <w:rPr>
          <w:rFonts w:cs="B Mitra"/>
          <w:sz w:val="28"/>
          <w:szCs w:val="28"/>
          <w:rtl/>
        </w:rPr>
      </w:pPr>
      <w:r w:rsidRPr="0000691D">
        <w:rPr>
          <w:rFonts w:cs="B Mitra"/>
          <w:sz w:val="28"/>
          <w:szCs w:val="28"/>
          <w:rtl/>
        </w:rPr>
        <w:t xml:space="preserve">15. </w:t>
      </w:r>
      <w:r w:rsidRPr="0000691D">
        <w:rPr>
          <w:rFonts w:cs="B Mitra"/>
          <w:sz w:val="28"/>
          <w:szCs w:val="28"/>
        </w:rPr>
        <w:t>Orion</w:t>
      </w:r>
    </w:p>
    <w:p w:rsidR="00A75B1C" w:rsidRPr="0000691D" w:rsidRDefault="00A75B1C" w:rsidP="0000691D">
      <w:pPr>
        <w:bidi/>
        <w:spacing w:line="360" w:lineRule="auto"/>
        <w:jc w:val="both"/>
        <w:rPr>
          <w:rFonts w:cs="B Mitra"/>
          <w:sz w:val="28"/>
          <w:szCs w:val="28"/>
          <w:rtl/>
        </w:rPr>
      </w:pPr>
      <w:r w:rsidRPr="0000691D">
        <w:rPr>
          <w:rFonts w:cs="B Mitra"/>
          <w:sz w:val="28"/>
          <w:szCs w:val="28"/>
          <w:rtl/>
        </w:rPr>
        <w:t xml:space="preserve">16. </w:t>
      </w:r>
      <w:r w:rsidRPr="0000691D">
        <w:rPr>
          <w:rFonts w:cs="B Mitra"/>
          <w:sz w:val="28"/>
          <w:szCs w:val="28"/>
        </w:rPr>
        <w:t>Ray-Ban Meta</w:t>
      </w:r>
    </w:p>
    <w:p w:rsidR="00A75B1C" w:rsidRPr="0000691D" w:rsidRDefault="00A75B1C" w:rsidP="0000691D">
      <w:pPr>
        <w:bidi/>
        <w:spacing w:line="360" w:lineRule="auto"/>
        <w:jc w:val="both"/>
        <w:rPr>
          <w:rFonts w:cs="B Mitra"/>
          <w:sz w:val="28"/>
          <w:szCs w:val="28"/>
        </w:rPr>
      </w:pPr>
      <w:r w:rsidRPr="0000691D">
        <w:rPr>
          <w:rFonts w:cs="B Mitra"/>
          <w:sz w:val="28"/>
          <w:szCs w:val="28"/>
          <w:rtl/>
        </w:rPr>
        <w:t xml:space="preserve">17. </w:t>
      </w:r>
      <w:r w:rsidRPr="0000691D">
        <w:rPr>
          <w:rFonts w:cs="B Mitra"/>
          <w:sz w:val="28"/>
          <w:szCs w:val="28"/>
        </w:rPr>
        <w:t>Double Tap Mainstream</w:t>
      </w:r>
    </w:p>
    <w:p w:rsidR="00A75B1C" w:rsidRPr="0000691D" w:rsidRDefault="00A75B1C" w:rsidP="0000691D">
      <w:pPr>
        <w:bidi/>
        <w:spacing w:line="360" w:lineRule="auto"/>
        <w:jc w:val="both"/>
        <w:rPr>
          <w:rFonts w:cs="B Mitra"/>
          <w:sz w:val="28"/>
          <w:szCs w:val="28"/>
          <w:rtl/>
        </w:rPr>
      </w:pPr>
      <w:r w:rsidRPr="0000691D">
        <w:rPr>
          <w:rFonts w:cs="B Mitra"/>
          <w:sz w:val="28"/>
          <w:szCs w:val="28"/>
          <w:rtl/>
        </w:rPr>
        <w:t xml:space="preserve">18. </w:t>
      </w:r>
      <w:r w:rsidRPr="0000691D">
        <w:rPr>
          <w:rFonts w:cs="B Mitra"/>
          <w:sz w:val="28"/>
          <w:szCs w:val="28"/>
        </w:rPr>
        <w:t>Stéphanie Robieux</w:t>
      </w:r>
    </w:p>
    <w:p w:rsidR="00A75B1C" w:rsidRPr="0000691D" w:rsidRDefault="00A75B1C" w:rsidP="0000691D">
      <w:pPr>
        <w:bidi/>
        <w:spacing w:line="360" w:lineRule="auto"/>
        <w:jc w:val="both"/>
        <w:rPr>
          <w:rFonts w:cs="B Mitra"/>
          <w:sz w:val="28"/>
          <w:szCs w:val="28"/>
        </w:rPr>
      </w:pPr>
      <w:r w:rsidRPr="0000691D">
        <w:rPr>
          <w:rFonts w:cs="B Mitra"/>
          <w:sz w:val="28"/>
          <w:szCs w:val="28"/>
          <w:rtl/>
        </w:rPr>
        <w:t xml:space="preserve">19. </w:t>
      </w:r>
      <w:r w:rsidRPr="0000691D">
        <w:rPr>
          <w:rFonts w:cs="B Mitra"/>
          <w:sz w:val="28"/>
          <w:szCs w:val="28"/>
        </w:rPr>
        <w:t>Hey Meta, open Orion</w:t>
      </w:r>
    </w:p>
    <w:p w:rsidR="00A75B1C" w:rsidRPr="0000691D" w:rsidRDefault="00A75B1C" w:rsidP="0000691D">
      <w:pPr>
        <w:bidi/>
        <w:spacing w:line="360" w:lineRule="auto"/>
        <w:jc w:val="both"/>
        <w:rPr>
          <w:rFonts w:cs="B Mitra"/>
          <w:sz w:val="28"/>
          <w:szCs w:val="28"/>
          <w:rtl/>
        </w:rPr>
      </w:pPr>
      <w:r w:rsidRPr="0000691D">
        <w:rPr>
          <w:rFonts w:cs="B Mitra"/>
          <w:sz w:val="28"/>
          <w:szCs w:val="28"/>
          <w:rtl/>
        </w:rPr>
        <w:t xml:space="preserve">20. </w:t>
      </w:r>
      <w:r w:rsidRPr="0000691D">
        <w:rPr>
          <w:rFonts w:cs="B Mitra"/>
          <w:sz w:val="28"/>
          <w:szCs w:val="28"/>
        </w:rPr>
        <w:t>Spatial Audio</w:t>
      </w:r>
    </w:p>
    <w:p w:rsidR="00A75B1C" w:rsidRPr="0000691D" w:rsidRDefault="00A75B1C" w:rsidP="0000691D">
      <w:pPr>
        <w:bidi/>
        <w:spacing w:line="360" w:lineRule="auto"/>
        <w:jc w:val="both"/>
        <w:rPr>
          <w:rFonts w:cs="B Mitra"/>
          <w:sz w:val="28"/>
          <w:szCs w:val="28"/>
        </w:rPr>
      </w:pPr>
      <w:r w:rsidRPr="0000691D">
        <w:rPr>
          <w:rFonts w:cs="B Mitra"/>
          <w:sz w:val="28"/>
          <w:szCs w:val="28"/>
          <w:rtl/>
        </w:rPr>
        <w:t xml:space="preserve">21. </w:t>
      </w:r>
      <w:r w:rsidRPr="0000691D">
        <w:rPr>
          <w:rFonts w:cs="B Mitra"/>
          <w:sz w:val="28"/>
          <w:szCs w:val="28"/>
        </w:rPr>
        <w:t>Local Computer Vision Algorithms</w:t>
      </w:r>
    </w:p>
    <w:p w:rsidR="00A75B1C" w:rsidRPr="0000691D" w:rsidRDefault="00A75B1C" w:rsidP="0000691D">
      <w:pPr>
        <w:bidi/>
        <w:spacing w:line="360" w:lineRule="auto"/>
        <w:jc w:val="both"/>
        <w:rPr>
          <w:rFonts w:cs="B Mitra"/>
          <w:sz w:val="28"/>
          <w:szCs w:val="28"/>
          <w:rtl/>
        </w:rPr>
      </w:pPr>
      <w:r w:rsidRPr="0000691D">
        <w:rPr>
          <w:rFonts w:cs="B Mitra"/>
          <w:sz w:val="28"/>
          <w:szCs w:val="28"/>
          <w:rtl/>
        </w:rPr>
        <w:t xml:space="preserve">22. </w:t>
      </w:r>
      <w:r w:rsidRPr="0000691D">
        <w:rPr>
          <w:rFonts w:cs="B Mitra"/>
          <w:sz w:val="28"/>
          <w:szCs w:val="28"/>
        </w:rPr>
        <w:t>Crosswalks</w:t>
      </w:r>
    </w:p>
    <w:p w:rsidR="00A75B1C" w:rsidRPr="0000691D" w:rsidRDefault="00A75B1C" w:rsidP="0000691D">
      <w:pPr>
        <w:bidi/>
        <w:spacing w:line="360" w:lineRule="auto"/>
        <w:jc w:val="both"/>
        <w:rPr>
          <w:rFonts w:cs="B Mitra"/>
          <w:sz w:val="28"/>
          <w:szCs w:val="28"/>
        </w:rPr>
      </w:pPr>
      <w:r w:rsidRPr="0000691D">
        <w:rPr>
          <w:rFonts w:cs="B Mitra"/>
          <w:sz w:val="28"/>
          <w:szCs w:val="28"/>
          <w:rtl/>
        </w:rPr>
        <w:t xml:space="preserve">23. </w:t>
      </w:r>
      <w:r w:rsidRPr="0000691D">
        <w:rPr>
          <w:rFonts w:cs="B Mitra"/>
          <w:sz w:val="28"/>
          <w:szCs w:val="28"/>
        </w:rPr>
        <w:t>Universal Design</w:t>
      </w:r>
    </w:p>
    <w:p w:rsidR="00A75B1C" w:rsidRPr="0000691D" w:rsidRDefault="00A75B1C" w:rsidP="0000691D">
      <w:pPr>
        <w:bidi/>
        <w:spacing w:line="360" w:lineRule="auto"/>
        <w:jc w:val="both"/>
        <w:rPr>
          <w:rFonts w:cs="B Mitra"/>
          <w:sz w:val="28"/>
          <w:szCs w:val="28"/>
          <w:rtl/>
        </w:rPr>
      </w:pPr>
      <w:r w:rsidRPr="0000691D">
        <w:rPr>
          <w:rFonts w:cs="B Mitra"/>
          <w:sz w:val="28"/>
          <w:szCs w:val="28"/>
          <w:rtl/>
        </w:rPr>
        <w:t xml:space="preserve">24. </w:t>
      </w:r>
      <w:r w:rsidRPr="0000691D">
        <w:rPr>
          <w:rFonts w:cs="B Mitra"/>
          <w:sz w:val="28"/>
          <w:szCs w:val="28"/>
        </w:rPr>
        <w:t>Remote Control</w:t>
      </w:r>
    </w:p>
    <w:p w:rsidR="00A75B1C" w:rsidRPr="0000691D" w:rsidRDefault="00A75B1C" w:rsidP="0000691D">
      <w:pPr>
        <w:bidi/>
        <w:spacing w:line="360" w:lineRule="auto"/>
        <w:jc w:val="both"/>
        <w:rPr>
          <w:rFonts w:cs="B Mitra"/>
          <w:sz w:val="28"/>
          <w:szCs w:val="28"/>
        </w:rPr>
      </w:pPr>
      <w:r w:rsidRPr="0000691D">
        <w:rPr>
          <w:rFonts w:cs="B Mitra"/>
          <w:sz w:val="28"/>
          <w:szCs w:val="28"/>
          <w:rtl/>
        </w:rPr>
        <w:t xml:space="preserve">25. </w:t>
      </w:r>
      <w:r w:rsidRPr="0000691D">
        <w:rPr>
          <w:rFonts w:cs="B Mitra"/>
          <w:sz w:val="28"/>
          <w:szCs w:val="28"/>
        </w:rPr>
        <w:t>Intermarché</w:t>
      </w:r>
    </w:p>
    <w:p w:rsidR="00A75B1C" w:rsidRPr="0000691D" w:rsidRDefault="00A75B1C" w:rsidP="0000691D">
      <w:pPr>
        <w:bidi/>
        <w:spacing w:line="360" w:lineRule="auto"/>
        <w:jc w:val="both"/>
        <w:rPr>
          <w:rFonts w:cs="B Mitra"/>
          <w:sz w:val="28"/>
          <w:szCs w:val="28"/>
        </w:rPr>
      </w:pPr>
      <w:r w:rsidRPr="0000691D">
        <w:rPr>
          <w:rFonts w:cs="B Mitra"/>
          <w:sz w:val="28"/>
          <w:szCs w:val="28"/>
          <w:rtl/>
        </w:rPr>
        <w:t xml:space="preserve">26. </w:t>
      </w:r>
      <w:r w:rsidRPr="0000691D">
        <w:rPr>
          <w:rFonts w:cs="B Mitra"/>
          <w:sz w:val="28"/>
          <w:szCs w:val="28"/>
        </w:rPr>
        <w:t>Envision</w:t>
      </w:r>
    </w:p>
    <w:p w:rsidR="00A75B1C" w:rsidRPr="0000691D" w:rsidRDefault="00A75B1C" w:rsidP="0000691D">
      <w:pPr>
        <w:bidi/>
        <w:spacing w:line="360" w:lineRule="auto"/>
        <w:jc w:val="both"/>
        <w:rPr>
          <w:rFonts w:cs="B Mitra"/>
          <w:sz w:val="28"/>
          <w:szCs w:val="28"/>
          <w:rtl/>
        </w:rPr>
      </w:pPr>
      <w:r w:rsidRPr="0000691D">
        <w:rPr>
          <w:rFonts w:cs="B Mitra"/>
          <w:sz w:val="28"/>
          <w:szCs w:val="28"/>
          <w:rtl/>
        </w:rPr>
        <w:t xml:space="preserve">27. </w:t>
      </w:r>
      <w:r w:rsidRPr="0000691D">
        <w:rPr>
          <w:rFonts w:cs="B Mitra"/>
          <w:sz w:val="28"/>
          <w:szCs w:val="28"/>
        </w:rPr>
        <w:t>Karthik Kannan</w:t>
      </w:r>
    </w:p>
    <w:p w:rsidR="00A75B1C" w:rsidRPr="0000691D" w:rsidRDefault="00A75B1C" w:rsidP="0000691D">
      <w:pPr>
        <w:bidi/>
        <w:spacing w:line="360" w:lineRule="auto"/>
        <w:jc w:val="both"/>
        <w:rPr>
          <w:rFonts w:cs="B Mitra"/>
          <w:sz w:val="28"/>
          <w:szCs w:val="28"/>
        </w:rPr>
      </w:pPr>
      <w:r w:rsidRPr="0000691D">
        <w:rPr>
          <w:rFonts w:cs="B Mitra"/>
          <w:sz w:val="28"/>
          <w:szCs w:val="28"/>
          <w:rtl/>
        </w:rPr>
        <w:t xml:space="preserve">28. </w:t>
      </w:r>
      <w:r w:rsidRPr="0000691D">
        <w:rPr>
          <w:rFonts w:cs="B Mitra"/>
          <w:sz w:val="28"/>
          <w:szCs w:val="28"/>
        </w:rPr>
        <w:t>Karthik Mahadevan</w:t>
      </w:r>
    </w:p>
    <w:p w:rsidR="00A75B1C" w:rsidRPr="0000691D" w:rsidRDefault="00A75B1C" w:rsidP="0000691D">
      <w:pPr>
        <w:bidi/>
        <w:spacing w:line="360" w:lineRule="auto"/>
        <w:jc w:val="both"/>
        <w:rPr>
          <w:rFonts w:cs="B Mitra"/>
          <w:sz w:val="28"/>
          <w:szCs w:val="28"/>
          <w:rtl/>
        </w:rPr>
      </w:pPr>
      <w:r w:rsidRPr="0000691D">
        <w:rPr>
          <w:rFonts w:cs="B Mitra"/>
          <w:sz w:val="28"/>
          <w:szCs w:val="28"/>
          <w:rtl/>
        </w:rPr>
        <w:lastRenderedPageBreak/>
        <w:t xml:space="preserve">29. </w:t>
      </w:r>
      <w:r w:rsidRPr="0000691D">
        <w:rPr>
          <w:rFonts w:cs="B Mitra"/>
          <w:sz w:val="28"/>
          <w:szCs w:val="28"/>
        </w:rPr>
        <w:t>Google Glass</w:t>
      </w:r>
    </w:p>
    <w:p w:rsidR="00A75B1C" w:rsidRPr="0000691D" w:rsidRDefault="00A75B1C" w:rsidP="0000691D">
      <w:pPr>
        <w:bidi/>
        <w:spacing w:line="360" w:lineRule="auto"/>
        <w:jc w:val="both"/>
        <w:rPr>
          <w:rFonts w:cs="B Mitra"/>
          <w:sz w:val="28"/>
          <w:szCs w:val="28"/>
        </w:rPr>
      </w:pPr>
      <w:r w:rsidRPr="0000691D">
        <w:rPr>
          <w:rFonts w:cs="B Mitra"/>
          <w:sz w:val="28"/>
          <w:szCs w:val="28"/>
          <w:rtl/>
        </w:rPr>
        <w:t xml:space="preserve">30. </w:t>
      </w:r>
      <w:r w:rsidRPr="0000691D">
        <w:rPr>
          <w:rFonts w:cs="B Mitra"/>
          <w:sz w:val="28"/>
          <w:szCs w:val="28"/>
        </w:rPr>
        <w:t>Solos Smart Glasses</w:t>
      </w:r>
    </w:p>
    <w:p w:rsidR="00A75B1C" w:rsidRPr="0000691D" w:rsidRDefault="00A75B1C" w:rsidP="0000691D">
      <w:pPr>
        <w:bidi/>
        <w:spacing w:line="360" w:lineRule="auto"/>
        <w:jc w:val="both"/>
        <w:rPr>
          <w:rFonts w:cs="B Mitra"/>
          <w:sz w:val="28"/>
          <w:szCs w:val="28"/>
          <w:rtl/>
        </w:rPr>
      </w:pPr>
      <w:r w:rsidRPr="0000691D">
        <w:rPr>
          <w:rFonts w:cs="B Mitra"/>
          <w:sz w:val="28"/>
          <w:szCs w:val="28"/>
          <w:rtl/>
        </w:rPr>
        <w:t xml:space="preserve">31. </w:t>
      </w:r>
      <w:r w:rsidRPr="0000691D">
        <w:rPr>
          <w:rFonts w:cs="B Mitra"/>
          <w:sz w:val="28"/>
          <w:szCs w:val="28"/>
        </w:rPr>
        <w:t>Ally</w:t>
      </w:r>
    </w:p>
    <w:p w:rsidR="00A75B1C" w:rsidRPr="0000691D" w:rsidRDefault="00A75B1C" w:rsidP="0000691D">
      <w:pPr>
        <w:bidi/>
        <w:spacing w:line="360" w:lineRule="auto"/>
        <w:jc w:val="both"/>
        <w:rPr>
          <w:rFonts w:cs="B Mitra"/>
          <w:sz w:val="28"/>
          <w:szCs w:val="28"/>
        </w:rPr>
      </w:pPr>
      <w:r w:rsidRPr="0000691D">
        <w:rPr>
          <w:rFonts w:cs="B Mitra"/>
          <w:sz w:val="28"/>
          <w:szCs w:val="28"/>
          <w:rtl/>
        </w:rPr>
        <w:t xml:space="preserve">32. </w:t>
      </w:r>
      <w:r w:rsidRPr="0000691D">
        <w:rPr>
          <w:rFonts w:cs="B Mitra"/>
          <w:sz w:val="28"/>
          <w:szCs w:val="28"/>
        </w:rPr>
        <w:t>Market Ceiling</w:t>
      </w:r>
    </w:p>
    <w:p w:rsidR="00A75B1C" w:rsidRPr="0000691D" w:rsidRDefault="00A75B1C" w:rsidP="0000691D">
      <w:pPr>
        <w:bidi/>
        <w:spacing w:line="360" w:lineRule="auto"/>
        <w:jc w:val="both"/>
        <w:rPr>
          <w:rFonts w:cs="B Mitra"/>
          <w:sz w:val="28"/>
          <w:szCs w:val="28"/>
        </w:rPr>
      </w:pPr>
      <w:r w:rsidRPr="0000691D">
        <w:rPr>
          <w:rFonts w:cs="B Mitra"/>
          <w:sz w:val="28"/>
          <w:szCs w:val="28"/>
          <w:rtl/>
        </w:rPr>
        <w:t xml:space="preserve">33. </w:t>
      </w:r>
      <w:r w:rsidRPr="0000691D">
        <w:rPr>
          <w:rFonts w:cs="B Mitra"/>
          <w:sz w:val="28"/>
          <w:szCs w:val="28"/>
        </w:rPr>
        <w:t>Firmware &amp; SDK</w:t>
      </w:r>
    </w:p>
    <w:p w:rsidR="00A75B1C" w:rsidRPr="0000691D" w:rsidRDefault="00A75B1C" w:rsidP="0000691D">
      <w:pPr>
        <w:bidi/>
        <w:spacing w:line="360" w:lineRule="auto"/>
        <w:jc w:val="both"/>
        <w:rPr>
          <w:rFonts w:cs="B Mitra"/>
          <w:sz w:val="28"/>
          <w:szCs w:val="28"/>
        </w:rPr>
      </w:pPr>
      <w:r w:rsidRPr="0000691D">
        <w:rPr>
          <w:rFonts w:cs="B Mitra"/>
          <w:sz w:val="28"/>
          <w:szCs w:val="28"/>
          <w:rtl/>
        </w:rPr>
        <w:t xml:space="preserve">34. </w:t>
      </w:r>
      <w:r w:rsidRPr="0000691D">
        <w:rPr>
          <w:rFonts w:cs="B Mitra"/>
          <w:sz w:val="28"/>
          <w:szCs w:val="28"/>
        </w:rPr>
        <w:t>Open Source</w:t>
      </w:r>
    </w:p>
    <w:p w:rsidR="00A75B1C" w:rsidRPr="0000691D" w:rsidRDefault="00A75B1C" w:rsidP="0000691D">
      <w:pPr>
        <w:bidi/>
        <w:spacing w:line="360" w:lineRule="auto"/>
        <w:jc w:val="both"/>
        <w:rPr>
          <w:rFonts w:cs="B Mitra"/>
          <w:sz w:val="28"/>
          <w:szCs w:val="28"/>
        </w:rPr>
      </w:pPr>
      <w:r w:rsidRPr="0000691D">
        <w:rPr>
          <w:rFonts w:cs="B Mitra"/>
          <w:sz w:val="28"/>
          <w:szCs w:val="28"/>
          <w:rtl/>
        </w:rPr>
        <w:t xml:space="preserve">35. </w:t>
      </w:r>
      <w:r w:rsidRPr="0000691D">
        <w:rPr>
          <w:rFonts w:cs="B Mitra"/>
          <w:sz w:val="28"/>
          <w:szCs w:val="28"/>
        </w:rPr>
        <w:t>HumanWare</w:t>
      </w:r>
    </w:p>
    <w:p w:rsidR="00A75B1C" w:rsidRPr="0000691D" w:rsidRDefault="00A75B1C" w:rsidP="0000691D">
      <w:pPr>
        <w:bidi/>
        <w:spacing w:line="360" w:lineRule="auto"/>
        <w:jc w:val="both"/>
        <w:rPr>
          <w:rFonts w:cs="B Mitra"/>
          <w:sz w:val="28"/>
          <w:szCs w:val="28"/>
          <w:rtl/>
        </w:rPr>
      </w:pPr>
    </w:p>
    <w:p w:rsidR="00A75B1C" w:rsidRPr="00DE310A" w:rsidRDefault="00A75B1C" w:rsidP="00DE310A">
      <w:pPr>
        <w:pStyle w:val="Heading2"/>
        <w:bidi/>
        <w:rPr>
          <w:rFonts w:cs="B Mitra"/>
          <w:color w:val="4472C4" w:themeColor="accent5"/>
          <w:sz w:val="32"/>
          <w:szCs w:val="32"/>
        </w:rPr>
      </w:pPr>
      <w:bookmarkStart w:id="25" w:name="_Toc243400532"/>
      <w:r w:rsidRPr="00DE310A">
        <w:rPr>
          <w:rFonts w:cs="B Mitra"/>
          <w:color w:val="4472C4" w:themeColor="accent5"/>
          <w:sz w:val="32"/>
          <w:szCs w:val="32"/>
          <w:rtl/>
        </w:rPr>
        <w:t>توان‌بخش</w:t>
      </w:r>
      <w:r w:rsidRPr="00DE310A">
        <w:rPr>
          <w:rFonts w:cs="B Mitra" w:hint="cs"/>
          <w:color w:val="4472C4" w:themeColor="accent5"/>
          <w:sz w:val="32"/>
          <w:szCs w:val="32"/>
          <w:rtl/>
        </w:rPr>
        <w:t>ی</w:t>
      </w:r>
      <w:r w:rsidR="00DE310A" w:rsidRPr="00DE310A">
        <w:rPr>
          <w:rFonts w:cs="B Mitra"/>
          <w:color w:val="4472C4" w:themeColor="accent5"/>
          <w:sz w:val="32"/>
          <w:szCs w:val="32"/>
        </w:rPr>
        <w:t xml:space="preserve"> </w:t>
      </w:r>
      <w:r w:rsidR="00DE310A" w:rsidRPr="00DE310A">
        <w:rPr>
          <w:rFonts w:cs="B Mitra" w:hint="cs"/>
          <w:color w:val="4472C4" w:themeColor="accent5"/>
          <w:sz w:val="32"/>
          <w:szCs w:val="32"/>
          <w:rtl/>
          <w:lang w:bidi="fa-IR"/>
        </w:rPr>
        <w:t xml:space="preserve">، </w:t>
      </w:r>
      <w:r w:rsidRPr="00DE310A">
        <w:rPr>
          <w:rFonts w:cs="B Mitra"/>
          <w:color w:val="4472C4" w:themeColor="accent5"/>
          <w:sz w:val="32"/>
          <w:szCs w:val="32"/>
          <w:rtl/>
        </w:rPr>
        <w:t>ناب</w:t>
      </w:r>
      <w:r w:rsidRPr="00DE310A">
        <w:rPr>
          <w:rFonts w:cs="B Mitra" w:hint="cs"/>
          <w:color w:val="4472C4" w:themeColor="accent5"/>
          <w:sz w:val="32"/>
          <w:szCs w:val="32"/>
          <w:rtl/>
        </w:rPr>
        <w:t>ی</w:t>
      </w:r>
      <w:r w:rsidRPr="00DE310A">
        <w:rPr>
          <w:rFonts w:cs="B Mitra" w:hint="eastAsia"/>
          <w:color w:val="4472C4" w:themeColor="accent5"/>
          <w:sz w:val="32"/>
          <w:szCs w:val="32"/>
          <w:rtl/>
        </w:rPr>
        <w:t>نا</w:t>
      </w:r>
      <w:r w:rsidRPr="00DE310A">
        <w:rPr>
          <w:rFonts w:cs="B Mitra" w:hint="cs"/>
          <w:color w:val="4472C4" w:themeColor="accent5"/>
          <w:sz w:val="32"/>
          <w:szCs w:val="32"/>
          <w:rtl/>
        </w:rPr>
        <w:t>یی</w:t>
      </w:r>
      <w:r w:rsidRPr="00DE310A">
        <w:rPr>
          <w:rFonts w:cs="B Mitra"/>
          <w:color w:val="4472C4" w:themeColor="accent5"/>
          <w:sz w:val="32"/>
          <w:szCs w:val="32"/>
          <w:rtl/>
        </w:rPr>
        <w:t xml:space="preserve"> و امن</w:t>
      </w:r>
      <w:r w:rsidRPr="00DE310A">
        <w:rPr>
          <w:rFonts w:cs="B Mitra" w:hint="cs"/>
          <w:color w:val="4472C4" w:themeColor="accent5"/>
          <w:sz w:val="32"/>
          <w:szCs w:val="32"/>
          <w:rtl/>
        </w:rPr>
        <w:t>ی</w:t>
      </w:r>
      <w:r w:rsidRPr="00DE310A">
        <w:rPr>
          <w:rFonts w:cs="B Mitra" w:hint="eastAsia"/>
          <w:color w:val="4472C4" w:themeColor="accent5"/>
          <w:sz w:val="32"/>
          <w:szCs w:val="32"/>
          <w:rtl/>
        </w:rPr>
        <w:t>ت</w:t>
      </w:r>
      <w:r w:rsidRPr="00DE310A">
        <w:rPr>
          <w:rFonts w:cs="B Mitra"/>
          <w:color w:val="4472C4" w:themeColor="accent5"/>
          <w:sz w:val="32"/>
          <w:szCs w:val="32"/>
          <w:rtl/>
        </w:rPr>
        <w:t>: لا</w:t>
      </w:r>
      <w:r w:rsidRPr="00DE310A">
        <w:rPr>
          <w:rFonts w:cs="B Mitra" w:hint="cs"/>
          <w:color w:val="4472C4" w:themeColor="accent5"/>
          <w:sz w:val="32"/>
          <w:szCs w:val="32"/>
          <w:rtl/>
        </w:rPr>
        <w:t>ی</w:t>
      </w:r>
      <w:r w:rsidRPr="00DE310A">
        <w:rPr>
          <w:rFonts w:cs="B Mitra" w:hint="eastAsia"/>
          <w:color w:val="4472C4" w:themeColor="accent5"/>
          <w:sz w:val="32"/>
          <w:szCs w:val="32"/>
          <w:rtl/>
        </w:rPr>
        <w:t>ه‌ها،</w:t>
      </w:r>
      <w:r w:rsidRPr="00DE310A">
        <w:rPr>
          <w:rFonts w:cs="B Mitra"/>
          <w:color w:val="4472C4" w:themeColor="accent5"/>
          <w:sz w:val="32"/>
          <w:szCs w:val="32"/>
          <w:rtl/>
        </w:rPr>
        <w:t xml:space="preserve"> مرزها و حقوق</w:t>
      </w:r>
      <w:bookmarkEnd w:id="25"/>
    </w:p>
    <w:p w:rsidR="00A75B1C" w:rsidRDefault="00A75B1C" w:rsidP="0000691D">
      <w:pPr>
        <w:bidi/>
        <w:spacing w:line="360" w:lineRule="auto"/>
        <w:jc w:val="both"/>
        <w:rPr>
          <w:rFonts w:cs="B Mitra"/>
          <w:b/>
          <w:bCs/>
          <w:sz w:val="28"/>
          <w:szCs w:val="28"/>
        </w:rPr>
      </w:pPr>
      <w:r w:rsidRPr="0000691D">
        <w:rPr>
          <w:rFonts w:cs="B Mitra" w:hint="cs"/>
          <w:b/>
          <w:bCs/>
          <w:sz w:val="28"/>
          <w:szCs w:val="28"/>
          <w:rtl/>
        </w:rPr>
        <w:t xml:space="preserve">دکتر </w:t>
      </w:r>
      <w:r w:rsidRPr="0000691D">
        <w:rPr>
          <w:rFonts w:cs="B Mitra"/>
          <w:b/>
          <w:bCs/>
          <w:sz w:val="28"/>
          <w:szCs w:val="28"/>
          <w:rtl/>
        </w:rPr>
        <w:t>صلاح‌الد</w:t>
      </w:r>
      <w:r w:rsidRPr="0000691D">
        <w:rPr>
          <w:rFonts w:cs="B Mitra" w:hint="cs"/>
          <w:b/>
          <w:bCs/>
          <w:sz w:val="28"/>
          <w:szCs w:val="28"/>
          <w:rtl/>
        </w:rPr>
        <w:t>ی</w:t>
      </w:r>
      <w:r w:rsidRPr="0000691D">
        <w:rPr>
          <w:rFonts w:cs="B Mitra" w:hint="eastAsia"/>
          <w:b/>
          <w:bCs/>
          <w:sz w:val="28"/>
          <w:szCs w:val="28"/>
          <w:rtl/>
        </w:rPr>
        <w:t>ن</w:t>
      </w:r>
      <w:r w:rsidRPr="0000691D">
        <w:rPr>
          <w:rFonts w:cs="B Mitra" w:hint="cs"/>
          <w:b/>
          <w:bCs/>
          <w:sz w:val="28"/>
          <w:szCs w:val="28"/>
          <w:rtl/>
        </w:rPr>
        <w:t xml:space="preserve"> محمدی، معلم و مربی دانش‌آموزان با آسیب بینایی؛ </w:t>
      </w:r>
      <w:r w:rsidRPr="0000691D">
        <w:rPr>
          <w:rFonts w:cs="B Mitra" w:hint="eastAsia"/>
          <w:b/>
          <w:bCs/>
          <w:sz w:val="28"/>
          <w:szCs w:val="28"/>
          <w:rtl/>
        </w:rPr>
        <w:t>به</w:t>
      </w:r>
      <w:r w:rsidRPr="0000691D">
        <w:rPr>
          <w:rFonts w:cs="B Mitra"/>
          <w:b/>
          <w:bCs/>
          <w:sz w:val="28"/>
          <w:szCs w:val="28"/>
          <w:rtl/>
        </w:rPr>
        <w:t xml:space="preserve"> مناسبت </w:t>
      </w:r>
      <w:r w:rsidRPr="0000691D">
        <w:rPr>
          <w:rFonts w:cs="B Mitra"/>
          <w:b/>
          <w:bCs/>
          <w:sz w:val="28"/>
          <w:szCs w:val="28"/>
          <w:rtl/>
          <w:lang w:bidi="fa-IR"/>
        </w:rPr>
        <w:t>۲۳</w:t>
      </w:r>
      <w:r w:rsidRPr="0000691D">
        <w:rPr>
          <w:rFonts w:cs="B Mitra"/>
          <w:b/>
          <w:bCs/>
          <w:sz w:val="28"/>
          <w:szCs w:val="28"/>
          <w:rtl/>
        </w:rPr>
        <w:t xml:space="preserve"> مهر، روز جهان</w:t>
      </w:r>
      <w:r w:rsidRPr="0000691D">
        <w:rPr>
          <w:rFonts w:cs="B Mitra" w:hint="cs"/>
          <w:b/>
          <w:bCs/>
          <w:sz w:val="28"/>
          <w:szCs w:val="28"/>
          <w:rtl/>
        </w:rPr>
        <w:t>ی</w:t>
      </w:r>
      <w:r w:rsidRPr="0000691D">
        <w:rPr>
          <w:rFonts w:cs="B Mitra"/>
          <w:b/>
          <w:bCs/>
          <w:sz w:val="28"/>
          <w:szCs w:val="28"/>
          <w:rtl/>
        </w:rPr>
        <w:t xml:space="preserve"> عصا</w:t>
      </w:r>
      <w:r w:rsidRPr="0000691D">
        <w:rPr>
          <w:rFonts w:cs="B Mitra" w:hint="cs"/>
          <w:b/>
          <w:bCs/>
          <w:sz w:val="28"/>
          <w:szCs w:val="28"/>
          <w:rtl/>
        </w:rPr>
        <w:t>ی</w:t>
      </w:r>
      <w:r w:rsidRPr="0000691D">
        <w:rPr>
          <w:rFonts w:cs="B Mitra"/>
          <w:b/>
          <w:bCs/>
          <w:sz w:val="28"/>
          <w:szCs w:val="28"/>
          <w:rtl/>
        </w:rPr>
        <w:t xml:space="preserve"> سف</w:t>
      </w:r>
      <w:r w:rsidRPr="0000691D">
        <w:rPr>
          <w:rFonts w:cs="B Mitra" w:hint="cs"/>
          <w:b/>
          <w:bCs/>
          <w:sz w:val="28"/>
          <w:szCs w:val="28"/>
          <w:rtl/>
        </w:rPr>
        <w:t>ی</w:t>
      </w:r>
      <w:r w:rsidRPr="0000691D">
        <w:rPr>
          <w:rFonts w:cs="B Mitra" w:hint="eastAsia"/>
          <w:b/>
          <w:bCs/>
          <w:sz w:val="28"/>
          <w:szCs w:val="28"/>
          <w:rtl/>
        </w:rPr>
        <w:t>د</w:t>
      </w:r>
      <w:r w:rsidRPr="0000691D">
        <w:rPr>
          <w:rFonts w:cs="B Mitra"/>
          <w:b/>
          <w:bCs/>
          <w:sz w:val="28"/>
          <w:szCs w:val="28"/>
          <w:rtl/>
        </w:rPr>
        <w:t xml:space="preserve"> و ا</w:t>
      </w:r>
      <w:r w:rsidRPr="0000691D">
        <w:rPr>
          <w:rFonts w:cs="B Mitra" w:hint="cs"/>
          <w:b/>
          <w:bCs/>
          <w:sz w:val="28"/>
          <w:szCs w:val="28"/>
          <w:rtl/>
        </w:rPr>
        <w:t>ی</w:t>
      </w:r>
      <w:r w:rsidRPr="0000691D">
        <w:rPr>
          <w:rFonts w:cs="B Mitra" w:hint="eastAsia"/>
          <w:b/>
          <w:bCs/>
          <w:sz w:val="28"/>
          <w:szCs w:val="28"/>
          <w:rtl/>
        </w:rPr>
        <w:t>من</w:t>
      </w:r>
      <w:r w:rsidRPr="0000691D">
        <w:rPr>
          <w:rFonts w:cs="B Mitra" w:hint="cs"/>
          <w:b/>
          <w:bCs/>
          <w:sz w:val="28"/>
          <w:szCs w:val="28"/>
          <w:rtl/>
        </w:rPr>
        <w:t>ی</w:t>
      </w:r>
      <w:r w:rsidRPr="0000691D">
        <w:rPr>
          <w:rFonts w:cs="B Mitra"/>
          <w:b/>
          <w:bCs/>
          <w:sz w:val="28"/>
          <w:szCs w:val="28"/>
          <w:rtl/>
        </w:rPr>
        <w:t xml:space="preserve"> ناب</w:t>
      </w:r>
      <w:r w:rsidRPr="0000691D">
        <w:rPr>
          <w:rFonts w:cs="B Mitra" w:hint="cs"/>
          <w:b/>
          <w:bCs/>
          <w:sz w:val="28"/>
          <w:szCs w:val="28"/>
          <w:rtl/>
        </w:rPr>
        <w:t>ی</w:t>
      </w:r>
      <w:r w:rsidRPr="0000691D">
        <w:rPr>
          <w:rFonts w:cs="B Mitra" w:hint="eastAsia"/>
          <w:b/>
          <w:bCs/>
          <w:sz w:val="28"/>
          <w:szCs w:val="28"/>
          <w:rtl/>
        </w:rPr>
        <w:t>نا</w:t>
      </w:r>
      <w:r w:rsidRPr="0000691D">
        <w:rPr>
          <w:rFonts w:cs="B Mitra" w:hint="cs"/>
          <w:b/>
          <w:bCs/>
          <w:sz w:val="28"/>
          <w:szCs w:val="28"/>
          <w:rtl/>
        </w:rPr>
        <w:t>ی</w:t>
      </w:r>
      <w:r w:rsidRPr="0000691D">
        <w:rPr>
          <w:rFonts w:cs="B Mitra" w:hint="eastAsia"/>
          <w:b/>
          <w:bCs/>
          <w:sz w:val="28"/>
          <w:szCs w:val="28"/>
          <w:rtl/>
        </w:rPr>
        <w:t>ان</w:t>
      </w:r>
    </w:p>
    <w:p w:rsidR="000B3902" w:rsidRPr="0000691D" w:rsidRDefault="000B3902" w:rsidP="000B3902">
      <w:pPr>
        <w:bidi/>
        <w:spacing w:line="360" w:lineRule="auto"/>
        <w:jc w:val="center"/>
        <w:rPr>
          <w:rFonts w:cs="B Mitra"/>
          <w:b/>
          <w:bCs/>
          <w:sz w:val="28"/>
          <w:szCs w:val="28"/>
        </w:rPr>
      </w:pPr>
      <w:r>
        <w:rPr>
          <w:rFonts w:cs="B Mitra"/>
          <w:b/>
          <w:bCs/>
          <w:noProof/>
          <w:sz w:val="28"/>
          <w:szCs w:val="28"/>
        </w:rPr>
        <w:drawing>
          <wp:inline distT="0" distB="0" distL="0" distR="0">
            <wp:extent cx="1904167" cy="2000250"/>
            <wp:effectExtent l="152400" t="152400" r="363220" b="3619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نابینایی و امنیت.jpg"/>
                    <pic:cNvPicPr/>
                  </pic:nvPicPr>
                  <pic:blipFill>
                    <a:blip r:embed="rId12">
                      <a:extLst>
                        <a:ext uri="{28A0092B-C50C-407E-A947-70E740481C1C}">
                          <a14:useLocalDpi xmlns:a14="http://schemas.microsoft.com/office/drawing/2010/main" val="0"/>
                        </a:ext>
                      </a:extLst>
                    </a:blip>
                    <a:stretch>
                      <a:fillRect/>
                    </a:stretch>
                  </pic:blipFill>
                  <pic:spPr>
                    <a:xfrm>
                      <a:off x="0" y="0"/>
                      <a:ext cx="1912061" cy="2008542"/>
                    </a:xfrm>
                    <a:prstGeom prst="rect">
                      <a:avLst/>
                    </a:prstGeom>
                    <a:ln>
                      <a:noFill/>
                    </a:ln>
                    <a:effectLst>
                      <a:outerShdw blurRad="292100" dist="139700" dir="2700000" algn="tl" rotWithShape="0">
                        <a:srgbClr val="333333">
                          <a:alpha val="65000"/>
                        </a:srgbClr>
                      </a:outerShdw>
                    </a:effectLst>
                  </pic:spPr>
                </pic:pic>
              </a:graphicData>
            </a:graphic>
          </wp:inline>
        </w:drawing>
      </w:r>
    </w:p>
    <w:p w:rsidR="00A75B1C" w:rsidRPr="0000691D" w:rsidRDefault="00A75B1C" w:rsidP="0000691D">
      <w:pPr>
        <w:bidi/>
        <w:spacing w:line="360" w:lineRule="auto"/>
        <w:jc w:val="both"/>
        <w:rPr>
          <w:rFonts w:cs="B Mitra"/>
          <w:sz w:val="28"/>
          <w:szCs w:val="28"/>
        </w:rPr>
      </w:pPr>
      <w:r w:rsidRPr="0000691D">
        <w:rPr>
          <w:rFonts w:cs="B Mitra" w:hint="eastAsia"/>
          <w:sz w:val="28"/>
          <w:szCs w:val="28"/>
          <w:rtl/>
        </w:rPr>
        <w:lastRenderedPageBreak/>
        <w:t>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پ</w:t>
      </w:r>
      <w:r w:rsidRPr="0000691D">
        <w:rPr>
          <w:rFonts w:cs="B Mitra" w:hint="cs"/>
          <w:sz w:val="28"/>
          <w:szCs w:val="28"/>
          <w:rtl/>
        </w:rPr>
        <w:t>ی</w:t>
      </w:r>
      <w:r w:rsidRPr="0000691D">
        <w:rPr>
          <w:rFonts w:cs="B Mitra" w:hint="eastAsia"/>
          <w:sz w:val="28"/>
          <w:szCs w:val="28"/>
          <w:rtl/>
        </w:rPr>
        <w:t>ش</w:t>
      </w:r>
      <w:r w:rsidRPr="0000691D">
        <w:rPr>
          <w:rFonts w:cs="B Mitra"/>
          <w:sz w:val="28"/>
          <w:szCs w:val="28"/>
          <w:rtl/>
        </w:rPr>
        <w:t xml:space="preserve"> از آنکه نبود خطر باشد، حقِ داشتن مرز است</w:t>
      </w:r>
      <w:r w:rsidRPr="0000691D">
        <w:rPr>
          <w:rFonts w:cs="B Mitra" w:hint="cs"/>
          <w:sz w:val="28"/>
          <w:szCs w:val="28"/>
          <w:rtl/>
        </w:rPr>
        <w:t>؛</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فرد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حق اغلب نه با حمله، بلکه با کمک، با دلسوز</w:t>
      </w:r>
      <w:r w:rsidRPr="0000691D">
        <w:rPr>
          <w:rFonts w:cs="B Mitra" w:hint="cs"/>
          <w:sz w:val="28"/>
          <w:szCs w:val="28"/>
          <w:rtl/>
        </w:rPr>
        <w:t>ی</w:t>
      </w:r>
      <w:r w:rsidRPr="0000691D">
        <w:rPr>
          <w:rFonts w:cs="B Mitra" w:hint="eastAsia"/>
          <w:sz w:val="28"/>
          <w:szCs w:val="28"/>
          <w:rtl/>
        </w:rPr>
        <w:t>،</w:t>
      </w:r>
      <w:r w:rsidRPr="0000691D">
        <w:rPr>
          <w:rFonts w:cs="B Mitra"/>
          <w:sz w:val="28"/>
          <w:szCs w:val="28"/>
          <w:rtl/>
        </w:rPr>
        <w:t xml:space="preserve"> و با عادت نقض م</w:t>
      </w:r>
      <w:r w:rsidRPr="0000691D">
        <w:rPr>
          <w:rFonts w:cs="B Mitra" w:hint="cs"/>
          <w:sz w:val="28"/>
          <w:szCs w:val="28"/>
          <w:rtl/>
        </w:rPr>
        <w:t>ی‌</w:t>
      </w:r>
      <w:r w:rsidRPr="0000691D">
        <w:rPr>
          <w:rFonts w:cs="B Mitra" w:hint="eastAsia"/>
          <w:sz w:val="28"/>
          <w:szCs w:val="28"/>
          <w:rtl/>
        </w:rPr>
        <w:t>شود</w:t>
      </w:r>
      <w:r w:rsidRPr="0000691D">
        <w:rPr>
          <w:rFonts w:cs="B Mitra"/>
          <w:sz w:val="28"/>
          <w:szCs w:val="28"/>
          <w:rtl/>
        </w:rPr>
        <w:t>. در روز جهان</w:t>
      </w:r>
      <w:r w:rsidRPr="0000691D">
        <w:rPr>
          <w:rFonts w:cs="B Mitra" w:hint="cs"/>
          <w:sz w:val="28"/>
          <w:szCs w:val="28"/>
          <w:rtl/>
        </w:rPr>
        <w:t>ی</w:t>
      </w:r>
      <w:r w:rsidRPr="0000691D">
        <w:rPr>
          <w:rFonts w:cs="B Mitra"/>
          <w:sz w:val="28"/>
          <w:szCs w:val="28"/>
          <w:rtl/>
        </w:rPr>
        <w:t xml:space="preserve"> عصا</w:t>
      </w:r>
      <w:r w:rsidRPr="0000691D">
        <w:rPr>
          <w:rFonts w:cs="B Mitra" w:hint="cs"/>
          <w:sz w:val="28"/>
          <w:szCs w:val="28"/>
          <w:rtl/>
        </w:rPr>
        <w:t>ی</w:t>
      </w:r>
      <w:r w:rsidRPr="0000691D">
        <w:rPr>
          <w:rFonts w:cs="B Mitra"/>
          <w:sz w:val="28"/>
          <w:szCs w:val="28"/>
          <w:rtl/>
        </w:rPr>
        <w:t xml:space="preserve"> سف</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که نماد استقلال و ا</w:t>
      </w:r>
      <w:r w:rsidRPr="0000691D">
        <w:rPr>
          <w:rFonts w:cs="B Mitra" w:hint="cs"/>
          <w:sz w:val="28"/>
          <w:szCs w:val="28"/>
          <w:rtl/>
        </w:rPr>
        <w:t>ی</w:t>
      </w:r>
      <w:r w:rsidRPr="0000691D">
        <w:rPr>
          <w:rFonts w:cs="B Mitra" w:hint="eastAsia"/>
          <w:sz w:val="28"/>
          <w:szCs w:val="28"/>
          <w:rtl/>
        </w:rPr>
        <w:t>من</w:t>
      </w:r>
      <w:r w:rsidRPr="0000691D">
        <w:rPr>
          <w:rFonts w:cs="B Mitra" w:hint="cs"/>
          <w:sz w:val="28"/>
          <w:szCs w:val="28"/>
          <w:rtl/>
        </w:rPr>
        <w:t>ی</w:t>
      </w:r>
      <w:r w:rsidRPr="0000691D">
        <w:rPr>
          <w:rFonts w:cs="B Mitra"/>
          <w:sz w:val="28"/>
          <w:szCs w:val="28"/>
          <w:rtl/>
        </w:rPr>
        <w:t xml:space="preserve"> ناب</w:t>
      </w:r>
      <w:r w:rsidRPr="0000691D">
        <w:rPr>
          <w:rFonts w:cs="B Mitra" w:hint="cs"/>
          <w:sz w:val="28"/>
          <w:szCs w:val="28"/>
          <w:rtl/>
        </w:rPr>
        <w:t>ی</w:t>
      </w:r>
      <w:r w:rsidRPr="0000691D">
        <w:rPr>
          <w:rFonts w:cs="B Mitra" w:hint="eastAsia"/>
          <w:sz w:val="28"/>
          <w:szCs w:val="28"/>
          <w:rtl/>
        </w:rPr>
        <w:t>نا</w:t>
      </w:r>
      <w:r w:rsidRPr="0000691D">
        <w:rPr>
          <w:rFonts w:cs="B Mitra" w:hint="cs"/>
          <w:sz w:val="28"/>
          <w:szCs w:val="28"/>
          <w:rtl/>
        </w:rPr>
        <w:t>ی</w:t>
      </w:r>
      <w:r w:rsidRPr="0000691D">
        <w:rPr>
          <w:rFonts w:cs="B Mitra" w:hint="eastAsia"/>
          <w:sz w:val="28"/>
          <w:szCs w:val="28"/>
          <w:rtl/>
        </w:rPr>
        <w:t>ان</w:t>
      </w:r>
      <w:r w:rsidRPr="0000691D">
        <w:rPr>
          <w:rFonts w:cs="B Mitra"/>
          <w:sz w:val="28"/>
          <w:szCs w:val="28"/>
          <w:rtl/>
        </w:rPr>
        <w:t xml:space="preserve"> است، شا</w:t>
      </w:r>
      <w:r w:rsidRPr="0000691D">
        <w:rPr>
          <w:rFonts w:cs="B Mitra" w:hint="cs"/>
          <w:sz w:val="28"/>
          <w:szCs w:val="28"/>
          <w:rtl/>
        </w:rPr>
        <w:t>ی</w:t>
      </w:r>
      <w:r w:rsidRPr="0000691D">
        <w:rPr>
          <w:rFonts w:cs="B Mitra" w:hint="eastAsia"/>
          <w:sz w:val="28"/>
          <w:szCs w:val="28"/>
          <w:rtl/>
        </w:rPr>
        <w:t>سته</w:t>
      </w:r>
      <w:r w:rsidRPr="0000691D">
        <w:rPr>
          <w:rFonts w:cs="B Mitra"/>
          <w:sz w:val="28"/>
          <w:szCs w:val="28"/>
          <w:rtl/>
        </w:rPr>
        <w:t xml:space="preserve"> است بپرس</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فرد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چه معنا</w:t>
      </w:r>
      <w:r w:rsidRPr="0000691D">
        <w:rPr>
          <w:rFonts w:cs="B Mitra" w:hint="cs"/>
          <w:sz w:val="28"/>
          <w:szCs w:val="28"/>
          <w:rtl/>
        </w:rPr>
        <w:t>یی</w:t>
      </w:r>
      <w:r w:rsidRPr="0000691D">
        <w:rPr>
          <w:rFonts w:cs="B Mitra"/>
          <w:sz w:val="28"/>
          <w:szCs w:val="28"/>
          <w:rtl/>
        </w:rPr>
        <w:t xml:space="preserve"> دا</w:t>
      </w:r>
      <w:r w:rsidRPr="0000691D">
        <w:rPr>
          <w:rFonts w:cs="B Mitra" w:hint="eastAsia"/>
          <w:sz w:val="28"/>
          <w:szCs w:val="28"/>
          <w:rtl/>
        </w:rPr>
        <w:t>رد،</w:t>
      </w:r>
      <w:r w:rsidRPr="0000691D">
        <w:rPr>
          <w:rFonts w:cs="B Mitra"/>
          <w:sz w:val="28"/>
          <w:szCs w:val="28"/>
          <w:rtl/>
        </w:rPr>
        <w:t xml:space="preserve"> در چه لا</w:t>
      </w:r>
      <w:r w:rsidRPr="0000691D">
        <w:rPr>
          <w:rFonts w:cs="B Mitra" w:hint="cs"/>
          <w:sz w:val="28"/>
          <w:szCs w:val="28"/>
          <w:rtl/>
        </w:rPr>
        <w:t>ی</w:t>
      </w:r>
      <w:r w:rsidRPr="0000691D">
        <w:rPr>
          <w:rFonts w:cs="B Mitra" w:hint="eastAsia"/>
          <w:sz w:val="28"/>
          <w:szCs w:val="28"/>
          <w:rtl/>
        </w:rPr>
        <w:t>ه‌ها</w:t>
      </w:r>
      <w:r w:rsidRPr="0000691D">
        <w:rPr>
          <w:rFonts w:cs="B Mitra" w:hint="cs"/>
          <w:sz w:val="28"/>
          <w:szCs w:val="28"/>
          <w:rtl/>
        </w:rPr>
        <w:t>یی</w:t>
      </w:r>
      <w:r w:rsidRPr="0000691D">
        <w:rPr>
          <w:rFonts w:cs="B Mitra"/>
          <w:sz w:val="28"/>
          <w:szCs w:val="28"/>
          <w:rtl/>
        </w:rPr>
        <w:t xml:space="preserve"> شکل م</w:t>
      </w:r>
      <w:r w:rsidRPr="0000691D">
        <w:rPr>
          <w:rFonts w:cs="B Mitra" w:hint="cs"/>
          <w:sz w:val="28"/>
          <w:szCs w:val="28"/>
          <w:rtl/>
        </w:rPr>
        <w:t>ی‌</w:t>
      </w:r>
      <w:r w:rsidRPr="0000691D">
        <w:rPr>
          <w:rFonts w:cs="B Mitra" w:hint="eastAsia"/>
          <w:sz w:val="28"/>
          <w:szCs w:val="28"/>
          <w:rtl/>
        </w:rPr>
        <w:t>گ</w:t>
      </w:r>
      <w:r w:rsidRPr="0000691D">
        <w:rPr>
          <w:rFonts w:cs="B Mitra" w:hint="cs"/>
          <w:sz w:val="28"/>
          <w:szCs w:val="28"/>
          <w:rtl/>
        </w:rPr>
        <w:t>ی</w:t>
      </w:r>
      <w:r w:rsidRPr="0000691D">
        <w:rPr>
          <w:rFonts w:cs="B Mitra" w:hint="eastAsia"/>
          <w:sz w:val="28"/>
          <w:szCs w:val="28"/>
          <w:rtl/>
        </w:rPr>
        <w:t>رد،</w:t>
      </w:r>
      <w:r w:rsidRPr="0000691D">
        <w:rPr>
          <w:rFonts w:cs="B Mitra"/>
          <w:sz w:val="28"/>
          <w:szCs w:val="28"/>
          <w:rtl/>
        </w:rPr>
        <w:t xml:space="preserve"> و کدام مرزها را با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به رسم</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شناخت؟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جستار م</w:t>
      </w:r>
      <w:r w:rsidRPr="0000691D">
        <w:rPr>
          <w:rFonts w:cs="B Mitra" w:hint="cs"/>
          <w:sz w:val="28"/>
          <w:szCs w:val="28"/>
          <w:rtl/>
        </w:rPr>
        <w:t>ی‌</w:t>
      </w:r>
      <w:r w:rsidRPr="0000691D">
        <w:rPr>
          <w:rFonts w:cs="B Mitra" w:hint="eastAsia"/>
          <w:sz w:val="28"/>
          <w:szCs w:val="28"/>
          <w:rtl/>
        </w:rPr>
        <w:t>کوشد</w:t>
      </w:r>
      <w:r w:rsidRPr="0000691D">
        <w:rPr>
          <w:rFonts w:cs="B Mitra"/>
          <w:sz w:val="28"/>
          <w:szCs w:val="28"/>
          <w:rtl/>
        </w:rPr>
        <w:t xml:space="preserve"> تا نسبت م</w:t>
      </w:r>
      <w:r w:rsidRPr="0000691D">
        <w:rPr>
          <w:rFonts w:cs="B Mitra" w:hint="cs"/>
          <w:sz w:val="28"/>
          <w:szCs w:val="28"/>
          <w:rtl/>
        </w:rPr>
        <w:t>ی</w:t>
      </w:r>
      <w:r w:rsidRPr="0000691D">
        <w:rPr>
          <w:rFonts w:cs="B Mitra" w:hint="eastAsia"/>
          <w:sz w:val="28"/>
          <w:szCs w:val="28"/>
          <w:rtl/>
        </w:rPr>
        <w:t>ان</w:t>
      </w:r>
      <w:r w:rsidRPr="0000691D">
        <w:rPr>
          <w:rFonts w:cs="B Mitra"/>
          <w:sz w:val="28"/>
          <w:szCs w:val="28"/>
          <w:rtl/>
        </w:rPr>
        <w:t xml:space="preserve"> ناب</w:t>
      </w:r>
      <w:r w:rsidRPr="0000691D">
        <w:rPr>
          <w:rFonts w:cs="B Mitra" w:hint="cs"/>
          <w:sz w:val="28"/>
          <w:szCs w:val="28"/>
          <w:rtl/>
        </w:rPr>
        <w:t>ی</w:t>
      </w:r>
      <w:r w:rsidRPr="0000691D">
        <w:rPr>
          <w:rFonts w:cs="B Mitra" w:hint="eastAsia"/>
          <w:sz w:val="28"/>
          <w:szCs w:val="28"/>
          <w:rtl/>
        </w:rPr>
        <w:t>نا</w:t>
      </w:r>
      <w:r w:rsidRPr="0000691D">
        <w:rPr>
          <w:rFonts w:cs="B Mitra" w:hint="cs"/>
          <w:sz w:val="28"/>
          <w:szCs w:val="28"/>
          <w:rtl/>
        </w:rPr>
        <w:t>یی</w:t>
      </w:r>
      <w:r w:rsidRPr="0000691D">
        <w:rPr>
          <w:rFonts w:cs="B Mitra"/>
          <w:sz w:val="28"/>
          <w:szCs w:val="28"/>
          <w:rtl/>
        </w:rPr>
        <w:t xml:space="preserve"> و 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را بکاود و به طور و</w:t>
      </w:r>
      <w:r w:rsidRPr="0000691D">
        <w:rPr>
          <w:rFonts w:cs="B Mitra" w:hint="cs"/>
          <w:sz w:val="28"/>
          <w:szCs w:val="28"/>
          <w:rtl/>
        </w:rPr>
        <w:t>ی</w:t>
      </w:r>
      <w:r w:rsidRPr="0000691D">
        <w:rPr>
          <w:rFonts w:cs="B Mitra" w:hint="eastAsia"/>
          <w:sz w:val="28"/>
          <w:szCs w:val="28"/>
          <w:rtl/>
        </w:rPr>
        <w:t>ژه</w:t>
      </w:r>
      <w:r w:rsidRPr="0000691D">
        <w:rPr>
          <w:rFonts w:cs="B Mitra"/>
          <w:sz w:val="28"/>
          <w:szCs w:val="28"/>
          <w:rtl/>
        </w:rPr>
        <w:t xml:space="preserve"> بر حر</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شخص</w:t>
      </w:r>
      <w:r w:rsidRPr="0000691D">
        <w:rPr>
          <w:rFonts w:cs="B Mitra" w:hint="cs"/>
          <w:sz w:val="28"/>
          <w:szCs w:val="28"/>
          <w:rtl/>
        </w:rPr>
        <w:t>ی</w:t>
      </w:r>
      <w:r w:rsidRPr="0000691D">
        <w:rPr>
          <w:rFonts w:cs="B Mitra"/>
          <w:sz w:val="28"/>
          <w:szCs w:val="28"/>
          <w:rtl/>
        </w:rPr>
        <w:t xml:space="preserve"> و حوزه‌ها</w:t>
      </w:r>
      <w:r w:rsidRPr="0000691D">
        <w:rPr>
          <w:rFonts w:cs="B Mitra" w:hint="cs"/>
          <w:sz w:val="28"/>
          <w:szCs w:val="28"/>
          <w:rtl/>
        </w:rPr>
        <w:t>ی</w:t>
      </w:r>
      <w:r w:rsidRPr="0000691D">
        <w:rPr>
          <w:rFonts w:cs="B Mitra"/>
          <w:sz w:val="28"/>
          <w:szCs w:val="28"/>
          <w:rtl/>
        </w:rPr>
        <w:t xml:space="preserve"> آن تمرکز کند</w:t>
      </w:r>
      <w:r w:rsidRPr="0000691D">
        <w:rPr>
          <w:rFonts w:cs="B Mitra"/>
          <w:sz w:val="28"/>
          <w:szCs w:val="28"/>
        </w:rPr>
        <w:t>.</w:t>
      </w:r>
    </w:p>
    <w:p w:rsidR="00A75B1C" w:rsidRPr="00DE310A" w:rsidRDefault="00A75B1C" w:rsidP="00DE310A">
      <w:pPr>
        <w:pStyle w:val="Heading3"/>
        <w:bidi/>
        <w:rPr>
          <w:rFonts w:cs="B Mitra"/>
          <w:color w:val="70AD47" w:themeColor="accent6"/>
          <w:sz w:val="28"/>
          <w:szCs w:val="28"/>
        </w:rPr>
      </w:pPr>
      <w:bookmarkStart w:id="26" w:name="_Toc243400533"/>
      <w:r w:rsidRPr="00DE310A">
        <w:rPr>
          <w:rFonts w:cs="B Mitra" w:hint="eastAsia"/>
          <w:color w:val="70AD47" w:themeColor="accent6"/>
          <w:sz w:val="28"/>
          <w:szCs w:val="28"/>
          <w:rtl/>
        </w:rPr>
        <w:t>انواع</w:t>
      </w:r>
      <w:r w:rsidRPr="00DE310A">
        <w:rPr>
          <w:rFonts w:cs="B Mitra"/>
          <w:color w:val="70AD47" w:themeColor="accent6"/>
          <w:sz w:val="28"/>
          <w:szCs w:val="28"/>
          <w:rtl/>
        </w:rPr>
        <w:t xml:space="preserve"> امن</w:t>
      </w:r>
      <w:r w:rsidRPr="00DE310A">
        <w:rPr>
          <w:rFonts w:cs="B Mitra" w:hint="cs"/>
          <w:color w:val="70AD47" w:themeColor="accent6"/>
          <w:sz w:val="28"/>
          <w:szCs w:val="28"/>
          <w:rtl/>
        </w:rPr>
        <w:t>ی</w:t>
      </w:r>
      <w:r w:rsidRPr="00DE310A">
        <w:rPr>
          <w:rFonts w:cs="B Mitra" w:hint="eastAsia"/>
          <w:color w:val="70AD47" w:themeColor="accent6"/>
          <w:sz w:val="28"/>
          <w:szCs w:val="28"/>
          <w:rtl/>
        </w:rPr>
        <w:t>ت</w:t>
      </w:r>
      <w:bookmarkEnd w:id="26"/>
    </w:p>
    <w:p w:rsidR="00A75B1C" w:rsidRPr="0000691D" w:rsidRDefault="00A75B1C" w:rsidP="0000691D">
      <w:pPr>
        <w:bidi/>
        <w:spacing w:line="360" w:lineRule="auto"/>
        <w:jc w:val="both"/>
        <w:rPr>
          <w:rFonts w:cs="B Mitra"/>
          <w:sz w:val="28"/>
          <w:szCs w:val="28"/>
        </w:rPr>
      </w:pPr>
      <w:r w:rsidRPr="0000691D">
        <w:rPr>
          <w:rFonts w:cs="B Mitra" w:hint="eastAsia"/>
          <w:sz w:val="28"/>
          <w:szCs w:val="28"/>
          <w:rtl/>
        </w:rPr>
        <w:t>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پد</w:t>
      </w:r>
      <w:r w:rsidRPr="0000691D">
        <w:rPr>
          <w:rFonts w:cs="B Mitra" w:hint="cs"/>
          <w:sz w:val="28"/>
          <w:szCs w:val="28"/>
          <w:rtl/>
        </w:rPr>
        <w:t>ی</w:t>
      </w:r>
      <w:r w:rsidRPr="0000691D">
        <w:rPr>
          <w:rFonts w:cs="B Mitra" w:hint="eastAsia"/>
          <w:sz w:val="28"/>
          <w:szCs w:val="28"/>
          <w:rtl/>
        </w:rPr>
        <w:t>ده‌ا</w:t>
      </w:r>
      <w:r w:rsidRPr="0000691D">
        <w:rPr>
          <w:rFonts w:cs="B Mitra" w:hint="cs"/>
          <w:sz w:val="28"/>
          <w:szCs w:val="28"/>
          <w:rtl/>
        </w:rPr>
        <w:t>ی</w:t>
      </w:r>
      <w:r w:rsidRPr="0000691D">
        <w:rPr>
          <w:rFonts w:cs="B Mitra"/>
          <w:sz w:val="28"/>
          <w:szCs w:val="28"/>
          <w:rtl/>
        </w:rPr>
        <w:t xml:space="preserve"> چند</w:t>
      </w:r>
      <w:r w:rsidRPr="0000691D">
        <w:rPr>
          <w:rFonts w:cs="B Mitra" w:hint="cs"/>
          <w:sz w:val="28"/>
          <w:szCs w:val="28"/>
          <w:rtl/>
        </w:rPr>
        <w:t>‌</w:t>
      </w:r>
      <w:r w:rsidRPr="0000691D">
        <w:rPr>
          <w:rFonts w:cs="B Mitra"/>
          <w:sz w:val="28"/>
          <w:szCs w:val="28"/>
          <w:rtl/>
        </w:rPr>
        <w:t>لا</w:t>
      </w:r>
      <w:r w:rsidRPr="0000691D">
        <w:rPr>
          <w:rFonts w:cs="B Mitra" w:hint="cs"/>
          <w:sz w:val="28"/>
          <w:szCs w:val="28"/>
          <w:rtl/>
        </w:rPr>
        <w:t>ی</w:t>
      </w:r>
      <w:r w:rsidRPr="0000691D">
        <w:rPr>
          <w:rFonts w:cs="B Mitra" w:hint="eastAsia"/>
          <w:sz w:val="28"/>
          <w:szCs w:val="28"/>
          <w:rtl/>
        </w:rPr>
        <w:t>ه</w:t>
      </w:r>
      <w:r w:rsidRPr="0000691D">
        <w:rPr>
          <w:rFonts w:cs="B Mitra"/>
          <w:sz w:val="28"/>
          <w:szCs w:val="28"/>
          <w:rtl/>
        </w:rPr>
        <w:t xml:space="preserve"> است. 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جسم</w:t>
      </w:r>
      <w:r w:rsidRPr="0000691D">
        <w:rPr>
          <w:rFonts w:cs="B Mitra" w:hint="cs"/>
          <w:sz w:val="28"/>
          <w:szCs w:val="28"/>
          <w:rtl/>
        </w:rPr>
        <w:t>ی،</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عن</w:t>
      </w:r>
      <w:r w:rsidRPr="0000691D">
        <w:rPr>
          <w:rFonts w:cs="B Mitra" w:hint="cs"/>
          <w:sz w:val="28"/>
          <w:szCs w:val="28"/>
          <w:rtl/>
        </w:rPr>
        <w:t>ی</w:t>
      </w:r>
      <w:r w:rsidRPr="0000691D">
        <w:rPr>
          <w:rFonts w:cs="B Mitra"/>
          <w:sz w:val="28"/>
          <w:szCs w:val="28"/>
          <w:rtl/>
        </w:rPr>
        <w:t xml:space="preserve"> مصون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بدن از آس</w:t>
      </w:r>
      <w:r w:rsidRPr="0000691D">
        <w:rPr>
          <w:rFonts w:cs="B Mitra" w:hint="cs"/>
          <w:sz w:val="28"/>
          <w:szCs w:val="28"/>
          <w:rtl/>
        </w:rPr>
        <w:t>ی</w:t>
      </w:r>
      <w:r w:rsidRPr="0000691D">
        <w:rPr>
          <w:rFonts w:cs="B Mitra" w:hint="eastAsia"/>
          <w:sz w:val="28"/>
          <w:szCs w:val="28"/>
          <w:rtl/>
        </w:rPr>
        <w:t>ب</w:t>
      </w:r>
      <w:r w:rsidRPr="0000691D">
        <w:rPr>
          <w:rFonts w:cs="B Mitra"/>
          <w:sz w:val="28"/>
          <w:szCs w:val="28"/>
          <w:rtl/>
        </w:rPr>
        <w:t xml:space="preserve"> و توانا</w:t>
      </w:r>
      <w:r w:rsidRPr="0000691D">
        <w:rPr>
          <w:rFonts w:cs="B Mitra" w:hint="cs"/>
          <w:sz w:val="28"/>
          <w:szCs w:val="28"/>
          <w:rtl/>
        </w:rPr>
        <w:t>یی</w:t>
      </w:r>
      <w:r w:rsidRPr="0000691D">
        <w:rPr>
          <w:rFonts w:cs="B Mitra"/>
          <w:sz w:val="28"/>
          <w:szCs w:val="28"/>
          <w:rtl/>
        </w:rPr>
        <w:t xml:space="preserve"> حرکت بدون ترس؛ 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روان</w:t>
      </w:r>
      <w:r w:rsidRPr="0000691D">
        <w:rPr>
          <w:rFonts w:cs="B Mitra" w:hint="cs"/>
          <w:sz w:val="28"/>
          <w:szCs w:val="28"/>
          <w:rtl/>
        </w:rPr>
        <w:t>ی،</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عن</w:t>
      </w:r>
      <w:r w:rsidRPr="0000691D">
        <w:rPr>
          <w:rFonts w:cs="B Mitra" w:hint="cs"/>
          <w:sz w:val="28"/>
          <w:szCs w:val="28"/>
          <w:rtl/>
        </w:rPr>
        <w:t>ی</w:t>
      </w:r>
      <w:r w:rsidRPr="0000691D">
        <w:rPr>
          <w:rFonts w:cs="B Mitra"/>
          <w:sz w:val="28"/>
          <w:szCs w:val="28"/>
          <w:rtl/>
        </w:rPr>
        <w:t xml:space="preserve"> احساس ارزشمند</w:t>
      </w:r>
      <w:r w:rsidRPr="0000691D">
        <w:rPr>
          <w:rFonts w:cs="B Mitra" w:hint="cs"/>
          <w:sz w:val="28"/>
          <w:szCs w:val="28"/>
          <w:rtl/>
        </w:rPr>
        <w:t>ی</w:t>
      </w:r>
      <w:r w:rsidRPr="0000691D">
        <w:rPr>
          <w:rFonts w:cs="B Mitra"/>
          <w:sz w:val="28"/>
          <w:szCs w:val="28"/>
          <w:rtl/>
        </w:rPr>
        <w:t xml:space="preserve"> و نبود ترس مزمن از قضاوت</w:t>
      </w:r>
      <w:r w:rsidRPr="0000691D">
        <w:rPr>
          <w:rFonts w:cs="B Mitra" w:hint="cs"/>
          <w:sz w:val="28"/>
          <w:szCs w:val="28"/>
          <w:rtl/>
        </w:rPr>
        <w:t>؛</w:t>
      </w:r>
      <w:r w:rsidRPr="0000691D">
        <w:rPr>
          <w:rFonts w:cs="B Mitra"/>
          <w:sz w:val="28"/>
          <w:szCs w:val="28"/>
          <w:rtl/>
        </w:rPr>
        <w:t xml:space="preserve"> 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اجتماع</w:t>
      </w:r>
      <w:r w:rsidRPr="0000691D">
        <w:rPr>
          <w:rFonts w:cs="B Mitra" w:hint="cs"/>
          <w:sz w:val="28"/>
          <w:szCs w:val="28"/>
          <w:rtl/>
        </w:rPr>
        <w:t>ی،</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عن</w:t>
      </w:r>
      <w:r w:rsidRPr="0000691D">
        <w:rPr>
          <w:rFonts w:cs="B Mitra" w:hint="cs"/>
          <w:sz w:val="28"/>
          <w:szCs w:val="28"/>
          <w:rtl/>
        </w:rPr>
        <w:t>ی</w:t>
      </w:r>
      <w:r w:rsidRPr="0000691D">
        <w:rPr>
          <w:rFonts w:cs="B Mitra"/>
          <w:sz w:val="28"/>
          <w:szCs w:val="28"/>
          <w:rtl/>
        </w:rPr>
        <w:t xml:space="preserve"> پذ</w:t>
      </w:r>
      <w:r w:rsidRPr="0000691D">
        <w:rPr>
          <w:rFonts w:cs="B Mitra" w:hint="cs"/>
          <w:sz w:val="28"/>
          <w:szCs w:val="28"/>
          <w:rtl/>
        </w:rPr>
        <w:t>ی</w:t>
      </w:r>
      <w:r w:rsidRPr="0000691D">
        <w:rPr>
          <w:rFonts w:cs="B Mitra" w:hint="eastAsia"/>
          <w:sz w:val="28"/>
          <w:szCs w:val="28"/>
          <w:rtl/>
        </w:rPr>
        <w:t>رفته</w:t>
      </w:r>
      <w:r w:rsidRPr="0000691D">
        <w:rPr>
          <w:rFonts w:cs="B Mitra"/>
          <w:sz w:val="28"/>
          <w:szCs w:val="28"/>
          <w:rtl/>
        </w:rPr>
        <w:t xml:space="preserve"> شدن و امکان مشارکت صرف‌نظر</w:t>
      </w:r>
      <w:r w:rsidRPr="0000691D">
        <w:rPr>
          <w:rFonts w:cs="B Mitra" w:hint="cs"/>
          <w:sz w:val="28"/>
          <w:szCs w:val="28"/>
          <w:rtl/>
        </w:rPr>
        <w:t xml:space="preserve"> از هر گونه تفاوت؛ </w:t>
      </w:r>
      <w:r w:rsidRPr="0000691D">
        <w:rPr>
          <w:rFonts w:cs="B Mitra"/>
          <w:sz w:val="28"/>
          <w:szCs w:val="28"/>
          <w:rtl/>
        </w:rPr>
        <w:t>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د</w:t>
      </w:r>
      <w:r w:rsidRPr="0000691D">
        <w:rPr>
          <w:rFonts w:cs="B Mitra" w:hint="cs"/>
          <w:sz w:val="28"/>
          <w:szCs w:val="28"/>
          <w:rtl/>
        </w:rPr>
        <w:t>ی</w:t>
      </w:r>
      <w:r w:rsidRPr="0000691D">
        <w:rPr>
          <w:rFonts w:cs="B Mitra" w:hint="eastAsia"/>
          <w:sz w:val="28"/>
          <w:szCs w:val="28"/>
          <w:rtl/>
        </w:rPr>
        <w:t>ج</w:t>
      </w:r>
      <w:r w:rsidRPr="0000691D">
        <w:rPr>
          <w:rFonts w:cs="B Mitra" w:hint="cs"/>
          <w:sz w:val="28"/>
          <w:szCs w:val="28"/>
          <w:rtl/>
        </w:rPr>
        <w:t>ی</w:t>
      </w:r>
      <w:r w:rsidRPr="0000691D">
        <w:rPr>
          <w:rFonts w:cs="B Mitra" w:hint="eastAsia"/>
          <w:sz w:val="28"/>
          <w:szCs w:val="28"/>
          <w:rtl/>
        </w:rPr>
        <w:t>تال</w:t>
      </w:r>
      <w:r w:rsidRPr="0000691D">
        <w:rPr>
          <w:rFonts w:cs="B Mitra" w:hint="cs"/>
          <w:sz w:val="28"/>
          <w:szCs w:val="28"/>
          <w:rtl/>
        </w:rPr>
        <w:t>،</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عن</w:t>
      </w:r>
      <w:r w:rsidRPr="0000691D">
        <w:rPr>
          <w:rFonts w:cs="B Mitra" w:hint="cs"/>
          <w:sz w:val="28"/>
          <w:szCs w:val="28"/>
          <w:rtl/>
        </w:rPr>
        <w:t>ی</w:t>
      </w:r>
      <w:r w:rsidRPr="0000691D">
        <w:rPr>
          <w:rFonts w:cs="B Mitra"/>
          <w:sz w:val="28"/>
          <w:szCs w:val="28"/>
          <w:rtl/>
        </w:rPr>
        <w:t xml:space="preserve"> حر</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داده‌ها و کنترل ابزار شخص</w:t>
      </w:r>
      <w:r w:rsidRPr="0000691D">
        <w:rPr>
          <w:rFonts w:cs="B Mitra" w:hint="cs"/>
          <w:sz w:val="28"/>
          <w:szCs w:val="28"/>
          <w:rtl/>
        </w:rPr>
        <w:t>ی؛</w:t>
      </w:r>
      <w:r w:rsidRPr="0000691D">
        <w:rPr>
          <w:rFonts w:cs="B Mitra"/>
          <w:sz w:val="28"/>
          <w:szCs w:val="28"/>
          <w:rtl/>
        </w:rPr>
        <w:t xml:space="preserve"> ا</w:t>
      </w:r>
      <w:r w:rsidRPr="0000691D">
        <w:rPr>
          <w:rFonts w:cs="B Mitra" w:hint="eastAsia"/>
          <w:sz w:val="28"/>
          <w:szCs w:val="28"/>
          <w:rtl/>
        </w:rPr>
        <w:t>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اقتصاد</w:t>
      </w:r>
      <w:r w:rsidRPr="0000691D">
        <w:rPr>
          <w:rFonts w:cs="B Mitra" w:hint="cs"/>
          <w:sz w:val="28"/>
          <w:szCs w:val="28"/>
          <w:rtl/>
        </w:rPr>
        <w:t>ی،</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عن</w:t>
      </w:r>
      <w:r w:rsidRPr="0000691D">
        <w:rPr>
          <w:rFonts w:cs="B Mitra" w:hint="cs"/>
          <w:sz w:val="28"/>
          <w:szCs w:val="28"/>
          <w:rtl/>
        </w:rPr>
        <w:t>ی</w:t>
      </w:r>
      <w:r w:rsidRPr="0000691D">
        <w:rPr>
          <w:rFonts w:cs="B Mitra"/>
          <w:sz w:val="28"/>
          <w:szCs w:val="28"/>
          <w:rtl/>
        </w:rPr>
        <w:t xml:space="preserve"> استقلال مال</w:t>
      </w:r>
      <w:r w:rsidRPr="0000691D">
        <w:rPr>
          <w:rFonts w:cs="B Mitra" w:hint="cs"/>
          <w:sz w:val="28"/>
          <w:szCs w:val="28"/>
          <w:rtl/>
        </w:rPr>
        <w:t>ی</w:t>
      </w:r>
      <w:r w:rsidRPr="0000691D">
        <w:rPr>
          <w:rFonts w:cs="B Mitra"/>
          <w:sz w:val="28"/>
          <w:szCs w:val="28"/>
          <w:rtl/>
        </w:rPr>
        <w:t xml:space="preserve"> و پوشش هز</w:t>
      </w:r>
      <w:r w:rsidRPr="0000691D">
        <w:rPr>
          <w:rFonts w:cs="B Mitra" w:hint="cs"/>
          <w:sz w:val="28"/>
          <w:szCs w:val="28"/>
          <w:rtl/>
        </w:rPr>
        <w:t>ی</w:t>
      </w:r>
      <w:r w:rsidRPr="0000691D">
        <w:rPr>
          <w:rFonts w:cs="B Mitra" w:hint="eastAsia"/>
          <w:sz w:val="28"/>
          <w:szCs w:val="28"/>
          <w:rtl/>
        </w:rPr>
        <w:t>نه‌ها</w:t>
      </w:r>
      <w:r w:rsidRPr="0000691D">
        <w:rPr>
          <w:rFonts w:cs="B Mitra" w:hint="cs"/>
          <w:sz w:val="28"/>
          <w:szCs w:val="28"/>
          <w:rtl/>
        </w:rPr>
        <w:t>ی</w:t>
      </w:r>
      <w:r w:rsidRPr="0000691D">
        <w:rPr>
          <w:rFonts w:cs="B Mitra"/>
          <w:sz w:val="28"/>
          <w:szCs w:val="28"/>
          <w:rtl/>
        </w:rPr>
        <w:t xml:space="preserve"> فناور</w:t>
      </w:r>
      <w:r w:rsidRPr="0000691D">
        <w:rPr>
          <w:rFonts w:cs="B Mitra" w:hint="cs"/>
          <w:sz w:val="28"/>
          <w:szCs w:val="28"/>
          <w:rtl/>
        </w:rPr>
        <w:t>ی</w:t>
      </w:r>
      <w:r w:rsidRPr="0000691D">
        <w:rPr>
          <w:rFonts w:cs="B Mitra"/>
          <w:sz w:val="28"/>
          <w:szCs w:val="28"/>
          <w:rtl/>
        </w:rPr>
        <w:t xml:space="preserve"> کمک</w:t>
      </w:r>
      <w:r w:rsidRPr="0000691D">
        <w:rPr>
          <w:rFonts w:cs="B Mitra" w:hint="cs"/>
          <w:sz w:val="28"/>
          <w:szCs w:val="28"/>
          <w:rtl/>
        </w:rPr>
        <w:t>ی؛</w:t>
      </w:r>
      <w:r w:rsidRPr="0000691D">
        <w:rPr>
          <w:rFonts w:cs="B Mitra"/>
          <w:sz w:val="28"/>
          <w:szCs w:val="28"/>
          <w:rtl/>
        </w:rPr>
        <w:t xml:space="preserve"> 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معرفت</w:t>
      </w:r>
      <w:r w:rsidRPr="0000691D">
        <w:rPr>
          <w:rFonts w:cs="B Mitra" w:hint="cs"/>
          <w:sz w:val="28"/>
          <w:szCs w:val="28"/>
          <w:rtl/>
        </w:rPr>
        <w:t>ی،</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عن</w:t>
      </w:r>
      <w:r w:rsidRPr="0000691D">
        <w:rPr>
          <w:rFonts w:cs="B Mitra" w:hint="cs"/>
          <w:sz w:val="28"/>
          <w:szCs w:val="28"/>
          <w:rtl/>
        </w:rPr>
        <w:t>ی</w:t>
      </w:r>
      <w:r w:rsidRPr="0000691D">
        <w:rPr>
          <w:rFonts w:cs="B Mitra"/>
          <w:sz w:val="28"/>
          <w:szCs w:val="28"/>
          <w:rtl/>
        </w:rPr>
        <w:t xml:space="preserve"> حق اعتماد به ادراک خود</w:t>
      </w:r>
      <w:r w:rsidRPr="0000691D">
        <w:rPr>
          <w:rFonts w:cs="B Mitra" w:hint="cs"/>
          <w:sz w:val="28"/>
          <w:szCs w:val="28"/>
          <w:rtl/>
        </w:rPr>
        <w:t>؛</w:t>
      </w:r>
      <w:r w:rsidRPr="0000691D">
        <w:rPr>
          <w:rFonts w:cs="B Mitra"/>
          <w:sz w:val="28"/>
          <w:szCs w:val="28"/>
          <w:rtl/>
        </w:rPr>
        <w:t xml:space="preserve"> 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فضا</w:t>
      </w:r>
      <w:r w:rsidRPr="0000691D">
        <w:rPr>
          <w:rFonts w:cs="B Mitra" w:hint="cs"/>
          <w:sz w:val="28"/>
          <w:szCs w:val="28"/>
          <w:rtl/>
        </w:rPr>
        <w:t>یی،</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عن</w:t>
      </w:r>
      <w:r w:rsidRPr="0000691D">
        <w:rPr>
          <w:rFonts w:cs="B Mitra" w:hint="cs"/>
          <w:sz w:val="28"/>
          <w:szCs w:val="28"/>
          <w:rtl/>
        </w:rPr>
        <w:t>ی</w:t>
      </w:r>
      <w:r w:rsidRPr="0000691D">
        <w:rPr>
          <w:rFonts w:cs="B Mitra"/>
          <w:sz w:val="28"/>
          <w:szCs w:val="28"/>
          <w:rtl/>
        </w:rPr>
        <w:t xml:space="preserve"> دانستن نقشه مح</w:t>
      </w:r>
      <w:r w:rsidRPr="0000691D">
        <w:rPr>
          <w:rFonts w:cs="B Mitra" w:hint="cs"/>
          <w:sz w:val="28"/>
          <w:szCs w:val="28"/>
          <w:rtl/>
        </w:rPr>
        <w:t>ی</w:t>
      </w:r>
      <w:r w:rsidRPr="0000691D">
        <w:rPr>
          <w:rFonts w:cs="B Mitra" w:hint="eastAsia"/>
          <w:sz w:val="28"/>
          <w:szCs w:val="28"/>
          <w:rtl/>
        </w:rPr>
        <w:t>ط</w:t>
      </w:r>
      <w:r w:rsidRPr="0000691D">
        <w:rPr>
          <w:rFonts w:cs="B Mitra"/>
          <w:sz w:val="28"/>
          <w:szCs w:val="28"/>
          <w:rtl/>
        </w:rPr>
        <w:t xml:space="preserve"> و حضور د</w:t>
      </w:r>
      <w:r w:rsidRPr="0000691D">
        <w:rPr>
          <w:rFonts w:cs="B Mitra" w:hint="cs"/>
          <w:sz w:val="28"/>
          <w:szCs w:val="28"/>
          <w:rtl/>
        </w:rPr>
        <w:t>ی</w:t>
      </w:r>
      <w:r w:rsidRPr="0000691D">
        <w:rPr>
          <w:rFonts w:cs="B Mitra" w:hint="eastAsia"/>
          <w:sz w:val="28"/>
          <w:szCs w:val="28"/>
          <w:rtl/>
        </w:rPr>
        <w:t>گران</w:t>
      </w:r>
      <w:r w:rsidRPr="0000691D">
        <w:rPr>
          <w:rFonts w:cs="B Mitra"/>
          <w:sz w:val="28"/>
          <w:szCs w:val="28"/>
          <w:rtl/>
        </w:rPr>
        <w:t xml:space="preserve"> و 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رابطه‌ا</w:t>
      </w:r>
      <w:r w:rsidRPr="0000691D">
        <w:rPr>
          <w:rFonts w:cs="B Mitra" w:hint="cs"/>
          <w:sz w:val="28"/>
          <w:szCs w:val="28"/>
          <w:rtl/>
        </w:rPr>
        <w:t>ی،</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عن</w:t>
      </w:r>
      <w:r w:rsidRPr="0000691D">
        <w:rPr>
          <w:rFonts w:cs="B Mitra" w:hint="cs"/>
          <w:sz w:val="28"/>
          <w:szCs w:val="28"/>
          <w:rtl/>
        </w:rPr>
        <w:t>ی</w:t>
      </w:r>
      <w:r w:rsidRPr="0000691D">
        <w:rPr>
          <w:rFonts w:cs="B Mitra"/>
          <w:sz w:val="28"/>
          <w:szCs w:val="28"/>
          <w:rtl/>
        </w:rPr>
        <w:t xml:space="preserve"> امکان داشتن رابطه بدون قیمومت </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ترحم</w:t>
      </w:r>
      <w:r w:rsidRPr="0000691D">
        <w:rPr>
          <w:rFonts w:cs="B Mitra"/>
          <w:sz w:val="28"/>
          <w:szCs w:val="28"/>
        </w:rPr>
        <w:t>.</w:t>
      </w:r>
    </w:p>
    <w:p w:rsidR="00A75B1C" w:rsidRPr="0000691D" w:rsidRDefault="00A75B1C" w:rsidP="0000691D">
      <w:pPr>
        <w:bidi/>
        <w:spacing w:line="360" w:lineRule="auto"/>
        <w:jc w:val="both"/>
        <w:rPr>
          <w:rFonts w:cs="B Mitra"/>
          <w:sz w:val="28"/>
          <w:szCs w:val="28"/>
        </w:rPr>
      </w:pPr>
      <w:r w:rsidRPr="0000691D">
        <w:rPr>
          <w:rFonts w:cs="B Mitra" w:hint="eastAsia"/>
          <w:sz w:val="28"/>
          <w:szCs w:val="28"/>
          <w:rtl/>
        </w:rPr>
        <w:t>در</w:t>
      </w:r>
      <w:r w:rsidRPr="0000691D">
        <w:rPr>
          <w:rFonts w:cs="B Mitra"/>
          <w:sz w:val="28"/>
          <w:szCs w:val="28"/>
          <w:rtl/>
        </w:rPr>
        <w:t xml:space="preserve"> </w:t>
      </w:r>
      <w:r w:rsidRPr="0000691D">
        <w:rPr>
          <w:rFonts w:cs="B Mitra" w:hint="cs"/>
          <w:sz w:val="28"/>
          <w:szCs w:val="28"/>
          <w:rtl/>
        </w:rPr>
        <w:t xml:space="preserve">این </w:t>
      </w:r>
      <w:r w:rsidRPr="0000691D">
        <w:rPr>
          <w:rFonts w:cs="B Mitra"/>
          <w:sz w:val="28"/>
          <w:szCs w:val="28"/>
          <w:rtl/>
        </w:rPr>
        <w:t>م</w:t>
      </w:r>
      <w:r w:rsidRPr="0000691D">
        <w:rPr>
          <w:rFonts w:cs="B Mitra" w:hint="cs"/>
          <w:sz w:val="28"/>
          <w:szCs w:val="28"/>
          <w:rtl/>
        </w:rPr>
        <w:t>ی</w:t>
      </w:r>
      <w:r w:rsidRPr="0000691D">
        <w:rPr>
          <w:rFonts w:cs="B Mitra" w:hint="eastAsia"/>
          <w:sz w:val="28"/>
          <w:szCs w:val="28"/>
          <w:rtl/>
        </w:rPr>
        <w:t>ا</w:t>
      </w:r>
      <w:r w:rsidRPr="0000691D">
        <w:rPr>
          <w:rFonts w:cs="B Mitra" w:hint="cs"/>
          <w:sz w:val="28"/>
          <w:szCs w:val="28"/>
          <w:rtl/>
        </w:rPr>
        <w:t xml:space="preserve">ن، </w:t>
      </w:r>
      <w:r w:rsidRPr="0000691D">
        <w:rPr>
          <w:rFonts w:cs="B Mitra"/>
          <w:sz w:val="28"/>
          <w:szCs w:val="28"/>
          <w:rtl/>
        </w:rPr>
        <w:t>برخ</w:t>
      </w:r>
      <w:r w:rsidRPr="0000691D">
        <w:rPr>
          <w:rFonts w:cs="B Mitra" w:hint="cs"/>
          <w:sz w:val="28"/>
          <w:szCs w:val="28"/>
          <w:rtl/>
        </w:rPr>
        <w:t>ی</w:t>
      </w:r>
      <w:r w:rsidRPr="0000691D">
        <w:rPr>
          <w:rFonts w:cs="B Mitra"/>
          <w:sz w:val="28"/>
          <w:szCs w:val="28"/>
          <w:rtl/>
        </w:rPr>
        <w:t xml:space="preserve"> از اهم</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ب</w:t>
      </w:r>
      <w:r w:rsidRPr="0000691D">
        <w:rPr>
          <w:rFonts w:cs="B Mitra" w:hint="cs"/>
          <w:sz w:val="28"/>
          <w:szCs w:val="28"/>
          <w:rtl/>
        </w:rPr>
        <w:t>ی</w:t>
      </w:r>
      <w:r w:rsidRPr="0000691D">
        <w:rPr>
          <w:rFonts w:cs="B Mitra" w:hint="eastAsia"/>
          <w:sz w:val="28"/>
          <w:szCs w:val="28"/>
          <w:rtl/>
        </w:rPr>
        <w:t>شتر</w:t>
      </w:r>
      <w:r w:rsidRPr="0000691D">
        <w:rPr>
          <w:rFonts w:cs="B Mitra" w:hint="cs"/>
          <w:sz w:val="28"/>
          <w:szCs w:val="28"/>
          <w:rtl/>
        </w:rPr>
        <w:t>ی</w:t>
      </w:r>
      <w:r w:rsidRPr="0000691D">
        <w:rPr>
          <w:rFonts w:cs="B Mitra"/>
          <w:sz w:val="28"/>
          <w:szCs w:val="28"/>
          <w:rtl/>
        </w:rPr>
        <w:t xml:space="preserve"> برخوردارند</w:t>
      </w:r>
      <w:r w:rsidRPr="0000691D">
        <w:rPr>
          <w:rFonts w:cs="B Mitra" w:hint="cs"/>
          <w:sz w:val="28"/>
          <w:szCs w:val="28"/>
          <w:rtl/>
        </w:rPr>
        <w:t>؛</w:t>
      </w:r>
      <w:r w:rsidRPr="0000691D">
        <w:rPr>
          <w:rFonts w:cs="B Mitra"/>
          <w:sz w:val="28"/>
          <w:szCs w:val="28"/>
          <w:rtl/>
        </w:rPr>
        <w:t xml:space="preserve"> ز</w:t>
      </w:r>
      <w:r w:rsidRPr="0000691D">
        <w:rPr>
          <w:rFonts w:cs="B Mitra" w:hint="cs"/>
          <w:sz w:val="28"/>
          <w:szCs w:val="28"/>
          <w:rtl/>
        </w:rPr>
        <w:t>ی</w:t>
      </w:r>
      <w:r w:rsidRPr="0000691D">
        <w:rPr>
          <w:rFonts w:cs="B Mitra" w:hint="eastAsia"/>
          <w:sz w:val="28"/>
          <w:szCs w:val="28"/>
          <w:rtl/>
        </w:rPr>
        <w:t>را</w:t>
      </w:r>
      <w:r w:rsidRPr="0000691D">
        <w:rPr>
          <w:rFonts w:cs="B Mitra" w:hint="cs"/>
          <w:sz w:val="28"/>
          <w:szCs w:val="28"/>
          <w:rtl/>
        </w:rPr>
        <w:t>،</w:t>
      </w:r>
      <w:r w:rsidRPr="0000691D">
        <w:rPr>
          <w:rFonts w:cs="B Mitra"/>
          <w:sz w:val="28"/>
          <w:szCs w:val="28"/>
          <w:rtl/>
        </w:rPr>
        <w:t xml:space="preserve"> مستق</w:t>
      </w:r>
      <w:r w:rsidRPr="0000691D">
        <w:rPr>
          <w:rFonts w:cs="B Mitra" w:hint="cs"/>
          <w:sz w:val="28"/>
          <w:szCs w:val="28"/>
          <w:rtl/>
        </w:rPr>
        <w:t>ی</w:t>
      </w:r>
      <w:r w:rsidRPr="0000691D">
        <w:rPr>
          <w:rFonts w:cs="B Mitra" w:hint="eastAsia"/>
          <w:sz w:val="28"/>
          <w:szCs w:val="28"/>
          <w:rtl/>
        </w:rPr>
        <w:t>ماً</w:t>
      </w:r>
      <w:r w:rsidRPr="0000691D">
        <w:rPr>
          <w:rFonts w:cs="B Mitra"/>
          <w:sz w:val="28"/>
          <w:szCs w:val="28"/>
          <w:rtl/>
        </w:rPr>
        <w:t xml:space="preserve"> به حر</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شخص</w:t>
      </w:r>
      <w:r w:rsidRPr="0000691D">
        <w:rPr>
          <w:rFonts w:cs="B Mitra" w:hint="cs"/>
          <w:sz w:val="28"/>
          <w:szCs w:val="28"/>
          <w:rtl/>
        </w:rPr>
        <w:t>ی</w:t>
      </w:r>
      <w:r w:rsidRPr="0000691D">
        <w:rPr>
          <w:rFonts w:cs="B Mitra"/>
          <w:sz w:val="28"/>
          <w:szCs w:val="28"/>
          <w:rtl/>
        </w:rPr>
        <w:t xml:space="preserve"> گره خورده‌اند. شا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اهم</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فضا</w:t>
      </w:r>
      <w:r w:rsidRPr="0000691D">
        <w:rPr>
          <w:rFonts w:cs="B Mitra" w:hint="cs"/>
          <w:sz w:val="28"/>
          <w:szCs w:val="28"/>
          <w:rtl/>
        </w:rPr>
        <w:t>ی</w:t>
      </w:r>
      <w:r w:rsidRPr="0000691D">
        <w:rPr>
          <w:rFonts w:cs="B Mitra"/>
          <w:sz w:val="28"/>
          <w:szCs w:val="28"/>
          <w:rtl/>
        </w:rPr>
        <w:t xml:space="preserve"> خصوص</w:t>
      </w:r>
      <w:r w:rsidRPr="0000691D">
        <w:rPr>
          <w:rFonts w:cs="B Mitra" w:hint="cs"/>
          <w:sz w:val="28"/>
          <w:szCs w:val="28"/>
          <w:rtl/>
        </w:rPr>
        <w:t>ی</w:t>
      </w:r>
      <w:r w:rsidRPr="0000691D">
        <w:rPr>
          <w:rFonts w:cs="B Mitra" w:hint="eastAsia"/>
          <w:sz w:val="28"/>
          <w:szCs w:val="28"/>
          <w:rtl/>
        </w:rPr>
        <w:t>،</w:t>
      </w:r>
      <w:r w:rsidRPr="0000691D">
        <w:rPr>
          <w:rFonts w:cs="B Mitra"/>
          <w:sz w:val="28"/>
          <w:szCs w:val="28"/>
          <w:rtl/>
        </w:rPr>
        <w:t xml:space="preserve"> ابزار</w:t>
      </w:r>
      <w:r w:rsidRPr="0000691D">
        <w:rPr>
          <w:rFonts w:cs="B Mitra" w:hint="cs"/>
          <w:sz w:val="28"/>
          <w:szCs w:val="28"/>
          <w:rtl/>
        </w:rPr>
        <w:t>ی</w:t>
      </w:r>
      <w:r w:rsidRPr="0000691D">
        <w:rPr>
          <w:rFonts w:cs="B Mitra"/>
          <w:sz w:val="28"/>
          <w:szCs w:val="28"/>
          <w:rtl/>
        </w:rPr>
        <w:t xml:space="preserve"> مانند گوش</w:t>
      </w:r>
      <w:r w:rsidRPr="0000691D">
        <w:rPr>
          <w:rFonts w:cs="B Mitra" w:hint="cs"/>
          <w:sz w:val="28"/>
          <w:szCs w:val="28"/>
          <w:rtl/>
        </w:rPr>
        <w:t>ی</w:t>
      </w:r>
      <w:r w:rsidRPr="0000691D">
        <w:rPr>
          <w:rFonts w:cs="B Mitra" w:hint="eastAsia"/>
          <w:sz w:val="28"/>
          <w:szCs w:val="28"/>
          <w:rtl/>
        </w:rPr>
        <w:t>،</w:t>
      </w:r>
      <w:r w:rsidRPr="0000691D">
        <w:rPr>
          <w:rFonts w:cs="B Mitra"/>
          <w:sz w:val="28"/>
          <w:szCs w:val="28"/>
          <w:rtl/>
        </w:rPr>
        <w:t xml:space="preserve"> و احساس روان</w:t>
      </w:r>
      <w:r w:rsidRPr="0000691D">
        <w:rPr>
          <w:rFonts w:cs="B Mitra" w:hint="cs"/>
          <w:sz w:val="28"/>
          <w:szCs w:val="28"/>
          <w:rtl/>
        </w:rPr>
        <w:t>ی</w:t>
      </w:r>
      <w:r w:rsidRPr="0000691D">
        <w:rPr>
          <w:rFonts w:cs="B Mitra"/>
          <w:sz w:val="28"/>
          <w:szCs w:val="28"/>
          <w:rtl/>
        </w:rPr>
        <w:t xml:space="preserve"> 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در تعاملات روزمره، از بق</w:t>
      </w:r>
      <w:r w:rsidRPr="0000691D">
        <w:rPr>
          <w:rFonts w:cs="B Mitra" w:hint="cs"/>
          <w:sz w:val="28"/>
          <w:szCs w:val="28"/>
          <w:rtl/>
        </w:rPr>
        <w:t>ی</w:t>
      </w:r>
      <w:r w:rsidRPr="0000691D">
        <w:rPr>
          <w:rFonts w:cs="B Mitra" w:hint="eastAsia"/>
          <w:sz w:val="28"/>
          <w:szCs w:val="28"/>
          <w:rtl/>
        </w:rPr>
        <w:t>ه</w:t>
      </w:r>
      <w:r w:rsidRPr="0000691D">
        <w:rPr>
          <w:rFonts w:cs="B Mitra"/>
          <w:sz w:val="28"/>
          <w:szCs w:val="28"/>
          <w:rtl/>
        </w:rPr>
        <w:t xml:space="preserve"> بن</w:t>
      </w:r>
      <w:r w:rsidRPr="0000691D">
        <w:rPr>
          <w:rFonts w:cs="B Mitra" w:hint="cs"/>
          <w:sz w:val="28"/>
          <w:szCs w:val="28"/>
          <w:rtl/>
        </w:rPr>
        <w:t>ی</w:t>
      </w:r>
      <w:r w:rsidRPr="0000691D">
        <w:rPr>
          <w:rFonts w:cs="B Mitra" w:hint="eastAsia"/>
          <w:sz w:val="28"/>
          <w:szCs w:val="28"/>
          <w:rtl/>
        </w:rPr>
        <w:t>اد</w:t>
      </w:r>
      <w:r w:rsidRPr="0000691D">
        <w:rPr>
          <w:rFonts w:cs="B Mitra" w:hint="cs"/>
          <w:sz w:val="28"/>
          <w:szCs w:val="28"/>
          <w:rtl/>
        </w:rPr>
        <w:t>ی‌</w:t>
      </w:r>
      <w:r w:rsidRPr="0000691D">
        <w:rPr>
          <w:rFonts w:cs="B Mitra" w:hint="eastAsia"/>
          <w:sz w:val="28"/>
          <w:szCs w:val="28"/>
          <w:rtl/>
        </w:rPr>
        <w:t>تر</w:t>
      </w:r>
      <w:r w:rsidRPr="0000691D">
        <w:rPr>
          <w:rFonts w:cs="B Mitra"/>
          <w:sz w:val="28"/>
          <w:szCs w:val="28"/>
          <w:rtl/>
        </w:rPr>
        <w:t xml:space="preserve"> باشد</w:t>
      </w:r>
      <w:r w:rsidRPr="0000691D">
        <w:rPr>
          <w:rFonts w:cs="B Mitra" w:hint="cs"/>
          <w:sz w:val="28"/>
          <w:szCs w:val="28"/>
          <w:rtl/>
        </w:rPr>
        <w:t>؛</w:t>
      </w:r>
      <w:r w:rsidRPr="0000691D">
        <w:rPr>
          <w:rFonts w:cs="B Mitra"/>
          <w:sz w:val="28"/>
          <w:szCs w:val="28"/>
          <w:rtl/>
        </w:rPr>
        <w:t xml:space="preserve"> چون اگر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سه لا</w:t>
      </w:r>
      <w:r w:rsidRPr="0000691D">
        <w:rPr>
          <w:rFonts w:cs="B Mitra" w:hint="cs"/>
          <w:sz w:val="28"/>
          <w:szCs w:val="28"/>
          <w:rtl/>
        </w:rPr>
        <w:t>ی</w:t>
      </w:r>
      <w:r w:rsidRPr="0000691D">
        <w:rPr>
          <w:rFonts w:cs="B Mitra" w:hint="eastAsia"/>
          <w:sz w:val="28"/>
          <w:szCs w:val="28"/>
          <w:rtl/>
        </w:rPr>
        <w:t>ه</w:t>
      </w:r>
      <w:r w:rsidRPr="0000691D">
        <w:rPr>
          <w:rFonts w:cs="B Mitra"/>
          <w:sz w:val="28"/>
          <w:szCs w:val="28"/>
          <w:rtl/>
        </w:rPr>
        <w:t xml:space="preserve"> متزلزل شوند، سا</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امن</w:t>
      </w:r>
      <w:r w:rsidRPr="0000691D">
        <w:rPr>
          <w:rFonts w:cs="B Mitra" w:hint="cs"/>
          <w:sz w:val="28"/>
          <w:szCs w:val="28"/>
          <w:rtl/>
        </w:rPr>
        <w:t>ی</w:t>
      </w:r>
      <w:r w:rsidRPr="0000691D">
        <w:rPr>
          <w:rFonts w:cs="B Mitra" w:hint="eastAsia"/>
          <w:sz w:val="28"/>
          <w:szCs w:val="28"/>
          <w:rtl/>
        </w:rPr>
        <w:t>ت‌ها</w:t>
      </w:r>
      <w:r w:rsidRPr="0000691D">
        <w:rPr>
          <w:rFonts w:cs="B Mitra"/>
          <w:sz w:val="28"/>
          <w:szCs w:val="28"/>
          <w:rtl/>
        </w:rPr>
        <w:t xml:space="preserve"> ن</w:t>
      </w:r>
      <w:r w:rsidRPr="0000691D">
        <w:rPr>
          <w:rFonts w:cs="B Mitra" w:hint="cs"/>
          <w:sz w:val="28"/>
          <w:szCs w:val="28"/>
          <w:rtl/>
        </w:rPr>
        <w:t>ی</w:t>
      </w:r>
      <w:r w:rsidRPr="0000691D">
        <w:rPr>
          <w:rFonts w:cs="B Mitra" w:hint="eastAsia"/>
          <w:sz w:val="28"/>
          <w:szCs w:val="28"/>
          <w:rtl/>
        </w:rPr>
        <w:t>ز</w:t>
      </w:r>
      <w:r w:rsidRPr="0000691D">
        <w:rPr>
          <w:rFonts w:cs="B Mitra"/>
          <w:sz w:val="28"/>
          <w:szCs w:val="28"/>
          <w:rtl/>
        </w:rPr>
        <w:t xml:space="preserve"> فرو م</w:t>
      </w:r>
      <w:r w:rsidRPr="0000691D">
        <w:rPr>
          <w:rFonts w:cs="B Mitra" w:hint="cs"/>
          <w:sz w:val="28"/>
          <w:szCs w:val="28"/>
          <w:rtl/>
        </w:rPr>
        <w:t>ی</w:t>
      </w:r>
      <w:r w:rsidRPr="0000691D">
        <w:rPr>
          <w:rFonts w:cs="B Mitra"/>
          <w:sz w:val="28"/>
          <w:szCs w:val="28"/>
          <w:rtl/>
        </w:rPr>
        <w:t>‌ر</w:t>
      </w:r>
      <w:r w:rsidRPr="0000691D">
        <w:rPr>
          <w:rFonts w:cs="B Mitra" w:hint="cs"/>
          <w:sz w:val="28"/>
          <w:szCs w:val="28"/>
          <w:rtl/>
        </w:rPr>
        <w:t>ی</w:t>
      </w:r>
      <w:r w:rsidRPr="0000691D">
        <w:rPr>
          <w:rFonts w:cs="B Mitra" w:hint="eastAsia"/>
          <w:sz w:val="28"/>
          <w:szCs w:val="28"/>
          <w:rtl/>
        </w:rPr>
        <w:t>زند</w:t>
      </w:r>
      <w:r w:rsidRPr="0000691D">
        <w:rPr>
          <w:rFonts w:cs="B Mitra"/>
          <w:sz w:val="28"/>
          <w:szCs w:val="28"/>
          <w:rtl/>
        </w:rPr>
        <w:t>. حر</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شخص</w:t>
      </w:r>
      <w:r w:rsidRPr="0000691D">
        <w:rPr>
          <w:rFonts w:cs="B Mitra" w:hint="cs"/>
          <w:sz w:val="28"/>
          <w:szCs w:val="28"/>
          <w:rtl/>
        </w:rPr>
        <w:t>ی</w:t>
      </w:r>
      <w:r w:rsidRPr="0000691D">
        <w:rPr>
          <w:rFonts w:cs="B Mitra" w:hint="eastAsia"/>
          <w:sz w:val="28"/>
          <w:szCs w:val="28"/>
          <w:rtl/>
        </w:rPr>
        <w:t>،</w:t>
      </w:r>
      <w:r w:rsidRPr="0000691D">
        <w:rPr>
          <w:rFonts w:cs="B Mitra"/>
          <w:sz w:val="28"/>
          <w:szCs w:val="28"/>
          <w:rtl/>
        </w:rPr>
        <w:t xml:space="preserve"> همان مرز</w:t>
      </w:r>
      <w:r w:rsidRPr="0000691D">
        <w:rPr>
          <w:rFonts w:cs="B Mitra" w:hint="cs"/>
          <w:sz w:val="28"/>
          <w:szCs w:val="28"/>
          <w:rtl/>
        </w:rPr>
        <w:t>ی</w:t>
      </w:r>
      <w:r w:rsidRPr="0000691D">
        <w:rPr>
          <w:rFonts w:cs="B Mitra"/>
          <w:sz w:val="28"/>
          <w:szCs w:val="28"/>
          <w:rtl/>
        </w:rPr>
        <w:t xml:space="preserve"> است که اگر شکسته شود، اعتماد به فضا، به ابزار، و به رابطه از دست م</w:t>
      </w:r>
      <w:r w:rsidRPr="0000691D">
        <w:rPr>
          <w:rFonts w:cs="B Mitra" w:hint="cs"/>
          <w:sz w:val="28"/>
          <w:szCs w:val="28"/>
          <w:rtl/>
        </w:rPr>
        <w:t>ی‌</w:t>
      </w:r>
      <w:r w:rsidRPr="0000691D">
        <w:rPr>
          <w:rFonts w:cs="B Mitra" w:hint="eastAsia"/>
          <w:sz w:val="28"/>
          <w:szCs w:val="28"/>
          <w:rtl/>
        </w:rPr>
        <w:t>رود</w:t>
      </w:r>
      <w:r w:rsidRPr="0000691D">
        <w:rPr>
          <w:rFonts w:cs="B Mitra"/>
          <w:sz w:val="28"/>
          <w:szCs w:val="28"/>
          <w:rtl/>
        </w:rPr>
        <w:t>. پس ب</w:t>
      </w:r>
      <w:r w:rsidRPr="0000691D">
        <w:rPr>
          <w:rFonts w:cs="B Mitra" w:hint="cs"/>
          <w:sz w:val="28"/>
          <w:szCs w:val="28"/>
          <w:rtl/>
        </w:rPr>
        <w:t>ی</w:t>
      </w:r>
      <w:r w:rsidRPr="0000691D">
        <w:rPr>
          <w:rFonts w:cs="B Mitra" w:hint="eastAsia"/>
          <w:sz w:val="28"/>
          <w:szCs w:val="28"/>
          <w:rtl/>
        </w:rPr>
        <w:t>ا</w:t>
      </w:r>
      <w:r w:rsidRPr="0000691D">
        <w:rPr>
          <w:rFonts w:cs="B Mitra" w:hint="cs"/>
          <w:sz w:val="28"/>
          <w:szCs w:val="28"/>
          <w:rtl/>
        </w:rPr>
        <w:t>یی</w:t>
      </w:r>
      <w:r w:rsidRPr="0000691D">
        <w:rPr>
          <w:rFonts w:cs="B Mitra" w:hint="eastAsia"/>
          <w:sz w:val="28"/>
          <w:szCs w:val="28"/>
          <w:rtl/>
        </w:rPr>
        <w:t>د</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سه لا</w:t>
      </w:r>
      <w:r w:rsidRPr="0000691D">
        <w:rPr>
          <w:rFonts w:cs="B Mitra" w:hint="cs"/>
          <w:sz w:val="28"/>
          <w:szCs w:val="28"/>
          <w:rtl/>
        </w:rPr>
        <w:t>ی</w:t>
      </w:r>
      <w:r w:rsidRPr="0000691D">
        <w:rPr>
          <w:rFonts w:cs="B Mitra" w:hint="eastAsia"/>
          <w:sz w:val="28"/>
          <w:szCs w:val="28"/>
          <w:rtl/>
        </w:rPr>
        <w:t>ه</w:t>
      </w:r>
      <w:r w:rsidRPr="0000691D">
        <w:rPr>
          <w:rFonts w:cs="B Mitra"/>
          <w:sz w:val="28"/>
          <w:szCs w:val="28"/>
          <w:rtl/>
        </w:rPr>
        <w:t xml:space="preserve"> را با نمونه‌ها</w:t>
      </w:r>
      <w:r w:rsidRPr="0000691D">
        <w:rPr>
          <w:rFonts w:cs="B Mitra" w:hint="cs"/>
          <w:sz w:val="28"/>
          <w:szCs w:val="28"/>
          <w:rtl/>
        </w:rPr>
        <w:t>یی</w:t>
      </w:r>
      <w:r w:rsidRPr="0000691D">
        <w:rPr>
          <w:rFonts w:cs="B Mitra"/>
          <w:sz w:val="28"/>
          <w:szCs w:val="28"/>
          <w:rtl/>
        </w:rPr>
        <w:t xml:space="preserve"> از زندگ</w:t>
      </w:r>
      <w:r w:rsidRPr="0000691D">
        <w:rPr>
          <w:rFonts w:cs="B Mitra" w:hint="cs"/>
          <w:sz w:val="28"/>
          <w:szCs w:val="28"/>
          <w:rtl/>
        </w:rPr>
        <w:t>ی</w:t>
      </w:r>
      <w:r w:rsidRPr="0000691D">
        <w:rPr>
          <w:rFonts w:cs="B Mitra"/>
          <w:sz w:val="28"/>
          <w:szCs w:val="28"/>
          <w:rtl/>
        </w:rPr>
        <w:t xml:space="preserve"> روزمره بب</w:t>
      </w:r>
      <w:r w:rsidRPr="0000691D">
        <w:rPr>
          <w:rFonts w:cs="B Mitra" w:hint="cs"/>
          <w:sz w:val="28"/>
          <w:szCs w:val="28"/>
          <w:rtl/>
        </w:rPr>
        <w:t>ی</w:t>
      </w:r>
      <w:r w:rsidRPr="0000691D">
        <w:rPr>
          <w:rFonts w:cs="B Mitra" w:hint="eastAsia"/>
          <w:sz w:val="28"/>
          <w:szCs w:val="28"/>
          <w:rtl/>
        </w:rPr>
        <w:t>ن</w:t>
      </w:r>
      <w:r w:rsidRPr="0000691D">
        <w:rPr>
          <w:rFonts w:cs="B Mitra" w:hint="cs"/>
          <w:sz w:val="28"/>
          <w:szCs w:val="28"/>
          <w:rtl/>
        </w:rPr>
        <w:t>ی</w:t>
      </w:r>
      <w:r w:rsidRPr="0000691D">
        <w:rPr>
          <w:rFonts w:cs="B Mitra" w:hint="eastAsia"/>
          <w:sz w:val="28"/>
          <w:szCs w:val="28"/>
          <w:rtl/>
        </w:rPr>
        <w:t>م</w:t>
      </w:r>
      <w:r w:rsidRPr="0000691D">
        <w:rPr>
          <w:rFonts w:cs="B Mitra"/>
          <w:sz w:val="28"/>
          <w:szCs w:val="28"/>
        </w:rPr>
        <w:t>.</w:t>
      </w:r>
    </w:p>
    <w:p w:rsidR="00A75B1C" w:rsidRPr="00DE310A" w:rsidRDefault="00A75B1C" w:rsidP="00DE310A">
      <w:pPr>
        <w:pStyle w:val="Heading3"/>
        <w:bidi/>
        <w:rPr>
          <w:rFonts w:cs="B Mitra"/>
          <w:color w:val="70AD47" w:themeColor="accent6"/>
          <w:sz w:val="28"/>
          <w:szCs w:val="28"/>
        </w:rPr>
      </w:pPr>
      <w:bookmarkStart w:id="27" w:name="_Toc243400534"/>
      <w:r w:rsidRPr="00DE310A">
        <w:rPr>
          <w:rFonts w:cs="B Mitra" w:hint="eastAsia"/>
          <w:color w:val="70AD47" w:themeColor="accent6"/>
          <w:sz w:val="28"/>
          <w:szCs w:val="28"/>
          <w:rtl/>
        </w:rPr>
        <w:t>اتاق</w:t>
      </w:r>
      <w:r w:rsidRPr="00DE310A">
        <w:rPr>
          <w:rFonts w:cs="B Mitra"/>
          <w:color w:val="70AD47" w:themeColor="accent6"/>
          <w:sz w:val="28"/>
          <w:szCs w:val="28"/>
          <w:rtl/>
        </w:rPr>
        <w:t>: حر</w:t>
      </w:r>
      <w:r w:rsidRPr="00DE310A">
        <w:rPr>
          <w:rFonts w:cs="B Mitra" w:hint="cs"/>
          <w:color w:val="70AD47" w:themeColor="accent6"/>
          <w:sz w:val="28"/>
          <w:szCs w:val="28"/>
          <w:rtl/>
        </w:rPr>
        <w:t>ی</w:t>
      </w:r>
      <w:r w:rsidRPr="00DE310A">
        <w:rPr>
          <w:rFonts w:cs="B Mitra" w:hint="eastAsia"/>
          <w:color w:val="70AD47" w:themeColor="accent6"/>
          <w:sz w:val="28"/>
          <w:szCs w:val="28"/>
          <w:rtl/>
        </w:rPr>
        <w:t>م</w:t>
      </w:r>
      <w:r w:rsidRPr="00DE310A">
        <w:rPr>
          <w:rFonts w:cs="B Mitra" w:hint="cs"/>
          <w:color w:val="70AD47" w:themeColor="accent6"/>
          <w:sz w:val="28"/>
          <w:szCs w:val="28"/>
          <w:rtl/>
        </w:rPr>
        <w:t>ی</w:t>
      </w:r>
      <w:r w:rsidRPr="00DE310A">
        <w:rPr>
          <w:rFonts w:cs="B Mitra"/>
          <w:color w:val="70AD47" w:themeColor="accent6"/>
          <w:sz w:val="28"/>
          <w:szCs w:val="28"/>
          <w:rtl/>
        </w:rPr>
        <w:t xml:space="preserve"> که به رسم</w:t>
      </w:r>
      <w:r w:rsidRPr="00DE310A">
        <w:rPr>
          <w:rFonts w:cs="B Mitra" w:hint="cs"/>
          <w:color w:val="70AD47" w:themeColor="accent6"/>
          <w:sz w:val="28"/>
          <w:szCs w:val="28"/>
          <w:rtl/>
        </w:rPr>
        <w:t>ی</w:t>
      </w:r>
      <w:r w:rsidRPr="00DE310A">
        <w:rPr>
          <w:rFonts w:cs="B Mitra" w:hint="eastAsia"/>
          <w:color w:val="70AD47" w:themeColor="accent6"/>
          <w:sz w:val="28"/>
          <w:szCs w:val="28"/>
          <w:rtl/>
        </w:rPr>
        <w:t>ت</w:t>
      </w:r>
      <w:r w:rsidRPr="00DE310A">
        <w:rPr>
          <w:rFonts w:cs="B Mitra"/>
          <w:color w:val="70AD47" w:themeColor="accent6"/>
          <w:sz w:val="28"/>
          <w:szCs w:val="28"/>
          <w:rtl/>
        </w:rPr>
        <w:t xml:space="preserve"> شناخته نم</w:t>
      </w:r>
      <w:r w:rsidRPr="00DE310A">
        <w:rPr>
          <w:rFonts w:cs="B Mitra" w:hint="cs"/>
          <w:color w:val="70AD47" w:themeColor="accent6"/>
          <w:sz w:val="28"/>
          <w:szCs w:val="28"/>
          <w:rtl/>
        </w:rPr>
        <w:t>ی‌</w:t>
      </w:r>
      <w:r w:rsidRPr="00DE310A">
        <w:rPr>
          <w:rFonts w:cs="B Mitra" w:hint="eastAsia"/>
          <w:color w:val="70AD47" w:themeColor="accent6"/>
          <w:sz w:val="28"/>
          <w:szCs w:val="28"/>
          <w:rtl/>
        </w:rPr>
        <w:t>شود</w:t>
      </w:r>
      <w:bookmarkEnd w:id="27"/>
    </w:p>
    <w:p w:rsidR="00A75B1C" w:rsidRPr="0000691D" w:rsidRDefault="00A75B1C" w:rsidP="0000691D">
      <w:pPr>
        <w:bidi/>
        <w:spacing w:line="360" w:lineRule="auto"/>
        <w:jc w:val="both"/>
        <w:rPr>
          <w:rFonts w:cs="B Mitra"/>
          <w:sz w:val="28"/>
          <w:szCs w:val="28"/>
        </w:rPr>
      </w:pPr>
      <w:r w:rsidRPr="0000691D">
        <w:rPr>
          <w:rFonts w:cs="B Mitra" w:hint="eastAsia"/>
          <w:sz w:val="28"/>
          <w:szCs w:val="28"/>
          <w:rtl/>
        </w:rPr>
        <w:t>برا</w:t>
      </w:r>
      <w:r w:rsidRPr="0000691D">
        <w:rPr>
          <w:rFonts w:cs="B Mitra" w:hint="cs"/>
          <w:sz w:val="28"/>
          <w:szCs w:val="28"/>
          <w:rtl/>
        </w:rPr>
        <w:t>ی</w:t>
      </w:r>
      <w:r w:rsidRPr="0000691D">
        <w:rPr>
          <w:rFonts w:cs="B Mitra"/>
          <w:sz w:val="28"/>
          <w:szCs w:val="28"/>
          <w:rtl/>
        </w:rPr>
        <w:t xml:space="preserve"> فرد 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اتاق شخص</w:t>
      </w:r>
      <w:r w:rsidRPr="0000691D">
        <w:rPr>
          <w:rFonts w:cs="B Mitra" w:hint="cs"/>
          <w:sz w:val="28"/>
          <w:szCs w:val="28"/>
          <w:rtl/>
        </w:rPr>
        <w:t>ی</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حر</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است</w:t>
      </w:r>
      <w:r w:rsidRPr="0000691D">
        <w:rPr>
          <w:rFonts w:cs="B Mitra" w:hint="cs"/>
          <w:sz w:val="28"/>
          <w:szCs w:val="28"/>
          <w:rtl/>
        </w:rPr>
        <w:t>؛</w:t>
      </w:r>
      <w:r w:rsidRPr="0000691D">
        <w:rPr>
          <w:rFonts w:cs="B Mitra"/>
          <w:sz w:val="28"/>
          <w:szCs w:val="28"/>
          <w:rtl/>
        </w:rPr>
        <w:t xml:space="preserve"> درِ بسته نشانه احترام است</w:t>
      </w:r>
      <w:r w:rsidRPr="0000691D">
        <w:rPr>
          <w:rFonts w:cs="B Mitra" w:hint="cs"/>
          <w:sz w:val="28"/>
          <w:szCs w:val="28"/>
          <w:rtl/>
        </w:rPr>
        <w:t>؛</w:t>
      </w:r>
      <w:r w:rsidRPr="0000691D">
        <w:rPr>
          <w:rFonts w:cs="B Mitra"/>
          <w:sz w:val="28"/>
          <w:szCs w:val="28"/>
          <w:rtl/>
        </w:rPr>
        <w:t xml:space="preserve"> کس</w:t>
      </w:r>
      <w:r w:rsidRPr="0000691D">
        <w:rPr>
          <w:rFonts w:cs="B Mitra" w:hint="cs"/>
          <w:sz w:val="28"/>
          <w:szCs w:val="28"/>
          <w:rtl/>
        </w:rPr>
        <w:t>ی</w:t>
      </w:r>
      <w:r w:rsidRPr="0000691D">
        <w:rPr>
          <w:rFonts w:cs="B Mitra"/>
          <w:sz w:val="28"/>
          <w:szCs w:val="28"/>
          <w:rtl/>
        </w:rPr>
        <w:t xml:space="preserve"> بدون اجازه وارد نم</w:t>
      </w:r>
      <w:r w:rsidRPr="0000691D">
        <w:rPr>
          <w:rFonts w:cs="B Mitra" w:hint="cs"/>
          <w:sz w:val="28"/>
          <w:szCs w:val="28"/>
          <w:rtl/>
        </w:rPr>
        <w:t>ی‌</w:t>
      </w:r>
      <w:r w:rsidRPr="0000691D">
        <w:rPr>
          <w:rFonts w:cs="B Mitra" w:hint="eastAsia"/>
          <w:sz w:val="28"/>
          <w:szCs w:val="28"/>
          <w:rtl/>
        </w:rPr>
        <w:t>شود</w:t>
      </w:r>
      <w:r w:rsidRPr="0000691D">
        <w:rPr>
          <w:rFonts w:cs="B Mitra"/>
          <w:sz w:val="28"/>
          <w:szCs w:val="28"/>
          <w:rtl/>
        </w:rPr>
        <w:t>. اما برا</w:t>
      </w:r>
      <w:r w:rsidRPr="0000691D">
        <w:rPr>
          <w:rFonts w:cs="B Mitra" w:hint="cs"/>
          <w:sz w:val="28"/>
          <w:szCs w:val="28"/>
          <w:rtl/>
        </w:rPr>
        <w:t>ی</w:t>
      </w:r>
      <w:r w:rsidRPr="0000691D">
        <w:rPr>
          <w:rFonts w:cs="B Mitra"/>
          <w:sz w:val="28"/>
          <w:szCs w:val="28"/>
          <w:rtl/>
        </w:rPr>
        <w:t xml:space="preserve"> فرد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در اغلب باز است</w:t>
      </w:r>
      <w:r w:rsidRPr="0000691D">
        <w:rPr>
          <w:rFonts w:cs="B Mitra" w:hint="cs"/>
          <w:sz w:val="28"/>
          <w:szCs w:val="28"/>
          <w:rtl/>
        </w:rPr>
        <w:t>؛</w:t>
      </w:r>
      <w:r w:rsidRPr="0000691D">
        <w:rPr>
          <w:rFonts w:cs="B Mitra"/>
          <w:sz w:val="28"/>
          <w:szCs w:val="28"/>
          <w:rtl/>
        </w:rPr>
        <w:t xml:space="preserve"> نه به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معنا که واقعاً باز باشد، بلکه به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معنا که مرز آن به رسم</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شناخته نم</w:t>
      </w:r>
      <w:r w:rsidRPr="0000691D">
        <w:rPr>
          <w:rFonts w:cs="B Mitra" w:hint="cs"/>
          <w:sz w:val="28"/>
          <w:szCs w:val="28"/>
          <w:rtl/>
        </w:rPr>
        <w:t>ی‌</w:t>
      </w:r>
      <w:r w:rsidRPr="0000691D">
        <w:rPr>
          <w:rFonts w:cs="B Mitra" w:hint="eastAsia"/>
          <w:sz w:val="28"/>
          <w:szCs w:val="28"/>
          <w:rtl/>
        </w:rPr>
        <w:t>شود</w:t>
      </w:r>
      <w:r w:rsidRPr="0000691D">
        <w:rPr>
          <w:rFonts w:cs="B Mitra" w:hint="cs"/>
          <w:sz w:val="28"/>
          <w:szCs w:val="28"/>
          <w:rtl/>
        </w:rPr>
        <w:t>؛</w:t>
      </w:r>
      <w:r w:rsidRPr="0000691D">
        <w:rPr>
          <w:rFonts w:cs="B Mitra"/>
          <w:sz w:val="28"/>
          <w:szCs w:val="28"/>
          <w:rtl/>
        </w:rPr>
        <w:t xml:space="preserve"> کس</w:t>
      </w:r>
      <w:r w:rsidRPr="0000691D">
        <w:rPr>
          <w:rFonts w:cs="B Mitra" w:hint="cs"/>
          <w:sz w:val="28"/>
          <w:szCs w:val="28"/>
          <w:rtl/>
        </w:rPr>
        <w:t>ی</w:t>
      </w:r>
      <w:r w:rsidRPr="0000691D">
        <w:rPr>
          <w:rFonts w:cs="B Mitra"/>
          <w:sz w:val="28"/>
          <w:szCs w:val="28"/>
          <w:rtl/>
        </w:rPr>
        <w:t xml:space="preserve"> وارد م</w:t>
      </w:r>
      <w:r w:rsidRPr="0000691D">
        <w:rPr>
          <w:rFonts w:cs="B Mitra" w:hint="cs"/>
          <w:sz w:val="28"/>
          <w:szCs w:val="28"/>
          <w:rtl/>
        </w:rPr>
        <w:t>ی‌</w:t>
      </w:r>
      <w:r w:rsidRPr="0000691D">
        <w:rPr>
          <w:rFonts w:cs="B Mitra" w:hint="eastAsia"/>
          <w:sz w:val="28"/>
          <w:szCs w:val="28"/>
          <w:rtl/>
        </w:rPr>
        <w:t>شود،</w:t>
      </w:r>
      <w:r w:rsidRPr="0000691D">
        <w:rPr>
          <w:rFonts w:cs="B Mitra"/>
          <w:sz w:val="28"/>
          <w:szCs w:val="28"/>
          <w:rtl/>
        </w:rPr>
        <w:t xml:space="preserve"> چ</w:t>
      </w:r>
      <w:r w:rsidRPr="0000691D">
        <w:rPr>
          <w:rFonts w:cs="B Mitra" w:hint="cs"/>
          <w:sz w:val="28"/>
          <w:szCs w:val="28"/>
          <w:rtl/>
        </w:rPr>
        <w:t>ی</w:t>
      </w:r>
      <w:r w:rsidRPr="0000691D">
        <w:rPr>
          <w:rFonts w:cs="B Mitra" w:hint="eastAsia"/>
          <w:sz w:val="28"/>
          <w:szCs w:val="28"/>
          <w:rtl/>
        </w:rPr>
        <w:t>ز</w:t>
      </w:r>
      <w:r w:rsidRPr="0000691D">
        <w:rPr>
          <w:rFonts w:cs="B Mitra" w:hint="cs"/>
          <w:sz w:val="28"/>
          <w:szCs w:val="28"/>
          <w:rtl/>
        </w:rPr>
        <w:t>ی</w:t>
      </w:r>
      <w:r w:rsidRPr="0000691D">
        <w:rPr>
          <w:rFonts w:cs="B Mitra"/>
          <w:sz w:val="28"/>
          <w:szCs w:val="28"/>
          <w:rtl/>
        </w:rPr>
        <w:t xml:space="preserve"> برم</w:t>
      </w:r>
      <w:r w:rsidRPr="0000691D">
        <w:rPr>
          <w:rFonts w:cs="B Mitra" w:hint="cs"/>
          <w:sz w:val="28"/>
          <w:szCs w:val="28"/>
          <w:rtl/>
        </w:rPr>
        <w:t>ی‌</w:t>
      </w:r>
      <w:r w:rsidRPr="0000691D">
        <w:rPr>
          <w:rFonts w:cs="B Mitra" w:hint="eastAsia"/>
          <w:sz w:val="28"/>
          <w:szCs w:val="28"/>
          <w:rtl/>
        </w:rPr>
        <w:t>دارد،</w:t>
      </w:r>
      <w:r w:rsidRPr="0000691D">
        <w:rPr>
          <w:rFonts w:cs="B Mitra"/>
          <w:sz w:val="28"/>
          <w:szCs w:val="28"/>
          <w:rtl/>
        </w:rPr>
        <w:t xml:space="preserve"> </w:t>
      </w:r>
      <w:r w:rsidRPr="0000691D">
        <w:rPr>
          <w:rFonts w:cs="B Mitra" w:hint="eastAsia"/>
          <w:sz w:val="28"/>
          <w:szCs w:val="28"/>
          <w:rtl/>
        </w:rPr>
        <w:t>چ</w:t>
      </w:r>
      <w:r w:rsidRPr="0000691D">
        <w:rPr>
          <w:rFonts w:cs="B Mitra" w:hint="cs"/>
          <w:sz w:val="28"/>
          <w:szCs w:val="28"/>
          <w:rtl/>
        </w:rPr>
        <w:t>ی</w:t>
      </w:r>
      <w:r w:rsidRPr="0000691D">
        <w:rPr>
          <w:rFonts w:cs="B Mitra" w:hint="eastAsia"/>
          <w:sz w:val="28"/>
          <w:szCs w:val="28"/>
          <w:rtl/>
        </w:rPr>
        <w:t>ز</w:t>
      </w:r>
      <w:r w:rsidRPr="0000691D">
        <w:rPr>
          <w:rFonts w:cs="B Mitra" w:hint="cs"/>
          <w:sz w:val="28"/>
          <w:szCs w:val="28"/>
          <w:rtl/>
        </w:rPr>
        <w:t>ی</w:t>
      </w:r>
      <w:r w:rsidRPr="0000691D">
        <w:rPr>
          <w:rFonts w:cs="B Mitra"/>
          <w:sz w:val="28"/>
          <w:szCs w:val="28"/>
          <w:rtl/>
        </w:rPr>
        <w:t xml:space="preserve"> جابه‌جا م</w:t>
      </w:r>
      <w:r w:rsidRPr="0000691D">
        <w:rPr>
          <w:rFonts w:cs="B Mitra" w:hint="cs"/>
          <w:sz w:val="28"/>
          <w:szCs w:val="28"/>
          <w:rtl/>
        </w:rPr>
        <w:t>ی‌</w:t>
      </w:r>
      <w:r w:rsidRPr="0000691D">
        <w:rPr>
          <w:rFonts w:cs="B Mitra" w:hint="eastAsia"/>
          <w:sz w:val="28"/>
          <w:szCs w:val="28"/>
          <w:rtl/>
        </w:rPr>
        <w:t>کند</w:t>
      </w:r>
      <w:r w:rsidRPr="0000691D">
        <w:rPr>
          <w:rFonts w:cs="B Mitra" w:hint="cs"/>
          <w:sz w:val="28"/>
          <w:szCs w:val="28"/>
          <w:rtl/>
        </w:rPr>
        <w:t>.</w:t>
      </w:r>
      <w:r w:rsidRPr="0000691D">
        <w:rPr>
          <w:rFonts w:cs="B Mitra"/>
          <w:sz w:val="28"/>
          <w:szCs w:val="28"/>
          <w:rtl/>
        </w:rPr>
        <w:t xml:space="preserve"> </w:t>
      </w:r>
      <w:r w:rsidRPr="0000691D">
        <w:rPr>
          <w:rFonts w:cs="B Mitra" w:hint="cs"/>
          <w:sz w:val="28"/>
          <w:szCs w:val="28"/>
          <w:rtl/>
        </w:rPr>
        <w:t xml:space="preserve">اگر در مورد این وضعیت در ذهن نابینا </w:t>
      </w:r>
      <w:r w:rsidRPr="0000691D">
        <w:rPr>
          <w:rFonts w:cs="B Mitra"/>
          <w:sz w:val="28"/>
          <w:szCs w:val="28"/>
          <w:rtl/>
        </w:rPr>
        <w:t>سؤال</w:t>
      </w:r>
      <w:r w:rsidRPr="0000691D">
        <w:rPr>
          <w:rFonts w:cs="B Mitra" w:hint="cs"/>
          <w:sz w:val="28"/>
          <w:szCs w:val="28"/>
          <w:rtl/>
        </w:rPr>
        <w:t xml:space="preserve">ی شکل گرفته و به زبان بیاورد، </w:t>
      </w:r>
      <w:r w:rsidRPr="0000691D">
        <w:rPr>
          <w:rFonts w:cs="B Mitra"/>
          <w:sz w:val="28"/>
          <w:szCs w:val="28"/>
          <w:rtl/>
        </w:rPr>
        <w:t xml:space="preserve">در پاسخ </w:t>
      </w:r>
      <w:r w:rsidRPr="0000691D">
        <w:rPr>
          <w:rFonts w:cs="B Mitra" w:hint="cs"/>
          <w:sz w:val="28"/>
          <w:szCs w:val="28"/>
          <w:rtl/>
        </w:rPr>
        <w:t xml:space="preserve">این جمله آشنا را می‌شنود:  </w:t>
      </w:r>
      <w:r w:rsidRPr="0000691D">
        <w:rPr>
          <w:rFonts w:cs="B Mitra"/>
          <w:sz w:val="28"/>
          <w:szCs w:val="28"/>
          <w:rtl/>
        </w:rPr>
        <w:t>«من که کار بد</w:t>
      </w:r>
      <w:r w:rsidRPr="0000691D">
        <w:rPr>
          <w:rFonts w:cs="B Mitra" w:hint="cs"/>
          <w:sz w:val="28"/>
          <w:szCs w:val="28"/>
          <w:rtl/>
        </w:rPr>
        <w:t>ی</w:t>
      </w:r>
      <w:r w:rsidRPr="0000691D">
        <w:rPr>
          <w:rFonts w:cs="B Mitra"/>
          <w:sz w:val="28"/>
          <w:szCs w:val="28"/>
          <w:rtl/>
        </w:rPr>
        <w:t xml:space="preserve"> نکردم»</w:t>
      </w:r>
      <w:r w:rsidRPr="0000691D">
        <w:rPr>
          <w:rFonts w:cs="B Mitra" w:hint="cs"/>
          <w:sz w:val="28"/>
          <w:szCs w:val="28"/>
          <w:rtl/>
        </w:rPr>
        <w:t xml:space="preserve">. </w:t>
      </w:r>
      <w:r w:rsidRPr="0000691D">
        <w:rPr>
          <w:rFonts w:cs="B Mitra"/>
          <w:sz w:val="28"/>
          <w:szCs w:val="28"/>
          <w:rtl/>
        </w:rPr>
        <w:t>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پد</w:t>
      </w:r>
      <w:r w:rsidRPr="0000691D">
        <w:rPr>
          <w:rFonts w:cs="B Mitra" w:hint="cs"/>
          <w:sz w:val="28"/>
          <w:szCs w:val="28"/>
          <w:rtl/>
        </w:rPr>
        <w:t>ی</w:t>
      </w:r>
      <w:r w:rsidRPr="0000691D">
        <w:rPr>
          <w:rFonts w:cs="B Mitra" w:hint="eastAsia"/>
          <w:sz w:val="28"/>
          <w:szCs w:val="28"/>
          <w:rtl/>
        </w:rPr>
        <w:t>ده،</w:t>
      </w:r>
      <w:r w:rsidRPr="0000691D">
        <w:rPr>
          <w:rFonts w:cs="B Mitra"/>
          <w:sz w:val="28"/>
          <w:szCs w:val="28"/>
          <w:rtl/>
        </w:rPr>
        <w:t xml:space="preserve"> حر</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را از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حق به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امت</w:t>
      </w:r>
      <w:r w:rsidRPr="0000691D">
        <w:rPr>
          <w:rFonts w:cs="B Mitra" w:hint="cs"/>
          <w:sz w:val="28"/>
          <w:szCs w:val="28"/>
          <w:rtl/>
        </w:rPr>
        <w:t>ی</w:t>
      </w:r>
      <w:r w:rsidRPr="0000691D">
        <w:rPr>
          <w:rFonts w:cs="B Mitra" w:hint="eastAsia"/>
          <w:sz w:val="28"/>
          <w:szCs w:val="28"/>
          <w:rtl/>
        </w:rPr>
        <w:t>از</w:t>
      </w:r>
      <w:r w:rsidRPr="0000691D">
        <w:rPr>
          <w:rFonts w:cs="B Mitra"/>
          <w:sz w:val="28"/>
          <w:szCs w:val="28"/>
          <w:rtl/>
        </w:rPr>
        <w:t xml:space="preserve"> تبد</w:t>
      </w:r>
      <w:r w:rsidRPr="0000691D">
        <w:rPr>
          <w:rFonts w:cs="B Mitra" w:hint="cs"/>
          <w:sz w:val="28"/>
          <w:szCs w:val="28"/>
          <w:rtl/>
        </w:rPr>
        <w:t>ی</w:t>
      </w:r>
      <w:r w:rsidRPr="0000691D">
        <w:rPr>
          <w:rFonts w:cs="B Mitra" w:hint="eastAsia"/>
          <w:sz w:val="28"/>
          <w:szCs w:val="28"/>
          <w:rtl/>
        </w:rPr>
        <w:t>ل</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کند</w:t>
      </w:r>
      <w:r w:rsidRPr="0000691D">
        <w:rPr>
          <w:rFonts w:cs="B Mitra"/>
          <w:sz w:val="28"/>
          <w:szCs w:val="28"/>
          <w:rtl/>
        </w:rPr>
        <w:t xml:space="preserve"> و امت</w:t>
      </w:r>
      <w:r w:rsidRPr="0000691D">
        <w:rPr>
          <w:rFonts w:cs="B Mitra" w:hint="cs"/>
          <w:sz w:val="28"/>
          <w:szCs w:val="28"/>
          <w:rtl/>
        </w:rPr>
        <w:t>ی</w:t>
      </w:r>
      <w:r w:rsidRPr="0000691D">
        <w:rPr>
          <w:rFonts w:cs="B Mitra" w:hint="eastAsia"/>
          <w:sz w:val="28"/>
          <w:szCs w:val="28"/>
          <w:rtl/>
        </w:rPr>
        <w:t>از،</w:t>
      </w:r>
      <w:r w:rsidRPr="0000691D">
        <w:rPr>
          <w:rFonts w:cs="B Mitra"/>
          <w:sz w:val="28"/>
          <w:szCs w:val="28"/>
          <w:rtl/>
        </w:rPr>
        <w:t xml:space="preserve"> هم</w:t>
      </w:r>
      <w:r w:rsidRPr="0000691D">
        <w:rPr>
          <w:rFonts w:cs="B Mitra" w:hint="cs"/>
          <w:sz w:val="28"/>
          <w:szCs w:val="28"/>
          <w:rtl/>
        </w:rPr>
        <w:t>ی</w:t>
      </w:r>
      <w:r w:rsidRPr="0000691D">
        <w:rPr>
          <w:rFonts w:cs="B Mitra" w:hint="eastAsia"/>
          <w:sz w:val="28"/>
          <w:szCs w:val="28"/>
          <w:rtl/>
        </w:rPr>
        <w:t>شه</w:t>
      </w:r>
      <w:r w:rsidRPr="0000691D">
        <w:rPr>
          <w:rFonts w:cs="B Mitra"/>
          <w:sz w:val="28"/>
          <w:szCs w:val="28"/>
          <w:rtl/>
        </w:rPr>
        <w:t xml:space="preserve"> قابل لغو است</w:t>
      </w:r>
      <w:r w:rsidRPr="0000691D">
        <w:rPr>
          <w:rFonts w:cs="B Mitra"/>
          <w:sz w:val="28"/>
          <w:szCs w:val="28"/>
        </w:rPr>
        <w:t>.</w:t>
      </w:r>
    </w:p>
    <w:p w:rsidR="00A75B1C" w:rsidRPr="00DE310A" w:rsidRDefault="00A75B1C" w:rsidP="00DE310A">
      <w:pPr>
        <w:pStyle w:val="Heading3"/>
        <w:bidi/>
        <w:rPr>
          <w:rFonts w:cs="B Mitra"/>
          <w:color w:val="70AD47" w:themeColor="accent6"/>
          <w:sz w:val="28"/>
          <w:szCs w:val="28"/>
        </w:rPr>
      </w:pPr>
      <w:bookmarkStart w:id="28" w:name="_Toc243400535"/>
      <w:r w:rsidRPr="00DE310A">
        <w:rPr>
          <w:rFonts w:cs="B Mitra" w:hint="eastAsia"/>
          <w:color w:val="70AD47" w:themeColor="accent6"/>
          <w:sz w:val="28"/>
          <w:szCs w:val="28"/>
          <w:rtl/>
        </w:rPr>
        <w:lastRenderedPageBreak/>
        <w:t>گوش</w:t>
      </w:r>
      <w:r w:rsidRPr="00DE310A">
        <w:rPr>
          <w:rFonts w:cs="B Mitra" w:hint="cs"/>
          <w:color w:val="70AD47" w:themeColor="accent6"/>
          <w:sz w:val="28"/>
          <w:szCs w:val="28"/>
          <w:rtl/>
        </w:rPr>
        <w:t>ی</w:t>
      </w:r>
      <w:r w:rsidRPr="00DE310A">
        <w:rPr>
          <w:rFonts w:cs="B Mitra"/>
          <w:color w:val="70AD47" w:themeColor="accent6"/>
          <w:sz w:val="28"/>
          <w:szCs w:val="28"/>
          <w:rtl/>
        </w:rPr>
        <w:t>: امتداد ذهن</w:t>
      </w:r>
      <w:r w:rsidRPr="00DE310A">
        <w:rPr>
          <w:rFonts w:cs="B Mitra" w:hint="cs"/>
          <w:color w:val="70AD47" w:themeColor="accent6"/>
          <w:sz w:val="28"/>
          <w:szCs w:val="28"/>
          <w:rtl/>
        </w:rPr>
        <w:t>،</w:t>
      </w:r>
      <w:r w:rsidRPr="00DE310A">
        <w:rPr>
          <w:rFonts w:cs="B Mitra"/>
          <w:color w:val="70AD47" w:themeColor="accent6"/>
          <w:sz w:val="28"/>
          <w:szCs w:val="28"/>
          <w:rtl/>
        </w:rPr>
        <w:t xml:space="preserve"> در معرض تصاحب</w:t>
      </w:r>
      <w:bookmarkEnd w:id="28"/>
    </w:p>
    <w:p w:rsidR="00A75B1C" w:rsidRPr="0000691D" w:rsidRDefault="00A75B1C" w:rsidP="0000691D">
      <w:pPr>
        <w:bidi/>
        <w:spacing w:line="360" w:lineRule="auto"/>
        <w:jc w:val="both"/>
        <w:rPr>
          <w:rFonts w:cs="B Mitra"/>
          <w:sz w:val="28"/>
          <w:szCs w:val="28"/>
        </w:rPr>
      </w:pPr>
      <w:r w:rsidRPr="0000691D">
        <w:rPr>
          <w:rFonts w:cs="B Mitra" w:hint="eastAsia"/>
          <w:sz w:val="28"/>
          <w:szCs w:val="28"/>
          <w:rtl/>
        </w:rPr>
        <w:t>گوش</w:t>
      </w:r>
      <w:r w:rsidRPr="0000691D">
        <w:rPr>
          <w:rFonts w:cs="B Mitra" w:hint="cs"/>
          <w:sz w:val="28"/>
          <w:szCs w:val="28"/>
          <w:rtl/>
        </w:rPr>
        <w:t>ی</w:t>
      </w:r>
      <w:r w:rsidRPr="0000691D">
        <w:rPr>
          <w:rFonts w:cs="B Mitra"/>
          <w:sz w:val="28"/>
          <w:szCs w:val="28"/>
          <w:rtl/>
        </w:rPr>
        <w:t xml:space="preserve"> امروز فقط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وس</w:t>
      </w:r>
      <w:r w:rsidRPr="0000691D">
        <w:rPr>
          <w:rFonts w:cs="B Mitra" w:hint="cs"/>
          <w:sz w:val="28"/>
          <w:szCs w:val="28"/>
          <w:rtl/>
        </w:rPr>
        <w:t>ی</w:t>
      </w:r>
      <w:r w:rsidRPr="0000691D">
        <w:rPr>
          <w:rFonts w:cs="B Mitra" w:hint="eastAsia"/>
          <w:sz w:val="28"/>
          <w:szCs w:val="28"/>
          <w:rtl/>
        </w:rPr>
        <w:t>له</w:t>
      </w:r>
      <w:r w:rsidRPr="0000691D">
        <w:rPr>
          <w:rFonts w:cs="B Mitra"/>
          <w:sz w:val="28"/>
          <w:szCs w:val="28"/>
          <w:rtl/>
        </w:rPr>
        <w:t xml:space="preserve"> ن</w:t>
      </w:r>
      <w:r w:rsidRPr="0000691D">
        <w:rPr>
          <w:rFonts w:cs="B Mitra" w:hint="cs"/>
          <w:sz w:val="28"/>
          <w:szCs w:val="28"/>
          <w:rtl/>
        </w:rPr>
        <w:t>ی</w:t>
      </w:r>
      <w:r w:rsidRPr="0000691D">
        <w:rPr>
          <w:rFonts w:cs="B Mitra" w:hint="eastAsia"/>
          <w:sz w:val="28"/>
          <w:szCs w:val="28"/>
          <w:rtl/>
        </w:rPr>
        <w:t>ست؛</w:t>
      </w:r>
      <w:r w:rsidRPr="0000691D">
        <w:rPr>
          <w:rFonts w:cs="B Mitra"/>
          <w:sz w:val="28"/>
          <w:szCs w:val="28"/>
          <w:rtl/>
        </w:rPr>
        <w:t xml:space="preserve"> امتداد حافظه، رابطه، و هو</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است</w:t>
      </w:r>
      <w:r w:rsidRPr="0000691D">
        <w:rPr>
          <w:rFonts w:cs="B Mitra" w:hint="cs"/>
          <w:sz w:val="28"/>
          <w:szCs w:val="28"/>
          <w:rtl/>
        </w:rPr>
        <w:t>؛</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فرد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گوش</w:t>
      </w:r>
      <w:r w:rsidRPr="0000691D">
        <w:rPr>
          <w:rFonts w:cs="B Mitra" w:hint="cs"/>
          <w:sz w:val="28"/>
          <w:szCs w:val="28"/>
          <w:rtl/>
        </w:rPr>
        <w:t>ی</w:t>
      </w:r>
      <w:r w:rsidRPr="0000691D">
        <w:rPr>
          <w:rFonts w:cs="B Mitra"/>
          <w:sz w:val="28"/>
          <w:szCs w:val="28"/>
          <w:rtl/>
        </w:rPr>
        <w:t xml:space="preserve"> با صفحه‌خوان، ابزار</w:t>
      </w:r>
      <w:r w:rsidRPr="0000691D">
        <w:rPr>
          <w:rFonts w:cs="B Mitra" w:hint="cs"/>
          <w:sz w:val="28"/>
          <w:szCs w:val="28"/>
          <w:rtl/>
        </w:rPr>
        <w:t>ی</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استقلال است. اما هم</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ابزار، اغلب با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جمله خ</w:t>
      </w:r>
      <w:r w:rsidRPr="0000691D">
        <w:rPr>
          <w:rFonts w:cs="B Mitra" w:hint="cs"/>
          <w:sz w:val="28"/>
          <w:szCs w:val="28"/>
          <w:rtl/>
        </w:rPr>
        <w:t>ی</w:t>
      </w:r>
      <w:r w:rsidRPr="0000691D">
        <w:rPr>
          <w:rFonts w:cs="B Mitra" w:hint="eastAsia"/>
          <w:sz w:val="28"/>
          <w:szCs w:val="28"/>
          <w:rtl/>
        </w:rPr>
        <w:t>رخواهانه</w:t>
      </w:r>
      <w:r w:rsidRPr="0000691D">
        <w:rPr>
          <w:rFonts w:cs="B Mitra"/>
          <w:sz w:val="28"/>
          <w:szCs w:val="28"/>
          <w:rtl/>
        </w:rPr>
        <w:t xml:space="preserve"> از دست او گرفته م</w:t>
      </w:r>
      <w:r w:rsidRPr="0000691D">
        <w:rPr>
          <w:rFonts w:cs="B Mitra" w:hint="cs"/>
          <w:sz w:val="28"/>
          <w:szCs w:val="28"/>
          <w:rtl/>
        </w:rPr>
        <w:t>ی‌</w:t>
      </w:r>
      <w:r w:rsidRPr="0000691D">
        <w:rPr>
          <w:rFonts w:cs="B Mitra" w:hint="eastAsia"/>
          <w:sz w:val="28"/>
          <w:szCs w:val="28"/>
          <w:rtl/>
        </w:rPr>
        <w:t>شود</w:t>
      </w:r>
      <w:r w:rsidRPr="0000691D">
        <w:rPr>
          <w:rFonts w:cs="B Mitra"/>
          <w:sz w:val="28"/>
          <w:szCs w:val="28"/>
          <w:rtl/>
        </w:rPr>
        <w:t>: «بده من برات سر</w:t>
      </w:r>
      <w:r w:rsidRPr="0000691D">
        <w:rPr>
          <w:rFonts w:cs="B Mitra" w:hint="cs"/>
          <w:sz w:val="28"/>
          <w:szCs w:val="28"/>
          <w:rtl/>
        </w:rPr>
        <w:t>ی</w:t>
      </w:r>
      <w:r w:rsidRPr="0000691D">
        <w:rPr>
          <w:rFonts w:cs="B Mitra" w:hint="eastAsia"/>
          <w:sz w:val="28"/>
          <w:szCs w:val="28"/>
          <w:rtl/>
        </w:rPr>
        <w:t>ع‌تر</w:t>
      </w:r>
      <w:r w:rsidRPr="0000691D">
        <w:rPr>
          <w:rFonts w:cs="B Mitra"/>
          <w:sz w:val="28"/>
          <w:szCs w:val="28"/>
          <w:rtl/>
        </w:rPr>
        <w:t xml:space="preserve"> انجام م</w:t>
      </w:r>
      <w:r w:rsidRPr="0000691D">
        <w:rPr>
          <w:rFonts w:cs="B Mitra" w:hint="cs"/>
          <w:sz w:val="28"/>
          <w:szCs w:val="28"/>
          <w:rtl/>
        </w:rPr>
        <w:t>ی‌</w:t>
      </w:r>
      <w:r w:rsidRPr="0000691D">
        <w:rPr>
          <w:rFonts w:cs="B Mitra" w:hint="eastAsia"/>
          <w:sz w:val="28"/>
          <w:szCs w:val="28"/>
          <w:rtl/>
        </w:rPr>
        <w:t>دهم</w:t>
      </w:r>
      <w:r w:rsidRPr="0000691D">
        <w:rPr>
          <w:rFonts w:cs="B Mitra"/>
          <w:sz w:val="28"/>
          <w:szCs w:val="28"/>
          <w:rtl/>
        </w:rPr>
        <w:t>»</w:t>
      </w:r>
      <w:r w:rsidRPr="0000691D">
        <w:rPr>
          <w:rFonts w:cs="B Mitra" w:hint="cs"/>
          <w:sz w:val="28"/>
          <w:szCs w:val="28"/>
          <w:rtl/>
        </w:rPr>
        <w:t>.</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جمله ظاهراً کمک است، اما </w:t>
      </w:r>
      <w:r w:rsidRPr="0000691D">
        <w:rPr>
          <w:rFonts w:cs="B Mitra" w:hint="eastAsia"/>
          <w:sz w:val="28"/>
          <w:szCs w:val="28"/>
          <w:rtl/>
        </w:rPr>
        <w:t>در</w:t>
      </w:r>
      <w:r w:rsidRPr="0000691D">
        <w:rPr>
          <w:rFonts w:cs="B Mitra"/>
          <w:sz w:val="28"/>
          <w:szCs w:val="28"/>
          <w:rtl/>
        </w:rPr>
        <w:t xml:space="preserve"> باطن سلب مالک</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است</w:t>
      </w:r>
      <w:r w:rsidRPr="0000691D">
        <w:rPr>
          <w:rFonts w:cs="B Mitra" w:hint="cs"/>
          <w:sz w:val="28"/>
          <w:szCs w:val="28"/>
          <w:rtl/>
        </w:rPr>
        <w:t>؛</w:t>
      </w:r>
      <w:r w:rsidRPr="0000691D">
        <w:rPr>
          <w:rFonts w:cs="B Mitra"/>
          <w:sz w:val="28"/>
          <w:szCs w:val="28"/>
          <w:rtl/>
        </w:rPr>
        <w:t xml:space="preserve"> کند</w:t>
      </w:r>
      <w:r w:rsidRPr="0000691D">
        <w:rPr>
          <w:rFonts w:cs="B Mitra" w:hint="cs"/>
          <w:sz w:val="28"/>
          <w:szCs w:val="28"/>
          <w:rtl/>
        </w:rPr>
        <w:t>ی</w:t>
      </w:r>
      <w:r w:rsidRPr="0000691D">
        <w:rPr>
          <w:rFonts w:cs="B Mitra"/>
          <w:sz w:val="28"/>
          <w:szCs w:val="28"/>
          <w:rtl/>
        </w:rPr>
        <w:t xml:space="preserve"> فرد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بهانه‌ا</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شود</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ورود به حر</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او و اگر مقاومت کند، ناسپاس به نظر م</w:t>
      </w:r>
      <w:r w:rsidRPr="0000691D">
        <w:rPr>
          <w:rFonts w:cs="B Mitra" w:hint="cs"/>
          <w:sz w:val="28"/>
          <w:szCs w:val="28"/>
          <w:rtl/>
        </w:rPr>
        <w:t>ی‌</w:t>
      </w:r>
      <w:r w:rsidRPr="0000691D">
        <w:rPr>
          <w:rFonts w:cs="B Mitra" w:hint="eastAsia"/>
          <w:sz w:val="28"/>
          <w:szCs w:val="28"/>
          <w:rtl/>
        </w:rPr>
        <w:t>رسد</w:t>
      </w:r>
      <w:r w:rsidRPr="0000691D">
        <w:rPr>
          <w:rFonts w:cs="B Mitra"/>
          <w:sz w:val="28"/>
          <w:szCs w:val="28"/>
          <w:rtl/>
        </w:rPr>
        <w:t>. پس حر</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قربان</w:t>
      </w:r>
      <w:r w:rsidRPr="0000691D">
        <w:rPr>
          <w:rFonts w:cs="B Mitra" w:hint="cs"/>
          <w:sz w:val="28"/>
          <w:szCs w:val="28"/>
          <w:rtl/>
        </w:rPr>
        <w:t>ی</w:t>
      </w:r>
      <w:r w:rsidRPr="0000691D">
        <w:rPr>
          <w:rFonts w:cs="B Mitra"/>
          <w:sz w:val="28"/>
          <w:szCs w:val="28"/>
          <w:rtl/>
        </w:rPr>
        <w:t xml:space="preserve"> سرعت م</w:t>
      </w:r>
      <w:r w:rsidRPr="0000691D">
        <w:rPr>
          <w:rFonts w:cs="B Mitra" w:hint="cs"/>
          <w:sz w:val="28"/>
          <w:szCs w:val="28"/>
          <w:rtl/>
        </w:rPr>
        <w:t>ی‌</w:t>
      </w:r>
      <w:r w:rsidRPr="0000691D">
        <w:rPr>
          <w:rFonts w:cs="B Mitra" w:hint="eastAsia"/>
          <w:sz w:val="28"/>
          <w:szCs w:val="28"/>
          <w:rtl/>
        </w:rPr>
        <w:t>شود</w:t>
      </w:r>
      <w:r w:rsidRPr="0000691D">
        <w:rPr>
          <w:rFonts w:cs="B Mitra"/>
          <w:sz w:val="28"/>
          <w:szCs w:val="28"/>
          <w:rtl/>
        </w:rPr>
        <w:t>. حال آنکه کند</w:t>
      </w:r>
      <w:r w:rsidRPr="0000691D">
        <w:rPr>
          <w:rFonts w:cs="B Mitra" w:hint="cs"/>
          <w:sz w:val="28"/>
          <w:szCs w:val="28"/>
          <w:rtl/>
        </w:rPr>
        <w:t>ی</w:t>
      </w:r>
      <w:r w:rsidRPr="0000691D">
        <w:rPr>
          <w:rFonts w:cs="B Mitra" w:hint="eastAsia"/>
          <w:sz w:val="28"/>
          <w:szCs w:val="28"/>
          <w:rtl/>
        </w:rPr>
        <w:t>،</w:t>
      </w:r>
      <w:r w:rsidRPr="0000691D">
        <w:rPr>
          <w:rFonts w:cs="B Mitra"/>
          <w:sz w:val="28"/>
          <w:szCs w:val="28"/>
          <w:rtl/>
        </w:rPr>
        <w:t xml:space="preserve"> بخش</w:t>
      </w:r>
      <w:r w:rsidRPr="0000691D">
        <w:rPr>
          <w:rFonts w:cs="B Mitra" w:hint="cs"/>
          <w:sz w:val="28"/>
          <w:szCs w:val="28"/>
          <w:rtl/>
        </w:rPr>
        <w:t>ی</w:t>
      </w:r>
      <w:r w:rsidRPr="0000691D">
        <w:rPr>
          <w:rFonts w:cs="B Mitra"/>
          <w:sz w:val="28"/>
          <w:szCs w:val="28"/>
          <w:rtl/>
        </w:rPr>
        <w:t xml:space="preserve"> از ش</w:t>
      </w:r>
      <w:r w:rsidRPr="0000691D">
        <w:rPr>
          <w:rFonts w:cs="B Mitra" w:hint="cs"/>
          <w:sz w:val="28"/>
          <w:szCs w:val="28"/>
          <w:rtl/>
        </w:rPr>
        <w:t>ی</w:t>
      </w:r>
      <w:r w:rsidRPr="0000691D">
        <w:rPr>
          <w:rFonts w:cs="B Mitra" w:hint="eastAsia"/>
          <w:sz w:val="28"/>
          <w:szCs w:val="28"/>
          <w:rtl/>
        </w:rPr>
        <w:t>وه</w:t>
      </w:r>
      <w:r w:rsidRPr="0000691D">
        <w:rPr>
          <w:rFonts w:cs="B Mitra"/>
          <w:sz w:val="28"/>
          <w:szCs w:val="28"/>
          <w:rtl/>
        </w:rPr>
        <w:t xml:space="preserve"> بودن اوست و حق داشتن ر</w:t>
      </w:r>
      <w:r w:rsidRPr="0000691D">
        <w:rPr>
          <w:rFonts w:cs="B Mitra" w:hint="cs"/>
          <w:sz w:val="28"/>
          <w:szCs w:val="28"/>
          <w:rtl/>
        </w:rPr>
        <w:t>ی</w:t>
      </w:r>
      <w:r w:rsidRPr="0000691D">
        <w:rPr>
          <w:rFonts w:cs="B Mitra" w:hint="eastAsia"/>
          <w:sz w:val="28"/>
          <w:szCs w:val="28"/>
          <w:rtl/>
        </w:rPr>
        <w:t>تم</w:t>
      </w:r>
      <w:r w:rsidRPr="0000691D">
        <w:rPr>
          <w:rFonts w:cs="B Mitra"/>
          <w:sz w:val="28"/>
          <w:szCs w:val="28"/>
          <w:rtl/>
        </w:rPr>
        <w:t xml:space="preserve"> خود، خودش بخش</w:t>
      </w:r>
      <w:r w:rsidRPr="0000691D">
        <w:rPr>
          <w:rFonts w:cs="B Mitra" w:hint="cs"/>
          <w:sz w:val="28"/>
          <w:szCs w:val="28"/>
          <w:rtl/>
        </w:rPr>
        <w:t>ی</w:t>
      </w:r>
      <w:r w:rsidRPr="0000691D">
        <w:rPr>
          <w:rFonts w:cs="B Mitra"/>
          <w:sz w:val="28"/>
          <w:szCs w:val="28"/>
          <w:rtl/>
        </w:rPr>
        <w:t xml:space="preserve"> از کرامت است</w:t>
      </w:r>
      <w:r w:rsidRPr="0000691D">
        <w:rPr>
          <w:rFonts w:cs="B Mitra"/>
          <w:sz w:val="28"/>
          <w:szCs w:val="28"/>
        </w:rPr>
        <w:t>.</w:t>
      </w:r>
    </w:p>
    <w:p w:rsidR="00A75B1C" w:rsidRPr="00DE310A" w:rsidRDefault="00A75B1C" w:rsidP="00DE310A">
      <w:pPr>
        <w:pStyle w:val="Heading3"/>
        <w:bidi/>
        <w:rPr>
          <w:rFonts w:cs="B Mitra"/>
          <w:color w:val="70AD47" w:themeColor="accent6"/>
          <w:sz w:val="28"/>
          <w:szCs w:val="28"/>
        </w:rPr>
      </w:pPr>
      <w:bookmarkStart w:id="29" w:name="_Toc243400536"/>
      <w:r w:rsidRPr="00DE310A">
        <w:rPr>
          <w:rFonts w:cs="B Mitra" w:hint="eastAsia"/>
          <w:color w:val="70AD47" w:themeColor="accent6"/>
          <w:sz w:val="28"/>
          <w:szCs w:val="28"/>
          <w:rtl/>
        </w:rPr>
        <w:t>پوشش</w:t>
      </w:r>
      <w:r w:rsidRPr="00DE310A">
        <w:rPr>
          <w:rFonts w:cs="B Mitra"/>
          <w:color w:val="70AD47" w:themeColor="accent6"/>
          <w:sz w:val="28"/>
          <w:szCs w:val="28"/>
          <w:rtl/>
        </w:rPr>
        <w:t xml:space="preserve"> و آراستگ</w:t>
      </w:r>
      <w:r w:rsidRPr="00DE310A">
        <w:rPr>
          <w:rFonts w:cs="B Mitra" w:hint="cs"/>
          <w:color w:val="70AD47" w:themeColor="accent6"/>
          <w:sz w:val="28"/>
          <w:szCs w:val="28"/>
          <w:rtl/>
        </w:rPr>
        <w:t>ی</w:t>
      </w:r>
      <w:r w:rsidRPr="00DE310A">
        <w:rPr>
          <w:rFonts w:cs="B Mitra"/>
          <w:color w:val="70AD47" w:themeColor="accent6"/>
          <w:sz w:val="28"/>
          <w:szCs w:val="28"/>
          <w:rtl/>
        </w:rPr>
        <w:t>: بدن</w:t>
      </w:r>
      <w:r w:rsidRPr="00DE310A">
        <w:rPr>
          <w:rFonts w:cs="B Mitra" w:hint="cs"/>
          <w:color w:val="70AD47" w:themeColor="accent6"/>
          <w:sz w:val="28"/>
          <w:szCs w:val="28"/>
          <w:rtl/>
        </w:rPr>
        <w:t>ی</w:t>
      </w:r>
      <w:r w:rsidRPr="00DE310A">
        <w:rPr>
          <w:rFonts w:cs="B Mitra"/>
          <w:color w:val="70AD47" w:themeColor="accent6"/>
          <w:sz w:val="28"/>
          <w:szCs w:val="28"/>
          <w:rtl/>
        </w:rPr>
        <w:t xml:space="preserve"> که هم</w:t>
      </w:r>
      <w:r w:rsidRPr="00DE310A">
        <w:rPr>
          <w:rFonts w:cs="B Mitra" w:hint="cs"/>
          <w:color w:val="70AD47" w:themeColor="accent6"/>
          <w:sz w:val="28"/>
          <w:szCs w:val="28"/>
          <w:rtl/>
        </w:rPr>
        <w:t>ی</w:t>
      </w:r>
      <w:r w:rsidRPr="00DE310A">
        <w:rPr>
          <w:rFonts w:cs="B Mitra" w:hint="eastAsia"/>
          <w:color w:val="70AD47" w:themeColor="accent6"/>
          <w:sz w:val="28"/>
          <w:szCs w:val="28"/>
          <w:rtl/>
        </w:rPr>
        <w:t>شه</w:t>
      </w:r>
      <w:r w:rsidRPr="00DE310A">
        <w:rPr>
          <w:rFonts w:cs="B Mitra"/>
          <w:color w:val="70AD47" w:themeColor="accent6"/>
          <w:sz w:val="28"/>
          <w:szCs w:val="28"/>
          <w:rtl/>
        </w:rPr>
        <w:t xml:space="preserve"> د</w:t>
      </w:r>
      <w:r w:rsidRPr="00DE310A">
        <w:rPr>
          <w:rFonts w:cs="B Mitra" w:hint="cs"/>
          <w:color w:val="70AD47" w:themeColor="accent6"/>
          <w:sz w:val="28"/>
          <w:szCs w:val="28"/>
          <w:rtl/>
        </w:rPr>
        <w:t>ی</w:t>
      </w:r>
      <w:r w:rsidRPr="00DE310A">
        <w:rPr>
          <w:rFonts w:cs="B Mitra" w:hint="eastAsia"/>
          <w:color w:val="70AD47" w:themeColor="accent6"/>
          <w:sz w:val="28"/>
          <w:szCs w:val="28"/>
          <w:rtl/>
        </w:rPr>
        <w:t>ده</w:t>
      </w:r>
      <w:r w:rsidRPr="00DE310A">
        <w:rPr>
          <w:rFonts w:cs="B Mitra"/>
          <w:color w:val="70AD47" w:themeColor="accent6"/>
          <w:sz w:val="28"/>
          <w:szCs w:val="28"/>
          <w:rtl/>
        </w:rPr>
        <w:t xml:space="preserve"> م</w:t>
      </w:r>
      <w:r w:rsidRPr="00DE310A">
        <w:rPr>
          <w:rFonts w:cs="B Mitra" w:hint="cs"/>
          <w:color w:val="70AD47" w:themeColor="accent6"/>
          <w:sz w:val="28"/>
          <w:szCs w:val="28"/>
          <w:rtl/>
        </w:rPr>
        <w:t>ی‌</w:t>
      </w:r>
      <w:r w:rsidRPr="00DE310A">
        <w:rPr>
          <w:rFonts w:cs="B Mitra" w:hint="eastAsia"/>
          <w:color w:val="70AD47" w:themeColor="accent6"/>
          <w:sz w:val="28"/>
          <w:szCs w:val="28"/>
          <w:rtl/>
        </w:rPr>
        <w:t>شود</w:t>
      </w:r>
      <w:bookmarkEnd w:id="29"/>
    </w:p>
    <w:p w:rsidR="00A75B1C" w:rsidRPr="0000691D" w:rsidRDefault="00A75B1C" w:rsidP="0000691D">
      <w:pPr>
        <w:bidi/>
        <w:spacing w:line="360" w:lineRule="auto"/>
        <w:jc w:val="both"/>
        <w:rPr>
          <w:rFonts w:cs="B Mitra"/>
          <w:sz w:val="28"/>
          <w:szCs w:val="28"/>
        </w:rPr>
      </w:pPr>
      <w:r w:rsidRPr="0000691D">
        <w:rPr>
          <w:rFonts w:cs="B Mitra" w:hint="eastAsia"/>
          <w:sz w:val="28"/>
          <w:szCs w:val="28"/>
          <w:rtl/>
        </w:rPr>
        <w:t>فرد</w:t>
      </w:r>
      <w:r w:rsidRPr="0000691D">
        <w:rPr>
          <w:rFonts w:cs="B Mitra"/>
          <w:sz w:val="28"/>
          <w:szCs w:val="28"/>
          <w:rtl/>
        </w:rPr>
        <w:t xml:space="preserve">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در انتخاب پوشش و آراستگ</w:t>
      </w:r>
      <w:r w:rsidRPr="0000691D">
        <w:rPr>
          <w:rFonts w:cs="B Mitra" w:hint="cs"/>
          <w:sz w:val="28"/>
          <w:szCs w:val="28"/>
          <w:rtl/>
        </w:rPr>
        <w:t>ی</w:t>
      </w:r>
      <w:r w:rsidRPr="0000691D">
        <w:rPr>
          <w:rFonts w:cs="B Mitra"/>
          <w:sz w:val="28"/>
          <w:szCs w:val="28"/>
          <w:rtl/>
        </w:rPr>
        <w:t xml:space="preserve"> خود، اغلب با نظارت پنهان و آشکار روبه‌روست</w:t>
      </w:r>
      <w:r w:rsidRPr="0000691D">
        <w:rPr>
          <w:rFonts w:cs="B Mitra" w:hint="cs"/>
          <w:sz w:val="28"/>
          <w:szCs w:val="28"/>
          <w:rtl/>
        </w:rPr>
        <w:t>؛</w:t>
      </w:r>
      <w:r w:rsidRPr="0000691D">
        <w:rPr>
          <w:rFonts w:cs="B Mitra"/>
          <w:sz w:val="28"/>
          <w:szCs w:val="28"/>
          <w:rtl/>
        </w:rPr>
        <w:t xml:space="preserve"> کس</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گو</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رنگ به </w:t>
      </w:r>
      <w:r w:rsidRPr="0000691D">
        <w:rPr>
          <w:rFonts w:cs="B Mitra" w:hint="cs"/>
          <w:sz w:val="28"/>
          <w:szCs w:val="28"/>
          <w:rtl/>
        </w:rPr>
        <w:t xml:space="preserve">شما  </w:t>
      </w:r>
      <w:r w:rsidRPr="0000691D">
        <w:rPr>
          <w:rFonts w:cs="B Mitra"/>
          <w:sz w:val="28"/>
          <w:szCs w:val="28"/>
          <w:rtl/>
        </w:rPr>
        <w:t>نم</w:t>
      </w:r>
      <w:r w:rsidRPr="0000691D">
        <w:rPr>
          <w:rFonts w:cs="B Mitra" w:hint="cs"/>
          <w:sz w:val="28"/>
          <w:szCs w:val="28"/>
          <w:rtl/>
        </w:rPr>
        <w:t>ی‌</w:t>
      </w:r>
      <w:r w:rsidRPr="0000691D">
        <w:rPr>
          <w:rFonts w:cs="B Mitra" w:hint="eastAsia"/>
          <w:sz w:val="28"/>
          <w:szCs w:val="28"/>
          <w:rtl/>
        </w:rPr>
        <w:t>آ</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کس</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گو</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را بپوش، بهتر است» کس</w:t>
      </w:r>
      <w:r w:rsidRPr="0000691D">
        <w:rPr>
          <w:rFonts w:cs="B Mitra" w:hint="cs"/>
          <w:sz w:val="28"/>
          <w:szCs w:val="28"/>
          <w:rtl/>
        </w:rPr>
        <w:t>ی</w:t>
      </w:r>
      <w:r w:rsidRPr="0000691D">
        <w:rPr>
          <w:rFonts w:cs="B Mitra"/>
          <w:sz w:val="28"/>
          <w:szCs w:val="28"/>
          <w:rtl/>
        </w:rPr>
        <w:t xml:space="preserve"> بدون پرس</w:t>
      </w:r>
      <w:r w:rsidRPr="0000691D">
        <w:rPr>
          <w:rFonts w:cs="B Mitra" w:hint="cs"/>
          <w:sz w:val="28"/>
          <w:szCs w:val="28"/>
          <w:rtl/>
        </w:rPr>
        <w:t>ی</w:t>
      </w:r>
      <w:r w:rsidRPr="0000691D">
        <w:rPr>
          <w:rFonts w:cs="B Mitra" w:hint="eastAsia"/>
          <w:sz w:val="28"/>
          <w:szCs w:val="28"/>
          <w:rtl/>
        </w:rPr>
        <w:t>دن،</w:t>
      </w:r>
      <w:r w:rsidRPr="0000691D">
        <w:rPr>
          <w:rFonts w:cs="B Mitra"/>
          <w:sz w:val="28"/>
          <w:szCs w:val="28"/>
          <w:rtl/>
        </w:rPr>
        <w:t xml:space="preserve"> مو</w:t>
      </w:r>
      <w:r w:rsidRPr="0000691D">
        <w:rPr>
          <w:rFonts w:cs="B Mitra" w:hint="cs"/>
          <w:sz w:val="28"/>
          <w:szCs w:val="28"/>
          <w:rtl/>
        </w:rPr>
        <w:t>ی</w:t>
      </w:r>
      <w:r w:rsidRPr="0000691D">
        <w:rPr>
          <w:rFonts w:cs="B Mitra"/>
          <w:sz w:val="28"/>
          <w:szCs w:val="28"/>
          <w:rtl/>
        </w:rPr>
        <w:t xml:space="preserve"> او را مرتب م</w:t>
      </w:r>
      <w:r w:rsidRPr="0000691D">
        <w:rPr>
          <w:rFonts w:cs="B Mitra" w:hint="cs"/>
          <w:sz w:val="28"/>
          <w:szCs w:val="28"/>
          <w:rtl/>
        </w:rPr>
        <w:t>ی‌</w:t>
      </w:r>
      <w:r w:rsidRPr="0000691D">
        <w:rPr>
          <w:rFonts w:cs="B Mitra" w:hint="eastAsia"/>
          <w:sz w:val="28"/>
          <w:szCs w:val="28"/>
          <w:rtl/>
        </w:rPr>
        <w:t>کند،</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قه‌اش</w:t>
      </w:r>
      <w:r w:rsidRPr="0000691D">
        <w:rPr>
          <w:rFonts w:cs="B Mitra"/>
          <w:sz w:val="28"/>
          <w:szCs w:val="28"/>
          <w:rtl/>
        </w:rPr>
        <w:t xml:space="preserve"> را درست م</w:t>
      </w:r>
      <w:r w:rsidRPr="0000691D">
        <w:rPr>
          <w:rFonts w:cs="B Mitra" w:hint="cs"/>
          <w:sz w:val="28"/>
          <w:szCs w:val="28"/>
          <w:rtl/>
        </w:rPr>
        <w:t>ی‌</w:t>
      </w:r>
      <w:r w:rsidRPr="0000691D">
        <w:rPr>
          <w:rFonts w:cs="B Mitra" w:hint="eastAsia"/>
          <w:sz w:val="28"/>
          <w:szCs w:val="28"/>
          <w:rtl/>
        </w:rPr>
        <w:t>کند،</w:t>
      </w:r>
      <w:r w:rsidRPr="0000691D">
        <w:rPr>
          <w:rFonts w:cs="B Mitra"/>
          <w:sz w:val="28"/>
          <w:szCs w:val="28"/>
          <w:rtl/>
        </w:rPr>
        <w:t xml:space="preserve"> و لباسش را جابه‌جا م</w:t>
      </w:r>
      <w:r w:rsidRPr="0000691D">
        <w:rPr>
          <w:rFonts w:cs="B Mitra" w:hint="cs"/>
          <w:sz w:val="28"/>
          <w:szCs w:val="28"/>
          <w:rtl/>
        </w:rPr>
        <w:t>ی‌</w:t>
      </w:r>
      <w:r w:rsidRPr="0000691D">
        <w:rPr>
          <w:rFonts w:cs="B Mitra" w:hint="eastAsia"/>
          <w:sz w:val="28"/>
          <w:szCs w:val="28"/>
          <w:rtl/>
        </w:rPr>
        <w:t>کند</w:t>
      </w:r>
      <w:r w:rsidRPr="0000691D">
        <w:rPr>
          <w:rFonts w:cs="B Mitra"/>
          <w:sz w:val="28"/>
          <w:szCs w:val="28"/>
          <w:rtl/>
        </w:rPr>
        <w:t>.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دخالت‌</w:t>
      </w:r>
      <w:r w:rsidRPr="0000691D">
        <w:rPr>
          <w:rFonts w:cs="B Mitra" w:hint="eastAsia"/>
          <w:sz w:val="28"/>
          <w:szCs w:val="28"/>
          <w:rtl/>
        </w:rPr>
        <w:t>ها،</w:t>
      </w:r>
      <w:r w:rsidRPr="0000691D">
        <w:rPr>
          <w:rFonts w:cs="B Mitra"/>
          <w:sz w:val="28"/>
          <w:szCs w:val="28"/>
          <w:rtl/>
        </w:rPr>
        <w:t xml:space="preserve"> اگرچه با 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خ</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انجام م</w:t>
      </w:r>
      <w:r w:rsidRPr="0000691D">
        <w:rPr>
          <w:rFonts w:cs="B Mitra" w:hint="cs"/>
          <w:sz w:val="28"/>
          <w:szCs w:val="28"/>
          <w:rtl/>
        </w:rPr>
        <w:t>ی‌</w:t>
      </w:r>
      <w:r w:rsidRPr="0000691D">
        <w:rPr>
          <w:rFonts w:cs="B Mitra" w:hint="eastAsia"/>
          <w:sz w:val="28"/>
          <w:szCs w:val="28"/>
          <w:rtl/>
        </w:rPr>
        <w:t>شوند،</w:t>
      </w:r>
      <w:r w:rsidRPr="0000691D">
        <w:rPr>
          <w:rFonts w:cs="B Mitra"/>
          <w:sz w:val="28"/>
          <w:szCs w:val="28"/>
          <w:rtl/>
        </w:rPr>
        <w:t xml:space="preserve"> اما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پ</w:t>
      </w:r>
      <w:r w:rsidRPr="0000691D">
        <w:rPr>
          <w:rFonts w:cs="B Mitra" w:hint="cs"/>
          <w:sz w:val="28"/>
          <w:szCs w:val="28"/>
          <w:rtl/>
        </w:rPr>
        <w:t>ی</w:t>
      </w:r>
      <w:r w:rsidRPr="0000691D">
        <w:rPr>
          <w:rFonts w:cs="B Mitra" w:hint="eastAsia"/>
          <w:sz w:val="28"/>
          <w:szCs w:val="28"/>
          <w:rtl/>
        </w:rPr>
        <w:t>ام</w:t>
      </w:r>
      <w:r w:rsidRPr="0000691D">
        <w:rPr>
          <w:rFonts w:cs="B Mitra"/>
          <w:sz w:val="28"/>
          <w:szCs w:val="28"/>
          <w:rtl/>
        </w:rPr>
        <w:t xml:space="preserve"> پنهان دارند: «تو نم</w:t>
      </w:r>
      <w:r w:rsidRPr="0000691D">
        <w:rPr>
          <w:rFonts w:cs="B Mitra" w:hint="cs"/>
          <w:sz w:val="28"/>
          <w:szCs w:val="28"/>
          <w:rtl/>
        </w:rPr>
        <w:t>ی‌</w:t>
      </w:r>
      <w:r w:rsidRPr="0000691D">
        <w:rPr>
          <w:rFonts w:cs="B Mitra" w:hint="eastAsia"/>
          <w:sz w:val="28"/>
          <w:szCs w:val="28"/>
          <w:rtl/>
        </w:rPr>
        <w:t>توان</w:t>
      </w:r>
      <w:r w:rsidRPr="0000691D">
        <w:rPr>
          <w:rFonts w:cs="B Mitra" w:hint="cs"/>
          <w:sz w:val="28"/>
          <w:szCs w:val="28"/>
          <w:rtl/>
        </w:rPr>
        <w:t>ی</w:t>
      </w:r>
      <w:r w:rsidRPr="0000691D">
        <w:rPr>
          <w:rFonts w:cs="B Mitra"/>
          <w:sz w:val="28"/>
          <w:szCs w:val="28"/>
          <w:rtl/>
        </w:rPr>
        <w:t xml:space="preserve"> خودت را درست مد</w:t>
      </w:r>
      <w:r w:rsidRPr="0000691D">
        <w:rPr>
          <w:rFonts w:cs="B Mitra" w:hint="cs"/>
          <w:sz w:val="28"/>
          <w:szCs w:val="28"/>
          <w:rtl/>
        </w:rPr>
        <w:t>ی</w:t>
      </w:r>
      <w:r w:rsidRPr="0000691D">
        <w:rPr>
          <w:rFonts w:cs="B Mitra" w:hint="eastAsia"/>
          <w:sz w:val="28"/>
          <w:szCs w:val="28"/>
          <w:rtl/>
        </w:rPr>
        <w:t>ر</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کن.» و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پ</w:t>
      </w:r>
      <w:r w:rsidRPr="0000691D">
        <w:rPr>
          <w:rFonts w:cs="B Mitra" w:hint="cs"/>
          <w:sz w:val="28"/>
          <w:szCs w:val="28"/>
          <w:rtl/>
        </w:rPr>
        <w:t>ی</w:t>
      </w:r>
      <w:r w:rsidRPr="0000691D">
        <w:rPr>
          <w:rFonts w:cs="B Mitra" w:hint="eastAsia"/>
          <w:sz w:val="28"/>
          <w:szCs w:val="28"/>
          <w:rtl/>
        </w:rPr>
        <w:t>ام،</w:t>
      </w:r>
      <w:r w:rsidRPr="0000691D">
        <w:rPr>
          <w:rFonts w:cs="B Mitra"/>
          <w:sz w:val="28"/>
          <w:szCs w:val="28"/>
          <w:rtl/>
        </w:rPr>
        <w:t xml:space="preserve"> اعتماد به ادراک و انتخاب فرد را خدشه‌دار م</w:t>
      </w:r>
      <w:r w:rsidRPr="0000691D">
        <w:rPr>
          <w:rFonts w:cs="B Mitra" w:hint="cs"/>
          <w:sz w:val="28"/>
          <w:szCs w:val="28"/>
          <w:rtl/>
        </w:rPr>
        <w:t>ی‌</w:t>
      </w:r>
      <w:r w:rsidRPr="0000691D">
        <w:rPr>
          <w:rFonts w:cs="B Mitra" w:hint="eastAsia"/>
          <w:sz w:val="28"/>
          <w:szCs w:val="28"/>
          <w:rtl/>
        </w:rPr>
        <w:t>کند</w:t>
      </w:r>
      <w:r w:rsidRPr="0000691D">
        <w:rPr>
          <w:rFonts w:cs="B Mitra"/>
          <w:sz w:val="28"/>
          <w:szCs w:val="28"/>
        </w:rPr>
        <w:t>.</w:t>
      </w:r>
    </w:p>
    <w:p w:rsidR="00A75B1C" w:rsidRPr="00DE310A" w:rsidRDefault="00A75B1C" w:rsidP="00DE310A">
      <w:pPr>
        <w:pStyle w:val="Heading3"/>
        <w:bidi/>
        <w:rPr>
          <w:rFonts w:cs="B Mitra"/>
          <w:color w:val="70AD47" w:themeColor="accent6"/>
          <w:sz w:val="28"/>
          <w:szCs w:val="28"/>
        </w:rPr>
      </w:pPr>
      <w:bookmarkStart w:id="30" w:name="_Toc243400537"/>
      <w:r w:rsidRPr="00DE310A">
        <w:rPr>
          <w:rFonts w:cs="B Mitra" w:hint="eastAsia"/>
          <w:color w:val="70AD47" w:themeColor="accent6"/>
          <w:sz w:val="28"/>
          <w:szCs w:val="28"/>
          <w:rtl/>
        </w:rPr>
        <w:t>فضا</w:t>
      </w:r>
      <w:r w:rsidRPr="00DE310A">
        <w:rPr>
          <w:rFonts w:cs="B Mitra" w:hint="cs"/>
          <w:color w:val="70AD47" w:themeColor="accent6"/>
          <w:sz w:val="28"/>
          <w:szCs w:val="28"/>
          <w:rtl/>
        </w:rPr>
        <w:t>ی</w:t>
      </w:r>
      <w:r w:rsidRPr="00DE310A">
        <w:rPr>
          <w:rFonts w:cs="B Mitra"/>
          <w:color w:val="70AD47" w:themeColor="accent6"/>
          <w:sz w:val="28"/>
          <w:szCs w:val="28"/>
          <w:rtl/>
        </w:rPr>
        <w:t xml:space="preserve"> بسته: سکوت</w:t>
      </w:r>
      <w:r w:rsidRPr="00DE310A">
        <w:rPr>
          <w:rFonts w:cs="B Mitra" w:hint="cs"/>
          <w:color w:val="70AD47" w:themeColor="accent6"/>
          <w:sz w:val="28"/>
          <w:szCs w:val="28"/>
          <w:rtl/>
        </w:rPr>
        <w:t>ی</w:t>
      </w:r>
      <w:r w:rsidRPr="00DE310A">
        <w:rPr>
          <w:rFonts w:cs="B Mitra"/>
          <w:color w:val="70AD47" w:themeColor="accent6"/>
          <w:sz w:val="28"/>
          <w:szCs w:val="28"/>
          <w:rtl/>
        </w:rPr>
        <w:t xml:space="preserve"> که امن</w:t>
      </w:r>
      <w:r w:rsidRPr="00DE310A">
        <w:rPr>
          <w:rFonts w:cs="B Mitra" w:hint="cs"/>
          <w:color w:val="70AD47" w:themeColor="accent6"/>
          <w:sz w:val="28"/>
          <w:szCs w:val="28"/>
          <w:rtl/>
        </w:rPr>
        <w:t>ی</w:t>
      </w:r>
      <w:r w:rsidRPr="00DE310A">
        <w:rPr>
          <w:rFonts w:cs="B Mitra" w:hint="eastAsia"/>
          <w:color w:val="70AD47" w:themeColor="accent6"/>
          <w:sz w:val="28"/>
          <w:szCs w:val="28"/>
          <w:rtl/>
        </w:rPr>
        <w:t>ت</w:t>
      </w:r>
      <w:r w:rsidRPr="00DE310A">
        <w:rPr>
          <w:rFonts w:cs="B Mitra"/>
          <w:color w:val="70AD47" w:themeColor="accent6"/>
          <w:sz w:val="28"/>
          <w:szCs w:val="28"/>
          <w:rtl/>
        </w:rPr>
        <w:t xml:space="preserve"> را دروغ</w:t>
      </w:r>
      <w:r w:rsidRPr="00DE310A">
        <w:rPr>
          <w:rFonts w:cs="B Mitra" w:hint="cs"/>
          <w:color w:val="70AD47" w:themeColor="accent6"/>
          <w:sz w:val="28"/>
          <w:szCs w:val="28"/>
          <w:rtl/>
        </w:rPr>
        <w:t>ی</w:t>
      </w:r>
      <w:r w:rsidRPr="00DE310A">
        <w:rPr>
          <w:rFonts w:cs="B Mitra" w:hint="eastAsia"/>
          <w:color w:val="70AD47" w:themeColor="accent6"/>
          <w:sz w:val="28"/>
          <w:szCs w:val="28"/>
          <w:rtl/>
        </w:rPr>
        <w:t>ن</w:t>
      </w:r>
      <w:r w:rsidRPr="00DE310A">
        <w:rPr>
          <w:rFonts w:cs="B Mitra"/>
          <w:color w:val="70AD47" w:themeColor="accent6"/>
          <w:sz w:val="28"/>
          <w:szCs w:val="28"/>
          <w:rtl/>
        </w:rPr>
        <w:t xml:space="preserve"> م</w:t>
      </w:r>
      <w:r w:rsidRPr="00DE310A">
        <w:rPr>
          <w:rFonts w:cs="B Mitra" w:hint="cs"/>
          <w:color w:val="70AD47" w:themeColor="accent6"/>
          <w:sz w:val="28"/>
          <w:szCs w:val="28"/>
          <w:rtl/>
        </w:rPr>
        <w:t>ی‌</w:t>
      </w:r>
      <w:r w:rsidRPr="00DE310A">
        <w:rPr>
          <w:rFonts w:cs="B Mitra" w:hint="eastAsia"/>
          <w:color w:val="70AD47" w:themeColor="accent6"/>
          <w:sz w:val="28"/>
          <w:szCs w:val="28"/>
          <w:rtl/>
        </w:rPr>
        <w:t>کند</w:t>
      </w:r>
      <w:bookmarkEnd w:id="30"/>
    </w:p>
    <w:p w:rsidR="00A75B1C" w:rsidRPr="0000691D" w:rsidRDefault="00A75B1C" w:rsidP="0000691D">
      <w:pPr>
        <w:bidi/>
        <w:spacing w:line="360" w:lineRule="auto"/>
        <w:jc w:val="both"/>
        <w:rPr>
          <w:rFonts w:cs="B Mitra"/>
          <w:sz w:val="28"/>
          <w:szCs w:val="28"/>
        </w:rPr>
      </w:pPr>
      <w:r w:rsidRPr="0000691D">
        <w:rPr>
          <w:rFonts w:cs="B Mitra" w:hint="eastAsia"/>
          <w:sz w:val="28"/>
          <w:szCs w:val="28"/>
          <w:rtl/>
        </w:rPr>
        <w:t>فرد</w:t>
      </w:r>
      <w:r w:rsidRPr="0000691D">
        <w:rPr>
          <w:rFonts w:cs="B Mitra"/>
          <w:sz w:val="28"/>
          <w:szCs w:val="28"/>
          <w:rtl/>
        </w:rPr>
        <w:t xml:space="preserve">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وارد فضا</w:t>
      </w:r>
      <w:r w:rsidRPr="0000691D">
        <w:rPr>
          <w:rFonts w:cs="B Mitra" w:hint="cs"/>
          <w:sz w:val="28"/>
          <w:szCs w:val="28"/>
          <w:rtl/>
        </w:rPr>
        <w:t>یی</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شود</w:t>
      </w:r>
      <w:r w:rsidRPr="0000691D">
        <w:rPr>
          <w:rFonts w:cs="B Mitra"/>
          <w:sz w:val="28"/>
          <w:szCs w:val="28"/>
          <w:rtl/>
        </w:rPr>
        <w:t xml:space="preserve"> و بر اساس صداها، آن فضا را خال</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پندارد</w:t>
      </w:r>
      <w:r w:rsidRPr="0000691D">
        <w:rPr>
          <w:rFonts w:cs="B Mitra"/>
          <w:sz w:val="28"/>
          <w:szCs w:val="28"/>
          <w:rtl/>
        </w:rPr>
        <w:t>. اما کس</w:t>
      </w:r>
      <w:r w:rsidRPr="0000691D">
        <w:rPr>
          <w:rFonts w:cs="B Mitra" w:hint="cs"/>
          <w:sz w:val="28"/>
          <w:szCs w:val="28"/>
          <w:rtl/>
        </w:rPr>
        <w:t>ی</w:t>
      </w:r>
      <w:r w:rsidRPr="0000691D">
        <w:rPr>
          <w:rFonts w:cs="B Mitra"/>
          <w:sz w:val="28"/>
          <w:szCs w:val="28"/>
          <w:rtl/>
        </w:rPr>
        <w:t xml:space="preserve"> آنجاست و اعلام حضور نم</w:t>
      </w:r>
      <w:r w:rsidRPr="0000691D">
        <w:rPr>
          <w:rFonts w:cs="B Mitra" w:hint="cs"/>
          <w:sz w:val="28"/>
          <w:szCs w:val="28"/>
          <w:rtl/>
        </w:rPr>
        <w:t>ی‌</w:t>
      </w:r>
      <w:r w:rsidRPr="0000691D">
        <w:rPr>
          <w:rFonts w:cs="B Mitra" w:hint="eastAsia"/>
          <w:sz w:val="28"/>
          <w:szCs w:val="28"/>
          <w:rtl/>
        </w:rPr>
        <w:t>کند</w:t>
      </w:r>
      <w:r w:rsidRPr="0000691D">
        <w:rPr>
          <w:rFonts w:cs="B Mitra" w:hint="cs"/>
          <w:sz w:val="28"/>
          <w:szCs w:val="28"/>
          <w:rtl/>
        </w:rPr>
        <w:t>؛</w:t>
      </w:r>
      <w:r w:rsidRPr="0000691D">
        <w:rPr>
          <w:rFonts w:cs="B Mitra"/>
          <w:sz w:val="28"/>
          <w:szCs w:val="28"/>
          <w:rtl/>
        </w:rPr>
        <w:t xml:space="preserve"> شا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بد</w:t>
      </w:r>
      <w:r w:rsidRPr="0000691D">
        <w:rPr>
          <w:rFonts w:cs="B Mitra" w:hint="cs"/>
          <w:sz w:val="28"/>
          <w:szCs w:val="28"/>
          <w:rtl/>
        </w:rPr>
        <w:t>ی</w:t>
      </w:r>
      <w:r w:rsidRPr="0000691D">
        <w:rPr>
          <w:rFonts w:cs="B Mitra"/>
          <w:sz w:val="28"/>
          <w:szCs w:val="28"/>
          <w:rtl/>
        </w:rPr>
        <w:t xml:space="preserve"> نداشته باشد</w:t>
      </w:r>
      <w:r w:rsidRPr="0000691D">
        <w:rPr>
          <w:rFonts w:cs="B Mitra" w:hint="cs"/>
          <w:sz w:val="28"/>
          <w:szCs w:val="28"/>
          <w:rtl/>
        </w:rPr>
        <w:t>؛</w:t>
      </w:r>
      <w:r w:rsidRPr="0000691D">
        <w:rPr>
          <w:rFonts w:cs="B Mitra"/>
          <w:sz w:val="28"/>
          <w:szCs w:val="28"/>
          <w:rtl/>
        </w:rPr>
        <w:t xml:space="preserve"> شا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فقط فراموش کرده</w:t>
      </w:r>
      <w:r w:rsidRPr="0000691D">
        <w:rPr>
          <w:rFonts w:cs="B Mitra" w:hint="cs"/>
          <w:sz w:val="28"/>
          <w:szCs w:val="28"/>
          <w:rtl/>
        </w:rPr>
        <w:t>؛</w:t>
      </w:r>
      <w:r w:rsidRPr="0000691D">
        <w:rPr>
          <w:rFonts w:cs="B Mitra"/>
          <w:sz w:val="28"/>
          <w:szCs w:val="28"/>
          <w:rtl/>
        </w:rPr>
        <w:t xml:space="preserve"> اما نت</w:t>
      </w:r>
      <w:r w:rsidRPr="0000691D">
        <w:rPr>
          <w:rFonts w:cs="B Mitra" w:hint="cs"/>
          <w:sz w:val="28"/>
          <w:szCs w:val="28"/>
          <w:rtl/>
        </w:rPr>
        <w:t>ی</w:t>
      </w:r>
      <w:r w:rsidRPr="0000691D">
        <w:rPr>
          <w:rFonts w:cs="B Mitra" w:hint="eastAsia"/>
          <w:sz w:val="28"/>
          <w:szCs w:val="28"/>
          <w:rtl/>
        </w:rPr>
        <w:t>جه</w:t>
      </w:r>
      <w:r w:rsidRPr="0000691D">
        <w:rPr>
          <w:rFonts w:cs="B Mitra"/>
          <w:sz w:val="28"/>
          <w:szCs w:val="28"/>
          <w:rtl/>
        </w:rPr>
        <w:t xml:space="preserve"> </w:t>
      </w:r>
      <w:r w:rsidRPr="0000691D">
        <w:rPr>
          <w:rFonts w:cs="B Mitra" w:hint="cs"/>
          <w:sz w:val="28"/>
          <w:szCs w:val="28"/>
          <w:rtl/>
        </w:rPr>
        <w:t xml:space="preserve"> همان </w:t>
      </w:r>
      <w:r w:rsidRPr="0000691D">
        <w:rPr>
          <w:rFonts w:cs="B Mitra"/>
          <w:sz w:val="28"/>
          <w:szCs w:val="28"/>
          <w:rtl/>
        </w:rPr>
        <w:t>است: فرد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بر اساس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نقشه نادرست از فضا رفتار م</w:t>
      </w:r>
      <w:r w:rsidRPr="0000691D">
        <w:rPr>
          <w:rFonts w:cs="B Mitra" w:hint="cs"/>
          <w:sz w:val="28"/>
          <w:szCs w:val="28"/>
          <w:rtl/>
        </w:rPr>
        <w:t>ی‌</w:t>
      </w:r>
      <w:r w:rsidRPr="0000691D">
        <w:rPr>
          <w:rFonts w:cs="B Mitra" w:hint="eastAsia"/>
          <w:sz w:val="28"/>
          <w:szCs w:val="28"/>
          <w:rtl/>
        </w:rPr>
        <w:t>کند</w:t>
      </w:r>
      <w:r w:rsidRPr="0000691D">
        <w:rPr>
          <w:rFonts w:cs="B Mitra" w:hint="cs"/>
          <w:sz w:val="28"/>
          <w:szCs w:val="28"/>
          <w:rtl/>
        </w:rPr>
        <w:t xml:space="preserve"> </w:t>
      </w:r>
      <w:r w:rsidRPr="0000691D">
        <w:rPr>
          <w:rFonts w:cs="B Mitra"/>
          <w:sz w:val="28"/>
          <w:szCs w:val="28"/>
          <w:rtl/>
        </w:rPr>
        <w:t>و وقت</w:t>
      </w:r>
      <w:r w:rsidRPr="0000691D">
        <w:rPr>
          <w:rFonts w:cs="B Mitra" w:hint="cs"/>
          <w:sz w:val="28"/>
          <w:szCs w:val="28"/>
          <w:rtl/>
        </w:rPr>
        <w:t>ی</w:t>
      </w:r>
      <w:r w:rsidRPr="0000691D">
        <w:rPr>
          <w:rFonts w:cs="B Mitra"/>
          <w:sz w:val="28"/>
          <w:szCs w:val="28"/>
          <w:rtl/>
        </w:rPr>
        <w:t xml:space="preserve"> پ</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برد</w:t>
      </w:r>
      <w:r w:rsidRPr="0000691D">
        <w:rPr>
          <w:rFonts w:cs="B Mitra"/>
          <w:sz w:val="28"/>
          <w:szCs w:val="28"/>
          <w:rtl/>
        </w:rPr>
        <w:t xml:space="preserve"> که تنها </w:t>
      </w:r>
      <w:r w:rsidRPr="0000691D">
        <w:rPr>
          <w:rFonts w:cs="B Mitra" w:hint="eastAsia"/>
          <w:sz w:val="28"/>
          <w:szCs w:val="28"/>
          <w:rtl/>
        </w:rPr>
        <w:t>نبوده،</w:t>
      </w:r>
      <w:r w:rsidRPr="0000691D">
        <w:rPr>
          <w:rFonts w:cs="B Mitra"/>
          <w:sz w:val="28"/>
          <w:szCs w:val="28"/>
          <w:rtl/>
        </w:rPr>
        <w:t xml:space="preserve"> امن</w:t>
      </w:r>
      <w:r w:rsidRPr="0000691D">
        <w:rPr>
          <w:rFonts w:cs="B Mitra" w:hint="cs"/>
          <w:sz w:val="28"/>
          <w:szCs w:val="28"/>
          <w:rtl/>
        </w:rPr>
        <w:t>ی</w:t>
      </w:r>
      <w:r w:rsidRPr="0000691D">
        <w:rPr>
          <w:rFonts w:cs="B Mitra" w:hint="eastAsia"/>
          <w:sz w:val="28"/>
          <w:szCs w:val="28"/>
          <w:rtl/>
        </w:rPr>
        <w:t>تش</w:t>
      </w:r>
      <w:r w:rsidRPr="0000691D">
        <w:rPr>
          <w:rFonts w:cs="B Mitra"/>
          <w:sz w:val="28"/>
          <w:szCs w:val="28"/>
          <w:rtl/>
        </w:rPr>
        <w:t xml:space="preserve"> فرو م</w:t>
      </w:r>
      <w:r w:rsidRPr="0000691D">
        <w:rPr>
          <w:rFonts w:cs="B Mitra" w:hint="cs"/>
          <w:sz w:val="28"/>
          <w:szCs w:val="28"/>
          <w:rtl/>
        </w:rPr>
        <w:t>ی‌</w:t>
      </w:r>
      <w:r w:rsidRPr="0000691D">
        <w:rPr>
          <w:rFonts w:cs="B Mitra" w:hint="eastAsia"/>
          <w:sz w:val="28"/>
          <w:szCs w:val="28"/>
          <w:rtl/>
        </w:rPr>
        <w:t>ر</w:t>
      </w:r>
      <w:r w:rsidRPr="0000691D">
        <w:rPr>
          <w:rFonts w:cs="B Mitra" w:hint="cs"/>
          <w:sz w:val="28"/>
          <w:szCs w:val="28"/>
          <w:rtl/>
        </w:rPr>
        <w:t>ی</w:t>
      </w:r>
      <w:r w:rsidRPr="0000691D">
        <w:rPr>
          <w:rFonts w:cs="B Mitra" w:hint="eastAsia"/>
          <w:sz w:val="28"/>
          <w:szCs w:val="28"/>
          <w:rtl/>
        </w:rPr>
        <w:t>زد</w:t>
      </w:r>
      <w:r w:rsidRPr="0000691D">
        <w:rPr>
          <w:rFonts w:cs="B Mitra"/>
          <w:sz w:val="28"/>
          <w:szCs w:val="28"/>
          <w:rtl/>
        </w:rPr>
        <w:t>.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پد</w:t>
      </w:r>
      <w:r w:rsidRPr="0000691D">
        <w:rPr>
          <w:rFonts w:cs="B Mitra" w:hint="cs"/>
          <w:sz w:val="28"/>
          <w:szCs w:val="28"/>
          <w:rtl/>
        </w:rPr>
        <w:t>ی</w:t>
      </w:r>
      <w:r w:rsidRPr="0000691D">
        <w:rPr>
          <w:rFonts w:cs="B Mitra" w:hint="eastAsia"/>
          <w:sz w:val="28"/>
          <w:szCs w:val="28"/>
          <w:rtl/>
        </w:rPr>
        <w:t>ده</w:t>
      </w:r>
      <w:r w:rsidRPr="0000691D">
        <w:rPr>
          <w:rFonts w:cs="B Mitra"/>
          <w:sz w:val="28"/>
          <w:szCs w:val="28"/>
          <w:rtl/>
        </w:rPr>
        <w:t xml:space="preserve"> را م</w:t>
      </w:r>
      <w:r w:rsidRPr="0000691D">
        <w:rPr>
          <w:rFonts w:cs="B Mitra" w:hint="cs"/>
          <w:sz w:val="28"/>
          <w:szCs w:val="28"/>
          <w:rtl/>
        </w:rPr>
        <w:t>ی‌</w:t>
      </w:r>
      <w:r w:rsidRPr="0000691D">
        <w:rPr>
          <w:rFonts w:cs="B Mitra" w:hint="eastAsia"/>
          <w:sz w:val="28"/>
          <w:szCs w:val="28"/>
          <w:rtl/>
        </w:rPr>
        <w:t>توان</w:t>
      </w:r>
      <w:r w:rsidRPr="0000691D">
        <w:rPr>
          <w:rFonts w:cs="B Mitra"/>
          <w:sz w:val="28"/>
          <w:szCs w:val="28"/>
          <w:rtl/>
        </w:rPr>
        <w:t xml:space="preserve"> «خ</w:t>
      </w:r>
      <w:r w:rsidRPr="0000691D">
        <w:rPr>
          <w:rFonts w:cs="B Mitra" w:hint="cs"/>
          <w:sz w:val="28"/>
          <w:szCs w:val="28"/>
          <w:rtl/>
        </w:rPr>
        <w:t>ی</w:t>
      </w:r>
      <w:r w:rsidRPr="0000691D">
        <w:rPr>
          <w:rFonts w:cs="B Mitra" w:hint="eastAsia"/>
          <w:sz w:val="28"/>
          <w:szCs w:val="28"/>
          <w:rtl/>
        </w:rPr>
        <w:t>انت</w:t>
      </w:r>
      <w:r w:rsidRPr="0000691D">
        <w:rPr>
          <w:rFonts w:cs="B Mitra"/>
          <w:sz w:val="28"/>
          <w:szCs w:val="28"/>
          <w:rtl/>
        </w:rPr>
        <w:t xml:space="preserve"> به 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ادراک</w:t>
      </w:r>
      <w:r w:rsidRPr="0000691D">
        <w:rPr>
          <w:rFonts w:cs="B Mitra" w:hint="cs"/>
          <w:sz w:val="28"/>
          <w:szCs w:val="28"/>
          <w:rtl/>
        </w:rPr>
        <w:t>ی</w:t>
      </w:r>
      <w:r w:rsidRPr="0000691D">
        <w:rPr>
          <w:rFonts w:cs="B Mitra" w:hint="eastAsia"/>
          <w:sz w:val="28"/>
          <w:szCs w:val="28"/>
          <w:rtl/>
        </w:rPr>
        <w:t>»</w:t>
      </w:r>
      <w:r w:rsidRPr="0000691D">
        <w:rPr>
          <w:rFonts w:cs="B Mitra"/>
          <w:sz w:val="28"/>
          <w:szCs w:val="28"/>
          <w:rtl/>
        </w:rPr>
        <w:t xml:space="preserve"> نام</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چون فرد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فضا</w:t>
      </w:r>
      <w:r w:rsidRPr="0000691D">
        <w:rPr>
          <w:rFonts w:cs="B Mitra" w:hint="cs"/>
          <w:sz w:val="28"/>
          <w:szCs w:val="28"/>
          <w:rtl/>
        </w:rPr>
        <w:t>ی</w:t>
      </w:r>
      <w:r w:rsidRPr="0000691D">
        <w:rPr>
          <w:rFonts w:cs="B Mitra"/>
          <w:sz w:val="28"/>
          <w:szCs w:val="28"/>
          <w:rtl/>
        </w:rPr>
        <w:t xml:space="preserve"> خود را با صدا م</w:t>
      </w:r>
      <w:r w:rsidRPr="0000691D">
        <w:rPr>
          <w:rFonts w:cs="B Mitra" w:hint="cs"/>
          <w:sz w:val="28"/>
          <w:szCs w:val="28"/>
          <w:rtl/>
        </w:rPr>
        <w:t>ی‌</w:t>
      </w:r>
      <w:r w:rsidRPr="0000691D">
        <w:rPr>
          <w:rFonts w:cs="B Mitra" w:hint="eastAsia"/>
          <w:sz w:val="28"/>
          <w:szCs w:val="28"/>
          <w:rtl/>
        </w:rPr>
        <w:t>سازد</w:t>
      </w:r>
      <w:r w:rsidRPr="0000691D">
        <w:rPr>
          <w:rFonts w:cs="B Mitra"/>
          <w:sz w:val="28"/>
          <w:szCs w:val="28"/>
          <w:rtl/>
        </w:rPr>
        <w:t>. اگر کس</w:t>
      </w:r>
      <w:r w:rsidRPr="0000691D">
        <w:rPr>
          <w:rFonts w:cs="B Mitra" w:hint="cs"/>
          <w:sz w:val="28"/>
          <w:szCs w:val="28"/>
          <w:rtl/>
        </w:rPr>
        <w:t>ی</w:t>
      </w:r>
      <w:r w:rsidRPr="0000691D">
        <w:rPr>
          <w:rFonts w:cs="B Mitra"/>
          <w:sz w:val="28"/>
          <w:szCs w:val="28"/>
          <w:rtl/>
        </w:rPr>
        <w:t xml:space="preserve"> هست و سکوت م</w:t>
      </w:r>
      <w:r w:rsidRPr="0000691D">
        <w:rPr>
          <w:rFonts w:cs="B Mitra" w:hint="cs"/>
          <w:sz w:val="28"/>
          <w:szCs w:val="28"/>
          <w:rtl/>
        </w:rPr>
        <w:t>ی‌</w:t>
      </w:r>
      <w:r w:rsidRPr="0000691D">
        <w:rPr>
          <w:rFonts w:cs="B Mitra" w:hint="eastAsia"/>
          <w:sz w:val="28"/>
          <w:szCs w:val="28"/>
          <w:rtl/>
        </w:rPr>
        <w:t>کند،</w:t>
      </w:r>
      <w:r w:rsidRPr="0000691D">
        <w:rPr>
          <w:rFonts w:cs="B Mitra"/>
          <w:sz w:val="28"/>
          <w:szCs w:val="28"/>
          <w:rtl/>
        </w:rPr>
        <w:t xml:space="preserve"> آن فضا د</w:t>
      </w:r>
      <w:r w:rsidRPr="0000691D">
        <w:rPr>
          <w:rFonts w:cs="B Mitra" w:hint="cs"/>
          <w:sz w:val="28"/>
          <w:szCs w:val="28"/>
          <w:rtl/>
        </w:rPr>
        <w:t>ی</w:t>
      </w:r>
      <w:r w:rsidRPr="0000691D">
        <w:rPr>
          <w:rFonts w:cs="B Mitra" w:hint="eastAsia"/>
          <w:sz w:val="28"/>
          <w:szCs w:val="28"/>
          <w:rtl/>
        </w:rPr>
        <w:t>گر</w:t>
      </w:r>
      <w:r w:rsidRPr="0000691D">
        <w:rPr>
          <w:rFonts w:cs="B Mitra"/>
          <w:sz w:val="28"/>
          <w:szCs w:val="28"/>
          <w:rtl/>
        </w:rPr>
        <w:t xml:space="preserve"> قابل اعتماد ن</w:t>
      </w:r>
      <w:r w:rsidRPr="0000691D">
        <w:rPr>
          <w:rFonts w:cs="B Mitra" w:hint="cs"/>
          <w:sz w:val="28"/>
          <w:szCs w:val="28"/>
          <w:rtl/>
        </w:rPr>
        <w:t>ی</w:t>
      </w:r>
      <w:r w:rsidRPr="0000691D">
        <w:rPr>
          <w:rFonts w:cs="B Mitra" w:hint="eastAsia"/>
          <w:sz w:val="28"/>
          <w:szCs w:val="28"/>
          <w:rtl/>
        </w:rPr>
        <w:t>ست</w:t>
      </w:r>
      <w:r w:rsidRPr="0000691D">
        <w:rPr>
          <w:rFonts w:cs="B Mitra"/>
          <w:sz w:val="28"/>
          <w:szCs w:val="28"/>
        </w:rPr>
        <w:t>.</w:t>
      </w:r>
    </w:p>
    <w:p w:rsidR="00A75B1C" w:rsidRPr="00DE310A" w:rsidRDefault="00A75B1C" w:rsidP="00DE310A">
      <w:pPr>
        <w:pStyle w:val="Heading3"/>
        <w:bidi/>
        <w:rPr>
          <w:rFonts w:cs="B Mitra"/>
          <w:color w:val="70AD47" w:themeColor="accent6"/>
          <w:sz w:val="28"/>
          <w:szCs w:val="28"/>
        </w:rPr>
      </w:pPr>
      <w:bookmarkStart w:id="31" w:name="_Toc243400538"/>
      <w:r w:rsidRPr="00DE310A">
        <w:rPr>
          <w:rFonts w:cs="B Mitra" w:hint="eastAsia"/>
          <w:color w:val="70AD47" w:themeColor="accent6"/>
          <w:sz w:val="28"/>
          <w:szCs w:val="28"/>
          <w:rtl/>
        </w:rPr>
        <w:t>تعامل</w:t>
      </w:r>
      <w:r w:rsidRPr="00DE310A">
        <w:rPr>
          <w:rFonts w:cs="B Mitra"/>
          <w:color w:val="70AD47" w:themeColor="accent6"/>
          <w:sz w:val="28"/>
          <w:szCs w:val="28"/>
          <w:rtl/>
        </w:rPr>
        <w:t xml:space="preserve"> با ناب</w:t>
      </w:r>
      <w:r w:rsidRPr="00DE310A">
        <w:rPr>
          <w:rFonts w:cs="B Mitra" w:hint="cs"/>
          <w:color w:val="70AD47" w:themeColor="accent6"/>
          <w:sz w:val="28"/>
          <w:szCs w:val="28"/>
          <w:rtl/>
        </w:rPr>
        <w:t>ی</w:t>
      </w:r>
      <w:r w:rsidRPr="00DE310A">
        <w:rPr>
          <w:rFonts w:cs="B Mitra" w:hint="eastAsia"/>
          <w:color w:val="70AD47" w:themeColor="accent6"/>
          <w:sz w:val="28"/>
          <w:szCs w:val="28"/>
          <w:rtl/>
        </w:rPr>
        <w:t>نا</w:t>
      </w:r>
      <w:r w:rsidRPr="00DE310A">
        <w:rPr>
          <w:rFonts w:cs="B Mitra" w:hint="cs"/>
          <w:color w:val="70AD47" w:themeColor="accent6"/>
          <w:sz w:val="28"/>
          <w:szCs w:val="28"/>
          <w:rtl/>
        </w:rPr>
        <w:t>ی</w:t>
      </w:r>
      <w:r w:rsidRPr="00DE310A">
        <w:rPr>
          <w:rFonts w:cs="B Mitra" w:hint="eastAsia"/>
          <w:color w:val="70AD47" w:themeColor="accent6"/>
          <w:sz w:val="28"/>
          <w:szCs w:val="28"/>
          <w:rtl/>
        </w:rPr>
        <w:t>ان</w:t>
      </w:r>
      <w:r w:rsidRPr="00DE310A">
        <w:rPr>
          <w:rFonts w:cs="B Mitra"/>
          <w:color w:val="70AD47" w:themeColor="accent6"/>
          <w:sz w:val="28"/>
          <w:szCs w:val="28"/>
          <w:rtl/>
        </w:rPr>
        <w:t>: دروازه‌ا</w:t>
      </w:r>
      <w:r w:rsidRPr="00DE310A">
        <w:rPr>
          <w:rFonts w:cs="B Mitra" w:hint="cs"/>
          <w:color w:val="70AD47" w:themeColor="accent6"/>
          <w:sz w:val="28"/>
          <w:szCs w:val="28"/>
          <w:rtl/>
        </w:rPr>
        <w:t>ی</w:t>
      </w:r>
      <w:r w:rsidRPr="00DE310A">
        <w:rPr>
          <w:rFonts w:cs="B Mitra"/>
          <w:color w:val="70AD47" w:themeColor="accent6"/>
          <w:sz w:val="28"/>
          <w:szCs w:val="28"/>
          <w:rtl/>
        </w:rPr>
        <w:t xml:space="preserve"> به سو</w:t>
      </w:r>
      <w:r w:rsidRPr="00DE310A">
        <w:rPr>
          <w:rFonts w:cs="B Mitra" w:hint="cs"/>
          <w:color w:val="70AD47" w:themeColor="accent6"/>
          <w:sz w:val="28"/>
          <w:szCs w:val="28"/>
          <w:rtl/>
        </w:rPr>
        <w:t>ی</w:t>
      </w:r>
      <w:r w:rsidRPr="00DE310A">
        <w:rPr>
          <w:rFonts w:cs="B Mitra"/>
          <w:color w:val="70AD47" w:themeColor="accent6"/>
          <w:sz w:val="28"/>
          <w:szCs w:val="28"/>
          <w:rtl/>
        </w:rPr>
        <w:t xml:space="preserve"> امن</w:t>
      </w:r>
      <w:r w:rsidRPr="00DE310A">
        <w:rPr>
          <w:rFonts w:cs="B Mitra" w:hint="cs"/>
          <w:color w:val="70AD47" w:themeColor="accent6"/>
          <w:sz w:val="28"/>
          <w:szCs w:val="28"/>
          <w:rtl/>
        </w:rPr>
        <w:t>ی</w:t>
      </w:r>
      <w:r w:rsidRPr="00DE310A">
        <w:rPr>
          <w:rFonts w:cs="B Mitra" w:hint="eastAsia"/>
          <w:color w:val="70AD47" w:themeColor="accent6"/>
          <w:sz w:val="28"/>
          <w:szCs w:val="28"/>
          <w:rtl/>
        </w:rPr>
        <w:t>ت</w:t>
      </w:r>
      <w:r w:rsidRPr="00DE310A">
        <w:rPr>
          <w:rFonts w:cs="B Mitra"/>
          <w:color w:val="70AD47" w:themeColor="accent6"/>
          <w:sz w:val="28"/>
          <w:szCs w:val="28"/>
          <w:rtl/>
        </w:rPr>
        <w:t xml:space="preserve"> </w:t>
      </w:r>
      <w:r w:rsidRPr="00DE310A">
        <w:rPr>
          <w:rFonts w:cs="B Mitra" w:hint="cs"/>
          <w:color w:val="70AD47" w:themeColor="accent6"/>
          <w:sz w:val="28"/>
          <w:szCs w:val="28"/>
          <w:rtl/>
        </w:rPr>
        <w:t>ی</w:t>
      </w:r>
      <w:r w:rsidRPr="00DE310A">
        <w:rPr>
          <w:rFonts w:cs="B Mitra" w:hint="eastAsia"/>
          <w:color w:val="70AD47" w:themeColor="accent6"/>
          <w:sz w:val="28"/>
          <w:szCs w:val="28"/>
          <w:rtl/>
        </w:rPr>
        <w:t>ا</w:t>
      </w:r>
      <w:r w:rsidRPr="00DE310A">
        <w:rPr>
          <w:rFonts w:cs="B Mitra"/>
          <w:color w:val="70AD47" w:themeColor="accent6"/>
          <w:sz w:val="28"/>
          <w:szCs w:val="28"/>
          <w:rtl/>
        </w:rPr>
        <w:t xml:space="preserve"> ناامن</w:t>
      </w:r>
      <w:r w:rsidRPr="00DE310A">
        <w:rPr>
          <w:rFonts w:cs="B Mitra" w:hint="cs"/>
          <w:color w:val="70AD47" w:themeColor="accent6"/>
          <w:sz w:val="28"/>
          <w:szCs w:val="28"/>
          <w:rtl/>
        </w:rPr>
        <w:t>ی</w:t>
      </w:r>
      <w:bookmarkEnd w:id="31"/>
    </w:p>
    <w:p w:rsidR="00A75B1C" w:rsidRPr="0000691D" w:rsidRDefault="00A75B1C" w:rsidP="0000691D">
      <w:pPr>
        <w:bidi/>
        <w:spacing w:line="360" w:lineRule="auto"/>
        <w:jc w:val="both"/>
        <w:rPr>
          <w:rFonts w:cs="B Mitra"/>
          <w:sz w:val="28"/>
          <w:szCs w:val="28"/>
        </w:rPr>
      </w:pPr>
      <w:r w:rsidRPr="0000691D">
        <w:rPr>
          <w:rFonts w:cs="B Mitra" w:hint="eastAsia"/>
          <w:sz w:val="28"/>
          <w:szCs w:val="28"/>
          <w:rtl/>
        </w:rPr>
        <w:t>همه</w:t>
      </w:r>
      <w:r w:rsidRPr="0000691D">
        <w:rPr>
          <w:rFonts w:cs="B Mitra"/>
          <w:sz w:val="28"/>
          <w:szCs w:val="28"/>
          <w:rtl/>
        </w:rPr>
        <w:t xml:space="preserve"> آنچه تا ا</w:t>
      </w:r>
      <w:r w:rsidRPr="0000691D">
        <w:rPr>
          <w:rFonts w:cs="B Mitra" w:hint="cs"/>
          <w:sz w:val="28"/>
          <w:szCs w:val="28"/>
          <w:rtl/>
        </w:rPr>
        <w:t>ی</w:t>
      </w:r>
      <w:r w:rsidRPr="0000691D">
        <w:rPr>
          <w:rFonts w:cs="B Mitra" w:hint="eastAsia"/>
          <w:sz w:val="28"/>
          <w:szCs w:val="28"/>
          <w:rtl/>
        </w:rPr>
        <w:t>نجا</w:t>
      </w:r>
      <w:r w:rsidRPr="0000691D">
        <w:rPr>
          <w:rFonts w:cs="B Mitra"/>
          <w:sz w:val="28"/>
          <w:szCs w:val="28"/>
          <w:rtl/>
        </w:rPr>
        <w:t xml:space="preserve"> گفت</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w:t>
      </w:r>
      <w:r w:rsidRPr="0000691D">
        <w:rPr>
          <w:rFonts w:ascii="Times New Roman" w:hAnsi="Times New Roman" w:cs="Times New Roman" w:hint="cs"/>
          <w:sz w:val="28"/>
          <w:szCs w:val="28"/>
          <w:rtl/>
        </w:rPr>
        <w:t>—</w:t>
      </w:r>
      <w:r w:rsidRPr="0000691D">
        <w:rPr>
          <w:rFonts w:cs="B Mitra"/>
          <w:sz w:val="28"/>
          <w:szCs w:val="28"/>
          <w:rtl/>
        </w:rPr>
        <w:t xml:space="preserve"> </w:t>
      </w:r>
      <w:r w:rsidRPr="0000691D">
        <w:rPr>
          <w:rFonts w:cs="B Mitra" w:hint="cs"/>
          <w:sz w:val="28"/>
          <w:szCs w:val="28"/>
          <w:rtl/>
        </w:rPr>
        <w:t>اتاق،</w:t>
      </w:r>
      <w:r w:rsidRPr="0000691D">
        <w:rPr>
          <w:rFonts w:cs="B Mitra"/>
          <w:sz w:val="28"/>
          <w:szCs w:val="28"/>
          <w:rtl/>
        </w:rPr>
        <w:t xml:space="preserve"> </w:t>
      </w:r>
      <w:r w:rsidRPr="0000691D">
        <w:rPr>
          <w:rFonts w:cs="B Mitra" w:hint="cs"/>
          <w:sz w:val="28"/>
          <w:szCs w:val="28"/>
          <w:rtl/>
        </w:rPr>
        <w:t>گوشی</w:t>
      </w:r>
      <w:r w:rsidRPr="0000691D">
        <w:rPr>
          <w:rFonts w:cs="B Mitra" w:hint="eastAsia"/>
          <w:sz w:val="28"/>
          <w:szCs w:val="28"/>
          <w:rtl/>
        </w:rPr>
        <w:t>،</w:t>
      </w:r>
      <w:r w:rsidRPr="0000691D">
        <w:rPr>
          <w:rFonts w:cs="B Mitra"/>
          <w:sz w:val="28"/>
          <w:szCs w:val="28"/>
          <w:rtl/>
        </w:rPr>
        <w:t xml:space="preserve"> پوشش، و فضا</w:t>
      </w:r>
      <w:r w:rsidRPr="0000691D">
        <w:rPr>
          <w:rFonts w:cs="B Mitra" w:hint="cs"/>
          <w:sz w:val="28"/>
          <w:szCs w:val="28"/>
          <w:rtl/>
        </w:rPr>
        <w:t>ی</w:t>
      </w:r>
      <w:r w:rsidRPr="0000691D">
        <w:rPr>
          <w:rFonts w:cs="B Mitra"/>
          <w:sz w:val="28"/>
          <w:szCs w:val="28"/>
          <w:rtl/>
        </w:rPr>
        <w:t xml:space="preserve"> بسته </w:t>
      </w:r>
      <w:r w:rsidRPr="0000691D">
        <w:rPr>
          <w:rFonts w:ascii="Times New Roman" w:hAnsi="Times New Roman" w:cs="Times New Roman" w:hint="cs"/>
          <w:sz w:val="28"/>
          <w:szCs w:val="28"/>
          <w:rtl/>
        </w:rPr>
        <w:t>—</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بستری</w:t>
      </w:r>
      <w:r w:rsidRPr="0000691D">
        <w:rPr>
          <w:rFonts w:cs="B Mitra"/>
          <w:sz w:val="28"/>
          <w:szCs w:val="28"/>
          <w:rtl/>
        </w:rPr>
        <w:t xml:space="preserve"> رخ م</w:t>
      </w:r>
      <w:r w:rsidRPr="0000691D">
        <w:rPr>
          <w:rFonts w:cs="B Mitra" w:hint="cs"/>
          <w:sz w:val="28"/>
          <w:szCs w:val="28"/>
          <w:rtl/>
        </w:rPr>
        <w:t>ی‌</w:t>
      </w:r>
      <w:r w:rsidRPr="0000691D">
        <w:rPr>
          <w:rFonts w:cs="B Mitra" w:hint="eastAsia"/>
          <w:sz w:val="28"/>
          <w:szCs w:val="28"/>
          <w:rtl/>
        </w:rPr>
        <w:t>دهد</w:t>
      </w:r>
      <w:r w:rsidRPr="0000691D">
        <w:rPr>
          <w:rFonts w:cs="B Mitra"/>
          <w:sz w:val="28"/>
          <w:szCs w:val="28"/>
          <w:rtl/>
        </w:rPr>
        <w:t xml:space="preserve"> که م</w:t>
      </w:r>
      <w:r w:rsidRPr="0000691D">
        <w:rPr>
          <w:rFonts w:cs="B Mitra" w:hint="cs"/>
          <w:sz w:val="28"/>
          <w:szCs w:val="28"/>
          <w:rtl/>
        </w:rPr>
        <w:t>ی‌</w:t>
      </w:r>
      <w:r w:rsidRPr="0000691D">
        <w:rPr>
          <w:rFonts w:cs="B Mitra" w:hint="eastAsia"/>
          <w:sz w:val="28"/>
          <w:szCs w:val="28"/>
          <w:rtl/>
        </w:rPr>
        <w:t>توان</w:t>
      </w:r>
      <w:r w:rsidRPr="0000691D">
        <w:rPr>
          <w:rFonts w:cs="B Mitra"/>
          <w:sz w:val="28"/>
          <w:szCs w:val="28"/>
          <w:rtl/>
        </w:rPr>
        <w:t xml:space="preserve"> آن را «تعامل با ناب</w:t>
      </w:r>
      <w:r w:rsidRPr="0000691D">
        <w:rPr>
          <w:rFonts w:cs="B Mitra" w:hint="cs"/>
          <w:sz w:val="28"/>
          <w:szCs w:val="28"/>
          <w:rtl/>
        </w:rPr>
        <w:t>ی</w:t>
      </w:r>
      <w:r w:rsidRPr="0000691D">
        <w:rPr>
          <w:rFonts w:cs="B Mitra" w:hint="eastAsia"/>
          <w:sz w:val="28"/>
          <w:szCs w:val="28"/>
          <w:rtl/>
        </w:rPr>
        <w:t>نا</w:t>
      </w:r>
      <w:r w:rsidRPr="0000691D">
        <w:rPr>
          <w:rFonts w:cs="B Mitra" w:hint="cs"/>
          <w:sz w:val="28"/>
          <w:szCs w:val="28"/>
          <w:rtl/>
        </w:rPr>
        <w:t>ی</w:t>
      </w:r>
      <w:r w:rsidRPr="0000691D">
        <w:rPr>
          <w:rFonts w:cs="B Mitra" w:hint="eastAsia"/>
          <w:sz w:val="28"/>
          <w:szCs w:val="28"/>
          <w:rtl/>
        </w:rPr>
        <w:t>ان»</w:t>
      </w:r>
      <w:r w:rsidRPr="0000691D">
        <w:rPr>
          <w:rFonts w:cs="B Mitra"/>
          <w:sz w:val="28"/>
          <w:szCs w:val="28"/>
          <w:rtl/>
        </w:rPr>
        <w:t xml:space="preserve"> نام</w:t>
      </w:r>
      <w:r w:rsidRPr="0000691D">
        <w:rPr>
          <w:rFonts w:cs="B Mitra" w:hint="cs"/>
          <w:sz w:val="28"/>
          <w:szCs w:val="28"/>
          <w:rtl/>
        </w:rPr>
        <w:t>ی</w:t>
      </w:r>
      <w:r w:rsidRPr="0000691D">
        <w:rPr>
          <w:rFonts w:cs="B Mitra" w:hint="eastAsia"/>
          <w:sz w:val="28"/>
          <w:szCs w:val="28"/>
          <w:rtl/>
        </w:rPr>
        <w:t>د</w:t>
      </w:r>
      <w:r w:rsidRPr="0000691D">
        <w:rPr>
          <w:rFonts w:cs="B Mitra" w:hint="cs"/>
          <w:sz w:val="28"/>
          <w:szCs w:val="28"/>
          <w:rtl/>
        </w:rPr>
        <w:t>؛</w:t>
      </w:r>
      <w:r w:rsidRPr="0000691D">
        <w:rPr>
          <w:rFonts w:cs="B Mitra"/>
          <w:sz w:val="28"/>
          <w:szCs w:val="28"/>
          <w:rtl/>
        </w:rPr>
        <w:t xml:space="preserve"> تعامل، فقط گفتگو ن</w:t>
      </w:r>
      <w:r w:rsidRPr="0000691D">
        <w:rPr>
          <w:rFonts w:cs="B Mitra" w:hint="cs"/>
          <w:sz w:val="28"/>
          <w:szCs w:val="28"/>
          <w:rtl/>
        </w:rPr>
        <w:t>ی</w:t>
      </w:r>
      <w:r w:rsidRPr="0000691D">
        <w:rPr>
          <w:rFonts w:cs="B Mitra" w:hint="eastAsia"/>
          <w:sz w:val="28"/>
          <w:szCs w:val="28"/>
          <w:rtl/>
        </w:rPr>
        <w:t>ست؛</w:t>
      </w:r>
      <w:r w:rsidRPr="0000691D">
        <w:rPr>
          <w:rFonts w:cs="B Mitra"/>
          <w:sz w:val="28"/>
          <w:szCs w:val="28"/>
          <w:rtl/>
        </w:rPr>
        <w:t xml:space="preserve"> شامل نگاه کردن، سکوت کردن، نزد</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شدن، دور شدن، لمس کردن و حت</w:t>
      </w:r>
      <w:r w:rsidRPr="0000691D">
        <w:rPr>
          <w:rFonts w:cs="B Mitra" w:hint="cs"/>
          <w:sz w:val="28"/>
          <w:szCs w:val="28"/>
          <w:rtl/>
        </w:rPr>
        <w:t>ی</w:t>
      </w:r>
      <w:r w:rsidRPr="0000691D">
        <w:rPr>
          <w:rFonts w:cs="B Mitra"/>
          <w:sz w:val="28"/>
          <w:szCs w:val="28"/>
          <w:rtl/>
        </w:rPr>
        <w:t xml:space="preserve"> ناد</w:t>
      </w:r>
      <w:r w:rsidRPr="0000691D">
        <w:rPr>
          <w:rFonts w:cs="B Mitra" w:hint="cs"/>
          <w:sz w:val="28"/>
          <w:szCs w:val="28"/>
          <w:rtl/>
        </w:rPr>
        <w:t>ی</w:t>
      </w:r>
      <w:r w:rsidRPr="0000691D">
        <w:rPr>
          <w:rFonts w:cs="B Mitra" w:hint="eastAsia"/>
          <w:sz w:val="28"/>
          <w:szCs w:val="28"/>
          <w:rtl/>
        </w:rPr>
        <w:t>ده</w:t>
      </w:r>
      <w:r w:rsidRPr="0000691D">
        <w:rPr>
          <w:rFonts w:cs="B Mitra"/>
          <w:sz w:val="28"/>
          <w:szCs w:val="28"/>
          <w:rtl/>
        </w:rPr>
        <w:t xml:space="preserve"> گرفتن است. تعامل، لحظه‌ا</w:t>
      </w:r>
      <w:r w:rsidRPr="0000691D">
        <w:rPr>
          <w:rFonts w:cs="B Mitra" w:hint="cs"/>
          <w:sz w:val="28"/>
          <w:szCs w:val="28"/>
          <w:rtl/>
        </w:rPr>
        <w:t>ی</w:t>
      </w:r>
      <w:r w:rsidRPr="0000691D">
        <w:rPr>
          <w:rFonts w:cs="B Mitra"/>
          <w:sz w:val="28"/>
          <w:szCs w:val="28"/>
          <w:rtl/>
        </w:rPr>
        <w:t xml:space="preserve"> است که دو انسان به هم م</w:t>
      </w:r>
      <w:r w:rsidRPr="0000691D">
        <w:rPr>
          <w:rFonts w:cs="B Mitra" w:hint="cs"/>
          <w:sz w:val="28"/>
          <w:szCs w:val="28"/>
          <w:rtl/>
        </w:rPr>
        <w:t>ی‌</w:t>
      </w:r>
      <w:r w:rsidRPr="0000691D">
        <w:rPr>
          <w:rFonts w:cs="B Mitra" w:hint="eastAsia"/>
          <w:sz w:val="28"/>
          <w:szCs w:val="28"/>
          <w:rtl/>
        </w:rPr>
        <w:t>رسند،</w:t>
      </w:r>
      <w:r w:rsidRPr="0000691D">
        <w:rPr>
          <w:rFonts w:cs="B Mitra"/>
          <w:sz w:val="28"/>
          <w:szCs w:val="28"/>
          <w:rtl/>
        </w:rPr>
        <w:t xml:space="preserve"> و در همان لحظه، مرزها </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محترم شمرده م</w:t>
      </w:r>
      <w:r w:rsidRPr="0000691D">
        <w:rPr>
          <w:rFonts w:cs="B Mitra" w:hint="cs"/>
          <w:sz w:val="28"/>
          <w:szCs w:val="28"/>
          <w:rtl/>
        </w:rPr>
        <w:t>ی‌</w:t>
      </w:r>
      <w:r w:rsidRPr="0000691D">
        <w:rPr>
          <w:rFonts w:cs="B Mitra" w:hint="eastAsia"/>
          <w:sz w:val="28"/>
          <w:szCs w:val="28"/>
          <w:rtl/>
        </w:rPr>
        <w:t>شوند</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ز</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پا گذاشته م</w:t>
      </w:r>
      <w:r w:rsidRPr="0000691D">
        <w:rPr>
          <w:rFonts w:cs="B Mitra" w:hint="cs"/>
          <w:sz w:val="28"/>
          <w:szCs w:val="28"/>
          <w:rtl/>
        </w:rPr>
        <w:t>ی‌</w:t>
      </w:r>
      <w:r w:rsidRPr="0000691D">
        <w:rPr>
          <w:rFonts w:cs="B Mitra" w:hint="eastAsia"/>
          <w:sz w:val="28"/>
          <w:szCs w:val="28"/>
          <w:rtl/>
        </w:rPr>
        <w:t>شوند</w:t>
      </w:r>
      <w:r w:rsidRPr="0000691D">
        <w:rPr>
          <w:rFonts w:cs="B Mitra"/>
          <w:sz w:val="28"/>
          <w:szCs w:val="28"/>
        </w:rPr>
        <w:t>.</w:t>
      </w:r>
    </w:p>
    <w:p w:rsidR="00A75B1C" w:rsidRPr="0000691D" w:rsidRDefault="00A75B1C" w:rsidP="0000691D">
      <w:pPr>
        <w:bidi/>
        <w:spacing w:line="360" w:lineRule="auto"/>
        <w:jc w:val="both"/>
        <w:rPr>
          <w:rFonts w:cs="B Mitra"/>
          <w:sz w:val="28"/>
          <w:szCs w:val="28"/>
        </w:rPr>
      </w:pPr>
      <w:r w:rsidRPr="0000691D">
        <w:rPr>
          <w:rFonts w:cs="B Mitra" w:hint="eastAsia"/>
          <w:sz w:val="28"/>
          <w:szCs w:val="28"/>
          <w:rtl/>
        </w:rPr>
        <w:lastRenderedPageBreak/>
        <w:t>در</w:t>
      </w:r>
      <w:r w:rsidRPr="0000691D">
        <w:rPr>
          <w:rFonts w:cs="B Mitra"/>
          <w:sz w:val="28"/>
          <w:szCs w:val="28"/>
          <w:rtl/>
        </w:rPr>
        <w:t xml:space="preserve"> </w:t>
      </w:r>
      <w:r w:rsidRPr="0000691D">
        <w:rPr>
          <w:rFonts w:cs="B Mitra" w:hint="cs"/>
          <w:sz w:val="28"/>
          <w:szCs w:val="28"/>
          <w:rtl/>
        </w:rPr>
        <w:t xml:space="preserve">برخی از  </w:t>
      </w:r>
      <w:r w:rsidRPr="0000691D">
        <w:rPr>
          <w:rFonts w:cs="B Mitra"/>
          <w:sz w:val="28"/>
          <w:szCs w:val="28"/>
          <w:rtl/>
        </w:rPr>
        <w:t>مواقع،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تعامل به پ</w:t>
      </w:r>
      <w:r w:rsidRPr="0000691D">
        <w:rPr>
          <w:rFonts w:cs="B Mitra" w:hint="cs"/>
          <w:sz w:val="28"/>
          <w:szCs w:val="28"/>
          <w:rtl/>
        </w:rPr>
        <w:t>ی</w:t>
      </w:r>
      <w:r w:rsidRPr="0000691D">
        <w:rPr>
          <w:rFonts w:cs="B Mitra" w:hint="eastAsia"/>
          <w:sz w:val="28"/>
          <w:szCs w:val="28"/>
          <w:rtl/>
        </w:rPr>
        <w:t>شنهاد</w:t>
      </w:r>
      <w:r w:rsidRPr="0000691D">
        <w:rPr>
          <w:rFonts w:cs="B Mitra"/>
          <w:sz w:val="28"/>
          <w:szCs w:val="28"/>
          <w:rtl/>
        </w:rPr>
        <w:t xml:space="preserve"> کمک ختم م</w:t>
      </w:r>
      <w:r w:rsidRPr="0000691D">
        <w:rPr>
          <w:rFonts w:cs="B Mitra" w:hint="cs"/>
          <w:sz w:val="28"/>
          <w:szCs w:val="28"/>
          <w:rtl/>
        </w:rPr>
        <w:t>ی‌</w:t>
      </w:r>
      <w:r w:rsidRPr="0000691D">
        <w:rPr>
          <w:rFonts w:cs="B Mitra" w:hint="eastAsia"/>
          <w:sz w:val="28"/>
          <w:szCs w:val="28"/>
          <w:rtl/>
        </w:rPr>
        <w:t>شود</w:t>
      </w:r>
      <w:r w:rsidRPr="0000691D">
        <w:rPr>
          <w:rFonts w:cs="B Mitra"/>
          <w:sz w:val="28"/>
          <w:szCs w:val="28"/>
          <w:rtl/>
        </w:rPr>
        <w:t xml:space="preserve"> و هم</w:t>
      </w:r>
      <w:r w:rsidRPr="0000691D">
        <w:rPr>
          <w:rFonts w:cs="B Mitra" w:hint="cs"/>
          <w:sz w:val="28"/>
          <w:szCs w:val="28"/>
          <w:rtl/>
        </w:rPr>
        <w:t>ی</w:t>
      </w:r>
      <w:r w:rsidRPr="0000691D">
        <w:rPr>
          <w:rFonts w:cs="B Mitra" w:hint="eastAsia"/>
          <w:sz w:val="28"/>
          <w:szCs w:val="28"/>
          <w:rtl/>
        </w:rPr>
        <w:t>ن‌جاست</w:t>
      </w:r>
      <w:r w:rsidRPr="0000691D">
        <w:rPr>
          <w:rFonts w:cs="B Mitra"/>
          <w:sz w:val="28"/>
          <w:szCs w:val="28"/>
          <w:rtl/>
        </w:rPr>
        <w:t xml:space="preserve"> که سرنوشت 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فرد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رقم م</w:t>
      </w:r>
      <w:r w:rsidRPr="0000691D">
        <w:rPr>
          <w:rFonts w:cs="B Mitra" w:hint="cs"/>
          <w:sz w:val="28"/>
          <w:szCs w:val="28"/>
          <w:rtl/>
        </w:rPr>
        <w:t>ی‌</w:t>
      </w:r>
      <w:r w:rsidRPr="0000691D">
        <w:rPr>
          <w:rFonts w:cs="B Mitra" w:hint="eastAsia"/>
          <w:sz w:val="28"/>
          <w:szCs w:val="28"/>
          <w:rtl/>
        </w:rPr>
        <w:t>خورد</w:t>
      </w:r>
      <w:r w:rsidRPr="0000691D">
        <w:rPr>
          <w:rFonts w:cs="B Mitra"/>
          <w:sz w:val="28"/>
          <w:szCs w:val="28"/>
          <w:rtl/>
        </w:rPr>
        <w:t>. کمک، اگر در چارچوب تعامل محترمانه باشد، 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را تقو</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کند</w:t>
      </w:r>
      <w:r w:rsidRPr="0000691D">
        <w:rPr>
          <w:rFonts w:cs="B Mitra"/>
          <w:sz w:val="28"/>
          <w:szCs w:val="28"/>
          <w:rtl/>
        </w:rPr>
        <w:t xml:space="preserve"> و اگر در چارچوب تعامل تحم</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sz w:val="28"/>
          <w:szCs w:val="28"/>
          <w:rtl/>
        </w:rPr>
        <w:t xml:space="preserve"> باشد، 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را م</w:t>
      </w:r>
      <w:r w:rsidRPr="0000691D">
        <w:rPr>
          <w:rFonts w:cs="B Mitra" w:hint="cs"/>
          <w:sz w:val="28"/>
          <w:szCs w:val="28"/>
          <w:rtl/>
        </w:rPr>
        <w:t>ی‌</w:t>
      </w:r>
      <w:r w:rsidRPr="0000691D">
        <w:rPr>
          <w:rFonts w:cs="B Mitra" w:hint="eastAsia"/>
          <w:sz w:val="28"/>
          <w:szCs w:val="28"/>
          <w:rtl/>
        </w:rPr>
        <w:t>شکند</w:t>
      </w:r>
      <w:r w:rsidRPr="0000691D">
        <w:rPr>
          <w:rFonts w:cs="B Mitra"/>
          <w:sz w:val="28"/>
          <w:szCs w:val="28"/>
          <w:rtl/>
        </w:rPr>
        <w:t>. پس برا</w:t>
      </w:r>
      <w:r w:rsidRPr="0000691D">
        <w:rPr>
          <w:rFonts w:cs="B Mitra" w:hint="cs"/>
          <w:sz w:val="28"/>
          <w:szCs w:val="28"/>
          <w:rtl/>
        </w:rPr>
        <w:t>ی</w:t>
      </w:r>
      <w:r w:rsidRPr="0000691D">
        <w:rPr>
          <w:rFonts w:cs="B Mitra"/>
          <w:sz w:val="28"/>
          <w:szCs w:val="28"/>
          <w:rtl/>
        </w:rPr>
        <w:t xml:space="preserve"> فهم امن</w:t>
      </w:r>
      <w:r w:rsidRPr="0000691D">
        <w:rPr>
          <w:rFonts w:cs="B Mitra" w:hint="cs"/>
          <w:sz w:val="28"/>
          <w:szCs w:val="28"/>
          <w:rtl/>
        </w:rPr>
        <w:t>ی</w:t>
      </w:r>
      <w:r w:rsidRPr="0000691D">
        <w:rPr>
          <w:rFonts w:cs="B Mitra" w:hint="eastAsia"/>
          <w:sz w:val="28"/>
          <w:szCs w:val="28"/>
          <w:rtl/>
        </w:rPr>
        <w:t>ت</w:t>
      </w:r>
      <w:r w:rsidRPr="0000691D">
        <w:rPr>
          <w:rFonts w:cs="B Mitra" w:hint="cs"/>
          <w:sz w:val="28"/>
          <w:szCs w:val="28"/>
          <w:rtl/>
        </w:rPr>
        <w:t xml:space="preserve"> فرد </w:t>
      </w:r>
      <w:r w:rsidRPr="0000691D">
        <w:rPr>
          <w:rFonts w:cs="B Mitra"/>
          <w:sz w:val="28"/>
          <w:szCs w:val="28"/>
          <w:rtl/>
        </w:rPr>
        <w:t>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با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w:t>
      </w:r>
      <w:r w:rsidRPr="0000691D">
        <w:rPr>
          <w:rFonts w:cs="B Mitra" w:hint="eastAsia"/>
          <w:sz w:val="28"/>
          <w:szCs w:val="28"/>
          <w:rtl/>
        </w:rPr>
        <w:t>ابتدا</w:t>
      </w:r>
      <w:r w:rsidRPr="0000691D">
        <w:rPr>
          <w:rFonts w:cs="B Mitra"/>
          <w:sz w:val="28"/>
          <w:szCs w:val="28"/>
          <w:rtl/>
        </w:rPr>
        <w:t xml:space="preserve"> تعامل را فهم</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و سپس کمک را در دل آن د</w:t>
      </w:r>
      <w:r w:rsidRPr="0000691D">
        <w:rPr>
          <w:rFonts w:cs="B Mitra" w:hint="cs"/>
          <w:sz w:val="28"/>
          <w:szCs w:val="28"/>
          <w:rtl/>
        </w:rPr>
        <w:t>ی</w:t>
      </w:r>
      <w:r w:rsidRPr="0000691D">
        <w:rPr>
          <w:rFonts w:cs="B Mitra" w:hint="eastAsia"/>
          <w:sz w:val="28"/>
          <w:szCs w:val="28"/>
          <w:rtl/>
        </w:rPr>
        <w:t>د</w:t>
      </w:r>
      <w:r w:rsidRPr="0000691D">
        <w:rPr>
          <w:rFonts w:cs="B Mitra"/>
          <w:sz w:val="28"/>
          <w:szCs w:val="28"/>
        </w:rPr>
        <w:t>.</w:t>
      </w:r>
    </w:p>
    <w:p w:rsidR="00A75B1C" w:rsidRPr="00DE310A" w:rsidRDefault="00A75B1C" w:rsidP="00DE310A">
      <w:pPr>
        <w:pStyle w:val="Heading3"/>
        <w:bidi/>
        <w:rPr>
          <w:rFonts w:cs="B Mitra"/>
          <w:color w:val="70AD47" w:themeColor="accent6"/>
          <w:sz w:val="28"/>
          <w:szCs w:val="28"/>
        </w:rPr>
      </w:pPr>
      <w:bookmarkStart w:id="32" w:name="_Toc243400539"/>
      <w:r w:rsidRPr="00DE310A">
        <w:rPr>
          <w:rFonts w:cs="B Mitra" w:hint="eastAsia"/>
          <w:color w:val="70AD47" w:themeColor="accent6"/>
          <w:sz w:val="28"/>
          <w:szCs w:val="28"/>
          <w:rtl/>
        </w:rPr>
        <w:t>کمک</w:t>
      </w:r>
      <w:r w:rsidRPr="00DE310A">
        <w:rPr>
          <w:rFonts w:cs="B Mitra"/>
          <w:color w:val="70AD47" w:themeColor="accent6"/>
          <w:sz w:val="28"/>
          <w:szCs w:val="28"/>
          <w:rtl/>
        </w:rPr>
        <w:t xml:space="preserve"> محترمانه در برابر کمک تحم</w:t>
      </w:r>
      <w:r w:rsidRPr="00DE310A">
        <w:rPr>
          <w:rFonts w:cs="B Mitra" w:hint="cs"/>
          <w:color w:val="70AD47" w:themeColor="accent6"/>
          <w:sz w:val="28"/>
          <w:szCs w:val="28"/>
          <w:rtl/>
        </w:rPr>
        <w:t>ی</w:t>
      </w:r>
      <w:r w:rsidRPr="00DE310A">
        <w:rPr>
          <w:rFonts w:cs="B Mitra" w:hint="eastAsia"/>
          <w:color w:val="70AD47" w:themeColor="accent6"/>
          <w:sz w:val="28"/>
          <w:szCs w:val="28"/>
          <w:rtl/>
        </w:rPr>
        <w:t>ل</w:t>
      </w:r>
      <w:r w:rsidRPr="00DE310A">
        <w:rPr>
          <w:rFonts w:cs="B Mitra" w:hint="cs"/>
          <w:color w:val="70AD47" w:themeColor="accent6"/>
          <w:sz w:val="28"/>
          <w:szCs w:val="28"/>
          <w:rtl/>
        </w:rPr>
        <w:t>ی</w:t>
      </w:r>
      <w:bookmarkEnd w:id="32"/>
    </w:p>
    <w:p w:rsidR="00A75B1C" w:rsidRPr="0000691D" w:rsidRDefault="00A75B1C" w:rsidP="0000691D">
      <w:pPr>
        <w:bidi/>
        <w:spacing w:line="360" w:lineRule="auto"/>
        <w:jc w:val="both"/>
        <w:rPr>
          <w:rFonts w:cs="B Mitra"/>
          <w:sz w:val="28"/>
          <w:szCs w:val="28"/>
          <w:rtl/>
          <w:lang w:bidi="fa-IR"/>
        </w:rPr>
      </w:pPr>
      <w:r w:rsidRPr="0000691D">
        <w:rPr>
          <w:rFonts w:cs="B Mitra" w:hint="eastAsia"/>
          <w:sz w:val="28"/>
          <w:szCs w:val="28"/>
          <w:rtl/>
        </w:rPr>
        <w:t>در</w:t>
      </w:r>
      <w:r w:rsidRPr="0000691D">
        <w:rPr>
          <w:rFonts w:cs="B Mitra"/>
          <w:sz w:val="28"/>
          <w:szCs w:val="28"/>
          <w:rtl/>
        </w:rPr>
        <w:t xml:space="preserve"> تعامل محترمانه، </w:t>
      </w:r>
      <w:r w:rsidRPr="0000691D">
        <w:rPr>
          <w:rFonts w:cs="B Mitra" w:hint="cs"/>
          <w:sz w:val="28"/>
          <w:szCs w:val="28"/>
          <w:rtl/>
        </w:rPr>
        <w:t xml:space="preserve">فرد </w:t>
      </w:r>
      <w:r w:rsidRPr="0000691D">
        <w:rPr>
          <w:rFonts w:cs="B Mitra"/>
          <w:sz w:val="28"/>
          <w:szCs w:val="28"/>
          <w:rtl/>
        </w:rPr>
        <w:t>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اجازه م</w:t>
      </w:r>
      <w:r w:rsidRPr="0000691D">
        <w:rPr>
          <w:rFonts w:cs="B Mitra" w:hint="cs"/>
          <w:sz w:val="28"/>
          <w:szCs w:val="28"/>
          <w:rtl/>
        </w:rPr>
        <w:t>ی‌</w:t>
      </w:r>
      <w:r w:rsidRPr="0000691D">
        <w:rPr>
          <w:rFonts w:cs="B Mitra" w:hint="eastAsia"/>
          <w:sz w:val="28"/>
          <w:szCs w:val="28"/>
          <w:rtl/>
        </w:rPr>
        <w:t>خواهد</w:t>
      </w:r>
      <w:r w:rsidRPr="0000691D">
        <w:rPr>
          <w:rFonts w:cs="B Mitra"/>
          <w:sz w:val="28"/>
          <w:szCs w:val="28"/>
          <w:rtl/>
        </w:rPr>
        <w:t>: «آ</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توانم</w:t>
      </w:r>
      <w:r w:rsidRPr="0000691D">
        <w:rPr>
          <w:rFonts w:cs="B Mitra"/>
          <w:sz w:val="28"/>
          <w:szCs w:val="28"/>
          <w:rtl/>
        </w:rPr>
        <w:t xml:space="preserve"> کمکتان کنم؟» فرد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خودش تصم</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گ</w:t>
      </w:r>
      <w:r w:rsidRPr="0000691D">
        <w:rPr>
          <w:rFonts w:cs="B Mitra" w:hint="cs"/>
          <w:sz w:val="28"/>
          <w:szCs w:val="28"/>
          <w:rtl/>
        </w:rPr>
        <w:t>ی</w:t>
      </w:r>
      <w:r w:rsidRPr="0000691D">
        <w:rPr>
          <w:rFonts w:cs="B Mitra" w:hint="eastAsia"/>
          <w:sz w:val="28"/>
          <w:szCs w:val="28"/>
          <w:rtl/>
        </w:rPr>
        <w:t>رد</w:t>
      </w:r>
      <w:r w:rsidRPr="0000691D">
        <w:rPr>
          <w:rFonts w:cs="B Mitra" w:hint="cs"/>
          <w:sz w:val="28"/>
          <w:szCs w:val="28"/>
          <w:rtl/>
        </w:rPr>
        <w:t>؛</w:t>
      </w:r>
      <w:r w:rsidRPr="0000691D">
        <w:rPr>
          <w:rFonts w:cs="B Mitra"/>
          <w:sz w:val="28"/>
          <w:szCs w:val="28"/>
          <w:rtl/>
        </w:rPr>
        <w:t xml:space="preserve"> 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نم</w:t>
      </w:r>
      <w:r w:rsidRPr="0000691D">
        <w:rPr>
          <w:rFonts w:cs="B Mitra" w:hint="cs"/>
          <w:sz w:val="28"/>
          <w:szCs w:val="28"/>
          <w:rtl/>
        </w:rPr>
        <w:t>ی‌</w:t>
      </w:r>
      <w:r w:rsidRPr="0000691D">
        <w:rPr>
          <w:rFonts w:cs="B Mitra" w:hint="eastAsia"/>
          <w:sz w:val="28"/>
          <w:szCs w:val="28"/>
          <w:rtl/>
        </w:rPr>
        <w:t>گو</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«من م</w:t>
      </w:r>
      <w:r w:rsidRPr="0000691D">
        <w:rPr>
          <w:rFonts w:cs="B Mitra" w:hint="cs"/>
          <w:sz w:val="28"/>
          <w:szCs w:val="28"/>
          <w:rtl/>
        </w:rPr>
        <w:t>ی‌</w:t>
      </w:r>
      <w:r w:rsidRPr="0000691D">
        <w:rPr>
          <w:rFonts w:cs="B Mitra" w:hint="eastAsia"/>
          <w:sz w:val="28"/>
          <w:szCs w:val="28"/>
          <w:rtl/>
        </w:rPr>
        <w:t>دانم</w:t>
      </w:r>
      <w:r w:rsidRPr="0000691D">
        <w:rPr>
          <w:rFonts w:cs="B Mitra"/>
          <w:sz w:val="28"/>
          <w:szCs w:val="28"/>
          <w:rtl/>
        </w:rPr>
        <w:t xml:space="preserve"> چه کنم»، بلکه م</w:t>
      </w:r>
      <w:r w:rsidRPr="0000691D">
        <w:rPr>
          <w:rFonts w:cs="B Mitra" w:hint="cs"/>
          <w:sz w:val="28"/>
          <w:szCs w:val="28"/>
          <w:rtl/>
        </w:rPr>
        <w:t>ی‌</w:t>
      </w:r>
      <w:r w:rsidRPr="0000691D">
        <w:rPr>
          <w:rFonts w:cs="B Mitra" w:hint="eastAsia"/>
          <w:sz w:val="28"/>
          <w:szCs w:val="28"/>
          <w:rtl/>
        </w:rPr>
        <w:t>پرسد</w:t>
      </w:r>
      <w:r w:rsidRPr="0000691D">
        <w:rPr>
          <w:rFonts w:cs="B Mitra"/>
          <w:sz w:val="28"/>
          <w:szCs w:val="28"/>
          <w:rtl/>
        </w:rPr>
        <w:t>: «چه کمک</w:t>
      </w:r>
      <w:r w:rsidRPr="0000691D">
        <w:rPr>
          <w:rFonts w:cs="B Mitra" w:hint="cs"/>
          <w:sz w:val="28"/>
          <w:szCs w:val="28"/>
          <w:rtl/>
        </w:rPr>
        <w:t>ی</w:t>
      </w:r>
      <w:r w:rsidRPr="0000691D">
        <w:rPr>
          <w:rFonts w:cs="B Mitra"/>
          <w:sz w:val="28"/>
          <w:szCs w:val="28"/>
          <w:rtl/>
        </w:rPr>
        <w:t xml:space="preserve"> از من ساخته است؟» سپس روش را م</w:t>
      </w:r>
      <w:r w:rsidRPr="0000691D">
        <w:rPr>
          <w:rFonts w:cs="B Mitra" w:hint="cs"/>
          <w:sz w:val="28"/>
          <w:szCs w:val="28"/>
          <w:rtl/>
        </w:rPr>
        <w:t>ی‌</w:t>
      </w:r>
      <w:r w:rsidRPr="0000691D">
        <w:rPr>
          <w:rFonts w:cs="B Mitra" w:hint="eastAsia"/>
          <w:sz w:val="28"/>
          <w:szCs w:val="28"/>
          <w:rtl/>
        </w:rPr>
        <w:t>پرسد،</w:t>
      </w:r>
      <w:r w:rsidRPr="0000691D">
        <w:rPr>
          <w:rFonts w:cs="B Mitra"/>
          <w:sz w:val="28"/>
          <w:szCs w:val="28"/>
          <w:rtl/>
        </w:rPr>
        <w:t xml:space="preserve"> جزئ</w:t>
      </w:r>
      <w:r w:rsidRPr="0000691D">
        <w:rPr>
          <w:rFonts w:cs="B Mitra" w:hint="cs"/>
          <w:sz w:val="28"/>
          <w:szCs w:val="28"/>
          <w:rtl/>
        </w:rPr>
        <w:t>ی</w:t>
      </w:r>
      <w:r w:rsidRPr="0000691D">
        <w:rPr>
          <w:rFonts w:cs="B Mitra" w:hint="eastAsia"/>
          <w:sz w:val="28"/>
          <w:szCs w:val="28"/>
          <w:rtl/>
        </w:rPr>
        <w:t>ات</w:t>
      </w:r>
      <w:r w:rsidRPr="0000691D">
        <w:rPr>
          <w:rFonts w:cs="B Mitra"/>
          <w:sz w:val="28"/>
          <w:szCs w:val="28"/>
          <w:rtl/>
        </w:rPr>
        <w:t xml:space="preserve"> را م</w:t>
      </w:r>
      <w:r w:rsidRPr="0000691D">
        <w:rPr>
          <w:rFonts w:cs="B Mitra" w:hint="cs"/>
          <w:sz w:val="28"/>
          <w:szCs w:val="28"/>
          <w:rtl/>
        </w:rPr>
        <w:t>ی‌</w:t>
      </w:r>
      <w:r w:rsidRPr="0000691D">
        <w:rPr>
          <w:rFonts w:cs="B Mitra" w:hint="eastAsia"/>
          <w:sz w:val="28"/>
          <w:szCs w:val="28"/>
          <w:rtl/>
        </w:rPr>
        <w:t>شنود،</w:t>
      </w:r>
      <w:r w:rsidRPr="0000691D">
        <w:rPr>
          <w:rFonts w:cs="B Mitra"/>
          <w:sz w:val="28"/>
          <w:szCs w:val="28"/>
          <w:rtl/>
        </w:rPr>
        <w:t xml:space="preserve"> «نه» را م</w:t>
      </w:r>
      <w:r w:rsidRPr="0000691D">
        <w:rPr>
          <w:rFonts w:cs="B Mitra" w:hint="cs"/>
          <w:sz w:val="28"/>
          <w:szCs w:val="28"/>
          <w:rtl/>
        </w:rPr>
        <w:t>ی‌</w:t>
      </w:r>
      <w:r w:rsidRPr="0000691D">
        <w:rPr>
          <w:rFonts w:cs="B Mitra" w:hint="eastAsia"/>
          <w:sz w:val="28"/>
          <w:szCs w:val="28"/>
          <w:rtl/>
        </w:rPr>
        <w:t>پذ</w:t>
      </w:r>
      <w:r w:rsidRPr="0000691D">
        <w:rPr>
          <w:rFonts w:cs="B Mitra" w:hint="cs"/>
          <w:sz w:val="28"/>
          <w:szCs w:val="28"/>
          <w:rtl/>
        </w:rPr>
        <w:t>ی</w:t>
      </w:r>
      <w:r w:rsidRPr="0000691D">
        <w:rPr>
          <w:rFonts w:cs="B Mitra" w:hint="eastAsia"/>
          <w:sz w:val="28"/>
          <w:szCs w:val="28"/>
          <w:rtl/>
        </w:rPr>
        <w:t>رد،</w:t>
      </w:r>
      <w:r w:rsidRPr="0000691D">
        <w:rPr>
          <w:rFonts w:cs="B Mitra"/>
          <w:sz w:val="28"/>
          <w:szCs w:val="28"/>
          <w:rtl/>
        </w:rPr>
        <w:t xml:space="preserve"> و بعد از کمک عقب م</w:t>
      </w:r>
      <w:r w:rsidRPr="0000691D">
        <w:rPr>
          <w:rFonts w:cs="B Mitra" w:hint="cs"/>
          <w:sz w:val="28"/>
          <w:szCs w:val="28"/>
          <w:rtl/>
        </w:rPr>
        <w:t>ی‌</w:t>
      </w:r>
      <w:r w:rsidRPr="0000691D">
        <w:rPr>
          <w:rFonts w:cs="B Mitra" w:hint="eastAsia"/>
          <w:sz w:val="28"/>
          <w:szCs w:val="28"/>
          <w:rtl/>
        </w:rPr>
        <w:t>کشد</w:t>
      </w:r>
      <w:r w:rsidRPr="0000691D">
        <w:rPr>
          <w:rFonts w:cs="B Mitra"/>
          <w:sz w:val="28"/>
          <w:szCs w:val="28"/>
          <w:rtl/>
        </w:rPr>
        <w:t xml:space="preserve">. </w:t>
      </w:r>
      <w:r w:rsidRPr="0000691D">
        <w:rPr>
          <w:rFonts w:cs="B Mitra" w:hint="eastAsia"/>
          <w:sz w:val="28"/>
          <w:szCs w:val="28"/>
          <w:rtl/>
        </w:rPr>
        <w:t>در</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الگو، فرد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فاعل اخلاق</w:t>
      </w:r>
      <w:r w:rsidRPr="0000691D">
        <w:rPr>
          <w:rFonts w:cs="B Mitra" w:hint="cs"/>
          <w:sz w:val="28"/>
          <w:szCs w:val="28"/>
          <w:rtl/>
        </w:rPr>
        <w:t>ی</w:t>
      </w:r>
      <w:r w:rsidRPr="0000691D">
        <w:rPr>
          <w:rFonts w:cs="B Mitra"/>
          <w:sz w:val="28"/>
          <w:szCs w:val="28"/>
          <w:rtl/>
        </w:rPr>
        <w:t xml:space="preserve"> است، نه موضوع ترحم</w:t>
      </w:r>
      <w:r w:rsidRPr="0000691D">
        <w:rPr>
          <w:rFonts w:cs="B Mitra" w:hint="cs"/>
          <w:sz w:val="28"/>
          <w:szCs w:val="28"/>
          <w:rtl/>
          <w:lang w:bidi="fa-IR"/>
        </w:rPr>
        <w:t>.</w:t>
      </w:r>
    </w:p>
    <w:p w:rsidR="00A75B1C" w:rsidRPr="0000691D" w:rsidRDefault="00A75B1C" w:rsidP="0000691D">
      <w:pPr>
        <w:bidi/>
        <w:spacing w:line="360" w:lineRule="auto"/>
        <w:jc w:val="both"/>
        <w:rPr>
          <w:rFonts w:cs="B Mitra"/>
          <w:sz w:val="28"/>
          <w:szCs w:val="28"/>
        </w:rPr>
      </w:pPr>
      <w:r w:rsidRPr="0000691D">
        <w:rPr>
          <w:rFonts w:cs="B Mitra" w:hint="eastAsia"/>
          <w:sz w:val="28"/>
          <w:szCs w:val="28"/>
          <w:rtl/>
        </w:rPr>
        <w:t>در</w:t>
      </w:r>
      <w:r w:rsidRPr="0000691D">
        <w:rPr>
          <w:rFonts w:cs="B Mitra"/>
          <w:sz w:val="28"/>
          <w:szCs w:val="28"/>
          <w:rtl/>
        </w:rPr>
        <w:t xml:space="preserve"> تعامل تحم</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hint="eastAsia"/>
          <w:sz w:val="28"/>
          <w:szCs w:val="28"/>
          <w:rtl/>
        </w:rPr>
        <w:t>،</w:t>
      </w:r>
      <w:r w:rsidRPr="0000691D">
        <w:rPr>
          <w:rFonts w:cs="B Mitra"/>
          <w:sz w:val="28"/>
          <w:szCs w:val="28"/>
          <w:rtl/>
        </w:rPr>
        <w:t xml:space="preserve"> اما، همه چ</w:t>
      </w:r>
      <w:r w:rsidRPr="0000691D">
        <w:rPr>
          <w:rFonts w:cs="B Mitra" w:hint="cs"/>
          <w:sz w:val="28"/>
          <w:szCs w:val="28"/>
          <w:rtl/>
        </w:rPr>
        <w:t>ی</w:t>
      </w:r>
      <w:r w:rsidRPr="0000691D">
        <w:rPr>
          <w:rFonts w:cs="B Mitra" w:hint="eastAsia"/>
          <w:sz w:val="28"/>
          <w:szCs w:val="28"/>
          <w:rtl/>
        </w:rPr>
        <w:t>ز</w:t>
      </w:r>
      <w:r w:rsidRPr="0000691D">
        <w:rPr>
          <w:rFonts w:cs="B Mitra"/>
          <w:sz w:val="28"/>
          <w:szCs w:val="28"/>
          <w:rtl/>
        </w:rPr>
        <w:t xml:space="preserve"> برعکس است</w:t>
      </w:r>
      <w:r w:rsidRPr="0000691D">
        <w:rPr>
          <w:rFonts w:cs="B Mitra" w:hint="cs"/>
          <w:sz w:val="28"/>
          <w:szCs w:val="28"/>
          <w:rtl/>
        </w:rPr>
        <w:t>؛</w:t>
      </w:r>
      <w:r w:rsidRPr="0000691D">
        <w:rPr>
          <w:rFonts w:cs="B Mitra"/>
          <w:sz w:val="28"/>
          <w:szCs w:val="28"/>
          <w:rtl/>
        </w:rPr>
        <w:t xml:space="preserve"> </w:t>
      </w:r>
      <w:r w:rsidRPr="0000691D">
        <w:rPr>
          <w:rFonts w:cs="B Mitra" w:hint="cs"/>
          <w:sz w:val="28"/>
          <w:szCs w:val="28"/>
          <w:rtl/>
        </w:rPr>
        <w:t xml:space="preserve">فرد </w:t>
      </w:r>
      <w:r w:rsidRPr="0000691D">
        <w:rPr>
          <w:rFonts w:cs="B Mitra"/>
          <w:sz w:val="28"/>
          <w:szCs w:val="28"/>
          <w:rtl/>
        </w:rPr>
        <w:t>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بدون اجازه وارد م</w:t>
      </w:r>
      <w:r w:rsidRPr="0000691D">
        <w:rPr>
          <w:rFonts w:cs="B Mitra" w:hint="cs"/>
          <w:sz w:val="28"/>
          <w:szCs w:val="28"/>
          <w:rtl/>
        </w:rPr>
        <w:t>ی‌</w:t>
      </w:r>
      <w:r w:rsidRPr="0000691D">
        <w:rPr>
          <w:rFonts w:cs="B Mitra" w:hint="eastAsia"/>
          <w:sz w:val="28"/>
          <w:szCs w:val="28"/>
          <w:rtl/>
        </w:rPr>
        <w:t>شود</w:t>
      </w:r>
      <w:r w:rsidRPr="0000691D">
        <w:rPr>
          <w:rFonts w:cs="B Mitra"/>
          <w:sz w:val="28"/>
          <w:szCs w:val="28"/>
          <w:rtl/>
        </w:rPr>
        <w:t>. «نه» را تعارف م</w:t>
      </w:r>
      <w:r w:rsidRPr="0000691D">
        <w:rPr>
          <w:rFonts w:cs="B Mitra" w:hint="cs"/>
          <w:sz w:val="28"/>
          <w:szCs w:val="28"/>
          <w:rtl/>
        </w:rPr>
        <w:t>ی‌</w:t>
      </w:r>
      <w:r w:rsidRPr="0000691D">
        <w:rPr>
          <w:rFonts w:cs="B Mitra" w:hint="eastAsia"/>
          <w:sz w:val="28"/>
          <w:szCs w:val="28"/>
          <w:rtl/>
        </w:rPr>
        <w:t>داند</w:t>
      </w:r>
      <w:r w:rsidRPr="0000691D">
        <w:rPr>
          <w:rFonts w:cs="B Mitra"/>
          <w:sz w:val="28"/>
          <w:szCs w:val="28"/>
          <w:rtl/>
        </w:rPr>
        <w:t>. دست را م</w:t>
      </w:r>
      <w:r w:rsidRPr="0000691D">
        <w:rPr>
          <w:rFonts w:cs="B Mitra" w:hint="cs"/>
          <w:sz w:val="28"/>
          <w:szCs w:val="28"/>
          <w:rtl/>
        </w:rPr>
        <w:t>ی‌</w:t>
      </w:r>
      <w:r w:rsidRPr="0000691D">
        <w:rPr>
          <w:rFonts w:cs="B Mitra" w:hint="eastAsia"/>
          <w:sz w:val="28"/>
          <w:szCs w:val="28"/>
          <w:rtl/>
        </w:rPr>
        <w:t>کشد</w:t>
      </w:r>
      <w:r w:rsidRPr="0000691D">
        <w:rPr>
          <w:rFonts w:cs="B Mitra"/>
          <w:sz w:val="28"/>
          <w:szCs w:val="28"/>
          <w:rtl/>
        </w:rPr>
        <w:t>. گوش</w:t>
      </w:r>
      <w:r w:rsidRPr="0000691D">
        <w:rPr>
          <w:rFonts w:cs="B Mitra" w:hint="cs"/>
          <w:sz w:val="28"/>
          <w:szCs w:val="28"/>
          <w:rtl/>
        </w:rPr>
        <w:t>ی</w:t>
      </w:r>
      <w:r w:rsidRPr="0000691D">
        <w:rPr>
          <w:rFonts w:cs="B Mitra"/>
          <w:sz w:val="28"/>
          <w:szCs w:val="28"/>
          <w:rtl/>
        </w:rPr>
        <w:t xml:space="preserve"> را م</w:t>
      </w:r>
      <w:r w:rsidRPr="0000691D">
        <w:rPr>
          <w:rFonts w:cs="B Mitra" w:hint="cs"/>
          <w:sz w:val="28"/>
          <w:szCs w:val="28"/>
          <w:rtl/>
        </w:rPr>
        <w:t>ی‌</w:t>
      </w:r>
      <w:r w:rsidRPr="0000691D">
        <w:rPr>
          <w:rFonts w:cs="B Mitra" w:hint="eastAsia"/>
          <w:sz w:val="28"/>
          <w:szCs w:val="28"/>
          <w:rtl/>
        </w:rPr>
        <w:t>گ</w:t>
      </w:r>
      <w:r w:rsidRPr="0000691D">
        <w:rPr>
          <w:rFonts w:cs="B Mitra" w:hint="cs"/>
          <w:sz w:val="28"/>
          <w:szCs w:val="28"/>
          <w:rtl/>
        </w:rPr>
        <w:t>ی</w:t>
      </w:r>
      <w:r w:rsidRPr="0000691D">
        <w:rPr>
          <w:rFonts w:cs="B Mitra" w:hint="eastAsia"/>
          <w:sz w:val="28"/>
          <w:szCs w:val="28"/>
          <w:rtl/>
        </w:rPr>
        <w:t>رد</w:t>
      </w:r>
      <w:r w:rsidRPr="0000691D">
        <w:rPr>
          <w:rFonts w:cs="B Mitra"/>
          <w:sz w:val="28"/>
          <w:szCs w:val="28"/>
          <w:rtl/>
        </w:rPr>
        <w:t>. در فضا</w:t>
      </w:r>
      <w:r w:rsidRPr="0000691D">
        <w:rPr>
          <w:rFonts w:cs="B Mitra" w:hint="cs"/>
          <w:sz w:val="28"/>
          <w:szCs w:val="28"/>
          <w:rtl/>
        </w:rPr>
        <w:t>ی</w:t>
      </w:r>
      <w:r w:rsidRPr="0000691D">
        <w:rPr>
          <w:rFonts w:cs="B Mitra"/>
          <w:sz w:val="28"/>
          <w:szCs w:val="28"/>
          <w:rtl/>
        </w:rPr>
        <w:t xml:space="preserve"> بسته سکوت م</w:t>
      </w:r>
      <w:r w:rsidRPr="0000691D">
        <w:rPr>
          <w:rFonts w:cs="B Mitra" w:hint="cs"/>
          <w:sz w:val="28"/>
          <w:szCs w:val="28"/>
          <w:rtl/>
        </w:rPr>
        <w:t>ی‌</w:t>
      </w:r>
      <w:r w:rsidRPr="0000691D">
        <w:rPr>
          <w:rFonts w:cs="B Mitra" w:hint="eastAsia"/>
          <w:sz w:val="28"/>
          <w:szCs w:val="28"/>
          <w:rtl/>
        </w:rPr>
        <w:t>کند</w:t>
      </w:r>
      <w:r w:rsidRPr="0000691D">
        <w:rPr>
          <w:rFonts w:cs="B Mitra"/>
          <w:sz w:val="28"/>
          <w:szCs w:val="28"/>
          <w:rtl/>
        </w:rPr>
        <w:t xml:space="preserve"> و در پا</w:t>
      </w:r>
      <w:r w:rsidRPr="0000691D">
        <w:rPr>
          <w:rFonts w:cs="B Mitra" w:hint="cs"/>
          <w:sz w:val="28"/>
          <w:szCs w:val="28"/>
          <w:rtl/>
        </w:rPr>
        <w:t>ی</w:t>
      </w:r>
      <w:r w:rsidRPr="0000691D">
        <w:rPr>
          <w:rFonts w:cs="B Mitra" w:hint="eastAsia"/>
          <w:sz w:val="28"/>
          <w:szCs w:val="28"/>
          <w:rtl/>
        </w:rPr>
        <w:t>ان</w:t>
      </w:r>
      <w:r w:rsidRPr="0000691D">
        <w:rPr>
          <w:rFonts w:cs="B Mitra"/>
          <w:sz w:val="28"/>
          <w:szCs w:val="28"/>
          <w:rtl/>
        </w:rPr>
        <w:t xml:space="preserve"> هم</w:t>
      </w:r>
      <w:r w:rsidRPr="0000691D">
        <w:rPr>
          <w:rFonts w:cs="B Mitra" w:hint="cs"/>
          <w:sz w:val="28"/>
          <w:szCs w:val="28"/>
          <w:rtl/>
        </w:rPr>
        <w:t>،</w:t>
      </w:r>
      <w:r w:rsidRPr="0000691D">
        <w:rPr>
          <w:rFonts w:cs="B Mitra"/>
          <w:sz w:val="28"/>
          <w:szCs w:val="28"/>
          <w:rtl/>
        </w:rPr>
        <w:t xml:space="preserve"> انتظار دارد که فرد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سپاسگزار باشد.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نوع تعامل، اگرچه ممکن است با 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خ</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آغاز شود، اما در عمل حر</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را م</w:t>
      </w:r>
      <w:r w:rsidRPr="0000691D">
        <w:rPr>
          <w:rFonts w:cs="B Mitra" w:hint="cs"/>
          <w:sz w:val="28"/>
          <w:szCs w:val="28"/>
          <w:rtl/>
        </w:rPr>
        <w:t>ی‌</w:t>
      </w:r>
      <w:r w:rsidRPr="0000691D">
        <w:rPr>
          <w:rFonts w:cs="B Mitra" w:hint="eastAsia"/>
          <w:sz w:val="28"/>
          <w:szCs w:val="28"/>
          <w:rtl/>
        </w:rPr>
        <w:t>شکند</w:t>
      </w:r>
      <w:r w:rsidRPr="0000691D">
        <w:rPr>
          <w:rFonts w:cs="B Mitra"/>
          <w:sz w:val="28"/>
          <w:szCs w:val="28"/>
          <w:rtl/>
        </w:rPr>
        <w:t xml:space="preserve"> و 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را از ب</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برد</w:t>
      </w:r>
      <w:r w:rsidRPr="0000691D">
        <w:rPr>
          <w:rFonts w:cs="B Mitra"/>
          <w:sz w:val="28"/>
          <w:szCs w:val="28"/>
        </w:rPr>
        <w:t>.</w:t>
      </w:r>
    </w:p>
    <w:p w:rsidR="00A75B1C" w:rsidRPr="0000691D" w:rsidRDefault="00A75B1C" w:rsidP="0000691D">
      <w:pPr>
        <w:bidi/>
        <w:spacing w:line="360" w:lineRule="auto"/>
        <w:jc w:val="both"/>
        <w:rPr>
          <w:rFonts w:cs="B Mitra"/>
          <w:sz w:val="28"/>
          <w:szCs w:val="28"/>
        </w:rPr>
      </w:pPr>
      <w:r w:rsidRPr="0000691D">
        <w:rPr>
          <w:rFonts w:cs="B Mitra" w:hint="eastAsia"/>
          <w:sz w:val="28"/>
          <w:szCs w:val="28"/>
          <w:rtl/>
        </w:rPr>
        <w:t>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دو الگو نشان م</w:t>
      </w:r>
      <w:r w:rsidRPr="0000691D">
        <w:rPr>
          <w:rFonts w:cs="B Mitra" w:hint="cs"/>
          <w:sz w:val="28"/>
          <w:szCs w:val="28"/>
          <w:rtl/>
        </w:rPr>
        <w:t>ی‌</w:t>
      </w:r>
      <w:r w:rsidRPr="0000691D">
        <w:rPr>
          <w:rFonts w:cs="B Mitra" w:hint="eastAsia"/>
          <w:sz w:val="28"/>
          <w:szCs w:val="28"/>
          <w:rtl/>
        </w:rPr>
        <w:t>دهد</w:t>
      </w:r>
      <w:r w:rsidRPr="0000691D">
        <w:rPr>
          <w:rFonts w:cs="B Mitra"/>
          <w:sz w:val="28"/>
          <w:szCs w:val="28"/>
          <w:rtl/>
        </w:rPr>
        <w:t xml:space="preserve"> که 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و ناب</w:t>
      </w:r>
      <w:r w:rsidRPr="0000691D">
        <w:rPr>
          <w:rFonts w:cs="B Mitra" w:hint="cs"/>
          <w:sz w:val="28"/>
          <w:szCs w:val="28"/>
          <w:rtl/>
        </w:rPr>
        <w:t>ی</w:t>
      </w:r>
      <w:r w:rsidRPr="0000691D">
        <w:rPr>
          <w:rFonts w:cs="B Mitra" w:hint="eastAsia"/>
          <w:sz w:val="28"/>
          <w:szCs w:val="28"/>
          <w:rtl/>
        </w:rPr>
        <w:t>نا</w:t>
      </w:r>
      <w:r w:rsidRPr="0000691D">
        <w:rPr>
          <w:rFonts w:cs="B Mitra" w:hint="cs"/>
          <w:sz w:val="28"/>
          <w:szCs w:val="28"/>
          <w:rtl/>
        </w:rPr>
        <w:t>یی</w:t>
      </w:r>
      <w:r w:rsidRPr="0000691D">
        <w:rPr>
          <w:rFonts w:cs="B Mitra"/>
          <w:sz w:val="28"/>
          <w:szCs w:val="28"/>
          <w:rtl/>
        </w:rPr>
        <w:t xml:space="preserve"> ذاتاً متضاد ن</w:t>
      </w:r>
      <w:r w:rsidRPr="0000691D">
        <w:rPr>
          <w:rFonts w:cs="B Mitra" w:hint="cs"/>
          <w:sz w:val="28"/>
          <w:szCs w:val="28"/>
          <w:rtl/>
        </w:rPr>
        <w:t>ی</w:t>
      </w:r>
      <w:r w:rsidRPr="0000691D">
        <w:rPr>
          <w:rFonts w:cs="B Mitra" w:hint="eastAsia"/>
          <w:sz w:val="28"/>
          <w:szCs w:val="28"/>
          <w:rtl/>
        </w:rPr>
        <w:t>ستند</w:t>
      </w:r>
      <w:r w:rsidRPr="0000691D">
        <w:rPr>
          <w:rFonts w:cs="B Mitra" w:hint="cs"/>
          <w:sz w:val="28"/>
          <w:szCs w:val="28"/>
          <w:rtl/>
        </w:rPr>
        <w:t>؛</w:t>
      </w:r>
      <w:r w:rsidRPr="0000691D">
        <w:rPr>
          <w:rFonts w:cs="B Mitra"/>
          <w:sz w:val="28"/>
          <w:szCs w:val="28"/>
          <w:rtl/>
        </w:rPr>
        <w:t xml:space="preserve"> تضاد، محصول طراح</w:t>
      </w:r>
      <w:r w:rsidRPr="0000691D">
        <w:rPr>
          <w:rFonts w:cs="B Mitra" w:hint="cs"/>
          <w:sz w:val="28"/>
          <w:szCs w:val="28"/>
          <w:rtl/>
        </w:rPr>
        <w:t>ی</w:t>
      </w:r>
      <w:r w:rsidRPr="0000691D">
        <w:rPr>
          <w:rFonts w:cs="B Mitra"/>
          <w:sz w:val="28"/>
          <w:szCs w:val="28"/>
          <w:rtl/>
        </w:rPr>
        <w:t xml:space="preserve"> نادرست، نگاه توان‌گرا، و عادت‌ها</w:t>
      </w:r>
      <w:r w:rsidRPr="0000691D">
        <w:rPr>
          <w:rFonts w:cs="B Mitra" w:hint="cs"/>
          <w:sz w:val="28"/>
          <w:szCs w:val="28"/>
          <w:rtl/>
        </w:rPr>
        <w:t>ی</w:t>
      </w:r>
      <w:r w:rsidRPr="0000691D">
        <w:rPr>
          <w:rFonts w:cs="B Mitra"/>
          <w:sz w:val="28"/>
          <w:szCs w:val="28"/>
          <w:rtl/>
        </w:rPr>
        <w:t xml:space="preserve"> نانوشته است. اگر تعامل بر پا</w:t>
      </w:r>
      <w:r w:rsidRPr="0000691D">
        <w:rPr>
          <w:rFonts w:cs="B Mitra" w:hint="cs"/>
          <w:sz w:val="28"/>
          <w:szCs w:val="28"/>
          <w:rtl/>
        </w:rPr>
        <w:t>ی</w:t>
      </w:r>
      <w:r w:rsidRPr="0000691D">
        <w:rPr>
          <w:rFonts w:cs="B Mitra" w:hint="eastAsia"/>
          <w:sz w:val="28"/>
          <w:szCs w:val="28"/>
          <w:rtl/>
        </w:rPr>
        <w:t>ه</w:t>
      </w:r>
      <w:r w:rsidRPr="0000691D">
        <w:rPr>
          <w:rFonts w:cs="B Mitra"/>
          <w:sz w:val="28"/>
          <w:szCs w:val="28"/>
          <w:rtl/>
        </w:rPr>
        <w:t xml:space="preserve"> احترام بنا شود، کمک و کرامت م</w:t>
      </w:r>
      <w:r w:rsidRPr="0000691D">
        <w:rPr>
          <w:rFonts w:cs="B Mitra" w:hint="cs"/>
          <w:sz w:val="28"/>
          <w:szCs w:val="28"/>
          <w:rtl/>
        </w:rPr>
        <w:t>ی‌</w:t>
      </w:r>
      <w:r w:rsidRPr="0000691D">
        <w:rPr>
          <w:rFonts w:cs="B Mitra" w:hint="eastAsia"/>
          <w:sz w:val="28"/>
          <w:szCs w:val="28"/>
          <w:rtl/>
        </w:rPr>
        <w:t>توانند</w:t>
      </w:r>
      <w:r w:rsidRPr="0000691D">
        <w:rPr>
          <w:rFonts w:cs="B Mitra"/>
          <w:sz w:val="28"/>
          <w:szCs w:val="28"/>
          <w:rtl/>
        </w:rPr>
        <w:t xml:space="preserve"> هم‌زمان وجود داشته باشند</w:t>
      </w:r>
      <w:r w:rsidRPr="0000691D">
        <w:rPr>
          <w:rFonts w:cs="B Mitra"/>
          <w:sz w:val="28"/>
          <w:szCs w:val="28"/>
        </w:rPr>
        <w:t>.</w:t>
      </w:r>
    </w:p>
    <w:p w:rsidR="00A75B1C" w:rsidRPr="00DE310A" w:rsidRDefault="00A75B1C" w:rsidP="00DE310A">
      <w:pPr>
        <w:pStyle w:val="Heading3"/>
        <w:bidi/>
        <w:rPr>
          <w:rFonts w:cs="B Mitra"/>
          <w:color w:val="70AD47" w:themeColor="accent6"/>
          <w:sz w:val="28"/>
          <w:szCs w:val="28"/>
        </w:rPr>
      </w:pPr>
      <w:bookmarkStart w:id="33" w:name="_Toc243400540"/>
      <w:r w:rsidRPr="00DE310A">
        <w:rPr>
          <w:rFonts w:cs="B Mitra" w:hint="eastAsia"/>
          <w:color w:val="70AD47" w:themeColor="accent6"/>
          <w:sz w:val="28"/>
          <w:szCs w:val="28"/>
          <w:rtl/>
        </w:rPr>
        <w:t>حقوق</w:t>
      </w:r>
      <w:r w:rsidRPr="00DE310A">
        <w:rPr>
          <w:rFonts w:cs="B Mitra" w:hint="cs"/>
          <w:color w:val="70AD47" w:themeColor="accent6"/>
          <w:sz w:val="28"/>
          <w:szCs w:val="28"/>
          <w:rtl/>
        </w:rPr>
        <w:t>ی</w:t>
      </w:r>
      <w:r w:rsidRPr="00DE310A">
        <w:rPr>
          <w:rFonts w:cs="B Mitra"/>
          <w:color w:val="70AD47" w:themeColor="accent6"/>
          <w:sz w:val="28"/>
          <w:szCs w:val="28"/>
          <w:rtl/>
        </w:rPr>
        <w:t xml:space="preserve"> که از تعامل درست زاده م</w:t>
      </w:r>
      <w:r w:rsidRPr="00DE310A">
        <w:rPr>
          <w:rFonts w:cs="B Mitra" w:hint="cs"/>
          <w:color w:val="70AD47" w:themeColor="accent6"/>
          <w:sz w:val="28"/>
          <w:szCs w:val="28"/>
          <w:rtl/>
        </w:rPr>
        <w:t>ی‌</w:t>
      </w:r>
      <w:r w:rsidRPr="00DE310A">
        <w:rPr>
          <w:rFonts w:cs="B Mitra" w:hint="eastAsia"/>
          <w:color w:val="70AD47" w:themeColor="accent6"/>
          <w:sz w:val="28"/>
          <w:szCs w:val="28"/>
          <w:rtl/>
        </w:rPr>
        <w:t>شوند</w:t>
      </w:r>
      <w:bookmarkEnd w:id="33"/>
    </w:p>
    <w:p w:rsidR="00A75B1C" w:rsidRPr="0000691D" w:rsidRDefault="00A75B1C" w:rsidP="0000691D">
      <w:pPr>
        <w:bidi/>
        <w:spacing w:line="360" w:lineRule="auto"/>
        <w:jc w:val="both"/>
        <w:rPr>
          <w:rFonts w:cs="B Mitra"/>
          <w:sz w:val="28"/>
          <w:szCs w:val="28"/>
        </w:rPr>
      </w:pPr>
      <w:r w:rsidRPr="0000691D">
        <w:rPr>
          <w:rFonts w:cs="B Mitra" w:hint="eastAsia"/>
          <w:sz w:val="28"/>
          <w:szCs w:val="28"/>
          <w:rtl/>
        </w:rPr>
        <w:t>نکته</w:t>
      </w:r>
      <w:r w:rsidRPr="0000691D">
        <w:rPr>
          <w:rFonts w:cs="B Mitra"/>
          <w:sz w:val="28"/>
          <w:szCs w:val="28"/>
          <w:rtl/>
        </w:rPr>
        <w:t xml:space="preserve"> مهم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است که حقوق فرد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چ</w:t>
      </w:r>
      <w:r w:rsidRPr="0000691D">
        <w:rPr>
          <w:rFonts w:cs="B Mitra" w:hint="cs"/>
          <w:sz w:val="28"/>
          <w:szCs w:val="28"/>
          <w:rtl/>
        </w:rPr>
        <w:t>ی</w:t>
      </w:r>
      <w:r w:rsidRPr="0000691D">
        <w:rPr>
          <w:rFonts w:cs="B Mitra" w:hint="eastAsia"/>
          <w:sz w:val="28"/>
          <w:szCs w:val="28"/>
          <w:rtl/>
        </w:rPr>
        <w:t>ز</w:t>
      </w:r>
      <w:r w:rsidRPr="0000691D">
        <w:rPr>
          <w:rFonts w:cs="B Mitra" w:hint="cs"/>
          <w:sz w:val="28"/>
          <w:szCs w:val="28"/>
          <w:rtl/>
        </w:rPr>
        <w:t>ی</w:t>
      </w:r>
      <w:r w:rsidRPr="0000691D">
        <w:rPr>
          <w:rFonts w:cs="B Mitra"/>
          <w:sz w:val="28"/>
          <w:szCs w:val="28"/>
          <w:rtl/>
        </w:rPr>
        <w:t xml:space="preserve"> جدا از 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ن</w:t>
      </w:r>
      <w:r w:rsidRPr="0000691D">
        <w:rPr>
          <w:rFonts w:cs="B Mitra" w:hint="cs"/>
          <w:sz w:val="28"/>
          <w:szCs w:val="28"/>
          <w:rtl/>
        </w:rPr>
        <w:t>ی</w:t>
      </w:r>
      <w:r w:rsidRPr="0000691D">
        <w:rPr>
          <w:rFonts w:cs="B Mitra" w:hint="eastAsia"/>
          <w:sz w:val="28"/>
          <w:szCs w:val="28"/>
          <w:rtl/>
        </w:rPr>
        <w:t>ست</w:t>
      </w:r>
      <w:r w:rsidRPr="0000691D">
        <w:rPr>
          <w:rFonts w:cs="B Mitra" w:hint="cs"/>
          <w:sz w:val="28"/>
          <w:szCs w:val="28"/>
          <w:rtl/>
        </w:rPr>
        <w:t>؛</w:t>
      </w:r>
      <w:r w:rsidRPr="0000691D">
        <w:rPr>
          <w:rFonts w:cs="B Mitra"/>
          <w:sz w:val="28"/>
          <w:szCs w:val="28"/>
          <w:rtl/>
        </w:rPr>
        <w:t xml:space="preserve"> حقوق، حاصل تعامل درست با ناب</w:t>
      </w:r>
      <w:r w:rsidRPr="0000691D">
        <w:rPr>
          <w:rFonts w:cs="B Mitra" w:hint="cs"/>
          <w:sz w:val="28"/>
          <w:szCs w:val="28"/>
          <w:rtl/>
        </w:rPr>
        <w:t>ی</w:t>
      </w:r>
      <w:r w:rsidRPr="0000691D">
        <w:rPr>
          <w:rFonts w:cs="B Mitra" w:hint="eastAsia"/>
          <w:sz w:val="28"/>
          <w:szCs w:val="28"/>
          <w:rtl/>
        </w:rPr>
        <w:t>نا</w:t>
      </w:r>
      <w:r w:rsidRPr="0000691D">
        <w:rPr>
          <w:rFonts w:cs="B Mitra" w:hint="cs"/>
          <w:sz w:val="28"/>
          <w:szCs w:val="28"/>
          <w:rtl/>
        </w:rPr>
        <w:t>ی</w:t>
      </w:r>
      <w:r w:rsidRPr="0000691D">
        <w:rPr>
          <w:rFonts w:cs="B Mitra" w:hint="eastAsia"/>
          <w:sz w:val="28"/>
          <w:szCs w:val="28"/>
          <w:rtl/>
        </w:rPr>
        <w:t>ان</w:t>
      </w:r>
      <w:r w:rsidRPr="0000691D">
        <w:rPr>
          <w:rFonts w:cs="B Mitra"/>
          <w:sz w:val="28"/>
          <w:szCs w:val="28"/>
          <w:rtl/>
        </w:rPr>
        <w:t xml:space="preserve"> است</w:t>
      </w:r>
      <w:r w:rsidRPr="0000691D">
        <w:rPr>
          <w:rFonts w:cs="B Mitra" w:hint="cs"/>
          <w:sz w:val="28"/>
          <w:szCs w:val="28"/>
          <w:rtl/>
        </w:rPr>
        <w:t>؛</w:t>
      </w:r>
      <w:r w:rsidRPr="0000691D">
        <w:rPr>
          <w:rFonts w:cs="B Mitra"/>
          <w:sz w:val="28"/>
          <w:szCs w:val="28"/>
          <w:rtl/>
        </w:rPr>
        <w:t xml:space="preserve"> وقت</w:t>
      </w:r>
      <w:r w:rsidRPr="0000691D">
        <w:rPr>
          <w:rFonts w:cs="B Mitra" w:hint="cs"/>
          <w:sz w:val="28"/>
          <w:szCs w:val="28"/>
          <w:rtl/>
        </w:rPr>
        <w:t>ی</w:t>
      </w:r>
      <w:r w:rsidRPr="0000691D">
        <w:rPr>
          <w:rFonts w:cs="B Mitra"/>
          <w:sz w:val="28"/>
          <w:szCs w:val="28"/>
          <w:rtl/>
        </w:rPr>
        <w:t xml:space="preserve"> رابطه بر پا</w:t>
      </w:r>
      <w:r w:rsidRPr="0000691D">
        <w:rPr>
          <w:rFonts w:cs="B Mitra" w:hint="cs"/>
          <w:sz w:val="28"/>
          <w:szCs w:val="28"/>
          <w:rtl/>
        </w:rPr>
        <w:t>ی</w:t>
      </w:r>
      <w:r w:rsidRPr="0000691D">
        <w:rPr>
          <w:rFonts w:cs="B Mitra" w:hint="eastAsia"/>
          <w:sz w:val="28"/>
          <w:szCs w:val="28"/>
          <w:rtl/>
        </w:rPr>
        <w:t>ه</w:t>
      </w:r>
      <w:r w:rsidRPr="0000691D">
        <w:rPr>
          <w:rFonts w:cs="B Mitra"/>
          <w:sz w:val="28"/>
          <w:szCs w:val="28"/>
          <w:rtl/>
        </w:rPr>
        <w:t xml:space="preserve"> احترام بنا شود، شرا</w:t>
      </w:r>
      <w:r w:rsidRPr="0000691D">
        <w:rPr>
          <w:rFonts w:cs="B Mitra" w:hint="cs"/>
          <w:sz w:val="28"/>
          <w:szCs w:val="28"/>
          <w:rtl/>
        </w:rPr>
        <w:t>ی</w:t>
      </w:r>
      <w:r w:rsidRPr="0000691D">
        <w:rPr>
          <w:rFonts w:cs="B Mitra" w:hint="eastAsia"/>
          <w:sz w:val="28"/>
          <w:szCs w:val="28"/>
          <w:rtl/>
        </w:rPr>
        <w:t>ط</w:t>
      </w:r>
      <w:r w:rsidRPr="0000691D">
        <w:rPr>
          <w:rFonts w:cs="B Mitra" w:hint="cs"/>
          <w:sz w:val="28"/>
          <w:szCs w:val="28"/>
          <w:rtl/>
        </w:rPr>
        <w:t>ی</w:t>
      </w:r>
      <w:r w:rsidRPr="0000691D">
        <w:rPr>
          <w:rFonts w:cs="B Mitra"/>
          <w:sz w:val="28"/>
          <w:szCs w:val="28"/>
          <w:rtl/>
        </w:rPr>
        <w:t xml:space="preserve"> فراهم م</w:t>
      </w:r>
      <w:r w:rsidRPr="0000691D">
        <w:rPr>
          <w:rFonts w:cs="B Mitra" w:hint="cs"/>
          <w:sz w:val="28"/>
          <w:szCs w:val="28"/>
          <w:rtl/>
        </w:rPr>
        <w:t>ی‌</w:t>
      </w:r>
      <w:r w:rsidRPr="0000691D">
        <w:rPr>
          <w:rFonts w:cs="B Mitra" w:hint="eastAsia"/>
          <w:sz w:val="28"/>
          <w:szCs w:val="28"/>
          <w:rtl/>
        </w:rPr>
        <w:t>آ</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که در آن، حقوق فرد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شکل م</w:t>
      </w:r>
      <w:r w:rsidRPr="0000691D">
        <w:rPr>
          <w:rFonts w:cs="B Mitra" w:hint="cs"/>
          <w:sz w:val="28"/>
          <w:szCs w:val="28"/>
          <w:rtl/>
        </w:rPr>
        <w:t>ی‌</w:t>
      </w:r>
      <w:r w:rsidRPr="0000691D">
        <w:rPr>
          <w:rFonts w:cs="B Mitra" w:hint="eastAsia"/>
          <w:sz w:val="28"/>
          <w:szCs w:val="28"/>
          <w:rtl/>
        </w:rPr>
        <w:t>گ</w:t>
      </w:r>
      <w:r w:rsidRPr="0000691D">
        <w:rPr>
          <w:rFonts w:cs="B Mitra" w:hint="cs"/>
          <w:sz w:val="28"/>
          <w:szCs w:val="28"/>
          <w:rtl/>
        </w:rPr>
        <w:t>ی</w:t>
      </w:r>
      <w:r w:rsidRPr="0000691D">
        <w:rPr>
          <w:rFonts w:cs="B Mitra" w:hint="eastAsia"/>
          <w:sz w:val="28"/>
          <w:szCs w:val="28"/>
          <w:rtl/>
        </w:rPr>
        <w:t>رد</w:t>
      </w:r>
      <w:r w:rsidRPr="0000691D">
        <w:rPr>
          <w:rFonts w:cs="B Mitra"/>
          <w:sz w:val="28"/>
          <w:szCs w:val="28"/>
          <w:rtl/>
        </w:rPr>
        <w:t xml:space="preserve"> و به رسم</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شناخته م</w:t>
      </w:r>
      <w:r w:rsidRPr="0000691D">
        <w:rPr>
          <w:rFonts w:cs="B Mitra" w:hint="cs"/>
          <w:sz w:val="28"/>
          <w:szCs w:val="28"/>
          <w:rtl/>
        </w:rPr>
        <w:t>ی‌</w:t>
      </w:r>
      <w:r w:rsidRPr="0000691D">
        <w:rPr>
          <w:rFonts w:cs="B Mitra" w:hint="eastAsia"/>
          <w:sz w:val="28"/>
          <w:szCs w:val="28"/>
          <w:rtl/>
        </w:rPr>
        <w:t>شود</w:t>
      </w:r>
      <w:r w:rsidRPr="0000691D">
        <w:rPr>
          <w:rFonts w:cs="B Mitra"/>
          <w:sz w:val="28"/>
          <w:szCs w:val="28"/>
          <w:rtl/>
        </w:rPr>
        <w:t>. حقوق، نه فهرست</w:t>
      </w:r>
      <w:r w:rsidRPr="0000691D">
        <w:rPr>
          <w:rFonts w:cs="B Mitra" w:hint="cs"/>
          <w:sz w:val="28"/>
          <w:szCs w:val="28"/>
          <w:rtl/>
        </w:rPr>
        <w:t>ی</w:t>
      </w:r>
      <w:r w:rsidRPr="0000691D">
        <w:rPr>
          <w:rFonts w:cs="B Mitra"/>
          <w:sz w:val="28"/>
          <w:szCs w:val="28"/>
          <w:rtl/>
        </w:rPr>
        <w:t xml:space="preserve"> انتزاع</w:t>
      </w:r>
      <w:r w:rsidRPr="0000691D">
        <w:rPr>
          <w:rFonts w:cs="B Mitra" w:hint="cs"/>
          <w:sz w:val="28"/>
          <w:szCs w:val="28"/>
          <w:rtl/>
        </w:rPr>
        <w:t>ی</w:t>
      </w:r>
      <w:r w:rsidRPr="0000691D">
        <w:rPr>
          <w:rFonts w:cs="B Mitra" w:hint="eastAsia"/>
          <w:sz w:val="28"/>
          <w:szCs w:val="28"/>
          <w:rtl/>
        </w:rPr>
        <w:t>،</w:t>
      </w:r>
      <w:r w:rsidRPr="0000691D">
        <w:rPr>
          <w:rFonts w:cs="B Mitra"/>
          <w:sz w:val="28"/>
          <w:szCs w:val="28"/>
          <w:rtl/>
        </w:rPr>
        <w:t xml:space="preserve"> بلکه </w:t>
      </w:r>
      <w:r w:rsidRPr="0000691D">
        <w:rPr>
          <w:rFonts w:cs="B Mitra" w:hint="cs"/>
          <w:sz w:val="28"/>
          <w:szCs w:val="28"/>
          <w:rtl/>
        </w:rPr>
        <w:t xml:space="preserve">درختی مثمر است که امنیت میوه طبیعی آن است.  </w:t>
      </w:r>
      <w:r w:rsidRPr="0000691D">
        <w:rPr>
          <w:rFonts w:cs="B Mitra"/>
          <w:sz w:val="28"/>
          <w:szCs w:val="28"/>
          <w:rtl/>
        </w:rPr>
        <w:t xml:space="preserve">اگر </w:t>
      </w:r>
      <w:r w:rsidRPr="0000691D">
        <w:rPr>
          <w:rFonts w:cs="B Mitra" w:hint="cs"/>
          <w:sz w:val="28"/>
          <w:szCs w:val="28"/>
          <w:rtl/>
        </w:rPr>
        <w:t xml:space="preserve">به حقوق افراد نابینا واقف باشیم و آن را محترم شماریم،  بسیاری از فرصت‌ها، از جمله امنیت متولد می‌شود.  </w:t>
      </w:r>
      <w:r w:rsidRPr="0000691D">
        <w:rPr>
          <w:rFonts w:cs="B Mitra"/>
          <w:sz w:val="28"/>
          <w:szCs w:val="28"/>
          <w:rtl/>
        </w:rPr>
        <w:t xml:space="preserve">اگر نباشد، </w:t>
      </w:r>
      <w:r w:rsidRPr="0000691D">
        <w:rPr>
          <w:rFonts w:cs="B Mitra" w:hint="cs"/>
          <w:sz w:val="28"/>
          <w:szCs w:val="28"/>
          <w:rtl/>
        </w:rPr>
        <w:t xml:space="preserve">بسیاری از این </w:t>
      </w:r>
      <w:r w:rsidRPr="0000691D">
        <w:rPr>
          <w:rFonts w:cs="B Mitra"/>
          <w:sz w:val="28"/>
          <w:szCs w:val="28"/>
          <w:rtl/>
        </w:rPr>
        <w:t>حقوق فقط رو</w:t>
      </w:r>
      <w:r w:rsidRPr="0000691D">
        <w:rPr>
          <w:rFonts w:cs="B Mitra" w:hint="cs"/>
          <w:sz w:val="28"/>
          <w:szCs w:val="28"/>
          <w:rtl/>
        </w:rPr>
        <w:t>ی</w:t>
      </w:r>
      <w:r w:rsidRPr="0000691D">
        <w:rPr>
          <w:rFonts w:cs="B Mitra"/>
          <w:sz w:val="28"/>
          <w:szCs w:val="28"/>
          <w:rtl/>
        </w:rPr>
        <w:t xml:space="preserve"> کاغذ م</w:t>
      </w:r>
      <w:r w:rsidRPr="0000691D">
        <w:rPr>
          <w:rFonts w:cs="B Mitra" w:hint="cs"/>
          <w:sz w:val="28"/>
          <w:szCs w:val="28"/>
          <w:rtl/>
        </w:rPr>
        <w:t>ی‌</w:t>
      </w:r>
      <w:r w:rsidRPr="0000691D">
        <w:rPr>
          <w:rFonts w:cs="B Mitra" w:hint="eastAsia"/>
          <w:sz w:val="28"/>
          <w:szCs w:val="28"/>
          <w:rtl/>
        </w:rPr>
        <w:t>مانند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بر</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اساس، م</w:t>
      </w:r>
      <w:r w:rsidRPr="0000691D">
        <w:rPr>
          <w:rFonts w:cs="B Mitra" w:hint="cs"/>
          <w:sz w:val="28"/>
          <w:szCs w:val="28"/>
          <w:rtl/>
        </w:rPr>
        <w:t>ی‌</w:t>
      </w:r>
      <w:r w:rsidRPr="0000691D">
        <w:rPr>
          <w:rFonts w:cs="B Mitra" w:hint="eastAsia"/>
          <w:sz w:val="28"/>
          <w:szCs w:val="28"/>
          <w:rtl/>
        </w:rPr>
        <w:t>توان</w:t>
      </w:r>
      <w:r w:rsidRPr="0000691D">
        <w:rPr>
          <w:rFonts w:cs="B Mitra"/>
          <w:sz w:val="28"/>
          <w:szCs w:val="28"/>
          <w:rtl/>
        </w:rPr>
        <w:t xml:space="preserve"> گفت</w:t>
      </w:r>
      <w:r w:rsidRPr="0000691D">
        <w:rPr>
          <w:rFonts w:cs="B Mitra" w:hint="cs"/>
          <w:sz w:val="28"/>
          <w:szCs w:val="28"/>
          <w:rtl/>
        </w:rPr>
        <w:t xml:space="preserve">، </w:t>
      </w:r>
      <w:r w:rsidRPr="0000691D">
        <w:rPr>
          <w:rFonts w:cs="B Mitra"/>
          <w:sz w:val="28"/>
          <w:szCs w:val="28"/>
          <w:rtl/>
        </w:rPr>
        <w:t>حق حر</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خصوص</w:t>
      </w:r>
      <w:r w:rsidRPr="0000691D">
        <w:rPr>
          <w:rFonts w:cs="B Mitra" w:hint="cs"/>
          <w:sz w:val="28"/>
          <w:szCs w:val="28"/>
          <w:rtl/>
        </w:rPr>
        <w:t>ی،</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عن</w:t>
      </w:r>
      <w:r w:rsidRPr="0000691D">
        <w:rPr>
          <w:rFonts w:cs="B Mitra" w:hint="cs"/>
          <w:sz w:val="28"/>
          <w:szCs w:val="28"/>
          <w:rtl/>
        </w:rPr>
        <w:t>ی</w:t>
      </w:r>
      <w:r w:rsidRPr="0000691D">
        <w:rPr>
          <w:rFonts w:cs="B Mitra"/>
          <w:sz w:val="28"/>
          <w:szCs w:val="28"/>
          <w:rtl/>
        </w:rPr>
        <w:t xml:space="preserve"> فرد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حق دارد فضا</w:t>
      </w:r>
      <w:r w:rsidRPr="0000691D">
        <w:rPr>
          <w:rFonts w:cs="B Mitra" w:hint="cs"/>
          <w:sz w:val="28"/>
          <w:szCs w:val="28"/>
          <w:rtl/>
        </w:rPr>
        <w:t>ی</w:t>
      </w:r>
      <w:r w:rsidRPr="0000691D">
        <w:rPr>
          <w:rFonts w:cs="B Mitra"/>
          <w:sz w:val="28"/>
          <w:szCs w:val="28"/>
          <w:rtl/>
        </w:rPr>
        <w:t xml:space="preserve"> شخص</w:t>
      </w:r>
      <w:r w:rsidRPr="0000691D">
        <w:rPr>
          <w:rFonts w:cs="B Mitra" w:hint="cs"/>
          <w:sz w:val="28"/>
          <w:szCs w:val="28"/>
          <w:rtl/>
        </w:rPr>
        <w:t>ی</w:t>
      </w:r>
      <w:r w:rsidRPr="0000691D">
        <w:rPr>
          <w:rFonts w:cs="B Mitra"/>
          <w:sz w:val="28"/>
          <w:szCs w:val="28"/>
          <w:rtl/>
        </w:rPr>
        <w:t xml:space="preserve"> داشته باشد و کس</w:t>
      </w:r>
      <w:r w:rsidRPr="0000691D">
        <w:rPr>
          <w:rFonts w:cs="B Mitra" w:hint="cs"/>
          <w:sz w:val="28"/>
          <w:szCs w:val="28"/>
          <w:rtl/>
        </w:rPr>
        <w:t>ی</w:t>
      </w:r>
      <w:r w:rsidRPr="0000691D">
        <w:rPr>
          <w:rFonts w:cs="B Mitra"/>
          <w:sz w:val="28"/>
          <w:szCs w:val="28"/>
          <w:rtl/>
        </w:rPr>
        <w:t xml:space="preserve"> بدون اجازه وارد آن نشود</w:t>
      </w:r>
      <w:r w:rsidRPr="0000691D">
        <w:rPr>
          <w:rFonts w:cs="B Mitra" w:hint="cs"/>
          <w:sz w:val="28"/>
          <w:szCs w:val="28"/>
          <w:rtl/>
        </w:rPr>
        <w:t>؛</w:t>
      </w:r>
      <w:r w:rsidRPr="0000691D">
        <w:rPr>
          <w:rFonts w:cs="B Mitra"/>
          <w:sz w:val="28"/>
          <w:szCs w:val="28"/>
          <w:rtl/>
        </w:rPr>
        <w:t xml:space="preserve"> حق تمام</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جسم</w:t>
      </w:r>
      <w:r w:rsidRPr="0000691D">
        <w:rPr>
          <w:rFonts w:cs="B Mitra" w:hint="cs"/>
          <w:sz w:val="28"/>
          <w:szCs w:val="28"/>
          <w:rtl/>
        </w:rPr>
        <w:t>ی</w:t>
      </w:r>
      <w:r w:rsidRPr="0000691D">
        <w:rPr>
          <w:rFonts w:cs="B Mitra"/>
          <w:sz w:val="28"/>
          <w:szCs w:val="28"/>
          <w:rtl/>
        </w:rPr>
        <w:t xml:space="preserve"> و رضا</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در کمک</w:t>
      </w:r>
      <w:r w:rsidRPr="0000691D">
        <w:rPr>
          <w:rFonts w:cs="B Mitra" w:hint="cs"/>
          <w:sz w:val="28"/>
          <w:szCs w:val="28"/>
          <w:rtl/>
        </w:rPr>
        <w:t>؛</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عن</w:t>
      </w:r>
      <w:r w:rsidRPr="0000691D">
        <w:rPr>
          <w:rFonts w:cs="B Mitra" w:hint="cs"/>
          <w:sz w:val="28"/>
          <w:szCs w:val="28"/>
          <w:rtl/>
        </w:rPr>
        <w:t>ی</w:t>
      </w:r>
      <w:r w:rsidRPr="0000691D">
        <w:rPr>
          <w:rFonts w:cs="B Mitra"/>
          <w:sz w:val="28"/>
          <w:szCs w:val="28"/>
          <w:rtl/>
        </w:rPr>
        <w:t xml:space="preserve"> ه</w:t>
      </w:r>
      <w:r w:rsidRPr="0000691D">
        <w:rPr>
          <w:rFonts w:cs="B Mitra" w:hint="cs"/>
          <w:sz w:val="28"/>
          <w:szCs w:val="28"/>
          <w:rtl/>
        </w:rPr>
        <w:t>ی</w:t>
      </w:r>
      <w:r w:rsidRPr="0000691D">
        <w:rPr>
          <w:rFonts w:cs="B Mitra" w:hint="eastAsia"/>
          <w:sz w:val="28"/>
          <w:szCs w:val="28"/>
          <w:rtl/>
        </w:rPr>
        <w:t>چ</w:t>
      </w:r>
      <w:r w:rsidRPr="0000691D">
        <w:rPr>
          <w:rFonts w:cs="B Mitra"/>
          <w:sz w:val="28"/>
          <w:szCs w:val="28"/>
          <w:rtl/>
        </w:rPr>
        <w:t xml:space="preserve"> کمک</w:t>
      </w:r>
      <w:r w:rsidRPr="0000691D">
        <w:rPr>
          <w:rFonts w:cs="B Mitra" w:hint="cs"/>
          <w:sz w:val="28"/>
          <w:szCs w:val="28"/>
          <w:rtl/>
        </w:rPr>
        <w:t>ی</w:t>
      </w:r>
      <w:r w:rsidRPr="0000691D">
        <w:rPr>
          <w:rFonts w:cs="B Mitra"/>
          <w:sz w:val="28"/>
          <w:szCs w:val="28"/>
          <w:rtl/>
        </w:rPr>
        <w:t xml:space="preserve"> نبا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بدون اجازه فرد انجام شود، حت</w:t>
      </w:r>
      <w:r w:rsidRPr="0000691D">
        <w:rPr>
          <w:rFonts w:cs="B Mitra" w:hint="cs"/>
          <w:sz w:val="28"/>
          <w:szCs w:val="28"/>
          <w:rtl/>
        </w:rPr>
        <w:t>ی</w:t>
      </w:r>
      <w:r w:rsidRPr="0000691D">
        <w:rPr>
          <w:rFonts w:cs="B Mitra"/>
          <w:sz w:val="28"/>
          <w:szCs w:val="28"/>
          <w:rtl/>
        </w:rPr>
        <w:t xml:space="preserve"> اگر 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خ</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باشد. حق «نه گفتن» بدون توج</w:t>
      </w:r>
      <w:r w:rsidRPr="0000691D">
        <w:rPr>
          <w:rFonts w:cs="B Mitra" w:hint="cs"/>
          <w:sz w:val="28"/>
          <w:szCs w:val="28"/>
          <w:rtl/>
        </w:rPr>
        <w:t>ی</w:t>
      </w:r>
      <w:r w:rsidRPr="0000691D">
        <w:rPr>
          <w:rFonts w:cs="B Mitra" w:hint="eastAsia"/>
          <w:sz w:val="28"/>
          <w:szCs w:val="28"/>
          <w:rtl/>
        </w:rPr>
        <w:t>ه</w:t>
      </w:r>
      <w:r w:rsidRPr="0000691D">
        <w:rPr>
          <w:rFonts w:cs="B Mitra" w:hint="cs"/>
          <w:sz w:val="28"/>
          <w:szCs w:val="28"/>
          <w:rtl/>
        </w:rPr>
        <w:t>؛</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عن</w:t>
      </w:r>
      <w:r w:rsidRPr="0000691D">
        <w:rPr>
          <w:rFonts w:cs="B Mitra" w:hint="cs"/>
          <w:sz w:val="28"/>
          <w:szCs w:val="28"/>
          <w:rtl/>
        </w:rPr>
        <w:t>ی</w:t>
      </w:r>
      <w:r w:rsidRPr="0000691D">
        <w:rPr>
          <w:rFonts w:cs="B Mitra"/>
          <w:sz w:val="28"/>
          <w:szCs w:val="28"/>
          <w:rtl/>
        </w:rPr>
        <w:t xml:space="preserve"> فرد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بت</w:t>
      </w:r>
      <w:r w:rsidRPr="0000691D">
        <w:rPr>
          <w:rFonts w:cs="B Mitra" w:hint="eastAsia"/>
          <w:sz w:val="28"/>
          <w:szCs w:val="28"/>
          <w:rtl/>
        </w:rPr>
        <w:t>واند</w:t>
      </w:r>
      <w:r w:rsidRPr="0000691D">
        <w:rPr>
          <w:rFonts w:cs="B Mitra"/>
          <w:sz w:val="28"/>
          <w:szCs w:val="28"/>
          <w:rtl/>
        </w:rPr>
        <w:t xml:space="preserve"> کمک را رد کند</w:t>
      </w:r>
      <w:r w:rsidRPr="0000691D">
        <w:rPr>
          <w:rFonts w:cs="B Mitra" w:hint="cs"/>
          <w:sz w:val="28"/>
          <w:szCs w:val="28"/>
          <w:rtl/>
        </w:rPr>
        <w:t>،</w:t>
      </w:r>
      <w:r w:rsidRPr="0000691D">
        <w:rPr>
          <w:rFonts w:cs="B Mitra"/>
          <w:sz w:val="28"/>
          <w:szCs w:val="28"/>
          <w:rtl/>
        </w:rPr>
        <w:t xml:space="preserve"> بدون ا</w:t>
      </w:r>
      <w:r w:rsidRPr="0000691D">
        <w:rPr>
          <w:rFonts w:cs="B Mitra" w:hint="cs"/>
          <w:sz w:val="28"/>
          <w:szCs w:val="28"/>
          <w:rtl/>
        </w:rPr>
        <w:t>ی</w:t>
      </w:r>
      <w:r w:rsidRPr="0000691D">
        <w:rPr>
          <w:rFonts w:cs="B Mitra" w:hint="eastAsia"/>
          <w:sz w:val="28"/>
          <w:szCs w:val="28"/>
          <w:rtl/>
        </w:rPr>
        <w:t>نکه</w:t>
      </w:r>
      <w:r w:rsidRPr="0000691D">
        <w:rPr>
          <w:rFonts w:cs="B Mitra"/>
          <w:sz w:val="28"/>
          <w:szCs w:val="28"/>
          <w:rtl/>
        </w:rPr>
        <w:t xml:space="preserve"> ناسپاس خوانده شود. حق کنترل ابزار شخص</w:t>
      </w:r>
      <w:r w:rsidRPr="0000691D">
        <w:rPr>
          <w:rFonts w:cs="B Mitra" w:hint="cs"/>
          <w:sz w:val="28"/>
          <w:szCs w:val="28"/>
          <w:rtl/>
        </w:rPr>
        <w:t>ی؛</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عن</w:t>
      </w:r>
      <w:r w:rsidRPr="0000691D">
        <w:rPr>
          <w:rFonts w:cs="B Mitra" w:hint="cs"/>
          <w:sz w:val="28"/>
          <w:szCs w:val="28"/>
          <w:rtl/>
        </w:rPr>
        <w:t>ی</w:t>
      </w:r>
      <w:r w:rsidRPr="0000691D">
        <w:rPr>
          <w:rFonts w:cs="B Mitra"/>
          <w:sz w:val="28"/>
          <w:szCs w:val="28"/>
          <w:rtl/>
        </w:rPr>
        <w:t xml:space="preserve"> گوش</w:t>
      </w:r>
      <w:r w:rsidRPr="0000691D">
        <w:rPr>
          <w:rFonts w:cs="B Mitra" w:hint="cs"/>
          <w:sz w:val="28"/>
          <w:szCs w:val="28"/>
          <w:rtl/>
        </w:rPr>
        <w:t>ی</w:t>
      </w:r>
      <w:r w:rsidRPr="0000691D">
        <w:rPr>
          <w:rFonts w:cs="B Mitra" w:hint="eastAsia"/>
          <w:sz w:val="28"/>
          <w:szCs w:val="28"/>
          <w:rtl/>
        </w:rPr>
        <w:t>،</w:t>
      </w:r>
      <w:r w:rsidRPr="0000691D">
        <w:rPr>
          <w:rFonts w:cs="B Mitra"/>
          <w:sz w:val="28"/>
          <w:szCs w:val="28"/>
          <w:rtl/>
        </w:rPr>
        <w:t xml:space="preserve"> عصا، و فناور</w:t>
      </w:r>
      <w:r w:rsidRPr="0000691D">
        <w:rPr>
          <w:rFonts w:cs="B Mitra" w:hint="cs"/>
          <w:sz w:val="28"/>
          <w:szCs w:val="28"/>
          <w:rtl/>
        </w:rPr>
        <w:t>ی</w:t>
      </w:r>
      <w:r w:rsidRPr="0000691D">
        <w:rPr>
          <w:rFonts w:cs="B Mitra"/>
          <w:sz w:val="28"/>
          <w:szCs w:val="28"/>
          <w:rtl/>
        </w:rPr>
        <w:t xml:space="preserve"> کمک</w:t>
      </w:r>
      <w:r w:rsidRPr="0000691D">
        <w:rPr>
          <w:rFonts w:cs="B Mitra" w:hint="cs"/>
          <w:sz w:val="28"/>
          <w:szCs w:val="28"/>
          <w:rtl/>
        </w:rPr>
        <w:t>ی</w:t>
      </w:r>
      <w:r w:rsidRPr="0000691D">
        <w:rPr>
          <w:rFonts w:cs="B Mitra"/>
          <w:sz w:val="28"/>
          <w:szCs w:val="28"/>
          <w:rtl/>
        </w:rPr>
        <w:t xml:space="preserve"> متعلق به خود اوست و کس</w:t>
      </w:r>
      <w:r w:rsidRPr="0000691D">
        <w:rPr>
          <w:rFonts w:cs="B Mitra" w:hint="cs"/>
          <w:sz w:val="28"/>
          <w:szCs w:val="28"/>
          <w:rtl/>
        </w:rPr>
        <w:t>ی</w:t>
      </w:r>
      <w:r w:rsidRPr="0000691D">
        <w:rPr>
          <w:rFonts w:cs="B Mitra"/>
          <w:sz w:val="28"/>
          <w:szCs w:val="28"/>
          <w:rtl/>
        </w:rPr>
        <w:t xml:space="preserve"> حق تصاحب آن را ندارد. حق آگاه</w:t>
      </w:r>
      <w:r w:rsidRPr="0000691D">
        <w:rPr>
          <w:rFonts w:cs="B Mitra" w:hint="cs"/>
          <w:sz w:val="28"/>
          <w:szCs w:val="28"/>
          <w:rtl/>
        </w:rPr>
        <w:t>ی</w:t>
      </w:r>
      <w:r w:rsidRPr="0000691D">
        <w:rPr>
          <w:rFonts w:cs="B Mitra"/>
          <w:sz w:val="28"/>
          <w:szCs w:val="28"/>
          <w:rtl/>
        </w:rPr>
        <w:t xml:space="preserve"> از حضور </w:t>
      </w:r>
      <w:r w:rsidRPr="0000691D">
        <w:rPr>
          <w:rFonts w:cs="B Mitra"/>
          <w:sz w:val="28"/>
          <w:szCs w:val="28"/>
          <w:rtl/>
        </w:rPr>
        <w:lastRenderedPageBreak/>
        <w:t>د</w:t>
      </w:r>
      <w:r w:rsidRPr="0000691D">
        <w:rPr>
          <w:rFonts w:cs="B Mitra" w:hint="cs"/>
          <w:sz w:val="28"/>
          <w:szCs w:val="28"/>
          <w:rtl/>
        </w:rPr>
        <w:t>ی</w:t>
      </w:r>
      <w:r w:rsidRPr="0000691D">
        <w:rPr>
          <w:rFonts w:cs="B Mitra" w:hint="eastAsia"/>
          <w:sz w:val="28"/>
          <w:szCs w:val="28"/>
          <w:rtl/>
        </w:rPr>
        <w:t>گران</w:t>
      </w:r>
      <w:r w:rsidRPr="0000691D">
        <w:rPr>
          <w:rFonts w:cs="B Mitra" w:hint="cs"/>
          <w:sz w:val="28"/>
          <w:szCs w:val="28"/>
          <w:rtl/>
        </w:rPr>
        <w:t>؛</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عن</w:t>
      </w:r>
      <w:r w:rsidRPr="0000691D">
        <w:rPr>
          <w:rFonts w:cs="B Mitra" w:hint="cs"/>
          <w:sz w:val="28"/>
          <w:szCs w:val="28"/>
          <w:rtl/>
        </w:rPr>
        <w:t>ی</w:t>
      </w:r>
      <w:r w:rsidRPr="0000691D">
        <w:rPr>
          <w:rFonts w:cs="B Mitra"/>
          <w:sz w:val="28"/>
          <w:szCs w:val="28"/>
          <w:rtl/>
        </w:rPr>
        <w:t xml:space="preserve"> در فضا</w:t>
      </w:r>
      <w:r w:rsidRPr="0000691D">
        <w:rPr>
          <w:rFonts w:cs="B Mitra" w:hint="cs"/>
          <w:sz w:val="28"/>
          <w:szCs w:val="28"/>
          <w:rtl/>
        </w:rPr>
        <w:t>ی</w:t>
      </w:r>
      <w:r w:rsidRPr="0000691D">
        <w:rPr>
          <w:rFonts w:cs="B Mitra"/>
          <w:sz w:val="28"/>
          <w:szCs w:val="28"/>
          <w:rtl/>
        </w:rPr>
        <w:t xml:space="preserve"> بسته، هر کس</w:t>
      </w:r>
      <w:r w:rsidRPr="0000691D">
        <w:rPr>
          <w:rFonts w:cs="B Mitra" w:hint="cs"/>
          <w:sz w:val="28"/>
          <w:szCs w:val="28"/>
          <w:rtl/>
        </w:rPr>
        <w:t>ی</w:t>
      </w:r>
      <w:r w:rsidRPr="0000691D">
        <w:rPr>
          <w:rFonts w:cs="B Mitra"/>
          <w:sz w:val="28"/>
          <w:szCs w:val="28"/>
          <w:rtl/>
        </w:rPr>
        <w:t xml:space="preserve"> که حضور دارد با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w:t>
      </w:r>
      <w:r w:rsidRPr="0000691D">
        <w:rPr>
          <w:rFonts w:cs="B Mitra" w:hint="cs"/>
          <w:sz w:val="28"/>
          <w:szCs w:val="28"/>
          <w:rtl/>
        </w:rPr>
        <w:t xml:space="preserve">به نحوی اعلام حضور نماید. </w:t>
      </w:r>
      <w:r w:rsidRPr="0000691D">
        <w:rPr>
          <w:rFonts w:cs="B Mitra"/>
          <w:sz w:val="28"/>
          <w:szCs w:val="28"/>
          <w:rtl/>
        </w:rPr>
        <w:t>حق دسترس‌پذ</w:t>
      </w:r>
      <w:r w:rsidRPr="0000691D">
        <w:rPr>
          <w:rFonts w:cs="B Mitra" w:hint="cs"/>
          <w:sz w:val="28"/>
          <w:szCs w:val="28"/>
          <w:rtl/>
        </w:rPr>
        <w:t>ی</w:t>
      </w:r>
      <w:r w:rsidRPr="0000691D">
        <w:rPr>
          <w:rFonts w:cs="B Mitra" w:hint="eastAsia"/>
          <w:sz w:val="28"/>
          <w:szCs w:val="28"/>
          <w:rtl/>
        </w:rPr>
        <w:t>ر</w:t>
      </w:r>
      <w:r w:rsidRPr="0000691D">
        <w:rPr>
          <w:rFonts w:cs="B Mitra" w:hint="cs"/>
          <w:sz w:val="28"/>
          <w:szCs w:val="28"/>
          <w:rtl/>
        </w:rPr>
        <w:t>ی</w:t>
      </w:r>
      <w:r w:rsidRPr="0000691D">
        <w:rPr>
          <w:rFonts w:cs="B Mitra"/>
          <w:sz w:val="28"/>
          <w:szCs w:val="28"/>
          <w:rtl/>
        </w:rPr>
        <w:t xml:space="preserve"> به‌عنوان ح</w:t>
      </w:r>
      <w:r w:rsidRPr="0000691D">
        <w:rPr>
          <w:rFonts w:cs="B Mitra" w:hint="eastAsia"/>
          <w:sz w:val="28"/>
          <w:szCs w:val="28"/>
          <w:rtl/>
        </w:rPr>
        <w:t>ق</w:t>
      </w:r>
      <w:r w:rsidRPr="0000691D">
        <w:rPr>
          <w:rFonts w:cs="B Mitra"/>
          <w:sz w:val="28"/>
          <w:szCs w:val="28"/>
          <w:rtl/>
        </w:rPr>
        <w:t xml:space="preserve"> نه امت</w:t>
      </w:r>
      <w:r w:rsidRPr="0000691D">
        <w:rPr>
          <w:rFonts w:cs="B Mitra" w:hint="cs"/>
          <w:sz w:val="28"/>
          <w:szCs w:val="28"/>
          <w:rtl/>
        </w:rPr>
        <w:t>ی</w:t>
      </w:r>
      <w:r w:rsidRPr="0000691D">
        <w:rPr>
          <w:rFonts w:cs="B Mitra" w:hint="eastAsia"/>
          <w:sz w:val="28"/>
          <w:szCs w:val="28"/>
          <w:rtl/>
        </w:rPr>
        <w:t>از</w:t>
      </w:r>
      <w:r w:rsidRPr="0000691D">
        <w:rPr>
          <w:rFonts w:cs="B Mitra" w:hint="cs"/>
          <w:sz w:val="28"/>
          <w:szCs w:val="28"/>
          <w:rtl/>
        </w:rPr>
        <w:t>؛</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عن</w:t>
      </w:r>
      <w:r w:rsidRPr="0000691D">
        <w:rPr>
          <w:rFonts w:cs="B Mitra" w:hint="cs"/>
          <w:sz w:val="28"/>
          <w:szCs w:val="28"/>
          <w:rtl/>
        </w:rPr>
        <w:t>ی</w:t>
      </w:r>
      <w:r w:rsidRPr="0000691D">
        <w:rPr>
          <w:rFonts w:cs="B Mitra"/>
          <w:sz w:val="28"/>
          <w:szCs w:val="28"/>
          <w:rtl/>
        </w:rPr>
        <w:t xml:space="preserve"> شهر، وب، و خدمات با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همه طراح</w:t>
      </w:r>
      <w:r w:rsidRPr="0000691D">
        <w:rPr>
          <w:rFonts w:cs="B Mitra" w:hint="cs"/>
          <w:sz w:val="28"/>
          <w:szCs w:val="28"/>
          <w:rtl/>
        </w:rPr>
        <w:t>ی</w:t>
      </w:r>
      <w:r w:rsidRPr="0000691D">
        <w:rPr>
          <w:rFonts w:cs="B Mitra"/>
          <w:sz w:val="28"/>
          <w:szCs w:val="28"/>
          <w:rtl/>
        </w:rPr>
        <w:t xml:space="preserve"> شوند، نه به‌عنوان لطف. حق اعتماد به ادراک خود </w:t>
      </w:r>
      <w:r w:rsidRPr="0000691D">
        <w:rPr>
          <w:rFonts w:cs="B Mitra" w:hint="cs"/>
          <w:sz w:val="28"/>
          <w:szCs w:val="28"/>
          <w:rtl/>
        </w:rPr>
        <w:t>ی</w:t>
      </w:r>
      <w:r w:rsidRPr="0000691D">
        <w:rPr>
          <w:rFonts w:cs="B Mitra" w:hint="eastAsia"/>
          <w:sz w:val="28"/>
          <w:szCs w:val="28"/>
          <w:rtl/>
        </w:rPr>
        <w:t>عن</w:t>
      </w:r>
      <w:r w:rsidRPr="0000691D">
        <w:rPr>
          <w:rFonts w:cs="B Mitra" w:hint="cs"/>
          <w:sz w:val="28"/>
          <w:szCs w:val="28"/>
          <w:rtl/>
        </w:rPr>
        <w:t>ی</w:t>
      </w:r>
      <w:r w:rsidRPr="0000691D">
        <w:rPr>
          <w:rFonts w:cs="B Mitra"/>
          <w:sz w:val="28"/>
          <w:szCs w:val="28"/>
          <w:rtl/>
        </w:rPr>
        <w:t xml:space="preserve"> تجربه فرد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معتبر است و نبا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با «تو اشتباه م</w:t>
      </w:r>
      <w:r w:rsidRPr="0000691D">
        <w:rPr>
          <w:rFonts w:cs="B Mitra" w:hint="cs"/>
          <w:sz w:val="28"/>
          <w:szCs w:val="28"/>
          <w:rtl/>
        </w:rPr>
        <w:t>ی‌</w:t>
      </w:r>
      <w:r w:rsidRPr="0000691D">
        <w:rPr>
          <w:rFonts w:cs="B Mitra" w:hint="eastAsia"/>
          <w:sz w:val="28"/>
          <w:szCs w:val="28"/>
          <w:rtl/>
        </w:rPr>
        <w:t>کن</w:t>
      </w:r>
      <w:r w:rsidRPr="0000691D">
        <w:rPr>
          <w:rFonts w:cs="B Mitra" w:hint="cs"/>
          <w:sz w:val="28"/>
          <w:szCs w:val="28"/>
          <w:rtl/>
        </w:rPr>
        <w:t>ی</w:t>
      </w:r>
      <w:r w:rsidRPr="0000691D">
        <w:rPr>
          <w:rFonts w:cs="B Mitra" w:hint="eastAsia"/>
          <w:sz w:val="28"/>
          <w:szCs w:val="28"/>
          <w:rtl/>
        </w:rPr>
        <w:t>»</w:t>
      </w:r>
      <w:r w:rsidRPr="0000691D">
        <w:rPr>
          <w:rFonts w:cs="B Mitra"/>
          <w:sz w:val="28"/>
          <w:szCs w:val="28"/>
          <w:rtl/>
        </w:rPr>
        <w:t xml:space="preserve"> رد شود. حق مشارکت اجتماع</w:t>
      </w:r>
      <w:r w:rsidRPr="0000691D">
        <w:rPr>
          <w:rFonts w:cs="B Mitra" w:hint="cs"/>
          <w:sz w:val="28"/>
          <w:szCs w:val="28"/>
          <w:rtl/>
        </w:rPr>
        <w:t>ی</w:t>
      </w:r>
      <w:r w:rsidRPr="0000691D">
        <w:rPr>
          <w:rFonts w:cs="B Mitra"/>
          <w:sz w:val="28"/>
          <w:szCs w:val="28"/>
          <w:rtl/>
        </w:rPr>
        <w:t xml:space="preserve"> بدون قیمومت</w:t>
      </w:r>
      <w:r w:rsidRPr="0000691D">
        <w:rPr>
          <w:rFonts w:cs="B Mitra" w:hint="cs"/>
          <w:sz w:val="28"/>
          <w:szCs w:val="28"/>
          <w:rtl/>
        </w:rPr>
        <w:t>؛</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عن</w:t>
      </w:r>
      <w:r w:rsidRPr="0000691D">
        <w:rPr>
          <w:rFonts w:cs="B Mitra" w:hint="cs"/>
          <w:sz w:val="28"/>
          <w:szCs w:val="28"/>
          <w:rtl/>
        </w:rPr>
        <w:t>ی</w:t>
      </w:r>
      <w:r w:rsidRPr="0000691D">
        <w:rPr>
          <w:rFonts w:cs="B Mitra"/>
          <w:sz w:val="28"/>
          <w:szCs w:val="28"/>
          <w:rtl/>
        </w:rPr>
        <w:t xml:space="preserve"> فرد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بتواند در جامعه حاضر شود بدون ا</w:t>
      </w:r>
      <w:r w:rsidRPr="0000691D">
        <w:rPr>
          <w:rFonts w:cs="B Mitra" w:hint="cs"/>
          <w:sz w:val="28"/>
          <w:szCs w:val="28"/>
          <w:rtl/>
        </w:rPr>
        <w:t>ی</w:t>
      </w:r>
      <w:r w:rsidRPr="0000691D">
        <w:rPr>
          <w:rFonts w:cs="B Mitra" w:hint="eastAsia"/>
          <w:sz w:val="28"/>
          <w:szCs w:val="28"/>
          <w:rtl/>
        </w:rPr>
        <w:t>نکه</w:t>
      </w:r>
      <w:r w:rsidRPr="0000691D">
        <w:rPr>
          <w:rFonts w:cs="B Mitra"/>
          <w:sz w:val="28"/>
          <w:szCs w:val="28"/>
          <w:rtl/>
        </w:rPr>
        <w:t xml:space="preserve"> تحت کنترل د</w:t>
      </w:r>
      <w:r w:rsidRPr="0000691D">
        <w:rPr>
          <w:rFonts w:cs="B Mitra" w:hint="cs"/>
          <w:sz w:val="28"/>
          <w:szCs w:val="28"/>
          <w:rtl/>
        </w:rPr>
        <w:t>ی</w:t>
      </w:r>
      <w:r w:rsidRPr="0000691D">
        <w:rPr>
          <w:rFonts w:cs="B Mitra" w:hint="eastAsia"/>
          <w:sz w:val="28"/>
          <w:szCs w:val="28"/>
          <w:rtl/>
        </w:rPr>
        <w:t>گران</w:t>
      </w:r>
      <w:r w:rsidRPr="0000691D">
        <w:rPr>
          <w:rFonts w:cs="B Mitra"/>
          <w:sz w:val="28"/>
          <w:szCs w:val="28"/>
          <w:rtl/>
        </w:rPr>
        <w:t xml:space="preserve"> باشد </w:t>
      </w:r>
      <w:r w:rsidRPr="0000691D">
        <w:rPr>
          <w:rFonts w:cs="B Mitra" w:hint="cs"/>
          <w:sz w:val="28"/>
          <w:szCs w:val="28"/>
          <w:rtl/>
        </w:rPr>
        <w:t xml:space="preserve">و </w:t>
      </w:r>
      <w:r w:rsidRPr="0000691D">
        <w:rPr>
          <w:rFonts w:cs="B Mitra"/>
          <w:sz w:val="28"/>
          <w:szCs w:val="28"/>
          <w:rtl/>
        </w:rPr>
        <w:t>حق کرامت</w:t>
      </w:r>
      <w:r w:rsidRPr="0000691D">
        <w:rPr>
          <w:rFonts w:cs="B Mitra" w:hint="cs"/>
          <w:sz w:val="28"/>
          <w:szCs w:val="28"/>
          <w:rtl/>
        </w:rPr>
        <w:t>؛</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عن</w:t>
      </w:r>
      <w:r w:rsidRPr="0000691D">
        <w:rPr>
          <w:rFonts w:cs="B Mitra" w:hint="cs"/>
          <w:sz w:val="28"/>
          <w:szCs w:val="28"/>
          <w:rtl/>
        </w:rPr>
        <w:t>ی</w:t>
      </w:r>
      <w:r w:rsidRPr="0000691D">
        <w:rPr>
          <w:rFonts w:cs="B Mitra"/>
          <w:sz w:val="28"/>
          <w:szCs w:val="28"/>
          <w:rtl/>
        </w:rPr>
        <w:t xml:space="preserve"> در همه تعامل‌ها، فرد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به‌عنوان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انسان کامل و صاحب‌اخت</w:t>
      </w:r>
      <w:r w:rsidRPr="0000691D">
        <w:rPr>
          <w:rFonts w:cs="B Mitra" w:hint="cs"/>
          <w:sz w:val="28"/>
          <w:szCs w:val="28"/>
          <w:rtl/>
        </w:rPr>
        <w:t>ی</w:t>
      </w:r>
      <w:r w:rsidRPr="0000691D">
        <w:rPr>
          <w:rFonts w:cs="B Mitra" w:hint="eastAsia"/>
          <w:sz w:val="28"/>
          <w:szCs w:val="28"/>
          <w:rtl/>
        </w:rPr>
        <w:t>ار</w:t>
      </w:r>
      <w:r w:rsidRPr="0000691D">
        <w:rPr>
          <w:rFonts w:cs="B Mitra"/>
          <w:sz w:val="28"/>
          <w:szCs w:val="28"/>
          <w:rtl/>
        </w:rPr>
        <w:t xml:space="preserve"> د</w:t>
      </w:r>
      <w:r w:rsidRPr="0000691D">
        <w:rPr>
          <w:rFonts w:cs="B Mitra" w:hint="cs"/>
          <w:sz w:val="28"/>
          <w:szCs w:val="28"/>
          <w:rtl/>
        </w:rPr>
        <w:t>ی</w:t>
      </w:r>
      <w:r w:rsidRPr="0000691D">
        <w:rPr>
          <w:rFonts w:cs="B Mitra" w:hint="eastAsia"/>
          <w:sz w:val="28"/>
          <w:szCs w:val="28"/>
          <w:rtl/>
        </w:rPr>
        <w:t>ده</w:t>
      </w:r>
      <w:r w:rsidRPr="0000691D">
        <w:rPr>
          <w:rFonts w:cs="B Mitra"/>
          <w:sz w:val="28"/>
          <w:szCs w:val="28"/>
          <w:rtl/>
        </w:rPr>
        <w:t xml:space="preserve"> شود</w:t>
      </w:r>
      <w:r w:rsidRPr="0000691D">
        <w:rPr>
          <w:rFonts w:cs="B Mitra"/>
          <w:sz w:val="28"/>
          <w:szCs w:val="28"/>
        </w:rPr>
        <w:t>.</w:t>
      </w:r>
    </w:p>
    <w:p w:rsidR="00A75B1C" w:rsidRPr="00DE310A" w:rsidRDefault="00A75B1C" w:rsidP="00DE310A">
      <w:pPr>
        <w:pStyle w:val="Heading3"/>
        <w:bidi/>
        <w:rPr>
          <w:rFonts w:cs="B Mitra"/>
          <w:color w:val="70AD47" w:themeColor="accent6"/>
          <w:sz w:val="28"/>
          <w:szCs w:val="28"/>
        </w:rPr>
      </w:pPr>
      <w:bookmarkStart w:id="34" w:name="_Toc243400541"/>
      <w:r w:rsidRPr="00DE310A">
        <w:rPr>
          <w:rFonts w:cs="B Mitra" w:hint="eastAsia"/>
          <w:color w:val="70AD47" w:themeColor="accent6"/>
          <w:sz w:val="28"/>
          <w:szCs w:val="28"/>
          <w:rtl/>
        </w:rPr>
        <w:t>جمع‌بند</w:t>
      </w:r>
      <w:r w:rsidRPr="00DE310A">
        <w:rPr>
          <w:rFonts w:cs="B Mitra" w:hint="cs"/>
          <w:color w:val="70AD47" w:themeColor="accent6"/>
          <w:sz w:val="28"/>
          <w:szCs w:val="28"/>
          <w:rtl/>
        </w:rPr>
        <w:t>ی</w:t>
      </w:r>
      <w:bookmarkEnd w:id="34"/>
    </w:p>
    <w:p w:rsidR="00A75B1C" w:rsidRPr="0000691D" w:rsidRDefault="00A75B1C" w:rsidP="0000691D">
      <w:pPr>
        <w:bidi/>
        <w:spacing w:line="360" w:lineRule="auto"/>
        <w:jc w:val="both"/>
        <w:rPr>
          <w:rFonts w:cs="B Mitra"/>
          <w:sz w:val="28"/>
          <w:szCs w:val="28"/>
        </w:rPr>
      </w:pPr>
      <w:r w:rsidRPr="0000691D">
        <w:rPr>
          <w:rFonts w:cs="B Mitra" w:hint="eastAsia"/>
          <w:sz w:val="28"/>
          <w:szCs w:val="28"/>
          <w:rtl/>
        </w:rPr>
        <w:t>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فرد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نه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وضع</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ثابت، بلکه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رابطه شکننده است.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رابطه با احترام ساخته م</w:t>
      </w:r>
      <w:r w:rsidRPr="0000691D">
        <w:rPr>
          <w:rFonts w:cs="B Mitra" w:hint="cs"/>
          <w:sz w:val="28"/>
          <w:szCs w:val="28"/>
          <w:rtl/>
        </w:rPr>
        <w:t>ی‌</w:t>
      </w:r>
      <w:r w:rsidRPr="0000691D">
        <w:rPr>
          <w:rFonts w:cs="B Mitra" w:hint="eastAsia"/>
          <w:sz w:val="28"/>
          <w:szCs w:val="28"/>
          <w:rtl/>
        </w:rPr>
        <w:t>شود</w:t>
      </w:r>
      <w:r w:rsidRPr="0000691D">
        <w:rPr>
          <w:rFonts w:cs="B Mitra"/>
          <w:sz w:val="28"/>
          <w:szCs w:val="28"/>
          <w:rtl/>
        </w:rPr>
        <w:t xml:space="preserve"> و با عادت شکسته</w:t>
      </w:r>
      <w:r w:rsidRPr="0000691D">
        <w:rPr>
          <w:rFonts w:cs="B Mitra" w:hint="cs"/>
          <w:sz w:val="28"/>
          <w:szCs w:val="28"/>
          <w:rtl/>
        </w:rPr>
        <w:t>؛</w:t>
      </w:r>
      <w:r w:rsidRPr="0000691D">
        <w:rPr>
          <w:rFonts w:cs="B Mitra"/>
          <w:sz w:val="28"/>
          <w:szCs w:val="28"/>
          <w:rtl/>
        </w:rPr>
        <w:t xml:space="preserve"> در روز جهان</w:t>
      </w:r>
      <w:r w:rsidRPr="0000691D">
        <w:rPr>
          <w:rFonts w:cs="B Mitra" w:hint="cs"/>
          <w:sz w:val="28"/>
          <w:szCs w:val="28"/>
          <w:rtl/>
        </w:rPr>
        <w:t>ی</w:t>
      </w:r>
      <w:r w:rsidRPr="0000691D">
        <w:rPr>
          <w:rFonts w:cs="B Mitra"/>
          <w:sz w:val="28"/>
          <w:szCs w:val="28"/>
          <w:rtl/>
        </w:rPr>
        <w:t xml:space="preserve"> عصا</w:t>
      </w:r>
      <w:r w:rsidRPr="0000691D">
        <w:rPr>
          <w:rFonts w:cs="B Mitra" w:hint="cs"/>
          <w:sz w:val="28"/>
          <w:szCs w:val="28"/>
          <w:rtl/>
        </w:rPr>
        <w:t>ی</w:t>
      </w:r>
      <w:r w:rsidRPr="0000691D">
        <w:rPr>
          <w:rFonts w:cs="B Mitra"/>
          <w:sz w:val="28"/>
          <w:szCs w:val="28"/>
          <w:rtl/>
        </w:rPr>
        <w:t xml:space="preserve"> سف</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شا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بهتر</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کار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باشد که از خود بپرس</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آ</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کمک</w:t>
      </w:r>
      <w:r w:rsidRPr="0000691D">
        <w:rPr>
          <w:rFonts w:cs="B Mitra" w:hint="cs"/>
          <w:sz w:val="28"/>
          <w:szCs w:val="28"/>
          <w:rtl/>
        </w:rPr>
        <w:t>ی</w:t>
      </w:r>
      <w:r w:rsidRPr="0000691D">
        <w:rPr>
          <w:rFonts w:cs="B Mitra"/>
          <w:sz w:val="28"/>
          <w:szCs w:val="28"/>
          <w:rtl/>
        </w:rPr>
        <w:t xml:space="preserve"> که م</w:t>
      </w:r>
      <w:r w:rsidRPr="0000691D">
        <w:rPr>
          <w:rFonts w:cs="B Mitra" w:hint="cs"/>
          <w:sz w:val="28"/>
          <w:szCs w:val="28"/>
          <w:rtl/>
        </w:rPr>
        <w:t>ی‌</w:t>
      </w:r>
      <w:r w:rsidRPr="0000691D">
        <w:rPr>
          <w:rFonts w:cs="B Mitra" w:hint="eastAsia"/>
          <w:sz w:val="28"/>
          <w:szCs w:val="28"/>
          <w:rtl/>
        </w:rPr>
        <w:t>کن</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حر</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را حفظ م</w:t>
      </w:r>
      <w:r w:rsidRPr="0000691D">
        <w:rPr>
          <w:rFonts w:cs="B Mitra" w:hint="cs"/>
          <w:sz w:val="28"/>
          <w:szCs w:val="28"/>
          <w:rtl/>
        </w:rPr>
        <w:t>ی‌</w:t>
      </w:r>
      <w:r w:rsidRPr="0000691D">
        <w:rPr>
          <w:rFonts w:cs="B Mitra" w:hint="eastAsia"/>
          <w:sz w:val="28"/>
          <w:szCs w:val="28"/>
          <w:rtl/>
        </w:rPr>
        <w:t>کند</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آن را م</w:t>
      </w:r>
      <w:r w:rsidRPr="0000691D">
        <w:rPr>
          <w:rFonts w:cs="B Mitra" w:hint="cs"/>
          <w:sz w:val="28"/>
          <w:szCs w:val="28"/>
          <w:rtl/>
        </w:rPr>
        <w:t>ی‌</w:t>
      </w:r>
      <w:r w:rsidRPr="0000691D">
        <w:rPr>
          <w:rFonts w:cs="B Mitra" w:hint="eastAsia"/>
          <w:sz w:val="28"/>
          <w:szCs w:val="28"/>
          <w:rtl/>
        </w:rPr>
        <w:t>شکند؟</w:t>
      </w:r>
      <w:r w:rsidRPr="0000691D">
        <w:rPr>
          <w:rFonts w:cs="B Mitra"/>
          <w:sz w:val="28"/>
          <w:szCs w:val="28"/>
          <w:rtl/>
        </w:rPr>
        <w:t xml:space="preserve"> و اگر م</w:t>
      </w:r>
      <w:r w:rsidRPr="0000691D">
        <w:rPr>
          <w:rFonts w:cs="B Mitra" w:hint="cs"/>
          <w:sz w:val="28"/>
          <w:szCs w:val="28"/>
          <w:rtl/>
        </w:rPr>
        <w:t>ی‌</w:t>
      </w:r>
      <w:r w:rsidRPr="0000691D">
        <w:rPr>
          <w:rFonts w:cs="B Mitra" w:hint="eastAsia"/>
          <w:sz w:val="28"/>
          <w:szCs w:val="28"/>
          <w:rtl/>
        </w:rPr>
        <w:t>شکند،</w:t>
      </w:r>
      <w:r w:rsidRPr="0000691D">
        <w:rPr>
          <w:rFonts w:cs="B Mitra"/>
          <w:sz w:val="28"/>
          <w:szCs w:val="28"/>
          <w:rtl/>
        </w:rPr>
        <w:t xml:space="preserve"> </w:t>
      </w:r>
      <w:r w:rsidRPr="0000691D">
        <w:rPr>
          <w:rFonts w:cs="B Mitra" w:hint="eastAsia"/>
          <w:sz w:val="28"/>
          <w:szCs w:val="28"/>
          <w:rtl/>
        </w:rPr>
        <w:t>آ</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واقعاً کمک است؟ عصا</w:t>
      </w:r>
      <w:r w:rsidRPr="0000691D">
        <w:rPr>
          <w:rFonts w:cs="B Mitra" w:hint="cs"/>
          <w:sz w:val="28"/>
          <w:szCs w:val="28"/>
          <w:rtl/>
        </w:rPr>
        <w:t>ی</w:t>
      </w:r>
      <w:r w:rsidRPr="0000691D">
        <w:rPr>
          <w:rFonts w:cs="B Mitra"/>
          <w:sz w:val="28"/>
          <w:szCs w:val="28"/>
          <w:rtl/>
        </w:rPr>
        <w:t xml:space="preserve"> سف</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نماد استقلال است</w:t>
      </w:r>
      <w:r w:rsidRPr="0000691D">
        <w:rPr>
          <w:rFonts w:cs="B Mitra" w:hint="cs"/>
          <w:sz w:val="28"/>
          <w:szCs w:val="28"/>
          <w:rtl/>
        </w:rPr>
        <w:t>؛</w:t>
      </w:r>
      <w:r w:rsidRPr="0000691D">
        <w:rPr>
          <w:rFonts w:cs="B Mitra"/>
          <w:sz w:val="28"/>
          <w:szCs w:val="28"/>
          <w:rtl/>
        </w:rPr>
        <w:t xml:space="preserve"> اما استقلال بدون 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و حر</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معنا ندارد. پس ب</w:t>
      </w:r>
      <w:r w:rsidRPr="0000691D">
        <w:rPr>
          <w:rFonts w:cs="B Mitra" w:hint="cs"/>
          <w:sz w:val="28"/>
          <w:szCs w:val="28"/>
          <w:rtl/>
        </w:rPr>
        <w:t>ی</w:t>
      </w:r>
      <w:r w:rsidRPr="0000691D">
        <w:rPr>
          <w:rFonts w:cs="B Mitra" w:hint="eastAsia"/>
          <w:sz w:val="28"/>
          <w:szCs w:val="28"/>
          <w:rtl/>
        </w:rPr>
        <w:t>ا</w:t>
      </w:r>
      <w:r w:rsidRPr="0000691D">
        <w:rPr>
          <w:rFonts w:cs="B Mitra" w:hint="cs"/>
          <w:sz w:val="28"/>
          <w:szCs w:val="28"/>
          <w:rtl/>
        </w:rPr>
        <w:t>یی</w:t>
      </w:r>
      <w:r w:rsidRPr="0000691D">
        <w:rPr>
          <w:rFonts w:cs="B Mitra" w:hint="eastAsia"/>
          <w:sz w:val="28"/>
          <w:szCs w:val="28"/>
          <w:rtl/>
        </w:rPr>
        <w:t>د</w:t>
      </w:r>
      <w:r w:rsidRPr="0000691D">
        <w:rPr>
          <w:rFonts w:cs="B Mitra"/>
          <w:sz w:val="28"/>
          <w:szCs w:val="28"/>
          <w:rtl/>
        </w:rPr>
        <w:t xml:space="preserve"> امن</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را نه فقط برا</w:t>
      </w:r>
      <w:r w:rsidRPr="0000691D">
        <w:rPr>
          <w:rFonts w:cs="B Mitra" w:hint="cs"/>
          <w:sz w:val="28"/>
          <w:szCs w:val="28"/>
          <w:rtl/>
        </w:rPr>
        <w:t>ی</w:t>
      </w:r>
      <w:r w:rsidRPr="0000691D">
        <w:rPr>
          <w:rFonts w:cs="B Mitra"/>
          <w:sz w:val="28"/>
          <w:szCs w:val="28"/>
          <w:rtl/>
        </w:rPr>
        <w:t xml:space="preserve"> بدن، بلکه برا</w:t>
      </w:r>
      <w:r w:rsidRPr="0000691D">
        <w:rPr>
          <w:rFonts w:cs="B Mitra" w:hint="cs"/>
          <w:sz w:val="28"/>
          <w:szCs w:val="28"/>
          <w:rtl/>
        </w:rPr>
        <w:t>ی</w:t>
      </w:r>
      <w:r w:rsidRPr="0000691D">
        <w:rPr>
          <w:rFonts w:cs="B Mitra"/>
          <w:sz w:val="28"/>
          <w:szCs w:val="28"/>
          <w:rtl/>
        </w:rPr>
        <w:t xml:space="preserve"> حر</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ادراک، و برا</w:t>
      </w:r>
      <w:r w:rsidRPr="0000691D">
        <w:rPr>
          <w:rFonts w:cs="B Mitra" w:hint="cs"/>
          <w:sz w:val="28"/>
          <w:szCs w:val="28"/>
          <w:rtl/>
        </w:rPr>
        <w:t>ی</w:t>
      </w:r>
      <w:r w:rsidRPr="0000691D">
        <w:rPr>
          <w:rFonts w:cs="B Mitra"/>
          <w:sz w:val="28"/>
          <w:szCs w:val="28"/>
          <w:rtl/>
        </w:rPr>
        <w:t xml:space="preserve"> کرامت بخواه</w:t>
      </w:r>
      <w:r w:rsidRPr="0000691D">
        <w:rPr>
          <w:rFonts w:cs="B Mitra" w:hint="cs"/>
          <w:sz w:val="28"/>
          <w:szCs w:val="28"/>
          <w:rtl/>
        </w:rPr>
        <w:t>ی</w:t>
      </w:r>
      <w:r w:rsidRPr="0000691D">
        <w:rPr>
          <w:rFonts w:cs="B Mitra" w:hint="eastAsia"/>
          <w:sz w:val="28"/>
          <w:szCs w:val="28"/>
          <w:rtl/>
        </w:rPr>
        <w:t>م</w:t>
      </w:r>
      <w:r w:rsidRPr="0000691D">
        <w:rPr>
          <w:rFonts w:cs="B Mitra" w:hint="cs"/>
          <w:sz w:val="28"/>
          <w:szCs w:val="28"/>
          <w:rtl/>
        </w:rPr>
        <w:t>.</w:t>
      </w:r>
    </w:p>
    <w:p w:rsidR="00BB2D4E" w:rsidRDefault="00BB2D4E" w:rsidP="00DE310A">
      <w:pPr>
        <w:pStyle w:val="Heading2"/>
        <w:bidi/>
        <w:rPr>
          <w:rFonts w:cs="B Mitra"/>
          <w:color w:val="4472C4" w:themeColor="accent5"/>
          <w:sz w:val="32"/>
          <w:szCs w:val="32"/>
        </w:rPr>
      </w:pPr>
      <w:bookmarkStart w:id="35" w:name="_Toc243400542"/>
    </w:p>
    <w:p w:rsidR="00A75B1C" w:rsidRPr="00DE310A" w:rsidRDefault="00A75B1C" w:rsidP="00BB2D4E">
      <w:pPr>
        <w:pStyle w:val="Heading2"/>
        <w:bidi/>
        <w:rPr>
          <w:rFonts w:cs="B Mitra"/>
          <w:color w:val="4472C4" w:themeColor="accent5"/>
          <w:sz w:val="32"/>
          <w:szCs w:val="32"/>
          <w:rtl/>
        </w:rPr>
      </w:pPr>
      <w:r w:rsidRPr="00DE310A">
        <w:rPr>
          <w:rFonts w:cs="B Mitra" w:hint="cs"/>
          <w:color w:val="4472C4" w:themeColor="accent5"/>
          <w:sz w:val="32"/>
          <w:szCs w:val="32"/>
          <w:rtl/>
        </w:rPr>
        <w:t>زندگی</w:t>
      </w:r>
      <w:r w:rsidR="00DE310A" w:rsidRPr="00DE310A">
        <w:rPr>
          <w:rFonts w:cs="B Mitra"/>
          <w:color w:val="4472C4" w:themeColor="accent5"/>
          <w:sz w:val="32"/>
          <w:szCs w:val="32"/>
        </w:rPr>
        <w:t xml:space="preserve"> </w:t>
      </w:r>
      <w:r w:rsidR="00DE310A" w:rsidRPr="00DE310A">
        <w:rPr>
          <w:rFonts w:cs="B Mitra" w:hint="cs"/>
          <w:color w:val="4472C4" w:themeColor="accent5"/>
          <w:sz w:val="32"/>
          <w:szCs w:val="32"/>
          <w:rtl/>
          <w:lang w:bidi="fa-IR"/>
        </w:rPr>
        <w:t xml:space="preserve"> ، </w:t>
      </w:r>
      <w:r w:rsidRPr="00DE310A">
        <w:rPr>
          <w:rFonts w:cs="B Mitra"/>
          <w:color w:val="4472C4" w:themeColor="accent5"/>
          <w:sz w:val="32"/>
          <w:szCs w:val="32"/>
          <w:rtl/>
        </w:rPr>
        <w:t>از خواب مروار</w:t>
      </w:r>
      <w:r w:rsidRPr="00DE310A">
        <w:rPr>
          <w:rFonts w:cs="B Mitra" w:hint="cs"/>
          <w:color w:val="4472C4" w:themeColor="accent5"/>
          <w:sz w:val="32"/>
          <w:szCs w:val="32"/>
          <w:rtl/>
        </w:rPr>
        <w:t>ی</w:t>
      </w:r>
      <w:r w:rsidRPr="00DE310A">
        <w:rPr>
          <w:rFonts w:cs="B Mitra" w:hint="eastAsia"/>
          <w:color w:val="4472C4" w:themeColor="accent5"/>
          <w:sz w:val="32"/>
          <w:szCs w:val="32"/>
          <w:rtl/>
        </w:rPr>
        <w:t>دباف</w:t>
      </w:r>
      <w:r w:rsidRPr="00DE310A">
        <w:rPr>
          <w:rFonts w:cs="B Mitra" w:hint="cs"/>
          <w:color w:val="4472C4" w:themeColor="accent5"/>
          <w:sz w:val="32"/>
          <w:szCs w:val="32"/>
          <w:rtl/>
        </w:rPr>
        <w:t>ی</w:t>
      </w:r>
      <w:r w:rsidRPr="00DE310A">
        <w:rPr>
          <w:rFonts w:cs="B Mitra"/>
          <w:color w:val="4472C4" w:themeColor="accent5"/>
          <w:sz w:val="32"/>
          <w:szCs w:val="32"/>
          <w:rtl/>
        </w:rPr>
        <w:t xml:space="preserve"> تا نخ کردن سوزن‌ها</w:t>
      </w:r>
      <w:r w:rsidRPr="00DE310A">
        <w:rPr>
          <w:rFonts w:cs="B Mitra" w:hint="cs"/>
          <w:color w:val="4472C4" w:themeColor="accent5"/>
          <w:sz w:val="32"/>
          <w:szCs w:val="32"/>
          <w:rtl/>
        </w:rPr>
        <w:t>ی</w:t>
      </w:r>
      <w:r w:rsidRPr="00DE310A">
        <w:rPr>
          <w:rFonts w:cs="B Mitra"/>
          <w:color w:val="4472C4" w:themeColor="accent5"/>
          <w:sz w:val="32"/>
          <w:szCs w:val="32"/>
          <w:rtl/>
        </w:rPr>
        <w:t xml:space="preserve"> ش</w:t>
      </w:r>
      <w:r w:rsidRPr="00DE310A">
        <w:rPr>
          <w:rFonts w:cs="B Mitra" w:hint="cs"/>
          <w:color w:val="4472C4" w:themeColor="accent5"/>
          <w:sz w:val="32"/>
          <w:szCs w:val="32"/>
          <w:rtl/>
        </w:rPr>
        <w:t>ی</w:t>
      </w:r>
      <w:r w:rsidRPr="00DE310A">
        <w:rPr>
          <w:rFonts w:cs="B Mitra" w:hint="eastAsia"/>
          <w:color w:val="4472C4" w:themeColor="accent5"/>
          <w:sz w:val="32"/>
          <w:szCs w:val="32"/>
          <w:rtl/>
        </w:rPr>
        <w:t>اردار</w:t>
      </w:r>
      <w:bookmarkEnd w:id="35"/>
    </w:p>
    <w:p w:rsidR="00A75B1C" w:rsidRDefault="00A75B1C" w:rsidP="0000691D">
      <w:pPr>
        <w:bidi/>
        <w:spacing w:line="360" w:lineRule="auto"/>
        <w:jc w:val="both"/>
        <w:rPr>
          <w:rFonts w:cs="B Mitra"/>
          <w:b/>
          <w:bCs/>
          <w:sz w:val="28"/>
          <w:szCs w:val="28"/>
        </w:rPr>
      </w:pPr>
      <w:r w:rsidRPr="0000691D">
        <w:rPr>
          <w:rFonts w:cs="B Mitra" w:hint="cs"/>
          <w:b/>
          <w:bCs/>
          <w:sz w:val="28"/>
          <w:szCs w:val="28"/>
          <w:rtl/>
        </w:rPr>
        <w:t>فاطمه جوادیان</w:t>
      </w:r>
    </w:p>
    <w:p w:rsidR="002761B6" w:rsidRPr="0000691D" w:rsidRDefault="002761B6" w:rsidP="002761B6">
      <w:pPr>
        <w:bidi/>
        <w:spacing w:line="360" w:lineRule="auto"/>
        <w:jc w:val="center"/>
        <w:rPr>
          <w:rFonts w:cs="B Mitra"/>
          <w:b/>
          <w:bCs/>
          <w:sz w:val="28"/>
          <w:szCs w:val="28"/>
          <w:rtl/>
        </w:rPr>
      </w:pPr>
      <w:r>
        <w:rPr>
          <w:rFonts w:cs="B Mitra"/>
          <w:b/>
          <w:bCs/>
          <w:noProof/>
          <w:sz w:val="28"/>
          <w:szCs w:val="28"/>
          <w:rtl/>
        </w:rPr>
        <w:drawing>
          <wp:inline distT="0" distB="0" distL="0" distR="0">
            <wp:extent cx="1269802" cy="2257425"/>
            <wp:effectExtent l="152400" t="152400" r="368935" b="3524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رندگی 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276958" cy="2270148"/>
                    </a:xfrm>
                    <a:prstGeom prst="rect">
                      <a:avLst/>
                    </a:prstGeom>
                    <a:ln>
                      <a:noFill/>
                    </a:ln>
                    <a:effectLst>
                      <a:outerShdw blurRad="292100" dist="139700" dir="2700000" algn="tl" rotWithShape="0">
                        <a:srgbClr val="333333">
                          <a:alpha val="65000"/>
                        </a:srgbClr>
                      </a:outerShdw>
                    </a:effectLst>
                  </pic:spPr>
                </pic:pic>
              </a:graphicData>
            </a:graphic>
          </wp:inline>
        </w:drawing>
      </w:r>
    </w:p>
    <w:p w:rsidR="00A75B1C" w:rsidRPr="0000691D" w:rsidRDefault="00A75B1C" w:rsidP="0000691D">
      <w:pPr>
        <w:bidi/>
        <w:spacing w:line="360" w:lineRule="auto"/>
        <w:jc w:val="both"/>
        <w:rPr>
          <w:rFonts w:cs="B Mitra"/>
          <w:sz w:val="28"/>
          <w:szCs w:val="28"/>
          <w:rtl/>
        </w:rPr>
      </w:pPr>
      <w:r w:rsidRPr="0000691D">
        <w:rPr>
          <w:rFonts w:cs="B Mitra"/>
          <w:sz w:val="28"/>
          <w:szCs w:val="28"/>
          <w:rtl/>
        </w:rPr>
        <w:lastRenderedPageBreak/>
        <w:t>انجمن نابینایان در رشت</w:t>
      </w:r>
      <w:r w:rsidRPr="0000691D">
        <w:rPr>
          <w:rFonts w:cs="B Mitra" w:hint="cs"/>
          <w:sz w:val="28"/>
          <w:szCs w:val="28"/>
          <w:rtl/>
        </w:rPr>
        <w:t>،</w:t>
      </w:r>
      <w:r w:rsidRPr="0000691D">
        <w:rPr>
          <w:rFonts w:cs="B Mitra"/>
          <w:sz w:val="28"/>
          <w:szCs w:val="28"/>
          <w:rtl/>
        </w:rPr>
        <w:t xml:space="preserve"> هر از چند گاهی چراغ یک کارگاه توانمندسازی را روشن می‌کند؛ بهانه‌ای می‌سازد، موضوعی برمی‌گزیند، مدرسی پیدا می‌کند و اعضای نابینا را از کنج آرام و گاه خاموش خانه‌هایشان</w:t>
      </w:r>
      <w:r w:rsidRPr="0000691D">
        <w:rPr>
          <w:rFonts w:cs="B Mitra" w:hint="cs"/>
          <w:sz w:val="28"/>
          <w:szCs w:val="28"/>
          <w:rtl/>
        </w:rPr>
        <w:t>،</w:t>
      </w:r>
      <w:r w:rsidRPr="0000691D">
        <w:rPr>
          <w:rFonts w:cs="B Mitra"/>
          <w:sz w:val="28"/>
          <w:szCs w:val="28"/>
          <w:rtl/>
        </w:rPr>
        <w:t xml:space="preserve"> بیرون می‌کشد تا در مکانی گرم و زنده گرد هم بیایند. امروز پنج نفر از هفت نفری که ثبت‌نام کرده بودند، خود را به کلاس رسانده بودند. قرار بود آنچه از دوختن دکمه، پس‌دوز کردن و نخ کردن سوزن شیاردار می‌دانم، به شرکت‌کنندگان بیاموزم؛ مهارت‌های کوچکی که گاهی جای خالی‌شان در کارهای روزمره به شدت احساس می‌شود و پیش از این نیز</w:t>
      </w:r>
      <w:r w:rsidRPr="0000691D">
        <w:rPr>
          <w:rFonts w:cs="B Mitra" w:hint="cs"/>
          <w:sz w:val="28"/>
          <w:szCs w:val="28"/>
          <w:rtl/>
        </w:rPr>
        <w:t>،</w:t>
      </w:r>
      <w:r w:rsidRPr="0000691D">
        <w:rPr>
          <w:rFonts w:cs="B Mitra"/>
          <w:sz w:val="28"/>
          <w:szCs w:val="28"/>
          <w:rtl/>
        </w:rPr>
        <w:t xml:space="preserve"> یکی دو نفر سراغش را از من گرفته بودند. حالا فرصت خوبی فراهم شده بود؛ کتابخانه مرکزی رشت مکانی مناسب و مجهز در اختیار انجمن گذاشته بود و انجمن نیز</w:t>
      </w:r>
      <w:r w:rsidRPr="0000691D">
        <w:rPr>
          <w:rFonts w:cs="B Mitra" w:hint="cs"/>
          <w:sz w:val="28"/>
          <w:szCs w:val="28"/>
          <w:rtl/>
        </w:rPr>
        <w:t>،</w:t>
      </w:r>
      <w:r w:rsidRPr="0000691D">
        <w:rPr>
          <w:rFonts w:cs="B Mitra"/>
          <w:sz w:val="28"/>
          <w:szCs w:val="28"/>
          <w:rtl/>
        </w:rPr>
        <w:t xml:space="preserve"> با فرستادن سه تن از یاوران توانمند، پشتوانه‌ای محکم برای ما ساخته بود. حضوری که به حق چقدر مؤثر و نجات‌بخش بود.</w:t>
      </w:r>
    </w:p>
    <w:p w:rsidR="00A75B1C" w:rsidRDefault="00A75B1C" w:rsidP="0000691D">
      <w:pPr>
        <w:bidi/>
        <w:spacing w:line="360" w:lineRule="auto"/>
        <w:jc w:val="both"/>
        <w:rPr>
          <w:rFonts w:cs="B Mitra"/>
          <w:sz w:val="28"/>
          <w:szCs w:val="28"/>
        </w:rPr>
      </w:pPr>
      <w:r w:rsidRPr="0000691D">
        <w:rPr>
          <w:rFonts w:cs="B Mitra"/>
          <w:sz w:val="28"/>
          <w:szCs w:val="28"/>
          <w:rtl/>
        </w:rPr>
        <w:t>این دومین تجربه‌مان بود؛ پیش از این نیز کارگاهی با محوریت «آشنایی با زبان بدن» برگزار کرده بودیم. مدرسی بینا آورده بودیم تا به کنش‌های بدنی بچه‌ها بازخورد کلامی بدهد، اما این بار فضا رنگ و بوی دیگری داشت؛ فضایی از جنس لمس، تجربه و درک متقابل.</w:t>
      </w:r>
    </w:p>
    <w:p w:rsidR="00C815D3" w:rsidRDefault="00A75B1C" w:rsidP="0000691D">
      <w:pPr>
        <w:bidi/>
        <w:spacing w:line="360" w:lineRule="auto"/>
        <w:jc w:val="both"/>
        <w:rPr>
          <w:rFonts w:cs="B Mitra"/>
          <w:noProof/>
          <w:sz w:val="28"/>
          <w:szCs w:val="28"/>
        </w:rPr>
      </w:pPr>
      <w:r w:rsidRPr="0000691D">
        <w:rPr>
          <w:rFonts w:cs="B Mitra"/>
          <w:sz w:val="28"/>
          <w:szCs w:val="28"/>
          <w:rtl/>
        </w:rPr>
        <w:t>در میان جمع، دختری نشسته بود که آشنایی قدیمی با من داشت</w:t>
      </w:r>
      <w:r w:rsidRPr="0000691D">
        <w:rPr>
          <w:rFonts w:cs="B Mitra" w:hint="cs"/>
          <w:sz w:val="28"/>
          <w:szCs w:val="28"/>
          <w:rtl/>
        </w:rPr>
        <w:t xml:space="preserve">؛ </w:t>
      </w:r>
      <w:r w:rsidRPr="0000691D">
        <w:rPr>
          <w:rFonts w:cs="B Mitra"/>
          <w:sz w:val="28"/>
          <w:szCs w:val="28"/>
          <w:rtl/>
        </w:rPr>
        <w:t>روزگاری که پایه اول دبستان بود</w:t>
      </w:r>
      <w:r w:rsidRPr="0000691D">
        <w:rPr>
          <w:rFonts w:cs="B Mitra" w:hint="cs"/>
          <w:sz w:val="28"/>
          <w:szCs w:val="28"/>
          <w:rtl/>
        </w:rPr>
        <w:t>،</w:t>
      </w:r>
      <w:r w:rsidRPr="0000691D">
        <w:rPr>
          <w:rFonts w:cs="B Mitra"/>
          <w:sz w:val="28"/>
          <w:szCs w:val="28"/>
          <w:rtl/>
        </w:rPr>
        <w:t xml:space="preserve"> کلاس‌هایم را تجربه کرده بود و فکر می‌کنم در سال‌های بعد هم شاگردم بود؛ زنگ‌های هنری که در آن</w:t>
      </w:r>
      <w:r w:rsidRPr="0000691D">
        <w:rPr>
          <w:rFonts w:cs="B Mitra" w:hint="cs"/>
          <w:sz w:val="28"/>
          <w:szCs w:val="28"/>
          <w:rtl/>
        </w:rPr>
        <w:t>،</w:t>
      </w:r>
      <w:r w:rsidRPr="0000691D">
        <w:rPr>
          <w:rFonts w:cs="B Mitra"/>
          <w:sz w:val="28"/>
          <w:szCs w:val="28"/>
          <w:rtl/>
        </w:rPr>
        <w:t xml:space="preserve"> مرواریدبافی و دکمه‌دوزی را مشق می‌کردیم</w:t>
      </w:r>
      <w:r w:rsidRPr="0000691D">
        <w:rPr>
          <w:rFonts w:cs="B Mitra" w:hint="cs"/>
          <w:sz w:val="28"/>
          <w:szCs w:val="28"/>
          <w:rtl/>
        </w:rPr>
        <w:t>؛</w:t>
      </w:r>
      <w:r w:rsidRPr="0000691D">
        <w:rPr>
          <w:rFonts w:cs="B Mitra"/>
          <w:sz w:val="28"/>
          <w:szCs w:val="28"/>
          <w:rtl/>
        </w:rPr>
        <w:t xml:space="preserve"> اتفاقاً امروز با شور و شوقی کودکانه می‌گفت که دیشب خوابِ مرواریدبافی دیده و تمام حرف‌هایی را که سر کلاس با هم می‌زدیم، دوباره در رؤیاهایش مرور کرده است.</w:t>
      </w:r>
      <w:r w:rsidR="00C815D3" w:rsidRPr="00C815D3">
        <w:rPr>
          <w:rFonts w:cs="B Mitra"/>
          <w:noProof/>
          <w:sz w:val="28"/>
          <w:szCs w:val="28"/>
          <w:rtl/>
        </w:rPr>
        <w:t xml:space="preserve"> </w:t>
      </w:r>
    </w:p>
    <w:p w:rsidR="00A75B1C" w:rsidRPr="0000691D" w:rsidRDefault="00C815D3" w:rsidP="00C815D3">
      <w:pPr>
        <w:bidi/>
        <w:spacing w:line="360" w:lineRule="auto"/>
        <w:jc w:val="center"/>
        <w:rPr>
          <w:rFonts w:cs="B Mitra"/>
          <w:sz w:val="28"/>
          <w:szCs w:val="28"/>
          <w:rtl/>
        </w:rPr>
      </w:pPr>
      <w:r>
        <w:rPr>
          <w:rFonts w:cs="B Mitra"/>
          <w:noProof/>
          <w:sz w:val="28"/>
          <w:szCs w:val="28"/>
          <w:rtl/>
        </w:rPr>
        <w:drawing>
          <wp:inline distT="0" distB="0" distL="0" distR="0" wp14:anchorId="7FEA8A3F" wp14:editId="63C696D5">
            <wp:extent cx="3149600" cy="1771650"/>
            <wp:effectExtent l="152400" t="152400" r="355600" b="3619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رندگی 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63988" cy="1779743"/>
                    </a:xfrm>
                    <a:prstGeom prst="rect">
                      <a:avLst/>
                    </a:prstGeom>
                    <a:ln>
                      <a:noFill/>
                    </a:ln>
                    <a:effectLst>
                      <a:outerShdw blurRad="292100" dist="139700" dir="2700000" algn="tl" rotWithShape="0">
                        <a:srgbClr val="333333">
                          <a:alpha val="65000"/>
                        </a:srgbClr>
                      </a:outerShdw>
                    </a:effectLst>
                  </pic:spPr>
                </pic:pic>
              </a:graphicData>
            </a:graphic>
          </wp:inline>
        </w:drawing>
      </w:r>
    </w:p>
    <w:p w:rsidR="00A75B1C" w:rsidRPr="0000691D" w:rsidRDefault="00A75B1C" w:rsidP="0000691D">
      <w:pPr>
        <w:bidi/>
        <w:spacing w:line="360" w:lineRule="auto"/>
        <w:jc w:val="both"/>
        <w:rPr>
          <w:rFonts w:cs="B Mitra"/>
          <w:sz w:val="28"/>
          <w:szCs w:val="28"/>
          <w:rtl/>
        </w:rPr>
      </w:pPr>
      <w:r w:rsidRPr="0000691D">
        <w:rPr>
          <w:rFonts w:cs="B Mitra"/>
          <w:sz w:val="28"/>
          <w:szCs w:val="28"/>
          <w:rtl/>
        </w:rPr>
        <w:lastRenderedPageBreak/>
        <w:t>دختری دیگر، دیرنابینا بود و عاشقانه‌ خیاطی را دوست داشت. او باید تمام این مسیر تازه را با حس لامسه پیش می‌برد؛ دوختن دکمه پایه‌دار، نخ کردن سوزن شیاردار و گره زدن انتهای نخ، دستاوردهای شیرین او از کلاس امروز بودند</w:t>
      </w:r>
      <w:r w:rsidRPr="0000691D">
        <w:rPr>
          <w:rFonts w:cs="B Mitra" w:hint="cs"/>
          <w:sz w:val="28"/>
          <w:szCs w:val="28"/>
          <w:rtl/>
        </w:rPr>
        <w:t>؛</w:t>
      </w:r>
      <w:r w:rsidRPr="0000691D">
        <w:rPr>
          <w:rFonts w:cs="B Mitra"/>
          <w:sz w:val="28"/>
          <w:szCs w:val="28"/>
          <w:rtl/>
        </w:rPr>
        <w:t xml:space="preserve"> شرکت‌کننده دیگر، دختری آرام بود که گام‌هایش در یادگیری کمی آهسته‌تر از دیگران برداشته می‌شد. اما یکی از یاوران انجمن که خودش خیاطی می‌دانست، با حوصله در کنارش نشست و وقت بیشتری برای او و دیگران گذاشت.</w:t>
      </w:r>
    </w:p>
    <w:p w:rsidR="00A75B1C" w:rsidRPr="0000691D" w:rsidRDefault="00A75B1C" w:rsidP="0000691D">
      <w:pPr>
        <w:bidi/>
        <w:spacing w:line="360" w:lineRule="auto"/>
        <w:jc w:val="both"/>
        <w:rPr>
          <w:rFonts w:cs="B Mitra"/>
          <w:sz w:val="28"/>
          <w:szCs w:val="28"/>
          <w:rtl/>
        </w:rPr>
      </w:pPr>
      <w:r w:rsidRPr="0000691D">
        <w:rPr>
          <w:rFonts w:cs="B Mitra"/>
          <w:sz w:val="28"/>
          <w:szCs w:val="28"/>
          <w:rtl/>
        </w:rPr>
        <w:t>در آن سوی میز، مادری نشسته بود که کمی دیرتر رسیده بود؛ گویا در مسیر رفت‌وآمد دچار مشکلی شده بود. او و همسرش هر دو نابینا هستند و دخترکِ بینایشان که امسال پا به کلاس اول گذاشته، همراه مادر به کتابخانه آمده بود. حضور این کودک، فضایی صمیمی‌تر به جمع بخشیده بود؛ یکی از یاوران مهربان انجمن</w:t>
      </w:r>
      <w:r w:rsidRPr="0000691D">
        <w:rPr>
          <w:rFonts w:cs="B Mitra" w:hint="cs"/>
          <w:sz w:val="28"/>
          <w:szCs w:val="28"/>
          <w:rtl/>
        </w:rPr>
        <w:t>،</w:t>
      </w:r>
      <w:r w:rsidRPr="0000691D">
        <w:rPr>
          <w:rFonts w:cs="B Mitra"/>
          <w:sz w:val="28"/>
          <w:szCs w:val="28"/>
          <w:rtl/>
        </w:rPr>
        <w:t xml:space="preserve"> دست کودک را گرفت و او را به اتاق بازی برد تا در کنار سایر کودکان، به کتاب قصه‌ای که مربی می‌خواند گوش بسپارد و مادر با خیال آسوده‌تری در کلاس بنشیند.</w:t>
      </w:r>
    </w:p>
    <w:p w:rsidR="00A75B1C" w:rsidRDefault="00A75B1C" w:rsidP="0000691D">
      <w:pPr>
        <w:bidi/>
        <w:spacing w:line="360" w:lineRule="auto"/>
        <w:jc w:val="both"/>
        <w:rPr>
          <w:rFonts w:cs="B Mitra"/>
          <w:sz w:val="28"/>
          <w:szCs w:val="28"/>
        </w:rPr>
      </w:pPr>
      <w:r w:rsidRPr="0000691D">
        <w:rPr>
          <w:rFonts w:cs="B Mitra"/>
          <w:sz w:val="28"/>
          <w:szCs w:val="28"/>
          <w:rtl/>
        </w:rPr>
        <w:t>دختر دیگری هم در کلاس بود که وقتی از او خواستم خودش را معرفی کند، گفت کمی می‌بیند اما در کنار مسئله بینایی، کم‌شنواست و از سمعک استفاده می‌کند. حواسم را بیشتر جمع کردم تا مبادا کلامی از دست برود. او کمتر از دیگران حرف می‌زد، اما وجودش پر از حس و احساس بود. از وقتی فهمید من هم نابینا هستم، هرگاه آرام به سمتش می‌رفتم، دستش را پیش می‌آورد و با لطفی بی‌نظیر، دست مرا به سمت خودش هدایت می‌کرد؛ چقدر آرام و ظریف! وقتی نخ را دور دو انگشت دست راستم سفت کرده بودم تا در شیار سوزن گیر کند، از او خواستم با دست راستش دست مرا لمس کند و با دست چپش سوزن را به نخ نزدیک کند. عمق تمرکزش را با تمام وجود حس می‌کردم؛ به راستی که دست‌ها</w:t>
      </w:r>
      <w:r w:rsidRPr="0000691D">
        <w:rPr>
          <w:rFonts w:cs="B Mitra" w:hint="cs"/>
          <w:sz w:val="28"/>
          <w:szCs w:val="28"/>
          <w:rtl/>
        </w:rPr>
        <w:t>ی</w:t>
      </w:r>
      <w:r w:rsidRPr="0000691D">
        <w:rPr>
          <w:rFonts w:cs="B Mitra" w:hint="eastAsia"/>
          <w:sz w:val="28"/>
          <w:szCs w:val="28"/>
          <w:rtl/>
        </w:rPr>
        <w:t>مان</w:t>
      </w:r>
      <w:r w:rsidRPr="0000691D">
        <w:rPr>
          <w:rFonts w:cs="B Mitra"/>
          <w:sz w:val="28"/>
          <w:szCs w:val="28"/>
          <w:rtl/>
        </w:rPr>
        <w:t xml:space="preserve"> یکی شده بود. هر بار که سوزن به خطا می‌رفت و نخ در دام شیار نمی‌افتاد، دوجانبه تلاش می‌کردیم تا اینکه از او خواستم خودش نخ را دور انگشتانش سفت کند </w:t>
      </w:r>
      <w:r w:rsidRPr="0000691D">
        <w:rPr>
          <w:rFonts w:cs="B Mitra" w:hint="cs"/>
          <w:sz w:val="28"/>
          <w:szCs w:val="28"/>
          <w:rtl/>
        </w:rPr>
        <w:t xml:space="preserve">و </w:t>
      </w:r>
      <w:r w:rsidRPr="0000691D">
        <w:rPr>
          <w:rFonts w:cs="B Mitra"/>
          <w:sz w:val="28"/>
          <w:szCs w:val="28"/>
          <w:rtl/>
        </w:rPr>
        <w:t>با سوزن</w:t>
      </w:r>
      <w:r w:rsidRPr="0000691D">
        <w:rPr>
          <w:rFonts w:cs="B Mitra" w:hint="cs"/>
          <w:sz w:val="28"/>
          <w:szCs w:val="28"/>
          <w:rtl/>
        </w:rPr>
        <w:t>، نخ را شکار کند.</w:t>
      </w:r>
    </w:p>
    <w:p w:rsidR="00C815D3" w:rsidRPr="0000691D" w:rsidRDefault="00C815D3" w:rsidP="00C815D3">
      <w:pPr>
        <w:bidi/>
        <w:spacing w:line="360" w:lineRule="auto"/>
        <w:jc w:val="center"/>
        <w:rPr>
          <w:rFonts w:cs="B Mitra"/>
          <w:sz w:val="28"/>
          <w:szCs w:val="28"/>
          <w:rtl/>
        </w:rPr>
      </w:pPr>
      <w:r>
        <w:rPr>
          <w:rFonts w:cs="B Mitra"/>
          <w:noProof/>
          <w:sz w:val="28"/>
          <w:szCs w:val="28"/>
          <w:rtl/>
        </w:rPr>
        <w:lastRenderedPageBreak/>
        <w:drawing>
          <wp:inline distT="0" distB="0" distL="0" distR="0">
            <wp:extent cx="1682352" cy="2990850"/>
            <wp:effectExtent l="152400" t="152400" r="356235" b="3619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رندگی 3.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688920" cy="3002526"/>
                    </a:xfrm>
                    <a:prstGeom prst="rect">
                      <a:avLst/>
                    </a:prstGeom>
                    <a:ln>
                      <a:noFill/>
                    </a:ln>
                    <a:effectLst>
                      <a:outerShdw blurRad="292100" dist="139700" dir="2700000" algn="tl" rotWithShape="0">
                        <a:srgbClr val="333333">
                          <a:alpha val="65000"/>
                        </a:srgbClr>
                      </a:outerShdw>
                    </a:effectLst>
                  </pic:spPr>
                </pic:pic>
              </a:graphicData>
            </a:graphic>
          </wp:inline>
        </w:drawing>
      </w:r>
    </w:p>
    <w:p w:rsidR="00A75B1C" w:rsidRPr="0000691D" w:rsidRDefault="00A75B1C" w:rsidP="0000691D">
      <w:pPr>
        <w:bidi/>
        <w:spacing w:line="360" w:lineRule="auto"/>
        <w:jc w:val="both"/>
        <w:rPr>
          <w:rFonts w:cs="B Mitra"/>
          <w:sz w:val="28"/>
          <w:szCs w:val="28"/>
          <w:rtl/>
        </w:rPr>
      </w:pPr>
      <w:r w:rsidRPr="0000691D">
        <w:rPr>
          <w:rFonts w:cs="B Mitra"/>
          <w:sz w:val="28"/>
          <w:szCs w:val="28"/>
          <w:rtl/>
        </w:rPr>
        <w:t>ما برای همه چیز آماده بودیم؛ من بسته سوزن و نخ خودم را برده بودم؛ چندین سوزن شیاردار، قیچی، بشکاف، متری که با منگنه برجسته شده بود و چند قرقره نخ</w:t>
      </w:r>
      <w:r w:rsidRPr="0000691D">
        <w:rPr>
          <w:rFonts w:cs="B Mitra" w:hint="cs"/>
          <w:sz w:val="28"/>
          <w:szCs w:val="28"/>
          <w:rtl/>
        </w:rPr>
        <w:t>؛</w:t>
      </w:r>
      <w:r w:rsidRPr="0000691D">
        <w:rPr>
          <w:rFonts w:cs="B Mitra"/>
          <w:sz w:val="28"/>
          <w:szCs w:val="28"/>
          <w:rtl/>
        </w:rPr>
        <w:t xml:space="preserve"> در آن سو، </w:t>
      </w:r>
      <w:r w:rsidRPr="0000691D">
        <w:rPr>
          <w:rFonts w:cs="B Mitra" w:hint="cs"/>
          <w:sz w:val="28"/>
          <w:szCs w:val="28"/>
          <w:rtl/>
        </w:rPr>
        <w:t xml:space="preserve">خود شرکت‌کنندگان </w:t>
      </w:r>
      <w:r w:rsidRPr="0000691D">
        <w:rPr>
          <w:rFonts w:cs="B Mitra"/>
          <w:sz w:val="28"/>
          <w:szCs w:val="28"/>
          <w:rtl/>
        </w:rPr>
        <w:t>کلاس، پارچه، دکمه، سوزن و قرقره فراهم</w:t>
      </w:r>
      <w:r w:rsidRPr="0000691D">
        <w:rPr>
          <w:rFonts w:cs="B Mitra" w:hint="cs"/>
          <w:sz w:val="28"/>
          <w:szCs w:val="28"/>
          <w:rtl/>
        </w:rPr>
        <w:t xml:space="preserve"> کرده بودند</w:t>
      </w:r>
      <w:r w:rsidRPr="0000691D">
        <w:rPr>
          <w:rFonts w:cs="B Mitra"/>
          <w:sz w:val="28"/>
          <w:szCs w:val="28"/>
          <w:rtl/>
        </w:rPr>
        <w:t>. در این میان، من هم بسته‌ای م</w:t>
      </w:r>
      <w:r w:rsidRPr="0000691D">
        <w:rPr>
          <w:rFonts w:cs="B Mitra" w:hint="cs"/>
          <w:sz w:val="28"/>
          <w:szCs w:val="28"/>
          <w:rtl/>
        </w:rPr>
        <w:t>ی</w:t>
      </w:r>
      <w:r w:rsidRPr="0000691D">
        <w:rPr>
          <w:rFonts w:cs="B Mitra" w:hint="eastAsia"/>
          <w:sz w:val="28"/>
          <w:szCs w:val="28"/>
          <w:rtl/>
        </w:rPr>
        <w:t>ن</w:t>
      </w:r>
      <w:r w:rsidRPr="0000691D">
        <w:rPr>
          <w:rFonts w:cs="B Mitra" w:hint="cs"/>
          <w:sz w:val="28"/>
          <w:szCs w:val="28"/>
          <w:rtl/>
        </w:rPr>
        <w:t>ی</w:t>
      </w:r>
      <w:r w:rsidRPr="0000691D">
        <w:rPr>
          <w:rFonts w:cs="B Mitra"/>
          <w:sz w:val="28"/>
          <w:szCs w:val="28"/>
          <w:rtl/>
        </w:rPr>
        <w:t xml:space="preserve"> ک</w:t>
      </w:r>
      <w:r w:rsidRPr="0000691D">
        <w:rPr>
          <w:rFonts w:cs="B Mitra" w:hint="cs"/>
          <w:sz w:val="28"/>
          <w:szCs w:val="28"/>
          <w:rtl/>
        </w:rPr>
        <w:t>ی</w:t>
      </w:r>
      <w:r w:rsidRPr="0000691D">
        <w:rPr>
          <w:rFonts w:cs="B Mitra" w:hint="eastAsia"/>
          <w:sz w:val="28"/>
          <w:szCs w:val="28"/>
          <w:rtl/>
        </w:rPr>
        <w:t>ک</w:t>
      </w:r>
      <w:r w:rsidRPr="0000691D">
        <w:rPr>
          <w:rFonts w:cs="B Mitra" w:hint="cs"/>
          <w:sz w:val="28"/>
          <w:szCs w:val="28"/>
          <w:rtl/>
        </w:rPr>
        <w:t xml:space="preserve"> </w:t>
      </w:r>
      <w:r w:rsidRPr="0000691D">
        <w:rPr>
          <w:rFonts w:cs="B Mitra"/>
          <w:sz w:val="28"/>
          <w:szCs w:val="28"/>
          <w:rtl/>
        </w:rPr>
        <w:t>خریده بودم که میان حاضران پخش کنم؛ به یاد مادر</w:t>
      </w:r>
      <w:r w:rsidRPr="0000691D">
        <w:rPr>
          <w:rFonts w:cs="B Mitra" w:hint="cs"/>
          <w:sz w:val="28"/>
          <w:szCs w:val="28"/>
          <w:rtl/>
        </w:rPr>
        <w:t>م</w:t>
      </w:r>
      <w:r w:rsidRPr="0000691D">
        <w:rPr>
          <w:rFonts w:cs="B Mitra"/>
          <w:sz w:val="28"/>
          <w:szCs w:val="28"/>
          <w:rtl/>
        </w:rPr>
        <w:t xml:space="preserve"> که خودش شیرینی‌پزی و شیرینی خوردن را </w:t>
      </w:r>
      <w:r w:rsidRPr="0000691D">
        <w:rPr>
          <w:rFonts w:cs="B Mitra" w:hint="cs"/>
          <w:sz w:val="28"/>
          <w:szCs w:val="28"/>
          <w:rtl/>
        </w:rPr>
        <w:t xml:space="preserve">خیلی </w:t>
      </w:r>
      <w:r w:rsidRPr="0000691D">
        <w:rPr>
          <w:rFonts w:cs="B Mitra"/>
          <w:sz w:val="28"/>
          <w:szCs w:val="28"/>
          <w:rtl/>
        </w:rPr>
        <w:t>دوست داشت و حالا عطر یادش در فضای کلاس می‌پیچید.</w:t>
      </w:r>
    </w:p>
    <w:p w:rsidR="00A75B1C" w:rsidRPr="0000691D" w:rsidRDefault="00A75B1C" w:rsidP="0000691D">
      <w:pPr>
        <w:bidi/>
        <w:spacing w:line="360" w:lineRule="auto"/>
        <w:jc w:val="both"/>
        <w:rPr>
          <w:rFonts w:cs="B Mitra"/>
          <w:sz w:val="28"/>
          <w:szCs w:val="28"/>
          <w:rtl/>
        </w:rPr>
      </w:pPr>
      <w:r w:rsidRPr="0000691D">
        <w:rPr>
          <w:rFonts w:cs="B Mitra"/>
          <w:sz w:val="28"/>
          <w:szCs w:val="28"/>
          <w:rtl/>
        </w:rPr>
        <w:t>یاوران انجمن نیز سنگ تمام گذاشتند؛ با کیک و آبمیوه از بچه‌ها پذیرایی کردند و مدام حواسشان بود که نابینایان در فضای بزرگ بیرونی کتابخانه راه را گم نکنند و زود هدایتشان کنند. آن‌ها حتی حواسشان به مسیر بازگشت تک‌تک شرکت‌کنندگان بود و می‌دانستند هرکس با چه وسیله‌ای قرار است راهی خانه شود.</w:t>
      </w:r>
    </w:p>
    <w:p w:rsidR="00A75B1C" w:rsidRDefault="00A75B1C" w:rsidP="0000691D">
      <w:pPr>
        <w:bidi/>
        <w:spacing w:line="360" w:lineRule="auto"/>
        <w:jc w:val="both"/>
        <w:rPr>
          <w:rFonts w:cs="B Mitra"/>
          <w:sz w:val="28"/>
          <w:szCs w:val="28"/>
        </w:rPr>
      </w:pPr>
      <w:r w:rsidRPr="0000691D">
        <w:rPr>
          <w:rFonts w:cs="B Mitra"/>
          <w:sz w:val="28"/>
          <w:szCs w:val="28"/>
          <w:rtl/>
        </w:rPr>
        <w:t>نکته کاربردی دیگری که بچه‌ها در این کلاس آموختند، کار با «بشکاف» بود؛ اینکه چگونه به کمک این ابزار، نخ‌های اضافی لباس‌ها یا مارک‌هایی را که به پشت یقه دوخته شده و پوست گردن را آزار می‌دهد، لمس کنند و جدا سازند، یا دکمه‌هایی را که در جای نادرستی دوخته شده‌اند اصلاح کنند.</w:t>
      </w:r>
    </w:p>
    <w:p w:rsidR="00C815D3" w:rsidRPr="0000691D" w:rsidRDefault="00C815D3" w:rsidP="00C815D3">
      <w:pPr>
        <w:bidi/>
        <w:spacing w:line="360" w:lineRule="auto"/>
        <w:rPr>
          <w:rFonts w:cs="B Mitra"/>
          <w:sz w:val="28"/>
          <w:szCs w:val="28"/>
          <w:rtl/>
        </w:rPr>
      </w:pPr>
      <w:r>
        <w:rPr>
          <w:rFonts w:cs="B Mitra"/>
          <w:noProof/>
          <w:sz w:val="28"/>
          <w:szCs w:val="28"/>
          <w:rtl/>
        </w:rPr>
        <w:lastRenderedPageBreak/>
        <w:drawing>
          <wp:inline distT="0" distB="0" distL="0" distR="0">
            <wp:extent cx="1714500" cy="3048000"/>
            <wp:effectExtent l="152400" t="152400" r="361950" b="3619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رندگی.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21048" cy="3059641"/>
                    </a:xfrm>
                    <a:prstGeom prst="rect">
                      <a:avLst/>
                    </a:prstGeom>
                    <a:ln>
                      <a:noFill/>
                    </a:ln>
                    <a:effectLst>
                      <a:outerShdw blurRad="292100" dist="139700" dir="2700000" algn="tl" rotWithShape="0">
                        <a:srgbClr val="333333">
                          <a:alpha val="65000"/>
                        </a:srgbClr>
                      </a:outerShdw>
                    </a:effectLst>
                  </pic:spPr>
                </pic:pic>
              </a:graphicData>
            </a:graphic>
          </wp:inline>
        </w:drawing>
      </w:r>
      <w:r>
        <w:rPr>
          <w:rFonts w:cs="B Mitra"/>
          <w:noProof/>
          <w:sz w:val="28"/>
          <w:szCs w:val="28"/>
          <w:rtl/>
        </w:rPr>
        <w:drawing>
          <wp:inline distT="0" distB="0" distL="0" distR="0">
            <wp:extent cx="1698426" cy="30194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رندگی 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10057" cy="3040102"/>
                    </a:xfrm>
                    <a:prstGeom prst="rect">
                      <a:avLst/>
                    </a:prstGeom>
                  </pic:spPr>
                </pic:pic>
              </a:graphicData>
            </a:graphic>
          </wp:inline>
        </w:drawing>
      </w:r>
    </w:p>
    <w:p w:rsidR="00A75B1C" w:rsidRPr="0000691D" w:rsidRDefault="00A75B1C" w:rsidP="0000691D">
      <w:pPr>
        <w:bidi/>
        <w:spacing w:line="360" w:lineRule="auto"/>
        <w:jc w:val="both"/>
        <w:rPr>
          <w:rFonts w:cs="B Mitra"/>
          <w:sz w:val="28"/>
          <w:szCs w:val="28"/>
          <w:rtl/>
        </w:rPr>
      </w:pPr>
      <w:r w:rsidRPr="0000691D">
        <w:rPr>
          <w:rFonts w:cs="B Mitra"/>
          <w:sz w:val="28"/>
          <w:szCs w:val="28"/>
          <w:rtl/>
        </w:rPr>
        <w:t xml:space="preserve">در پایان کارگاه، برگزارکنندگان بسته‌های خیاطی زیبایی را به شرکت‌کنندگان هدیه دادند؛ بسته‌هایی </w:t>
      </w:r>
      <w:r w:rsidRPr="0000691D">
        <w:rPr>
          <w:rFonts w:cs="B Mitra" w:hint="cs"/>
          <w:sz w:val="28"/>
          <w:szCs w:val="28"/>
          <w:rtl/>
        </w:rPr>
        <w:t xml:space="preserve">که </w:t>
      </w:r>
      <w:r w:rsidRPr="0000691D">
        <w:rPr>
          <w:rFonts w:cs="B Mitra"/>
          <w:sz w:val="28"/>
          <w:szCs w:val="28"/>
          <w:rtl/>
        </w:rPr>
        <w:t>حاوی چهار قرقره نخ رنگی، قیچی، سنجاق قفلی، سوزن شیاردار، سوزن‌نخ‌کن، بشکاف و متر برجسته</w:t>
      </w:r>
      <w:r w:rsidRPr="0000691D">
        <w:rPr>
          <w:rFonts w:cs="B Mitra" w:hint="cs"/>
          <w:sz w:val="28"/>
          <w:szCs w:val="28"/>
          <w:rtl/>
        </w:rPr>
        <w:t xml:space="preserve"> بود.</w:t>
      </w:r>
    </w:p>
    <w:p w:rsidR="00A75B1C" w:rsidRPr="0000691D" w:rsidRDefault="00A75B1C" w:rsidP="0000691D">
      <w:pPr>
        <w:bidi/>
        <w:spacing w:line="360" w:lineRule="auto"/>
        <w:jc w:val="both"/>
        <w:rPr>
          <w:rFonts w:cs="B Mitra"/>
          <w:sz w:val="28"/>
          <w:szCs w:val="28"/>
          <w:rtl/>
        </w:rPr>
      </w:pPr>
      <w:r w:rsidRPr="0000691D">
        <w:rPr>
          <w:rFonts w:cs="B Mitra"/>
          <w:sz w:val="28"/>
          <w:szCs w:val="28"/>
          <w:rtl/>
        </w:rPr>
        <w:t>هنگام رفتن، وقتی کلاس خلوت شد، یکی از یاوران همچنان در کنار من ماند تا ماشینی برای بازگشت به خانه بگیرم. به پشت سر که نگاه می‌کنم، می‌بینم این کلاس‌ها فقط آموزش دوختن دکمه نیست؛ تمرینی است برای دوختن امید به تار و پود زندگی، ساختن استقلال و لمس کردن دنیایی روشن‌تر با سرانگشتان احساس.</w:t>
      </w:r>
    </w:p>
    <w:p w:rsidR="00A75B1C" w:rsidRPr="0000691D" w:rsidRDefault="00A75B1C" w:rsidP="0000691D">
      <w:pPr>
        <w:bidi/>
        <w:spacing w:line="360" w:lineRule="auto"/>
        <w:jc w:val="both"/>
        <w:rPr>
          <w:rFonts w:cs="B Mitra"/>
          <w:sz w:val="28"/>
          <w:szCs w:val="28"/>
          <w:rtl/>
        </w:rPr>
      </w:pPr>
      <w:r w:rsidRPr="0000691D">
        <w:rPr>
          <w:rFonts w:cs="B Mitra" w:hint="cs"/>
          <w:sz w:val="28"/>
          <w:szCs w:val="28"/>
          <w:rtl/>
        </w:rPr>
        <w:t>روزهایتان پر از شوق زندگی</w:t>
      </w:r>
    </w:p>
    <w:p w:rsidR="00A75B1C" w:rsidRPr="0000691D" w:rsidRDefault="00A75B1C" w:rsidP="0000691D">
      <w:pPr>
        <w:spacing w:line="360" w:lineRule="auto"/>
        <w:jc w:val="both"/>
        <w:rPr>
          <w:rFonts w:cs="B Mitra"/>
          <w:sz w:val="28"/>
          <w:szCs w:val="28"/>
          <w:rtl/>
        </w:rPr>
      </w:pPr>
    </w:p>
    <w:p w:rsidR="00A75B1C" w:rsidRPr="00343601" w:rsidRDefault="00A75B1C" w:rsidP="00343601">
      <w:pPr>
        <w:pStyle w:val="Heading2"/>
        <w:bidi/>
        <w:rPr>
          <w:rFonts w:cs="B Mitra"/>
          <w:color w:val="4472C4" w:themeColor="accent5"/>
          <w:sz w:val="32"/>
          <w:szCs w:val="32"/>
          <w:rtl/>
        </w:rPr>
      </w:pPr>
      <w:bookmarkStart w:id="36" w:name="_Toc243400543"/>
      <w:r w:rsidRPr="00343601">
        <w:rPr>
          <w:rFonts w:cs="B Mitra" w:hint="cs"/>
          <w:color w:val="4472C4" w:themeColor="accent5"/>
          <w:sz w:val="32"/>
          <w:szCs w:val="32"/>
          <w:rtl/>
        </w:rPr>
        <w:lastRenderedPageBreak/>
        <w:t>فناوری</w:t>
      </w:r>
      <w:r w:rsidR="00343601" w:rsidRPr="00343601">
        <w:rPr>
          <w:rFonts w:cs="B Mitra" w:hint="cs"/>
          <w:color w:val="4472C4" w:themeColor="accent5"/>
          <w:sz w:val="32"/>
          <w:szCs w:val="32"/>
          <w:rtl/>
          <w:lang w:bidi="fa-IR"/>
        </w:rPr>
        <w:t xml:space="preserve"> ، </w:t>
      </w:r>
      <w:r w:rsidRPr="00343601">
        <w:rPr>
          <w:rFonts w:cs="B Mitra" w:hint="cs"/>
          <w:color w:val="4472C4" w:themeColor="accent5"/>
          <w:sz w:val="32"/>
          <w:szCs w:val="32"/>
          <w:rtl/>
        </w:rPr>
        <w:t>معرفی</w:t>
      </w:r>
      <w:r w:rsidRPr="00343601">
        <w:rPr>
          <w:rFonts w:cs="B Mitra"/>
          <w:color w:val="4472C4" w:themeColor="accent5"/>
          <w:sz w:val="32"/>
          <w:szCs w:val="32"/>
          <w:rtl/>
        </w:rPr>
        <w:t xml:space="preserve"> دستگاه لتس گِلاید</w:t>
      </w:r>
      <w:r w:rsidRPr="00343601">
        <w:rPr>
          <w:rFonts w:cs="B Mitra" w:hint="eastAsia"/>
          <w:color w:val="4472C4" w:themeColor="accent5"/>
          <w:sz w:val="32"/>
          <w:szCs w:val="32"/>
          <w:rtl/>
        </w:rPr>
        <w:t>،</w:t>
      </w:r>
      <w:r w:rsidRPr="00343601">
        <w:rPr>
          <w:rFonts w:cs="B Mitra"/>
          <w:color w:val="4472C4" w:themeColor="accent5"/>
          <w:sz w:val="32"/>
          <w:szCs w:val="32"/>
          <w:rtl/>
        </w:rPr>
        <w:t xml:space="preserve"> تحرک و جهت‌</w:t>
      </w:r>
      <w:r w:rsidRPr="00343601">
        <w:rPr>
          <w:rFonts w:cs="B Mitra" w:hint="cs"/>
          <w:color w:val="4472C4" w:themeColor="accent5"/>
          <w:sz w:val="32"/>
          <w:szCs w:val="32"/>
          <w:rtl/>
        </w:rPr>
        <w:t>ی</w:t>
      </w:r>
      <w:r w:rsidRPr="00343601">
        <w:rPr>
          <w:rFonts w:cs="B Mitra" w:hint="eastAsia"/>
          <w:color w:val="4472C4" w:themeColor="accent5"/>
          <w:sz w:val="32"/>
          <w:szCs w:val="32"/>
          <w:rtl/>
        </w:rPr>
        <w:t>اب</w:t>
      </w:r>
      <w:r w:rsidRPr="00343601">
        <w:rPr>
          <w:rFonts w:cs="B Mitra" w:hint="cs"/>
          <w:color w:val="4472C4" w:themeColor="accent5"/>
          <w:sz w:val="32"/>
          <w:szCs w:val="32"/>
          <w:rtl/>
        </w:rPr>
        <w:t>ی</w:t>
      </w:r>
      <w:r w:rsidRPr="00343601">
        <w:rPr>
          <w:rFonts w:cs="B Mitra"/>
          <w:color w:val="4472C4" w:themeColor="accent5"/>
          <w:sz w:val="32"/>
          <w:szCs w:val="32"/>
          <w:rtl/>
        </w:rPr>
        <w:t xml:space="preserve"> با کمک هوش مصنوع</w:t>
      </w:r>
      <w:r w:rsidRPr="00343601">
        <w:rPr>
          <w:rFonts w:cs="B Mitra" w:hint="cs"/>
          <w:color w:val="4472C4" w:themeColor="accent5"/>
          <w:sz w:val="32"/>
          <w:szCs w:val="32"/>
          <w:rtl/>
        </w:rPr>
        <w:t>ی</w:t>
      </w:r>
      <w:bookmarkEnd w:id="36"/>
    </w:p>
    <w:p w:rsidR="00A75B1C" w:rsidRDefault="00A75B1C" w:rsidP="00DE310A">
      <w:pPr>
        <w:bidi/>
        <w:spacing w:line="360" w:lineRule="auto"/>
        <w:jc w:val="both"/>
        <w:rPr>
          <w:rFonts w:cs="B Mitra"/>
          <w:sz w:val="28"/>
          <w:szCs w:val="28"/>
        </w:rPr>
      </w:pPr>
      <w:r w:rsidRPr="0000691D">
        <w:rPr>
          <w:rFonts w:cs="B Mitra" w:hint="cs"/>
          <w:sz w:val="28"/>
          <w:szCs w:val="28"/>
          <w:rtl/>
        </w:rPr>
        <w:t>در</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شماره از ماهنامه نسل مانا</w:t>
      </w:r>
      <w:r w:rsidRPr="0000691D">
        <w:rPr>
          <w:rFonts w:cs="B Mitra" w:hint="cs"/>
          <w:sz w:val="28"/>
          <w:szCs w:val="28"/>
          <w:rtl/>
        </w:rPr>
        <w:t>،</w:t>
      </w:r>
      <w:r w:rsidRPr="0000691D">
        <w:rPr>
          <w:rFonts w:cs="B Mitra"/>
          <w:sz w:val="28"/>
          <w:szCs w:val="28"/>
          <w:rtl/>
        </w:rPr>
        <w:t xml:space="preserve"> در ستون فناور</w:t>
      </w:r>
      <w:r w:rsidRPr="0000691D">
        <w:rPr>
          <w:rFonts w:cs="B Mitra" w:hint="cs"/>
          <w:sz w:val="28"/>
          <w:szCs w:val="28"/>
          <w:rtl/>
        </w:rPr>
        <w:t>ی،</w:t>
      </w:r>
      <w:r w:rsidRPr="0000691D">
        <w:rPr>
          <w:rFonts w:cs="B Mitra"/>
          <w:sz w:val="28"/>
          <w:szCs w:val="28"/>
          <w:rtl/>
        </w:rPr>
        <w:t xml:space="preserve"> شما را به خواندن بخش‌ها</w:t>
      </w:r>
      <w:r w:rsidRPr="0000691D">
        <w:rPr>
          <w:rFonts w:cs="B Mitra" w:hint="cs"/>
          <w:sz w:val="28"/>
          <w:szCs w:val="28"/>
          <w:rtl/>
        </w:rPr>
        <w:t>یی</w:t>
      </w:r>
      <w:r w:rsidRPr="0000691D">
        <w:rPr>
          <w:rFonts w:cs="B Mitra"/>
          <w:sz w:val="28"/>
          <w:szCs w:val="28"/>
          <w:rtl/>
        </w:rPr>
        <w:t xml:space="preserve"> از مطلب</w:t>
      </w:r>
      <w:r w:rsidRPr="0000691D">
        <w:rPr>
          <w:rFonts w:cs="B Mitra" w:hint="cs"/>
          <w:sz w:val="28"/>
          <w:szCs w:val="28"/>
          <w:rtl/>
        </w:rPr>
        <w:t>ی</w:t>
      </w:r>
      <w:r w:rsidRPr="0000691D">
        <w:rPr>
          <w:rFonts w:cs="B Mitra"/>
          <w:sz w:val="28"/>
          <w:szCs w:val="28"/>
          <w:rtl/>
        </w:rPr>
        <w:t xml:space="preserve"> دعوت م</w:t>
      </w:r>
      <w:r w:rsidRPr="0000691D">
        <w:rPr>
          <w:rFonts w:cs="B Mitra" w:hint="cs"/>
          <w:sz w:val="28"/>
          <w:szCs w:val="28"/>
          <w:rtl/>
        </w:rPr>
        <w:t>ی‌</w:t>
      </w:r>
      <w:r w:rsidRPr="0000691D">
        <w:rPr>
          <w:rFonts w:cs="B Mitra" w:hint="eastAsia"/>
          <w:sz w:val="28"/>
          <w:szCs w:val="28"/>
          <w:rtl/>
        </w:rPr>
        <w:t>کنم</w:t>
      </w:r>
      <w:r w:rsidRPr="0000691D">
        <w:rPr>
          <w:rFonts w:cs="B Mitra"/>
          <w:sz w:val="28"/>
          <w:szCs w:val="28"/>
          <w:rtl/>
        </w:rPr>
        <w:t xml:space="preserve"> که </w:t>
      </w:r>
      <w:r w:rsidRPr="0000691D">
        <w:rPr>
          <w:rFonts w:cs="B Mitra" w:hint="cs"/>
          <w:sz w:val="28"/>
          <w:szCs w:val="28"/>
          <w:rtl/>
        </w:rPr>
        <w:t>ی</w:t>
      </w:r>
      <w:r w:rsidRPr="0000691D">
        <w:rPr>
          <w:rFonts w:cs="B Mitra" w:hint="eastAsia"/>
          <w:sz w:val="28"/>
          <w:szCs w:val="28"/>
          <w:rtl/>
        </w:rPr>
        <w:t>ک</w:t>
      </w:r>
      <w:r w:rsidRPr="0000691D">
        <w:rPr>
          <w:rFonts w:cs="B Mitra" w:hint="cs"/>
          <w:sz w:val="28"/>
          <w:szCs w:val="28"/>
          <w:rtl/>
        </w:rPr>
        <w:t>ی</w:t>
      </w:r>
      <w:r w:rsidRPr="0000691D">
        <w:rPr>
          <w:rFonts w:cs="B Mitra"/>
          <w:sz w:val="28"/>
          <w:szCs w:val="28"/>
          <w:rtl/>
        </w:rPr>
        <w:t xml:space="preserve"> از آزما</w:t>
      </w:r>
      <w:r w:rsidRPr="0000691D">
        <w:rPr>
          <w:rFonts w:cs="B Mitra" w:hint="cs"/>
          <w:sz w:val="28"/>
          <w:szCs w:val="28"/>
          <w:rtl/>
        </w:rPr>
        <w:t>ی</w:t>
      </w:r>
      <w:r w:rsidRPr="0000691D">
        <w:rPr>
          <w:rFonts w:cs="B Mitra" w:hint="eastAsia"/>
          <w:sz w:val="28"/>
          <w:szCs w:val="28"/>
          <w:rtl/>
        </w:rPr>
        <w:t>ش‌کنندگان</w:t>
      </w:r>
      <w:r w:rsidRPr="0000691D">
        <w:rPr>
          <w:rFonts w:cs="B Mitra"/>
          <w:sz w:val="28"/>
          <w:szCs w:val="28"/>
          <w:rtl/>
        </w:rPr>
        <w:t xml:space="preserve"> دستگاه</w:t>
      </w:r>
      <w:r w:rsidRPr="0000691D">
        <w:rPr>
          <w:rFonts w:cs="B Mitra" w:hint="cs"/>
          <w:sz w:val="28"/>
          <w:szCs w:val="28"/>
          <w:rtl/>
        </w:rPr>
        <w:t>ی</w:t>
      </w:r>
      <w:r w:rsidRPr="0000691D">
        <w:rPr>
          <w:rFonts w:cs="B Mitra"/>
          <w:sz w:val="28"/>
          <w:szCs w:val="28"/>
          <w:rtl/>
        </w:rPr>
        <w:t xml:space="preserve"> به نام لِتس گِلاید</w:t>
      </w:r>
      <w:r w:rsidRPr="0000691D">
        <w:rPr>
          <w:rFonts w:cs="B Mitra" w:hint="cs"/>
          <w:sz w:val="28"/>
          <w:szCs w:val="28"/>
          <w:rtl/>
        </w:rPr>
        <w:t>،</w:t>
      </w:r>
      <w:r w:rsidRPr="0000691D">
        <w:rPr>
          <w:rFonts w:cs="B Mitra"/>
          <w:sz w:val="28"/>
          <w:szCs w:val="28"/>
          <w:rtl/>
        </w:rPr>
        <w:t xml:space="preserve"> بعد از استفاده از آن نوشته است.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دستگاه را م</w:t>
      </w:r>
      <w:r w:rsidRPr="0000691D">
        <w:rPr>
          <w:rFonts w:cs="B Mitra" w:hint="cs"/>
          <w:sz w:val="28"/>
          <w:szCs w:val="28"/>
          <w:rtl/>
        </w:rPr>
        <w:t>ی‌</w:t>
      </w:r>
      <w:r w:rsidRPr="0000691D">
        <w:rPr>
          <w:rFonts w:cs="B Mitra" w:hint="eastAsia"/>
          <w:sz w:val="28"/>
          <w:szCs w:val="28"/>
          <w:rtl/>
        </w:rPr>
        <w:t>شود</w:t>
      </w:r>
      <w:r w:rsidRPr="0000691D">
        <w:rPr>
          <w:rFonts w:cs="B Mitra"/>
          <w:sz w:val="28"/>
          <w:szCs w:val="28"/>
          <w:rtl/>
        </w:rPr>
        <w:t xml:space="preserve"> جا</w:t>
      </w:r>
      <w:r w:rsidRPr="0000691D">
        <w:rPr>
          <w:rFonts w:cs="B Mitra" w:hint="cs"/>
          <w:sz w:val="28"/>
          <w:szCs w:val="28"/>
          <w:rtl/>
        </w:rPr>
        <w:t>ی</w:t>
      </w:r>
      <w:r w:rsidRPr="0000691D">
        <w:rPr>
          <w:rFonts w:cs="B Mitra" w:hint="eastAsia"/>
          <w:sz w:val="28"/>
          <w:szCs w:val="28"/>
          <w:rtl/>
        </w:rPr>
        <w:t>گز</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ربات</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سگ راهنما در نظر گرفت که با کمک هوش مصنو</w:t>
      </w:r>
      <w:r w:rsidRPr="0000691D">
        <w:rPr>
          <w:rFonts w:cs="B Mitra" w:hint="eastAsia"/>
          <w:sz w:val="28"/>
          <w:szCs w:val="28"/>
          <w:rtl/>
        </w:rPr>
        <w:t>ع</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تواند</w:t>
      </w:r>
      <w:r w:rsidRPr="0000691D">
        <w:rPr>
          <w:rFonts w:cs="B Mitra"/>
          <w:sz w:val="28"/>
          <w:szCs w:val="28"/>
          <w:rtl/>
        </w:rPr>
        <w:t xml:space="preserve"> به ما در رفت‌وآمد در داخل و خارج از ساختمان کمک کند.</w:t>
      </w:r>
    </w:p>
    <w:p w:rsidR="00C01BD3" w:rsidRPr="0000691D" w:rsidRDefault="00C01BD3" w:rsidP="00C01BD3">
      <w:pPr>
        <w:bidi/>
        <w:spacing w:line="360" w:lineRule="auto"/>
        <w:jc w:val="center"/>
        <w:rPr>
          <w:rFonts w:cs="B Mitra"/>
          <w:sz w:val="28"/>
          <w:szCs w:val="28"/>
          <w:rtl/>
        </w:rPr>
      </w:pPr>
      <w:r>
        <w:rPr>
          <w:rFonts w:cs="B Mitra"/>
          <w:noProof/>
          <w:sz w:val="28"/>
          <w:szCs w:val="28"/>
          <w:rtl/>
        </w:rPr>
        <w:drawing>
          <wp:inline distT="0" distB="0" distL="0" distR="0">
            <wp:extent cx="2333625" cy="23336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دستگاه لتس گِلاید.jpg"/>
                    <pic:cNvPicPr/>
                  </pic:nvPicPr>
                  <pic:blipFill>
                    <a:blip r:embed="rId18">
                      <a:extLst>
                        <a:ext uri="{28A0092B-C50C-407E-A947-70E740481C1C}">
                          <a14:useLocalDpi xmlns:a14="http://schemas.microsoft.com/office/drawing/2010/main" val="0"/>
                        </a:ext>
                      </a:extLst>
                    </a:blip>
                    <a:stretch>
                      <a:fillRect/>
                    </a:stretch>
                  </pic:blipFill>
                  <pic:spPr>
                    <a:xfrm>
                      <a:off x="0" y="0"/>
                      <a:ext cx="2333625" cy="2333625"/>
                    </a:xfrm>
                    <a:prstGeom prst="rect">
                      <a:avLst/>
                    </a:prstGeom>
                    <a:ln>
                      <a:noFill/>
                    </a:ln>
                    <a:effectLst>
                      <a:softEdge rad="112500"/>
                    </a:effectLst>
                  </pic:spPr>
                </pic:pic>
              </a:graphicData>
            </a:graphic>
          </wp:inline>
        </w:drawing>
      </w:r>
    </w:p>
    <w:p w:rsidR="00A75B1C" w:rsidRPr="0000691D" w:rsidRDefault="00A75B1C" w:rsidP="00DE310A">
      <w:pPr>
        <w:bidi/>
        <w:spacing w:line="360" w:lineRule="auto"/>
        <w:jc w:val="both"/>
        <w:rPr>
          <w:rFonts w:cs="B Mitra"/>
          <w:sz w:val="28"/>
          <w:szCs w:val="28"/>
          <w:rtl/>
        </w:rPr>
      </w:pPr>
      <w:r w:rsidRPr="0000691D">
        <w:rPr>
          <w:rFonts w:cs="B Mitra" w:hint="cs"/>
          <w:sz w:val="28"/>
          <w:szCs w:val="28"/>
          <w:rtl/>
        </w:rPr>
        <w:t>هرچند</w:t>
      </w:r>
      <w:r w:rsidRPr="0000691D">
        <w:rPr>
          <w:rFonts w:cs="B Mitra"/>
          <w:sz w:val="28"/>
          <w:szCs w:val="28"/>
          <w:rtl/>
        </w:rPr>
        <w:t xml:space="preserve"> ق</w:t>
      </w:r>
      <w:r w:rsidRPr="0000691D">
        <w:rPr>
          <w:rFonts w:cs="B Mitra" w:hint="cs"/>
          <w:sz w:val="28"/>
          <w:szCs w:val="28"/>
          <w:rtl/>
        </w:rPr>
        <w:t>ی</w:t>
      </w:r>
      <w:r w:rsidRPr="0000691D">
        <w:rPr>
          <w:rFonts w:cs="B Mitra" w:hint="eastAsia"/>
          <w:sz w:val="28"/>
          <w:szCs w:val="28"/>
          <w:rtl/>
        </w:rPr>
        <w:t>مت</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دستگاه بالاتر از آن</w:t>
      </w:r>
      <w:r w:rsidRPr="0000691D">
        <w:rPr>
          <w:rFonts w:cs="B Mitra" w:hint="cs"/>
          <w:sz w:val="28"/>
          <w:szCs w:val="28"/>
          <w:rtl/>
        </w:rPr>
        <w:t>ی</w:t>
      </w:r>
      <w:r w:rsidRPr="0000691D">
        <w:rPr>
          <w:rFonts w:cs="B Mitra"/>
          <w:sz w:val="28"/>
          <w:szCs w:val="28"/>
          <w:rtl/>
        </w:rPr>
        <w:t xml:space="preserve"> است که هرکس</w:t>
      </w:r>
      <w:r w:rsidRPr="0000691D">
        <w:rPr>
          <w:rFonts w:cs="B Mitra" w:hint="cs"/>
          <w:sz w:val="28"/>
          <w:szCs w:val="28"/>
          <w:rtl/>
        </w:rPr>
        <w:t>ی</w:t>
      </w:r>
      <w:r w:rsidRPr="0000691D">
        <w:rPr>
          <w:rFonts w:cs="B Mitra"/>
          <w:sz w:val="28"/>
          <w:szCs w:val="28"/>
          <w:rtl/>
        </w:rPr>
        <w:t xml:space="preserve"> بتواند آن را ته</w:t>
      </w:r>
      <w:r w:rsidRPr="0000691D">
        <w:rPr>
          <w:rFonts w:cs="B Mitra" w:hint="cs"/>
          <w:sz w:val="28"/>
          <w:szCs w:val="28"/>
          <w:rtl/>
        </w:rPr>
        <w:t>ی</w:t>
      </w:r>
      <w:r w:rsidRPr="0000691D">
        <w:rPr>
          <w:rFonts w:cs="B Mitra" w:hint="eastAsia"/>
          <w:sz w:val="28"/>
          <w:szCs w:val="28"/>
          <w:rtl/>
        </w:rPr>
        <w:t>ه</w:t>
      </w:r>
      <w:r w:rsidRPr="0000691D">
        <w:rPr>
          <w:rFonts w:cs="B Mitra"/>
          <w:sz w:val="28"/>
          <w:szCs w:val="28"/>
          <w:rtl/>
        </w:rPr>
        <w:t xml:space="preserve"> کند، اما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دستگاه ام</w:t>
      </w:r>
      <w:r w:rsidRPr="0000691D">
        <w:rPr>
          <w:rFonts w:cs="B Mitra" w:hint="cs"/>
          <w:sz w:val="28"/>
          <w:szCs w:val="28"/>
          <w:rtl/>
        </w:rPr>
        <w:t>ی</w:t>
      </w:r>
      <w:r w:rsidRPr="0000691D">
        <w:rPr>
          <w:rFonts w:cs="B Mitra" w:hint="eastAsia"/>
          <w:sz w:val="28"/>
          <w:szCs w:val="28"/>
          <w:rtl/>
        </w:rPr>
        <w:t>دها</w:t>
      </w:r>
      <w:r w:rsidRPr="0000691D">
        <w:rPr>
          <w:rFonts w:cs="B Mitra" w:hint="cs"/>
          <w:sz w:val="28"/>
          <w:szCs w:val="28"/>
          <w:rtl/>
        </w:rPr>
        <w:t>یی</w:t>
      </w:r>
      <w:r w:rsidRPr="0000691D">
        <w:rPr>
          <w:rFonts w:cs="B Mitra"/>
          <w:sz w:val="28"/>
          <w:szCs w:val="28"/>
          <w:rtl/>
        </w:rPr>
        <w:t xml:space="preserve"> را برا</w:t>
      </w:r>
      <w:r w:rsidRPr="0000691D">
        <w:rPr>
          <w:rFonts w:cs="B Mitra" w:hint="cs"/>
          <w:sz w:val="28"/>
          <w:szCs w:val="28"/>
          <w:rtl/>
        </w:rPr>
        <w:t>ی</w:t>
      </w:r>
      <w:r w:rsidRPr="0000691D">
        <w:rPr>
          <w:rFonts w:cs="B Mitra"/>
          <w:sz w:val="28"/>
          <w:szCs w:val="28"/>
          <w:rtl/>
        </w:rPr>
        <w:t xml:space="preserve"> ما که به دل</w:t>
      </w:r>
      <w:r w:rsidRPr="0000691D">
        <w:rPr>
          <w:rFonts w:cs="B Mitra" w:hint="cs"/>
          <w:sz w:val="28"/>
          <w:szCs w:val="28"/>
          <w:rtl/>
        </w:rPr>
        <w:t>ی</w:t>
      </w:r>
      <w:r w:rsidRPr="0000691D">
        <w:rPr>
          <w:rFonts w:cs="B Mitra" w:hint="eastAsia"/>
          <w:sz w:val="28"/>
          <w:szCs w:val="28"/>
          <w:rtl/>
        </w:rPr>
        <w:t>ل</w:t>
      </w:r>
      <w:r w:rsidRPr="0000691D">
        <w:rPr>
          <w:rFonts w:cs="B Mitra"/>
          <w:sz w:val="28"/>
          <w:szCs w:val="28"/>
          <w:rtl/>
        </w:rPr>
        <w:t xml:space="preserve"> حساس</w:t>
      </w:r>
      <w:r w:rsidRPr="0000691D">
        <w:rPr>
          <w:rFonts w:cs="B Mitra" w:hint="cs"/>
          <w:sz w:val="28"/>
          <w:szCs w:val="28"/>
          <w:rtl/>
        </w:rPr>
        <w:t>ی</w:t>
      </w:r>
      <w:r w:rsidRPr="0000691D">
        <w:rPr>
          <w:rFonts w:cs="B Mitra" w:hint="eastAsia"/>
          <w:sz w:val="28"/>
          <w:szCs w:val="28"/>
          <w:rtl/>
        </w:rPr>
        <w:t>ت‌ها</w:t>
      </w:r>
      <w:r w:rsidRPr="0000691D">
        <w:rPr>
          <w:rFonts w:cs="B Mitra" w:hint="cs"/>
          <w:sz w:val="28"/>
          <w:szCs w:val="28"/>
          <w:rtl/>
        </w:rPr>
        <w:t>ی</w:t>
      </w:r>
      <w:r w:rsidRPr="0000691D">
        <w:rPr>
          <w:rFonts w:cs="B Mitra"/>
          <w:sz w:val="28"/>
          <w:szCs w:val="28"/>
          <w:rtl/>
        </w:rPr>
        <w:t xml:space="preserve"> مذهب</w:t>
      </w:r>
      <w:r w:rsidRPr="0000691D">
        <w:rPr>
          <w:rFonts w:cs="B Mitra" w:hint="cs"/>
          <w:sz w:val="28"/>
          <w:szCs w:val="28"/>
          <w:rtl/>
        </w:rPr>
        <w:t>ی</w:t>
      </w:r>
      <w:r w:rsidRPr="0000691D">
        <w:rPr>
          <w:rFonts w:cs="B Mitra"/>
          <w:sz w:val="28"/>
          <w:szCs w:val="28"/>
          <w:rtl/>
        </w:rPr>
        <w:t xml:space="preserve"> جامعه‌مان</w:t>
      </w:r>
      <w:r w:rsidRPr="0000691D">
        <w:rPr>
          <w:rFonts w:cs="B Mitra" w:hint="cs"/>
          <w:sz w:val="28"/>
          <w:szCs w:val="28"/>
          <w:rtl/>
        </w:rPr>
        <w:t>،</w:t>
      </w:r>
      <w:r w:rsidRPr="0000691D">
        <w:rPr>
          <w:rFonts w:cs="B Mitra"/>
          <w:sz w:val="28"/>
          <w:szCs w:val="28"/>
          <w:rtl/>
        </w:rPr>
        <w:t xml:space="preserve"> قادر به در</w:t>
      </w:r>
      <w:r w:rsidRPr="0000691D">
        <w:rPr>
          <w:rFonts w:cs="B Mitra" w:hint="cs"/>
          <w:sz w:val="28"/>
          <w:szCs w:val="28"/>
          <w:rtl/>
        </w:rPr>
        <w:t>ی</w:t>
      </w:r>
      <w:r w:rsidRPr="0000691D">
        <w:rPr>
          <w:rFonts w:cs="B Mitra" w:hint="eastAsia"/>
          <w:sz w:val="28"/>
          <w:szCs w:val="28"/>
          <w:rtl/>
        </w:rPr>
        <w:t>افت</w:t>
      </w:r>
      <w:r w:rsidRPr="0000691D">
        <w:rPr>
          <w:rFonts w:cs="B Mitra"/>
          <w:sz w:val="28"/>
          <w:szCs w:val="28"/>
          <w:rtl/>
        </w:rPr>
        <w:t xml:space="preserve"> کمک از بهتر</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دوست انسان برا</w:t>
      </w:r>
      <w:r w:rsidRPr="0000691D">
        <w:rPr>
          <w:rFonts w:cs="B Mitra" w:hint="cs"/>
          <w:sz w:val="28"/>
          <w:szCs w:val="28"/>
          <w:rtl/>
        </w:rPr>
        <w:t>ی</w:t>
      </w:r>
      <w:r w:rsidRPr="0000691D">
        <w:rPr>
          <w:rFonts w:cs="B Mitra"/>
          <w:sz w:val="28"/>
          <w:szCs w:val="28"/>
          <w:rtl/>
        </w:rPr>
        <w:t xml:space="preserve"> حرکت مستقل ن</w:t>
      </w:r>
      <w:r w:rsidRPr="0000691D">
        <w:rPr>
          <w:rFonts w:cs="B Mitra" w:hint="cs"/>
          <w:sz w:val="28"/>
          <w:szCs w:val="28"/>
          <w:rtl/>
        </w:rPr>
        <w:t>ی</w:t>
      </w:r>
      <w:r w:rsidRPr="0000691D">
        <w:rPr>
          <w:rFonts w:cs="B Mitra" w:hint="eastAsia"/>
          <w:sz w:val="28"/>
          <w:szCs w:val="28"/>
          <w:rtl/>
        </w:rPr>
        <w:t>ست</w:t>
      </w:r>
      <w:r w:rsidRPr="0000691D">
        <w:rPr>
          <w:rFonts w:cs="B Mitra" w:hint="cs"/>
          <w:sz w:val="28"/>
          <w:szCs w:val="28"/>
          <w:rtl/>
        </w:rPr>
        <w:t>ی</w:t>
      </w:r>
      <w:r w:rsidRPr="0000691D">
        <w:rPr>
          <w:rFonts w:cs="B Mitra" w:hint="eastAsia"/>
          <w:sz w:val="28"/>
          <w:szCs w:val="28"/>
          <w:rtl/>
        </w:rPr>
        <w:t>م</w:t>
      </w:r>
      <w:r w:rsidRPr="0000691D">
        <w:rPr>
          <w:rFonts w:cs="B Mitra" w:hint="cs"/>
          <w:sz w:val="28"/>
          <w:szCs w:val="28"/>
          <w:rtl/>
        </w:rPr>
        <w:t>،</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جاد</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کند</w:t>
      </w:r>
      <w:r w:rsidRPr="0000691D">
        <w:rPr>
          <w:rFonts w:cs="B Mitra"/>
          <w:sz w:val="28"/>
          <w:szCs w:val="28"/>
          <w:rtl/>
        </w:rPr>
        <w:t>.</w:t>
      </w:r>
    </w:p>
    <w:p w:rsidR="00A75B1C" w:rsidRPr="0000691D" w:rsidRDefault="00A75B1C" w:rsidP="00DE310A">
      <w:pPr>
        <w:bidi/>
        <w:spacing w:line="360" w:lineRule="auto"/>
        <w:jc w:val="both"/>
        <w:rPr>
          <w:rFonts w:cs="B Mitra"/>
          <w:sz w:val="28"/>
          <w:szCs w:val="28"/>
          <w:rtl/>
        </w:rPr>
      </w:pPr>
      <w:r w:rsidRPr="0000691D">
        <w:rPr>
          <w:rFonts w:cs="B Mitra" w:hint="cs"/>
          <w:sz w:val="28"/>
          <w:szCs w:val="28"/>
          <w:rtl/>
        </w:rPr>
        <w:t>نسخه</w:t>
      </w:r>
      <w:r w:rsidRPr="0000691D">
        <w:rPr>
          <w:rFonts w:cs="B Mitra"/>
          <w:sz w:val="28"/>
          <w:szCs w:val="28"/>
          <w:rtl/>
        </w:rPr>
        <w:t xml:space="preserve"> اصل</w:t>
      </w:r>
      <w:r w:rsidRPr="0000691D">
        <w:rPr>
          <w:rFonts w:cs="B Mitra" w:hint="cs"/>
          <w:sz w:val="28"/>
          <w:szCs w:val="28"/>
          <w:rtl/>
        </w:rPr>
        <w:t>ی</w:t>
      </w:r>
      <w:r w:rsidRPr="0000691D">
        <w:rPr>
          <w:rFonts w:cs="B Mitra"/>
          <w:sz w:val="28"/>
          <w:szCs w:val="28"/>
          <w:rtl/>
        </w:rPr>
        <w:t xml:space="preserve"> مقاله بس</w:t>
      </w:r>
      <w:r w:rsidRPr="0000691D">
        <w:rPr>
          <w:rFonts w:cs="B Mitra" w:hint="cs"/>
          <w:sz w:val="28"/>
          <w:szCs w:val="28"/>
          <w:rtl/>
        </w:rPr>
        <w:t>ی</w:t>
      </w:r>
      <w:r w:rsidRPr="0000691D">
        <w:rPr>
          <w:rFonts w:cs="B Mitra" w:hint="eastAsia"/>
          <w:sz w:val="28"/>
          <w:szCs w:val="28"/>
          <w:rtl/>
        </w:rPr>
        <w:t>ار</w:t>
      </w:r>
      <w:r w:rsidRPr="0000691D">
        <w:rPr>
          <w:rFonts w:cs="B Mitra"/>
          <w:sz w:val="28"/>
          <w:szCs w:val="28"/>
          <w:rtl/>
        </w:rPr>
        <w:t xml:space="preserve"> طولان</w:t>
      </w:r>
      <w:r w:rsidRPr="0000691D">
        <w:rPr>
          <w:rFonts w:cs="B Mitra" w:hint="cs"/>
          <w:sz w:val="28"/>
          <w:szCs w:val="28"/>
          <w:rtl/>
        </w:rPr>
        <w:t>ی</w:t>
      </w:r>
      <w:r w:rsidRPr="0000691D">
        <w:rPr>
          <w:rFonts w:cs="B Mitra"/>
          <w:sz w:val="28"/>
          <w:szCs w:val="28"/>
          <w:rtl/>
        </w:rPr>
        <w:t xml:space="preserve"> است و به دل</w:t>
      </w:r>
      <w:r w:rsidRPr="0000691D">
        <w:rPr>
          <w:rFonts w:cs="B Mitra" w:hint="cs"/>
          <w:sz w:val="28"/>
          <w:szCs w:val="28"/>
          <w:rtl/>
        </w:rPr>
        <w:t>ی</w:t>
      </w:r>
      <w:r w:rsidRPr="0000691D">
        <w:rPr>
          <w:rFonts w:cs="B Mitra" w:hint="eastAsia"/>
          <w:sz w:val="28"/>
          <w:szCs w:val="28"/>
          <w:rtl/>
        </w:rPr>
        <w:t>ل</w:t>
      </w:r>
      <w:r w:rsidRPr="0000691D">
        <w:rPr>
          <w:rFonts w:cs="B Mitra"/>
          <w:sz w:val="28"/>
          <w:szCs w:val="28"/>
          <w:rtl/>
        </w:rPr>
        <w:t xml:space="preserve"> کمبود فضا</w:t>
      </w:r>
      <w:r w:rsidRPr="0000691D">
        <w:rPr>
          <w:rFonts w:cs="B Mitra" w:hint="cs"/>
          <w:sz w:val="28"/>
          <w:szCs w:val="28"/>
          <w:rtl/>
        </w:rPr>
        <w:t>،</w:t>
      </w:r>
      <w:r w:rsidRPr="0000691D">
        <w:rPr>
          <w:rFonts w:cs="B Mitra"/>
          <w:sz w:val="28"/>
          <w:szCs w:val="28"/>
          <w:rtl/>
        </w:rPr>
        <w:t xml:space="preserve"> صرفاً گلچ</w:t>
      </w:r>
      <w:r w:rsidRPr="0000691D">
        <w:rPr>
          <w:rFonts w:cs="B Mitra" w:hint="cs"/>
          <w:sz w:val="28"/>
          <w:szCs w:val="28"/>
          <w:rtl/>
        </w:rPr>
        <w:t>ی</w:t>
      </w:r>
      <w:r w:rsidRPr="0000691D">
        <w:rPr>
          <w:rFonts w:cs="B Mitra" w:hint="eastAsia"/>
          <w:sz w:val="28"/>
          <w:szCs w:val="28"/>
          <w:rtl/>
        </w:rPr>
        <w:t>ن</w:t>
      </w:r>
      <w:r w:rsidRPr="0000691D">
        <w:rPr>
          <w:rFonts w:cs="B Mitra" w:hint="cs"/>
          <w:sz w:val="28"/>
          <w:szCs w:val="28"/>
          <w:rtl/>
        </w:rPr>
        <w:t>ی</w:t>
      </w:r>
      <w:r w:rsidRPr="0000691D">
        <w:rPr>
          <w:rFonts w:cs="B Mitra"/>
          <w:sz w:val="28"/>
          <w:szCs w:val="28"/>
          <w:rtl/>
        </w:rPr>
        <w:t xml:space="preserve"> از مهم‌تر</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بخش‌ها</w:t>
      </w:r>
      <w:r w:rsidRPr="0000691D">
        <w:rPr>
          <w:rFonts w:cs="B Mitra" w:hint="cs"/>
          <w:sz w:val="28"/>
          <w:szCs w:val="28"/>
          <w:rtl/>
        </w:rPr>
        <w:t>ی</w:t>
      </w:r>
      <w:r w:rsidRPr="0000691D">
        <w:rPr>
          <w:rFonts w:cs="B Mitra"/>
          <w:sz w:val="28"/>
          <w:szCs w:val="28"/>
          <w:rtl/>
        </w:rPr>
        <w:t xml:space="preserve"> آن در ز</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آورده شده است.</w:t>
      </w:r>
    </w:p>
    <w:p w:rsidR="00A75B1C" w:rsidRPr="00343601" w:rsidRDefault="00A75B1C" w:rsidP="00343601">
      <w:pPr>
        <w:pStyle w:val="Heading3"/>
        <w:bidi/>
        <w:rPr>
          <w:rFonts w:cs="B Mitra"/>
          <w:color w:val="70AD47" w:themeColor="accent6"/>
          <w:sz w:val="28"/>
          <w:szCs w:val="28"/>
          <w:rtl/>
        </w:rPr>
      </w:pPr>
      <w:bookmarkStart w:id="37" w:name="_Toc243400544"/>
      <w:r w:rsidRPr="00343601">
        <w:rPr>
          <w:rFonts w:cs="B Mitra" w:hint="cs"/>
          <w:color w:val="70AD47" w:themeColor="accent6"/>
          <w:sz w:val="28"/>
          <w:szCs w:val="28"/>
          <w:rtl/>
        </w:rPr>
        <w:t>مقدمه</w:t>
      </w:r>
      <w:bookmarkEnd w:id="37"/>
    </w:p>
    <w:p w:rsidR="00A75B1C" w:rsidRPr="0000691D" w:rsidRDefault="00A75B1C" w:rsidP="00DE310A">
      <w:pPr>
        <w:bidi/>
        <w:spacing w:line="360" w:lineRule="auto"/>
        <w:jc w:val="both"/>
        <w:rPr>
          <w:rFonts w:cs="B Mitra"/>
          <w:sz w:val="28"/>
          <w:szCs w:val="28"/>
          <w:rtl/>
        </w:rPr>
      </w:pPr>
      <w:r w:rsidRPr="0000691D">
        <w:rPr>
          <w:rFonts w:cs="B Mitra" w:hint="cs"/>
          <w:sz w:val="28"/>
          <w:szCs w:val="28"/>
          <w:rtl/>
        </w:rPr>
        <w:t>لِتس</w:t>
      </w:r>
      <w:r w:rsidRPr="0000691D">
        <w:rPr>
          <w:rFonts w:cs="B Mitra"/>
          <w:sz w:val="28"/>
          <w:szCs w:val="28"/>
          <w:rtl/>
        </w:rPr>
        <w:t xml:space="preserve"> گِلاید</w:t>
      </w:r>
      <w:r w:rsidRPr="0000691D">
        <w:rPr>
          <w:rFonts w:cs="B Mitra" w:hint="cs"/>
          <w:sz w:val="28"/>
          <w:szCs w:val="28"/>
          <w:rtl/>
        </w:rPr>
        <w:t>،</w:t>
      </w:r>
      <w:r w:rsidRPr="0000691D">
        <w:rPr>
          <w:rFonts w:cs="B Mitra"/>
          <w:sz w:val="28"/>
          <w:szCs w:val="28"/>
          <w:rtl/>
        </w:rPr>
        <w:t xml:space="preserve"> به‌عنوان نخست</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ابزار کمک حرکت</w:t>
      </w:r>
      <w:r w:rsidRPr="0000691D">
        <w:rPr>
          <w:rFonts w:cs="B Mitra" w:hint="cs"/>
          <w:sz w:val="28"/>
          <w:szCs w:val="28"/>
          <w:rtl/>
        </w:rPr>
        <w:t>ی</w:t>
      </w:r>
      <w:r w:rsidRPr="0000691D">
        <w:rPr>
          <w:rFonts w:cs="B Mitra"/>
          <w:sz w:val="28"/>
          <w:szCs w:val="28"/>
          <w:rtl/>
        </w:rPr>
        <w:t xml:space="preserve"> خود</w:t>
      </w:r>
      <w:r w:rsidRPr="0000691D">
        <w:rPr>
          <w:rFonts w:cs="B Mitra" w:hint="cs"/>
          <w:sz w:val="28"/>
          <w:szCs w:val="28"/>
          <w:rtl/>
        </w:rPr>
        <w:t xml:space="preserve"> </w:t>
      </w:r>
      <w:r w:rsidRPr="0000691D">
        <w:rPr>
          <w:rFonts w:cs="B Mitra"/>
          <w:sz w:val="28"/>
          <w:szCs w:val="28"/>
          <w:rtl/>
        </w:rPr>
        <w:t>هدا</w:t>
      </w:r>
      <w:r w:rsidRPr="0000691D">
        <w:rPr>
          <w:rFonts w:cs="B Mitra" w:hint="cs"/>
          <w:sz w:val="28"/>
          <w:szCs w:val="28"/>
          <w:rtl/>
        </w:rPr>
        <w:t>ی</w:t>
      </w:r>
      <w:r w:rsidRPr="0000691D">
        <w:rPr>
          <w:rFonts w:cs="B Mitra" w:hint="eastAsia"/>
          <w:sz w:val="28"/>
          <w:szCs w:val="28"/>
          <w:rtl/>
        </w:rPr>
        <w:t>تگر</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افراد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و کم‌ب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معرف</w:t>
      </w:r>
      <w:r w:rsidRPr="0000691D">
        <w:rPr>
          <w:rFonts w:cs="B Mitra" w:hint="cs"/>
          <w:sz w:val="28"/>
          <w:szCs w:val="28"/>
          <w:rtl/>
        </w:rPr>
        <w:t>ی</w:t>
      </w:r>
      <w:r w:rsidRPr="0000691D">
        <w:rPr>
          <w:rFonts w:cs="B Mitra"/>
          <w:sz w:val="28"/>
          <w:szCs w:val="28"/>
          <w:rtl/>
        </w:rPr>
        <w:t xml:space="preserve"> شده است</w:t>
      </w:r>
      <w:r w:rsidRPr="0000691D">
        <w:rPr>
          <w:rFonts w:cs="B Mitra" w:hint="cs"/>
          <w:sz w:val="28"/>
          <w:szCs w:val="28"/>
          <w:rtl/>
        </w:rPr>
        <w:t>؛</w:t>
      </w:r>
      <w:r w:rsidRPr="0000691D">
        <w:rPr>
          <w:rFonts w:cs="B Mitra"/>
          <w:sz w:val="28"/>
          <w:szCs w:val="28"/>
          <w:rtl/>
        </w:rPr>
        <w:t xml:space="preserve"> ابزار</w:t>
      </w:r>
      <w:r w:rsidRPr="0000691D">
        <w:rPr>
          <w:rFonts w:cs="B Mitra" w:hint="cs"/>
          <w:sz w:val="28"/>
          <w:szCs w:val="28"/>
          <w:rtl/>
        </w:rPr>
        <w:t>ی</w:t>
      </w:r>
      <w:r w:rsidRPr="0000691D">
        <w:rPr>
          <w:rFonts w:cs="B Mitra"/>
          <w:sz w:val="28"/>
          <w:szCs w:val="28"/>
          <w:rtl/>
        </w:rPr>
        <w:t xml:space="preserve"> که جا</w:t>
      </w:r>
      <w:r w:rsidRPr="0000691D">
        <w:rPr>
          <w:rFonts w:cs="B Mitra" w:hint="cs"/>
          <w:sz w:val="28"/>
          <w:szCs w:val="28"/>
          <w:rtl/>
        </w:rPr>
        <w:t>ی</w:t>
      </w:r>
      <w:r w:rsidRPr="0000691D">
        <w:rPr>
          <w:rFonts w:cs="B Mitra" w:hint="eastAsia"/>
          <w:sz w:val="28"/>
          <w:szCs w:val="28"/>
          <w:rtl/>
        </w:rPr>
        <w:t>گز</w:t>
      </w:r>
      <w:r w:rsidRPr="0000691D">
        <w:rPr>
          <w:rFonts w:cs="B Mitra" w:hint="cs"/>
          <w:sz w:val="28"/>
          <w:szCs w:val="28"/>
          <w:rtl/>
        </w:rPr>
        <w:t>ی</w:t>
      </w:r>
      <w:r w:rsidRPr="0000691D">
        <w:rPr>
          <w:rFonts w:cs="B Mitra" w:hint="eastAsia"/>
          <w:sz w:val="28"/>
          <w:szCs w:val="28"/>
          <w:rtl/>
        </w:rPr>
        <w:t>ن</w:t>
      </w:r>
      <w:r w:rsidRPr="0000691D">
        <w:rPr>
          <w:rFonts w:cs="B Mitra" w:hint="cs"/>
          <w:sz w:val="28"/>
          <w:szCs w:val="28"/>
          <w:rtl/>
        </w:rPr>
        <w:t>ی</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عصا</w:t>
      </w:r>
      <w:r w:rsidRPr="0000691D">
        <w:rPr>
          <w:rFonts w:cs="B Mitra" w:hint="cs"/>
          <w:sz w:val="28"/>
          <w:szCs w:val="28"/>
          <w:rtl/>
        </w:rPr>
        <w:t>ی</w:t>
      </w:r>
      <w:r w:rsidRPr="0000691D">
        <w:rPr>
          <w:rFonts w:cs="B Mitra"/>
          <w:sz w:val="28"/>
          <w:szCs w:val="28"/>
          <w:rtl/>
        </w:rPr>
        <w:t xml:space="preserve"> سف</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سگ راهنما محسوب م</w:t>
      </w:r>
      <w:r w:rsidRPr="0000691D">
        <w:rPr>
          <w:rFonts w:cs="B Mitra" w:hint="cs"/>
          <w:sz w:val="28"/>
          <w:szCs w:val="28"/>
          <w:rtl/>
        </w:rPr>
        <w:t>ی‌</w:t>
      </w:r>
      <w:r w:rsidRPr="0000691D">
        <w:rPr>
          <w:rFonts w:cs="B Mitra" w:hint="eastAsia"/>
          <w:sz w:val="28"/>
          <w:szCs w:val="28"/>
          <w:rtl/>
        </w:rPr>
        <w:t>شود</w:t>
      </w:r>
      <w:r w:rsidRPr="0000691D">
        <w:rPr>
          <w:rFonts w:cs="B Mitra"/>
          <w:sz w:val="28"/>
          <w:szCs w:val="28"/>
          <w:rtl/>
        </w:rPr>
        <w:t>. گِلاید رو</w:t>
      </w:r>
      <w:r w:rsidRPr="0000691D">
        <w:rPr>
          <w:rFonts w:cs="B Mitra" w:hint="cs"/>
          <w:sz w:val="28"/>
          <w:szCs w:val="28"/>
          <w:rtl/>
        </w:rPr>
        <w:t>ی</w:t>
      </w:r>
      <w:r w:rsidRPr="0000691D">
        <w:rPr>
          <w:rFonts w:cs="B Mitra"/>
          <w:sz w:val="28"/>
          <w:szCs w:val="28"/>
          <w:rtl/>
        </w:rPr>
        <w:t xml:space="preserve"> دو چرخ در مقابل شما حرکت م</w:t>
      </w:r>
      <w:r w:rsidRPr="0000691D">
        <w:rPr>
          <w:rFonts w:cs="B Mitra" w:hint="cs"/>
          <w:sz w:val="28"/>
          <w:szCs w:val="28"/>
          <w:rtl/>
        </w:rPr>
        <w:t>ی‌</w:t>
      </w:r>
      <w:r w:rsidRPr="0000691D">
        <w:rPr>
          <w:rFonts w:cs="B Mitra" w:hint="eastAsia"/>
          <w:sz w:val="28"/>
          <w:szCs w:val="28"/>
          <w:rtl/>
        </w:rPr>
        <w:t>کند؛</w:t>
      </w:r>
      <w:r w:rsidRPr="0000691D">
        <w:rPr>
          <w:rFonts w:cs="B Mitra"/>
          <w:sz w:val="28"/>
          <w:szCs w:val="28"/>
          <w:rtl/>
        </w:rPr>
        <w:t xml:space="preserve"> با استفاده از دورب</w:t>
      </w:r>
      <w:r w:rsidRPr="0000691D">
        <w:rPr>
          <w:rFonts w:cs="B Mitra" w:hint="cs"/>
          <w:sz w:val="28"/>
          <w:szCs w:val="28"/>
          <w:rtl/>
        </w:rPr>
        <w:t>ی</w:t>
      </w:r>
      <w:r w:rsidRPr="0000691D">
        <w:rPr>
          <w:rFonts w:cs="B Mitra" w:hint="eastAsia"/>
          <w:sz w:val="28"/>
          <w:szCs w:val="28"/>
          <w:rtl/>
        </w:rPr>
        <w:t>ن‌ها</w:t>
      </w:r>
      <w:r w:rsidRPr="0000691D">
        <w:rPr>
          <w:rFonts w:cs="B Mitra" w:hint="cs"/>
          <w:sz w:val="28"/>
          <w:szCs w:val="28"/>
          <w:rtl/>
        </w:rPr>
        <w:t>ی</w:t>
      </w:r>
      <w:r w:rsidRPr="0000691D">
        <w:rPr>
          <w:rFonts w:cs="B Mitra" w:hint="eastAsia"/>
          <w:sz w:val="28"/>
          <w:szCs w:val="28"/>
          <w:rtl/>
        </w:rPr>
        <w:t>ش</w:t>
      </w:r>
      <w:r w:rsidRPr="0000691D">
        <w:rPr>
          <w:rFonts w:cs="B Mitra"/>
          <w:sz w:val="28"/>
          <w:szCs w:val="28"/>
          <w:rtl/>
        </w:rPr>
        <w:t xml:space="preserve"> مح</w:t>
      </w:r>
      <w:r w:rsidRPr="0000691D">
        <w:rPr>
          <w:rFonts w:cs="B Mitra" w:hint="cs"/>
          <w:sz w:val="28"/>
          <w:szCs w:val="28"/>
          <w:rtl/>
        </w:rPr>
        <w:t>ی</w:t>
      </w:r>
      <w:r w:rsidRPr="0000691D">
        <w:rPr>
          <w:rFonts w:cs="B Mitra" w:hint="eastAsia"/>
          <w:sz w:val="28"/>
          <w:szCs w:val="28"/>
          <w:rtl/>
        </w:rPr>
        <w:t>ط</w:t>
      </w:r>
      <w:r w:rsidRPr="0000691D">
        <w:rPr>
          <w:rFonts w:cs="B Mitra"/>
          <w:sz w:val="28"/>
          <w:szCs w:val="28"/>
          <w:rtl/>
        </w:rPr>
        <w:t xml:space="preserve"> اطراف را م</w:t>
      </w:r>
      <w:r w:rsidRPr="0000691D">
        <w:rPr>
          <w:rFonts w:cs="B Mitra" w:hint="cs"/>
          <w:sz w:val="28"/>
          <w:szCs w:val="28"/>
          <w:rtl/>
        </w:rPr>
        <w:t>ی‌</w:t>
      </w:r>
      <w:r w:rsidRPr="0000691D">
        <w:rPr>
          <w:rFonts w:cs="B Mitra" w:hint="eastAsia"/>
          <w:sz w:val="28"/>
          <w:szCs w:val="28"/>
          <w:rtl/>
        </w:rPr>
        <w:t>ب</w:t>
      </w:r>
      <w:r w:rsidRPr="0000691D">
        <w:rPr>
          <w:rFonts w:cs="B Mitra" w:hint="cs"/>
          <w:sz w:val="28"/>
          <w:szCs w:val="28"/>
          <w:rtl/>
        </w:rPr>
        <w:t>ی</w:t>
      </w:r>
      <w:r w:rsidRPr="0000691D">
        <w:rPr>
          <w:rFonts w:cs="B Mitra" w:hint="eastAsia"/>
          <w:sz w:val="28"/>
          <w:szCs w:val="28"/>
          <w:rtl/>
        </w:rPr>
        <w:t>ند</w:t>
      </w:r>
      <w:r w:rsidRPr="0000691D">
        <w:rPr>
          <w:rFonts w:cs="B Mitra"/>
          <w:sz w:val="28"/>
          <w:szCs w:val="28"/>
          <w:rtl/>
        </w:rPr>
        <w:t xml:space="preserve"> و شما </w:t>
      </w:r>
      <w:r w:rsidRPr="0000691D">
        <w:rPr>
          <w:rFonts w:cs="B Mitra" w:hint="eastAsia"/>
          <w:sz w:val="28"/>
          <w:szCs w:val="28"/>
          <w:rtl/>
        </w:rPr>
        <w:t>را</w:t>
      </w:r>
      <w:r w:rsidRPr="0000691D">
        <w:rPr>
          <w:rFonts w:cs="B Mitra"/>
          <w:sz w:val="28"/>
          <w:szCs w:val="28"/>
          <w:rtl/>
        </w:rPr>
        <w:t xml:space="preserve"> از م</w:t>
      </w:r>
      <w:r w:rsidRPr="0000691D">
        <w:rPr>
          <w:rFonts w:cs="B Mitra" w:hint="cs"/>
          <w:sz w:val="28"/>
          <w:szCs w:val="28"/>
          <w:rtl/>
        </w:rPr>
        <w:t>ی</w:t>
      </w:r>
      <w:r w:rsidRPr="0000691D">
        <w:rPr>
          <w:rFonts w:cs="B Mitra" w:hint="eastAsia"/>
          <w:sz w:val="28"/>
          <w:szCs w:val="28"/>
          <w:rtl/>
        </w:rPr>
        <w:t>ان</w:t>
      </w:r>
      <w:r w:rsidRPr="0000691D">
        <w:rPr>
          <w:rFonts w:cs="B Mitra"/>
          <w:sz w:val="28"/>
          <w:szCs w:val="28"/>
          <w:rtl/>
        </w:rPr>
        <w:t xml:space="preserve"> موانع موجود در مس</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عبور م</w:t>
      </w:r>
      <w:r w:rsidRPr="0000691D">
        <w:rPr>
          <w:rFonts w:cs="B Mitra" w:hint="cs"/>
          <w:sz w:val="28"/>
          <w:szCs w:val="28"/>
          <w:rtl/>
        </w:rPr>
        <w:t>ی‌</w:t>
      </w:r>
      <w:r w:rsidRPr="0000691D">
        <w:rPr>
          <w:rFonts w:cs="B Mitra" w:hint="eastAsia"/>
          <w:sz w:val="28"/>
          <w:szCs w:val="28"/>
          <w:rtl/>
        </w:rPr>
        <w:t>دهد</w:t>
      </w:r>
      <w:r w:rsidRPr="0000691D">
        <w:rPr>
          <w:rFonts w:cs="B Mitra"/>
          <w:sz w:val="28"/>
          <w:szCs w:val="28"/>
          <w:rtl/>
        </w:rPr>
        <w:t>.</w:t>
      </w:r>
      <w:r w:rsidRPr="0000691D">
        <w:rPr>
          <w:rFonts w:cs="B Mitra" w:hint="cs"/>
          <w:sz w:val="28"/>
          <w:szCs w:val="28"/>
          <w:rtl/>
        </w:rPr>
        <w:t xml:space="preserve"> شما</w:t>
      </w:r>
      <w:r w:rsidRPr="0000691D">
        <w:rPr>
          <w:rFonts w:cs="B Mitra"/>
          <w:sz w:val="28"/>
          <w:szCs w:val="28"/>
          <w:rtl/>
        </w:rPr>
        <w:t xml:space="preserve"> سرعت حرکت را تع</w:t>
      </w:r>
      <w:r w:rsidRPr="0000691D">
        <w:rPr>
          <w:rFonts w:cs="B Mitra" w:hint="cs"/>
          <w:sz w:val="28"/>
          <w:szCs w:val="28"/>
          <w:rtl/>
        </w:rPr>
        <w:t>یی</w:t>
      </w:r>
      <w:r w:rsidRPr="0000691D">
        <w:rPr>
          <w:rFonts w:cs="B Mitra" w:hint="eastAsia"/>
          <w:sz w:val="28"/>
          <w:szCs w:val="28"/>
          <w:rtl/>
        </w:rPr>
        <w:t>ن</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کن</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و گِلاید</w:t>
      </w:r>
      <w:r w:rsidRPr="0000691D">
        <w:rPr>
          <w:rFonts w:cs="B Mitra" w:hint="cs"/>
          <w:sz w:val="28"/>
          <w:szCs w:val="28"/>
          <w:rtl/>
        </w:rPr>
        <w:t>،</w:t>
      </w:r>
      <w:r w:rsidRPr="0000691D">
        <w:rPr>
          <w:rFonts w:cs="B Mitra"/>
          <w:sz w:val="28"/>
          <w:szCs w:val="28"/>
          <w:rtl/>
        </w:rPr>
        <w:t xml:space="preserve"> هدا</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مس</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را بر عهده م</w:t>
      </w:r>
      <w:r w:rsidRPr="0000691D">
        <w:rPr>
          <w:rFonts w:cs="B Mitra" w:hint="cs"/>
          <w:sz w:val="28"/>
          <w:szCs w:val="28"/>
          <w:rtl/>
        </w:rPr>
        <w:t>ی‌</w:t>
      </w:r>
      <w:r w:rsidRPr="0000691D">
        <w:rPr>
          <w:rFonts w:cs="B Mitra" w:hint="eastAsia"/>
          <w:sz w:val="28"/>
          <w:szCs w:val="28"/>
          <w:rtl/>
        </w:rPr>
        <w:t>گ</w:t>
      </w:r>
      <w:r w:rsidRPr="0000691D">
        <w:rPr>
          <w:rFonts w:cs="B Mitra" w:hint="cs"/>
          <w:sz w:val="28"/>
          <w:szCs w:val="28"/>
          <w:rtl/>
        </w:rPr>
        <w:t>ی</w:t>
      </w:r>
      <w:r w:rsidRPr="0000691D">
        <w:rPr>
          <w:rFonts w:cs="B Mitra" w:hint="eastAsia"/>
          <w:sz w:val="28"/>
          <w:szCs w:val="28"/>
          <w:rtl/>
        </w:rPr>
        <w:t>رد</w:t>
      </w:r>
      <w:r w:rsidRPr="0000691D">
        <w:rPr>
          <w:rFonts w:cs="B Mitra"/>
          <w:sz w:val="28"/>
          <w:szCs w:val="28"/>
          <w:rtl/>
        </w:rPr>
        <w:t>. حرکت روبه‌جلو</w:t>
      </w:r>
      <w:r w:rsidRPr="0000691D">
        <w:rPr>
          <w:rFonts w:cs="B Mitra" w:hint="cs"/>
          <w:sz w:val="28"/>
          <w:szCs w:val="28"/>
          <w:rtl/>
        </w:rPr>
        <w:t>ی</w:t>
      </w:r>
      <w:r w:rsidRPr="0000691D">
        <w:rPr>
          <w:rFonts w:cs="B Mitra"/>
          <w:sz w:val="28"/>
          <w:szCs w:val="28"/>
          <w:rtl/>
        </w:rPr>
        <w:t xml:space="preserve"> شما باعث حرکت دستگاه م</w:t>
      </w:r>
      <w:r w:rsidRPr="0000691D">
        <w:rPr>
          <w:rFonts w:cs="B Mitra" w:hint="cs"/>
          <w:sz w:val="28"/>
          <w:szCs w:val="28"/>
          <w:rtl/>
        </w:rPr>
        <w:t>ی‌</w:t>
      </w:r>
      <w:r w:rsidRPr="0000691D">
        <w:rPr>
          <w:rFonts w:cs="B Mitra" w:hint="eastAsia"/>
          <w:sz w:val="28"/>
          <w:szCs w:val="28"/>
          <w:rtl/>
        </w:rPr>
        <w:t>شود</w:t>
      </w:r>
      <w:r w:rsidRPr="0000691D">
        <w:rPr>
          <w:rFonts w:cs="B Mitra" w:hint="cs"/>
          <w:sz w:val="28"/>
          <w:szCs w:val="28"/>
          <w:rtl/>
        </w:rPr>
        <w:t>؛</w:t>
      </w:r>
      <w:r w:rsidRPr="0000691D">
        <w:rPr>
          <w:rFonts w:cs="B Mitra"/>
          <w:sz w:val="28"/>
          <w:szCs w:val="28"/>
          <w:rtl/>
        </w:rPr>
        <w:t xml:space="preserve"> اما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دستگاه است </w:t>
      </w:r>
      <w:r w:rsidRPr="0000691D">
        <w:rPr>
          <w:rFonts w:cs="B Mitra"/>
          <w:sz w:val="28"/>
          <w:szCs w:val="28"/>
          <w:rtl/>
        </w:rPr>
        <w:lastRenderedPageBreak/>
        <w:t>که جهت حرکت را تع</w:t>
      </w:r>
      <w:r w:rsidRPr="0000691D">
        <w:rPr>
          <w:rFonts w:cs="B Mitra" w:hint="cs"/>
          <w:sz w:val="28"/>
          <w:szCs w:val="28"/>
          <w:rtl/>
        </w:rPr>
        <w:t>یی</w:t>
      </w:r>
      <w:r w:rsidRPr="0000691D">
        <w:rPr>
          <w:rFonts w:cs="B Mitra" w:hint="eastAsia"/>
          <w:sz w:val="28"/>
          <w:szCs w:val="28"/>
          <w:rtl/>
        </w:rPr>
        <w:t>ن</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کند؛</w:t>
      </w:r>
      <w:r w:rsidRPr="0000691D">
        <w:rPr>
          <w:rFonts w:cs="B Mitra"/>
          <w:sz w:val="28"/>
          <w:szCs w:val="28"/>
          <w:rtl/>
        </w:rPr>
        <w:t xml:space="preserve"> به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صورت که شما را متوقف م</w:t>
      </w:r>
      <w:r w:rsidRPr="0000691D">
        <w:rPr>
          <w:rFonts w:cs="B Mitra" w:hint="cs"/>
          <w:sz w:val="28"/>
          <w:szCs w:val="28"/>
          <w:rtl/>
        </w:rPr>
        <w:t>ی‌</w:t>
      </w:r>
      <w:r w:rsidRPr="0000691D">
        <w:rPr>
          <w:rFonts w:cs="B Mitra" w:hint="eastAsia"/>
          <w:sz w:val="28"/>
          <w:szCs w:val="28"/>
          <w:rtl/>
        </w:rPr>
        <w:t>کند</w:t>
      </w:r>
      <w:r w:rsidRPr="0000691D">
        <w:rPr>
          <w:rFonts w:cs="B Mitra" w:hint="cs"/>
          <w:sz w:val="28"/>
          <w:szCs w:val="28"/>
          <w:rtl/>
        </w:rPr>
        <w:t>،</w:t>
      </w:r>
      <w:r w:rsidRPr="0000691D">
        <w:rPr>
          <w:rFonts w:cs="B Mitra"/>
          <w:sz w:val="28"/>
          <w:szCs w:val="28"/>
          <w:rtl/>
        </w:rPr>
        <w:t xml:space="preserve"> تغ</w:t>
      </w:r>
      <w:r w:rsidRPr="0000691D">
        <w:rPr>
          <w:rFonts w:cs="B Mitra" w:hint="cs"/>
          <w:sz w:val="28"/>
          <w:szCs w:val="28"/>
          <w:rtl/>
        </w:rPr>
        <w:t>یی</w:t>
      </w:r>
      <w:r w:rsidRPr="0000691D">
        <w:rPr>
          <w:rFonts w:cs="B Mitra" w:hint="eastAsia"/>
          <w:sz w:val="28"/>
          <w:szCs w:val="28"/>
          <w:rtl/>
        </w:rPr>
        <w:t>ر</w:t>
      </w:r>
      <w:r w:rsidRPr="0000691D">
        <w:rPr>
          <w:rFonts w:cs="B Mitra"/>
          <w:sz w:val="28"/>
          <w:szCs w:val="28"/>
          <w:rtl/>
        </w:rPr>
        <w:t xml:space="preserve"> مس</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دهد</w:t>
      </w:r>
      <w:r w:rsidRPr="0000691D">
        <w:rPr>
          <w:rFonts w:cs="B Mitra"/>
          <w:sz w:val="28"/>
          <w:szCs w:val="28"/>
          <w:rtl/>
        </w:rPr>
        <w:t xml:space="preserve"> و اگر مس</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پ</w:t>
      </w:r>
      <w:r w:rsidRPr="0000691D">
        <w:rPr>
          <w:rFonts w:cs="B Mitra" w:hint="cs"/>
          <w:sz w:val="28"/>
          <w:szCs w:val="28"/>
          <w:rtl/>
        </w:rPr>
        <w:t>ی</w:t>
      </w:r>
      <w:r w:rsidRPr="0000691D">
        <w:rPr>
          <w:rFonts w:cs="B Mitra" w:hint="eastAsia"/>
          <w:sz w:val="28"/>
          <w:szCs w:val="28"/>
          <w:rtl/>
        </w:rPr>
        <w:t>ش‌رو</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من</w:t>
      </w:r>
      <w:r w:rsidRPr="0000691D">
        <w:rPr>
          <w:rFonts w:cs="B Mitra"/>
          <w:sz w:val="28"/>
          <w:szCs w:val="28"/>
          <w:rtl/>
        </w:rPr>
        <w:t xml:space="preserve"> ن</w:t>
      </w:r>
      <w:r w:rsidRPr="0000691D">
        <w:rPr>
          <w:rFonts w:cs="B Mitra" w:hint="cs"/>
          <w:sz w:val="28"/>
          <w:szCs w:val="28"/>
          <w:rtl/>
        </w:rPr>
        <w:t>ی</w:t>
      </w:r>
      <w:r w:rsidRPr="0000691D">
        <w:rPr>
          <w:rFonts w:cs="B Mitra" w:hint="eastAsia"/>
          <w:sz w:val="28"/>
          <w:szCs w:val="28"/>
          <w:rtl/>
        </w:rPr>
        <w:t>ست،</w:t>
      </w:r>
      <w:r w:rsidRPr="0000691D">
        <w:rPr>
          <w:rFonts w:cs="B Mitra"/>
          <w:sz w:val="28"/>
          <w:szCs w:val="28"/>
          <w:rtl/>
        </w:rPr>
        <w:t xml:space="preserve"> با اعمال ف</w:t>
      </w:r>
      <w:r w:rsidRPr="0000691D">
        <w:rPr>
          <w:rFonts w:cs="B Mitra" w:hint="eastAsia"/>
          <w:sz w:val="28"/>
          <w:szCs w:val="28"/>
          <w:rtl/>
        </w:rPr>
        <w:t>شار</w:t>
      </w:r>
      <w:r w:rsidRPr="0000691D">
        <w:rPr>
          <w:rFonts w:cs="B Mitra"/>
          <w:sz w:val="28"/>
          <w:szCs w:val="28"/>
          <w:rtl/>
        </w:rPr>
        <w:t xml:space="preserve"> مخالف به دست شما، مانع حرکتتان م</w:t>
      </w:r>
      <w:r w:rsidRPr="0000691D">
        <w:rPr>
          <w:rFonts w:cs="B Mitra" w:hint="cs"/>
          <w:sz w:val="28"/>
          <w:szCs w:val="28"/>
          <w:rtl/>
        </w:rPr>
        <w:t>ی‌</w:t>
      </w:r>
      <w:r w:rsidRPr="0000691D">
        <w:rPr>
          <w:rFonts w:cs="B Mitra" w:hint="eastAsia"/>
          <w:sz w:val="28"/>
          <w:szCs w:val="28"/>
          <w:rtl/>
        </w:rPr>
        <w:t>شود</w:t>
      </w:r>
      <w:r w:rsidRPr="0000691D">
        <w:rPr>
          <w:rFonts w:cs="B Mitra"/>
          <w:sz w:val="28"/>
          <w:szCs w:val="28"/>
          <w:rtl/>
        </w:rPr>
        <w:t>. عملکرد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دستگاه در پ</w:t>
      </w:r>
      <w:r w:rsidRPr="0000691D">
        <w:rPr>
          <w:rFonts w:cs="B Mitra" w:hint="cs"/>
          <w:sz w:val="28"/>
          <w:szCs w:val="28"/>
          <w:rtl/>
        </w:rPr>
        <w:t>ی</w:t>
      </w:r>
      <w:r w:rsidRPr="0000691D">
        <w:rPr>
          <w:rFonts w:cs="B Mitra" w:hint="eastAsia"/>
          <w:sz w:val="28"/>
          <w:szCs w:val="28"/>
          <w:rtl/>
        </w:rPr>
        <w:t>ما</w:t>
      </w:r>
      <w:r w:rsidRPr="0000691D">
        <w:rPr>
          <w:rFonts w:cs="B Mitra" w:hint="cs"/>
          <w:sz w:val="28"/>
          <w:szCs w:val="28"/>
          <w:rtl/>
        </w:rPr>
        <w:t>ی</w:t>
      </w:r>
      <w:r w:rsidRPr="0000691D">
        <w:rPr>
          <w:rFonts w:cs="B Mitra" w:hint="eastAsia"/>
          <w:sz w:val="28"/>
          <w:szCs w:val="28"/>
          <w:rtl/>
        </w:rPr>
        <w:t>ش‌ها</w:t>
      </w:r>
      <w:r w:rsidRPr="0000691D">
        <w:rPr>
          <w:rFonts w:cs="B Mitra" w:hint="cs"/>
          <w:sz w:val="28"/>
          <w:szCs w:val="28"/>
          <w:rtl/>
        </w:rPr>
        <w:t>ی</w:t>
      </w:r>
      <w:r w:rsidRPr="0000691D">
        <w:rPr>
          <w:rFonts w:cs="B Mitra"/>
          <w:sz w:val="28"/>
          <w:szCs w:val="28"/>
          <w:rtl/>
        </w:rPr>
        <w:t xml:space="preserve"> مداوم بهتر از عصا</w:t>
      </w:r>
      <w:r w:rsidRPr="0000691D">
        <w:rPr>
          <w:rFonts w:cs="B Mitra" w:hint="cs"/>
          <w:sz w:val="28"/>
          <w:szCs w:val="28"/>
          <w:rtl/>
        </w:rPr>
        <w:t>ی</w:t>
      </w:r>
      <w:r w:rsidRPr="0000691D">
        <w:rPr>
          <w:rFonts w:cs="B Mitra"/>
          <w:sz w:val="28"/>
          <w:szCs w:val="28"/>
          <w:rtl/>
        </w:rPr>
        <w:t xml:space="preserve"> سف</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است؛ هرچند عصا همچنان در تشخ</w:t>
      </w:r>
      <w:r w:rsidRPr="0000691D">
        <w:rPr>
          <w:rFonts w:cs="B Mitra" w:hint="cs"/>
          <w:sz w:val="28"/>
          <w:szCs w:val="28"/>
          <w:rtl/>
        </w:rPr>
        <w:t>ی</w:t>
      </w:r>
      <w:r w:rsidRPr="0000691D">
        <w:rPr>
          <w:rFonts w:cs="B Mitra" w:hint="eastAsia"/>
          <w:sz w:val="28"/>
          <w:szCs w:val="28"/>
          <w:rtl/>
        </w:rPr>
        <w:t>ص</w:t>
      </w:r>
      <w:r w:rsidRPr="0000691D">
        <w:rPr>
          <w:rFonts w:cs="B Mitra"/>
          <w:sz w:val="28"/>
          <w:szCs w:val="28"/>
          <w:rtl/>
        </w:rPr>
        <w:t xml:space="preserve"> لبه‌ها (مثل لبه پ</w:t>
      </w:r>
      <w:r w:rsidRPr="0000691D">
        <w:rPr>
          <w:rFonts w:cs="B Mitra" w:hint="cs"/>
          <w:sz w:val="28"/>
          <w:szCs w:val="28"/>
          <w:rtl/>
        </w:rPr>
        <w:t>ی</w:t>
      </w:r>
      <w:r w:rsidRPr="0000691D">
        <w:rPr>
          <w:rFonts w:cs="B Mitra" w:hint="eastAsia"/>
          <w:sz w:val="28"/>
          <w:szCs w:val="28"/>
          <w:rtl/>
        </w:rPr>
        <w:t>اده‌رو</w:t>
      </w:r>
      <w:r w:rsidRPr="0000691D">
        <w:rPr>
          <w:rFonts w:cs="B Mitra"/>
          <w:sz w:val="28"/>
          <w:szCs w:val="28"/>
          <w:rtl/>
        </w:rPr>
        <w:t>) و باز</w:t>
      </w:r>
      <w:r w:rsidRPr="0000691D">
        <w:rPr>
          <w:rFonts w:cs="B Mitra" w:hint="cs"/>
          <w:sz w:val="28"/>
          <w:szCs w:val="28"/>
          <w:rtl/>
        </w:rPr>
        <w:t>ی</w:t>
      </w:r>
      <w:r w:rsidRPr="0000691D">
        <w:rPr>
          <w:rFonts w:cs="B Mitra" w:hint="eastAsia"/>
          <w:sz w:val="28"/>
          <w:szCs w:val="28"/>
          <w:rtl/>
        </w:rPr>
        <w:t>اب</w:t>
      </w:r>
      <w:r w:rsidRPr="0000691D">
        <w:rPr>
          <w:rFonts w:cs="B Mitra" w:hint="cs"/>
          <w:sz w:val="28"/>
          <w:szCs w:val="28"/>
          <w:rtl/>
        </w:rPr>
        <w:t>ی</w:t>
      </w:r>
      <w:r w:rsidRPr="0000691D">
        <w:rPr>
          <w:rFonts w:cs="B Mitra"/>
          <w:sz w:val="28"/>
          <w:szCs w:val="28"/>
          <w:rtl/>
        </w:rPr>
        <w:t xml:space="preserve"> موقع</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مکان</w:t>
      </w:r>
      <w:r w:rsidRPr="0000691D">
        <w:rPr>
          <w:rFonts w:cs="B Mitra" w:hint="cs"/>
          <w:sz w:val="28"/>
          <w:szCs w:val="28"/>
          <w:rtl/>
        </w:rPr>
        <w:t>ی</w:t>
      </w:r>
      <w:r w:rsidRPr="0000691D">
        <w:rPr>
          <w:rFonts w:cs="B Mitra"/>
          <w:sz w:val="28"/>
          <w:szCs w:val="28"/>
          <w:rtl/>
        </w:rPr>
        <w:t xml:space="preserve"> پس از گم‌کردن مس</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برتر</w:t>
      </w:r>
      <w:r w:rsidRPr="0000691D">
        <w:rPr>
          <w:rFonts w:cs="B Mitra" w:hint="cs"/>
          <w:sz w:val="28"/>
          <w:szCs w:val="28"/>
          <w:rtl/>
        </w:rPr>
        <w:t>ی</w:t>
      </w:r>
      <w:r w:rsidRPr="0000691D">
        <w:rPr>
          <w:rFonts w:cs="B Mitra"/>
          <w:sz w:val="28"/>
          <w:szCs w:val="28"/>
          <w:rtl/>
        </w:rPr>
        <w:t xml:space="preserve"> دارد</w:t>
      </w:r>
      <w:r w:rsidRPr="0000691D">
        <w:rPr>
          <w:rFonts w:cs="B Mitra" w:hint="cs"/>
          <w:sz w:val="28"/>
          <w:szCs w:val="28"/>
          <w:rtl/>
        </w:rPr>
        <w:t>؛</w:t>
      </w:r>
      <w:r w:rsidRPr="0000691D">
        <w:rPr>
          <w:rFonts w:cs="B Mitra"/>
          <w:sz w:val="28"/>
          <w:szCs w:val="28"/>
          <w:rtl/>
        </w:rPr>
        <w:t xml:space="preserve"> در واقع،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دو ابزار رق</w:t>
      </w:r>
      <w:r w:rsidRPr="0000691D">
        <w:rPr>
          <w:rFonts w:cs="B Mitra" w:hint="cs"/>
          <w:sz w:val="28"/>
          <w:szCs w:val="28"/>
          <w:rtl/>
        </w:rPr>
        <w:t>ی</w:t>
      </w:r>
      <w:r w:rsidRPr="0000691D">
        <w:rPr>
          <w:rFonts w:cs="B Mitra" w:hint="eastAsia"/>
          <w:sz w:val="28"/>
          <w:szCs w:val="28"/>
          <w:rtl/>
        </w:rPr>
        <w:t>ب</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کد</w:t>
      </w:r>
      <w:r w:rsidRPr="0000691D">
        <w:rPr>
          <w:rFonts w:cs="B Mitra" w:hint="cs"/>
          <w:sz w:val="28"/>
          <w:szCs w:val="28"/>
          <w:rtl/>
        </w:rPr>
        <w:t>ی</w:t>
      </w:r>
      <w:r w:rsidRPr="0000691D">
        <w:rPr>
          <w:rFonts w:cs="B Mitra" w:hint="eastAsia"/>
          <w:sz w:val="28"/>
          <w:szCs w:val="28"/>
          <w:rtl/>
        </w:rPr>
        <w:t>گر</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انجام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کار واحد ن</w:t>
      </w:r>
      <w:r w:rsidRPr="0000691D">
        <w:rPr>
          <w:rFonts w:cs="B Mitra" w:hint="cs"/>
          <w:sz w:val="28"/>
          <w:szCs w:val="28"/>
          <w:rtl/>
        </w:rPr>
        <w:t>ی</w:t>
      </w:r>
      <w:r w:rsidRPr="0000691D">
        <w:rPr>
          <w:rFonts w:cs="B Mitra" w:hint="eastAsia"/>
          <w:sz w:val="28"/>
          <w:szCs w:val="28"/>
          <w:rtl/>
        </w:rPr>
        <w:t>ستند</w:t>
      </w:r>
      <w:r w:rsidRPr="0000691D">
        <w:rPr>
          <w:rFonts w:cs="B Mitra"/>
          <w:sz w:val="28"/>
          <w:szCs w:val="28"/>
          <w:rtl/>
        </w:rPr>
        <w:t>.</w:t>
      </w:r>
    </w:p>
    <w:p w:rsidR="00A75B1C" w:rsidRPr="0000691D" w:rsidRDefault="00A75B1C" w:rsidP="00DE310A">
      <w:pPr>
        <w:bidi/>
        <w:spacing w:line="360" w:lineRule="auto"/>
        <w:jc w:val="both"/>
        <w:rPr>
          <w:rFonts w:cs="B Mitra"/>
          <w:sz w:val="28"/>
          <w:szCs w:val="28"/>
          <w:rtl/>
        </w:rPr>
      </w:pPr>
      <w:r w:rsidRPr="0000691D">
        <w:rPr>
          <w:rFonts w:cs="B Mitra" w:hint="cs"/>
          <w:sz w:val="28"/>
          <w:szCs w:val="28"/>
          <w:rtl/>
        </w:rPr>
        <w:t>قبل</w:t>
      </w:r>
      <w:r w:rsidRPr="0000691D">
        <w:rPr>
          <w:rFonts w:cs="B Mitra"/>
          <w:sz w:val="28"/>
          <w:szCs w:val="28"/>
          <w:rtl/>
        </w:rPr>
        <w:t xml:space="preserve"> از هر چ</w:t>
      </w:r>
      <w:r w:rsidRPr="0000691D">
        <w:rPr>
          <w:rFonts w:cs="B Mitra" w:hint="cs"/>
          <w:sz w:val="28"/>
          <w:szCs w:val="28"/>
          <w:rtl/>
        </w:rPr>
        <w:t>ی</w:t>
      </w:r>
      <w:r w:rsidRPr="0000691D">
        <w:rPr>
          <w:rFonts w:cs="B Mitra" w:hint="eastAsia"/>
          <w:sz w:val="28"/>
          <w:szCs w:val="28"/>
          <w:rtl/>
        </w:rPr>
        <w:t>ز،</w:t>
      </w:r>
      <w:r w:rsidRPr="0000691D">
        <w:rPr>
          <w:rFonts w:cs="B Mitra"/>
          <w:sz w:val="28"/>
          <w:szCs w:val="28"/>
          <w:rtl/>
        </w:rPr>
        <w:t xml:space="preserve"> اجازه ده</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روشن کنم که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دستگاه دق</w:t>
      </w:r>
      <w:r w:rsidRPr="0000691D">
        <w:rPr>
          <w:rFonts w:cs="B Mitra" w:hint="cs"/>
          <w:sz w:val="28"/>
          <w:szCs w:val="28"/>
          <w:rtl/>
        </w:rPr>
        <w:t>ی</w:t>
      </w:r>
      <w:r w:rsidRPr="0000691D">
        <w:rPr>
          <w:rFonts w:cs="B Mitra" w:hint="eastAsia"/>
          <w:sz w:val="28"/>
          <w:szCs w:val="28"/>
          <w:rtl/>
        </w:rPr>
        <w:t>قاً</w:t>
      </w:r>
      <w:r w:rsidRPr="0000691D">
        <w:rPr>
          <w:rFonts w:cs="B Mitra"/>
          <w:sz w:val="28"/>
          <w:szCs w:val="28"/>
          <w:rtl/>
        </w:rPr>
        <w:t xml:space="preserve"> چ</w:t>
      </w:r>
      <w:r w:rsidRPr="0000691D">
        <w:rPr>
          <w:rFonts w:cs="B Mitra" w:hint="cs"/>
          <w:sz w:val="28"/>
          <w:szCs w:val="28"/>
          <w:rtl/>
        </w:rPr>
        <w:t>ی</w:t>
      </w:r>
      <w:r w:rsidRPr="0000691D">
        <w:rPr>
          <w:rFonts w:cs="B Mitra" w:hint="eastAsia"/>
          <w:sz w:val="28"/>
          <w:szCs w:val="28"/>
          <w:rtl/>
        </w:rPr>
        <w:t>ست</w:t>
      </w:r>
      <w:r w:rsidRPr="0000691D">
        <w:rPr>
          <w:rFonts w:cs="B Mitra" w:hint="cs"/>
          <w:sz w:val="28"/>
          <w:szCs w:val="28"/>
          <w:rtl/>
        </w:rPr>
        <w:t>؛</w:t>
      </w:r>
      <w:r w:rsidRPr="0000691D">
        <w:rPr>
          <w:rFonts w:cs="B Mitra"/>
          <w:sz w:val="28"/>
          <w:szCs w:val="28"/>
          <w:rtl/>
        </w:rPr>
        <w:t xml:space="preserve"> من چند بار با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دستگاه پ</w:t>
      </w:r>
      <w:r w:rsidRPr="0000691D">
        <w:rPr>
          <w:rFonts w:cs="B Mitra" w:hint="cs"/>
          <w:sz w:val="28"/>
          <w:szCs w:val="28"/>
          <w:rtl/>
        </w:rPr>
        <w:t>ی</w:t>
      </w:r>
      <w:r w:rsidRPr="0000691D">
        <w:rPr>
          <w:rFonts w:cs="B Mitra" w:hint="eastAsia"/>
          <w:sz w:val="28"/>
          <w:szCs w:val="28"/>
          <w:rtl/>
        </w:rPr>
        <w:t>اده‌رو</w:t>
      </w:r>
      <w:r w:rsidRPr="0000691D">
        <w:rPr>
          <w:rFonts w:cs="B Mitra" w:hint="cs"/>
          <w:sz w:val="28"/>
          <w:szCs w:val="28"/>
          <w:rtl/>
        </w:rPr>
        <w:t>ی</w:t>
      </w:r>
      <w:r w:rsidRPr="0000691D">
        <w:rPr>
          <w:rFonts w:cs="B Mitra"/>
          <w:sz w:val="28"/>
          <w:szCs w:val="28"/>
          <w:rtl/>
        </w:rPr>
        <w:t xml:space="preserve"> کرده‌ام که همگ</w:t>
      </w:r>
      <w:r w:rsidRPr="0000691D">
        <w:rPr>
          <w:rFonts w:cs="B Mitra" w:hint="cs"/>
          <w:sz w:val="28"/>
          <w:szCs w:val="28"/>
          <w:rtl/>
        </w:rPr>
        <w:t>ی</w:t>
      </w:r>
      <w:r w:rsidRPr="0000691D">
        <w:rPr>
          <w:rFonts w:cs="B Mitra"/>
          <w:sz w:val="28"/>
          <w:szCs w:val="28"/>
          <w:rtl/>
        </w:rPr>
        <w:t xml:space="preserve"> در مکان‌ها</w:t>
      </w:r>
      <w:r w:rsidRPr="0000691D">
        <w:rPr>
          <w:rFonts w:cs="B Mitra" w:hint="cs"/>
          <w:sz w:val="28"/>
          <w:szCs w:val="28"/>
          <w:rtl/>
        </w:rPr>
        <w:t>یی</w:t>
      </w:r>
      <w:r w:rsidRPr="0000691D">
        <w:rPr>
          <w:rFonts w:cs="B Mitra"/>
          <w:sz w:val="28"/>
          <w:szCs w:val="28"/>
          <w:rtl/>
        </w:rPr>
        <w:t xml:space="preserve"> بوده که به‌خوب</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شناختم</w:t>
      </w:r>
      <w:r w:rsidRPr="0000691D">
        <w:rPr>
          <w:rFonts w:cs="B Mitra"/>
          <w:sz w:val="28"/>
          <w:szCs w:val="28"/>
          <w:rtl/>
        </w:rPr>
        <w:t>: خانه و محله خودم</w:t>
      </w:r>
      <w:r w:rsidRPr="0000691D">
        <w:rPr>
          <w:rFonts w:cs="B Mitra" w:hint="cs"/>
          <w:sz w:val="28"/>
          <w:szCs w:val="28"/>
          <w:rtl/>
        </w:rPr>
        <w:t>؛</w:t>
      </w:r>
      <w:r w:rsidRPr="0000691D">
        <w:rPr>
          <w:rFonts w:cs="B Mitra"/>
          <w:sz w:val="28"/>
          <w:szCs w:val="28"/>
          <w:rtl/>
        </w:rPr>
        <w:t xml:space="preserve"> هنوز مسافت ز</w:t>
      </w:r>
      <w:r w:rsidRPr="0000691D">
        <w:rPr>
          <w:rFonts w:cs="B Mitra" w:hint="cs"/>
          <w:sz w:val="28"/>
          <w:szCs w:val="28"/>
          <w:rtl/>
        </w:rPr>
        <w:t>ی</w:t>
      </w:r>
      <w:r w:rsidRPr="0000691D">
        <w:rPr>
          <w:rFonts w:cs="B Mitra" w:hint="eastAsia"/>
          <w:sz w:val="28"/>
          <w:szCs w:val="28"/>
          <w:rtl/>
        </w:rPr>
        <w:t>اد</w:t>
      </w:r>
      <w:r w:rsidRPr="0000691D">
        <w:rPr>
          <w:rFonts w:cs="B Mitra" w:hint="cs"/>
          <w:sz w:val="28"/>
          <w:szCs w:val="28"/>
          <w:rtl/>
        </w:rPr>
        <w:t>ی</w:t>
      </w:r>
      <w:r w:rsidRPr="0000691D">
        <w:rPr>
          <w:rFonts w:cs="B Mitra"/>
          <w:sz w:val="28"/>
          <w:szCs w:val="28"/>
          <w:rtl/>
        </w:rPr>
        <w:t xml:space="preserve"> با آن ط</w:t>
      </w:r>
      <w:r w:rsidRPr="0000691D">
        <w:rPr>
          <w:rFonts w:cs="B Mitra" w:hint="cs"/>
          <w:sz w:val="28"/>
          <w:szCs w:val="28"/>
          <w:rtl/>
        </w:rPr>
        <w:t>ی</w:t>
      </w:r>
      <w:r w:rsidRPr="0000691D">
        <w:rPr>
          <w:rFonts w:cs="B Mitra"/>
          <w:sz w:val="28"/>
          <w:szCs w:val="28"/>
          <w:rtl/>
        </w:rPr>
        <w:t xml:space="preserve"> نکرده‌ام؛ آن را به مکان‌ها</w:t>
      </w:r>
      <w:r w:rsidRPr="0000691D">
        <w:rPr>
          <w:rFonts w:cs="B Mitra" w:hint="cs"/>
          <w:sz w:val="28"/>
          <w:szCs w:val="28"/>
          <w:rtl/>
        </w:rPr>
        <w:t>ی</w:t>
      </w:r>
      <w:r w:rsidRPr="0000691D">
        <w:rPr>
          <w:rFonts w:cs="B Mitra"/>
          <w:sz w:val="28"/>
          <w:szCs w:val="28"/>
          <w:rtl/>
        </w:rPr>
        <w:t xml:space="preserve"> ناآشنا نبرده‌ام و هنوز فرصت کا</w:t>
      </w:r>
      <w:r w:rsidRPr="0000691D">
        <w:rPr>
          <w:rFonts w:cs="B Mitra" w:hint="eastAsia"/>
          <w:sz w:val="28"/>
          <w:szCs w:val="28"/>
          <w:rtl/>
        </w:rPr>
        <w:t>ف</w:t>
      </w:r>
      <w:r w:rsidRPr="0000691D">
        <w:rPr>
          <w:rFonts w:cs="B Mitra" w:hint="cs"/>
          <w:sz w:val="28"/>
          <w:szCs w:val="28"/>
          <w:rtl/>
        </w:rPr>
        <w:t>ی</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زندگ</w:t>
      </w:r>
      <w:r w:rsidRPr="0000691D">
        <w:rPr>
          <w:rFonts w:cs="B Mitra" w:hint="cs"/>
          <w:sz w:val="28"/>
          <w:szCs w:val="28"/>
          <w:rtl/>
        </w:rPr>
        <w:t>ی</w:t>
      </w:r>
      <w:r w:rsidRPr="0000691D">
        <w:rPr>
          <w:rFonts w:cs="B Mitra"/>
          <w:sz w:val="28"/>
          <w:szCs w:val="28"/>
          <w:rtl/>
        </w:rPr>
        <w:t xml:space="preserve"> با آن و شناخت کاملش را نداشته‌ام؛ بنابرا</w:t>
      </w:r>
      <w:r w:rsidRPr="0000691D">
        <w:rPr>
          <w:rFonts w:cs="B Mitra" w:hint="cs"/>
          <w:sz w:val="28"/>
          <w:szCs w:val="28"/>
          <w:rtl/>
        </w:rPr>
        <w:t>ی</w:t>
      </w:r>
      <w:r w:rsidRPr="0000691D">
        <w:rPr>
          <w:rFonts w:cs="B Mitra" w:hint="eastAsia"/>
          <w:sz w:val="28"/>
          <w:szCs w:val="28"/>
          <w:rtl/>
        </w:rPr>
        <w:t>ن</w:t>
      </w:r>
      <w:r w:rsidRPr="0000691D">
        <w:rPr>
          <w:rFonts w:cs="B Mitra" w:hint="cs"/>
          <w:sz w:val="28"/>
          <w:szCs w:val="28"/>
          <w:rtl/>
        </w:rPr>
        <w:t>،</w:t>
      </w:r>
      <w:r w:rsidRPr="0000691D">
        <w:rPr>
          <w:rFonts w:cs="B Mitra"/>
          <w:sz w:val="28"/>
          <w:szCs w:val="28"/>
          <w:rtl/>
        </w:rPr>
        <w:t xml:space="preserve"> آنچه در ا</w:t>
      </w:r>
      <w:r w:rsidRPr="0000691D">
        <w:rPr>
          <w:rFonts w:cs="B Mitra" w:hint="cs"/>
          <w:sz w:val="28"/>
          <w:szCs w:val="28"/>
          <w:rtl/>
        </w:rPr>
        <w:t>ی</w:t>
      </w:r>
      <w:r w:rsidRPr="0000691D">
        <w:rPr>
          <w:rFonts w:cs="B Mitra" w:hint="eastAsia"/>
          <w:sz w:val="28"/>
          <w:szCs w:val="28"/>
          <w:rtl/>
        </w:rPr>
        <w:t>نجا</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خوان</w:t>
      </w:r>
      <w:r w:rsidRPr="0000691D">
        <w:rPr>
          <w:rFonts w:cs="B Mitra" w:hint="cs"/>
          <w:sz w:val="28"/>
          <w:szCs w:val="28"/>
          <w:rtl/>
        </w:rPr>
        <w:t>ی</w:t>
      </w:r>
      <w:r w:rsidRPr="0000691D">
        <w:rPr>
          <w:rFonts w:cs="B Mitra" w:hint="eastAsia"/>
          <w:sz w:val="28"/>
          <w:szCs w:val="28"/>
          <w:rtl/>
        </w:rPr>
        <w:t>د</w:t>
      </w:r>
      <w:r w:rsidRPr="0000691D">
        <w:rPr>
          <w:rFonts w:cs="B Mitra" w:hint="cs"/>
          <w:sz w:val="28"/>
          <w:szCs w:val="28"/>
          <w:rtl/>
        </w:rPr>
        <w:t>،</w:t>
      </w:r>
      <w:r w:rsidRPr="0000691D">
        <w:rPr>
          <w:rFonts w:cs="B Mitra"/>
          <w:sz w:val="28"/>
          <w:szCs w:val="28"/>
          <w:rtl/>
        </w:rPr>
        <w:t xml:space="preserve"> برداشت‌ها</w:t>
      </w:r>
      <w:r w:rsidRPr="0000691D">
        <w:rPr>
          <w:rFonts w:cs="B Mitra" w:hint="cs"/>
          <w:sz w:val="28"/>
          <w:szCs w:val="28"/>
          <w:rtl/>
        </w:rPr>
        <w:t>ی</w:t>
      </w:r>
      <w:r w:rsidRPr="0000691D">
        <w:rPr>
          <w:rFonts w:cs="B Mitra"/>
          <w:sz w:val="28"/>
          <w:szCs w:val="28"/>
          <w:rtl/>
        </w:rPr>
        <w:t xml:space="preserve"> اول</w:t>
      </w:r>
      <w:r w:rsidRPr="0000691D">
        <w:rPr>
          <w:rFonts w:cs="B Mitra" w:hint="cs"/>
          <w:sz w:val="28"/>
          <w:szCs w:val="28"/>
          <w:rtl/>
        </w:rPr>
        <w:t>ی</w:t>
      </w:r>
      <w:r w:rsidRPr="0000691D">
        <w:rPr>
          <w:rFonts w:cs="B Mitra" w:hint="eastAsia"/>
          <w:sz w:val="28"/>
          <w:szCs w:val="28"/>
          <w:rtl/>
        </w:rPr>
        <w:t>ه</w:t>
      </w:r>
      <w:r w:rsidRPr="0000691D">
        <w:rPr>
          <w:rFonts w:cs="B Mitra"/>
          <w:sz w:val="28"/>
          <w:szCs w:val="28"/>
          <w:rtl/>
        </w:rPr>
        <w:t xml:space="preserve"> من است و انتظار دارم که با گذشت زمان و کسب تجربه ب</w:t>
      </w:r>
      <w:r w:rsidRPr="0000691D">
        <w:rPr>
          <w:rFonts w:cs="B Mitra" w:hint="cs"/>
          <w:sz w:val="28"/>
          <w:szCs w:val="28"/>
          <w:rtl/>
        </w:rPr>
        <w:t>ی</w:t>
      </w:r>
      <w:r w:rsidRPr="0000691D">
        <w:rPr>
          <w:rFonts w:cs="B Mitra" w:hint="eastAsia"/>
          <w:sz w:val="28"/>
          <w:szCs w:val="28"/>
          <w:rtl/>
        </w:rPr>
        <w:t>شتر،</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نظرات تغ</w:t>
      </w:r>
      <w:r w:rsidRPr="0000691D">
        <w:rPr>
          <w:rFonts w:cs="B Mitra" w:hint="cs"/>
          <w:sz w:val="28"/>
          <w:szCs w:val="28"/>
          <w:rtl/>
        </w:rPr>
        <w:t>یی</w:t>
      </w:r>
      <w:r w:rsidRPr="0000691D">
        <w:rPr>
          <w:rFonts w:cs="B Mitra" w:hint="eastAsia"/>
          <w:sz w:val="28"/>
          <w:szCs w:val="28"/>
          <w:rtl/>
        </w:rPr>
        <w:t>ر</w:t>
      </w:r>
      <w:r w:rsidRPr="0000691D">
        <w:rPr>
          <w:rFonts w:cs="B Mitra"/>
          <w:sz w:val="28"/>
          <w:szCs w:val="28"/>
          <w:rtl/>
        </w:rPr>
        <w:t xml:space="preserve"> کنند.</w:t>
      </w:r>
    </w:p>
    <w:p w:rsidR="00A75B1C" w:rsidRPr="0000691D" w:rsidRDefault="00A75B1C" w:rsidP="00DE310A">
      <w:pPr>
        <w:bidi/>
        <w:spacing w:line="360" w:lineRule="auto"/>
        <w:jc w:val="both"/>
        <w:rPr>
          <w:rFonts w:cs="B Mitra"/>
          <w:sz w:val="28"/>
          <w:szCs w:val="28"/>
          <w:rtl/>
        </w:rPr>
      </w:pPr>
      <w:r w:rsidRPr="0000691D">
        <w:rPr>
          <w:rFonts w:cs="B Mitra" w:hint="cs"/>
          <w:sz w:val="28"/>
          <w:szCs w:val="28"/>
          <w:rtl/>
        </w:rPr>
        <w:t>اولی</w:t>
      </w:r>
      <w:r w:rsidRPr="0000691D">
        <w:rPr>
          <w:rFonts w:cs="B Mitra" w:hint="eastAsia"/>
          <w:sz w:val="28"/>
          <w:szCs w:val="28"/>
          <w:rtl/>
        </w:rPr>
        <w:t>ن</w:t>
      </w:r>
      <w:r w:rsidRPr="0000691D">
        <w:rPr>
          <w:rFonts w:cs="B Mitra"/>
          <w:sz w:val="28"/>
          <w:szCs w:val="28"/>
          <w:rtl/>
        </w:rPr>
        <w:t xml:space="preserve"> پ</w:t>
      </w:r>
      <w:r w:rsidRPr="0000691D">
        <w:rPr>
          <w:rFonts w:cs="B Mitra" w:hint="cs"/>
          <w:sz w:val="28"/>
          <w:szCs w:val="28"/>
          <w:rtl/>
        </w:rPr>
        <w:t>ی</w:t>
      </w:r>
      <w:r w:rsidRPr="0000691D">
        <w:rPr>
          <w:rFonts w:cs="B Mitra" w:hint="eastAsia"/>
          <w:sz w:val="28"/>
          <w:szCs w:val="28"/>
          <w:rtl/>
        </w:rPr>
        <w:t>اده‌رو</w:t>
      </w:r>
      <w:r w:rsidRPr="0000691D">
        <w:rPr>
          <w:rFonts w:cs="B Mitra" w:hint="cs"/>
          <w:sz w:val="28"/>
          <w:szCs w:val="28"/>
          <w:rtl/>
        </w:rPr>
        <w:t>ی‌</w:t>
      </w:r>
      <w:r w:rsidRPr="0000691D">
        <w:rPr>
          <w:rFonts w:cs="B Mitra" w:hint="eastAsia"/>
          <w:sz w:val="28"/>
          <w:szCs w:val="28"/>
          <w:rtl/>
        </w:rPr>
        <w:t>ها</w:t>
      </w:r>
      <w:r w:rsidRPr="0000691D">
        <w:rPr>
          <w:rFonts w:cs="B Mitra"/>
          <w:sz w:val="28"/>
          <w:szCs w:val="28"/>
          <w:rtl/>
        </w:rPr>
        <w:t xml:space="preserve"> را به‌تنها</w:t>
      </w:r>
      <w:r w:rsidRPr="0000691D">
        <w:rPr>
          <w:rFonts w:cs="B Mitra" w:hint="cs"/>
          <w:sz w:val="28"/>
          <w:szCs w:val="28"/>
          <w:rtl/>
        </w:rPr>
        <w:t>یی</w:t>
      </w:r>
      <w:r w:rsidRPr="0000691D">
        <w:rPr>
          <w:rFonts w:cs="B Mitra"/>
          <w:sz w:val="28"/>
          <w:szCs w:val="28"/>
          <w:rtl/>
        </w:rPr>
        <w:t xml:space="preserve"> در فضا</w:t>
      </w:r>
      <w:r w:rsidRPr="0000691D">
        <w:rPr>
          <w:rFonts w:cs="B Mitra" w:hint="cs"/>
          <w:sz w:val="28"/>
          <w:szCs w:val="28"/>
          <w:rtl/>
        </w:rPr>
        <w:t>ی</w:t>
      </w:r>
      <w:r w:rsidRPr="0000691D">
        <w:rPr>
          <w:rFonts w:cs="B Mitra"/>
          <w:sz w:val="28"/>
          <w:szCs w:val="28"/>
          <w:rtl/>
        </w:rPr>
        <w:t xml:space="preserve"> داخل</w:t>
      </w:r>
      <w:r w:rsidRPr="0000691D">
        <w:rPr>
          <w:rFonts w:cs="B Mitra" w:hint="cs"/>
          <w:sz w:val="28"/>
          <w:szCs w:val="28"/>
          <w:rtl/>
        </w:rPr>
        <w:t>ی</w:t>
      </w:r>
      <w:r w:rsidRPr="0000691D">
        <w:rPr>
          <w:rFonts w:cs="B Mitra"/>
          <w:sz w:val="28"/>
          <w:szCs w:val="28"/>
          <w:rtl/>
        </w:rPr>
        <w:t xml:space="preserve"> خانه انجام دادم و سپس همراه با همسرم جود</w:t>
      </w:r>
      <w:r w:rsidRPr="0000691D">
        <w:rPr>
          <w:rFonts w:cs="B Mitra" w:hint="cs"/>
          <w:sz w:val="28"/>
          <w:szCs w:val="28"/>
          <w:rtl/>
        </w:rPr>
        <w:t>ی،</w:t>
      </w:r>
      <w:r w:rsidRPr="0000691D">
        <w:rPr>
          <w:rFonts w:cs="B Mitra"/>
          <w:sz w:val="28"/>
          <w:szCs w:val="28"/>
          <w:rtl/>
        </w:rPr>
        <w:t xml:space="preserve"> به فضا</w:t>
      </w:r>
      <w:r w:rsidRPr="0000691D">
        <w:rPr>
          <w:rFonts w:cs="B Mitra" w:hint="cs"/>
          <w:sz w:val="28"/>
          <w:szCs w:val="28"/>
          <w:rtl/>
        </w:rPr>
        <w:t>ی</w:t>
      </w:r>
      <w:r w:rsidRPr="0000691D">
        <w:rPr>
          <w:rFonts w:cs="B Mitra"/>
          <w:sz w:val="28"/>
          <w:szCs w:val="28"/>
          <w:rtl/>
        </w:rPr>
        <w:t xml:space="preserve"> ب</w:t>
      </w:r>
      <w:r w:rsidRPr="0000691D">
        <w:rPr>
          <w:rFonts w:cs="B Mitra" w:hint="cs"/>
          <w:sz w:val="28"/>
          <w:szCs w:val="28"/>
          <w:rtl/>
        </w:rPr>
        <w:t>ی</w:t>
      </w:r>
      <w:r w:rsidRPr="0000691D">
        <w:rPr>
          <w:rFonts w:cs="B Mitra" w:hint="eastAsia"/>
          <w:sz w:val="28"/>
          <w:szCs w:val="28"/>
          <w:rtl/>
        </w:rPr>
        <w:t>رون</w:t>
      </w:r>
      <w:r w:rsidRPr="0000691D">
        <w:rPr>
          <w:rFonts w:cs="B Mitra"/>
          <w:sz w:val="28"/>
          <w:szCs w:val="28"/>
          <w:rtl/>
        </w:rPr>
        <w:t xml:space="preserve"> رفتم. بعداً اِل</w:t>
      </w:r>
      <w:r w:rsidRPr="0000691D">
        <w:rPr>
          <w:rFonts w:cs="B Mitra" w:hint="cs"/>
          <w:sz w:val="28"/>
          <w:szCs w:val="28"/>
          <w:rtl/>
        </w:rPr>
        <w:t>ی</w:t>
      </w:r>
      <w:r w:rsidRPr="0000691D">
        <w:rPr>
          <w:rFonts w:cs="B Mitra"/>
          <w:sz w:val="28"/>
          <w:szCs w:val="28"/>
          <w:rtl/>
        </w:rPr>
        <w:t xml:space="preserve"> کارلسُون از ت</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گِلاید</w:t>
      </w:r>
      <w:r w:rsidRPr="0000691D">
        <w:rPr>
          <w:rFonts w:cs="B Mitra" w:hint="eastAsia"/>
          <w:sz w:val="28"/>
          <w:szCs w:val="28"/>
          <w:rtl/>
        </w:rPr>
        <w:t>نس</w:t>
      </w:r>
      <w:r w:rsidRPr="0000691D">
        <w:rPr>
          <w:rFonts w:cs="B Mitra"/>
          <w:sz w:val="28"/>
          <w:szCs w:val="28"/>
          <w:rtl/>
        </w:rPr>
        <w:t xml:space="preserve"> که شرکت سازنده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دستگاه است</w:t>
      </w:r>
      <w:r w:rsidRPr="0000691D">
        <w:rPr>
          <w:rFonts w:cs="B Mitra" w:hint="cs"/>
          <w:sz w:val="28"/>
          <w:szCs w:val="28"/>
          <w:rtl/>
        </w:rPr>
        <w:t>،</w:t>
      </w:r>
      <w:r w:rsidRPr="0000691D">
        <w:rPr>
          <w:rFonts w:cs="B Mitra"/>
          <w:sz w:val="28"/>
          <w:szCs w:val="28"/>
          <w:rtl/>
        </w:rPr>
        <w:t xml:space="preserve"> به ما ملحق شد و آزما</w:t>
      </w:r>
      <w:r w:rsidRPr="0000691D">
        <w:rPr>
          <w:rFonts w:cs="B Mitra" w:hint="cs"/>
          <w:sz w:val="28"/>
          <w:szCs w:val="28"/>
          <w:rtl/>
        </w:rPr>
        <w:t>ی</w:t>
      </w:r>
      <w:r w:rsidRPr="0000691D">
        <w:rPr>
          <w:rFonts w:cs="B Mitra" w:hint="eastAsia"/>
          <w:sz w:val="28"/>
          <w:szCs w:val="28"/>
          <w:rtl/>
        </w:rPr>
        <w:t>ش‌ها</w:t>
      </w:r>
      <w:r w:rsidRPr="0000691D">
        <w:rPr>
          <w:rFonts w:cs="B Mitra" w:hint="cs"/>
          <w:sz w:val="28"/>
          <w:szCs w:val="28"/>
          <w:rtl/>
        </w:rPr>
        <w:t>ی</w:t>
      </w:r>
      <w:r w:rsidRPr="0000691D">
        <w:rPr>
          <w:rFonts w:cs="B Mitra"/>
          <w:sz w:val="28"/>
          <w:szCs w:val="28"/>
          <w:rtl/>
        </w:rPr>
        <w:t xml:space="preserve"> ب</w:t>
      </w:r>
      <w:r w:rsidRPr="0000691D">
        <w:rPr>
          <w:rFonts w:cs="B Mitra" w:hint="cs"/>
          <w:sz w:val="28"/>
          <w:szCs w:val="28"/>
          <w:rtl/>
        </w:rPr>
        <w:t>ی</w:t>
      </w:r>
      <w:r w:rsidRPr="0000691D">
        <w:rPr>
          <w:rFonts w:cs="B Mitra" w:hint="eastAsia"/>
          <w:sz w:val="28"/>
          <w:szCs w:val="28"/>
          <w:rtl/>
        </w:rPr>
        <w:t>شتر</w:t>
      </w:r>
      <w:r w:rsidRPr="0000691D">
        <w:rPr>
          <w:rFonts w:cs="B Mitra" w:hint="cs"/>
          <w:sz w:val="28"/>
          <w:szCs w:val="28"/>
          <w:rtl/>
        </w:rPr>
        <w:t>ی</w:t>
      </w:r>
      <w:r w:rsidRPr="0000691D">
        <w:rPr>
          <w:rFonts w:cs="B Mitra"/>
          <w:sz w:val="28"/>
          <w:szCs w:val="28"/>
          <w:rtl/>
        </w:rPr>
        <w:t xml:space="preserve"> را در داخل و خارج از خانه انجام داد</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حت</w:t>
      </w:r>
      <w:r w:rsidRPr="0000691D">
        <w:rPr>
          <w:rFonts w:cs="B Mitra" w:hint="cs"/>
          <w:sz w:val="28"/>
          <w:szCs w:val="28"/>
          <w:rtl/>
        </w:rPr>
        <w:t>ی</w:t>
      </w:r>
      <w:r w:rsidRPr="0000691D">
        <w:rPr>
          <w:rFonts w:cs="B Mitra"/>
          <w:sz w:val="28"/>
          <w:szCs w:val="28"/>
          <w:rtl/>
        </w:rPr>
        <w:t xml:space="preserve"> ا</w:t>
      </w:r>
      <w:r w:rsidRPr="0000691D">
        <w:rPr>
          <w:rFonts w:cs="B Mitra" w:hint="eastAsia"/>
          <w:sz w:val="28"/>
          <w:szCs w:val="28"/>
          <w:rtl/>
        </w:rPr>
        <w:t>ز</w:t>
      </w:r>
      <w:r w:rsidRPr="0000691D">
        <w:rPr>
          <w:rFonts w:cs="B Mitra"/>
          <w:sz w:val="28"/>
          <w:szCs w:val="28"/>
          <w:rtl/>
        </w:rPr>
        <w:t xml:space="preserve"> چند خ</w:t>
      </w:r>
      <w:r w:rsidRPr="0000691D">
        <w:rPr>
          <w:rFonts w:cs="B Mitra" w:hint="cs"/>
          <w:sz w:val="28"/>
          <w:szCs w:val="28"/>
          <w:rtl/>
        </w:rPr>
        <w:t>ی</w:t>
      </w:r>
      <w:r w:rsidRPr="0000691D">
        <w:rPr>
          <w:rFonts w:cs="B Mitra" w:hint="eastAsia"/>
          <w:sz w:val="28"/>
          <w:szCs w:val="28"/>
          <w:rtl/>
        </w:rPr>
        <w:t>ابان</w:t>
      </w:r>
      <w:r w:rsidRPr="0000691D">
        <w:rPr>
          <w:rFonts w:cs="B Mitra"/>
          <w:sz w:val="28"/>
          <w:szCs w:val="28"/>
          <w:rtl/>
        </w:rPr>
        <w:t xml:space="preserve"> هم عبور کرد</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w:t>
      </w:r>
    </w:p>
    <w:p w:rsidR="00A75B1C" w:rsidRPr="00343601" w:rsidRDefault="00A75B1C" w:rsidP="00343601">
      <w:pPr>
        <w:pStyle w:val="Heading3"/>
        <w:bidi/>
        <w:rPr>
          <w:rFonts w:cs="B Mitra"/>
          <w:color w:val="70AD47" w:themeColor="accent6"/>
          <w:sz w:val="28"/>
          <w:szCs w:val="28"/>
          <w:rtl/>
        </w:rPr>
      </w:pPr>
      <w:bookmarkStart w:id="38" w:name="_Toc243400545"/>
      <w:r w:rsidRPr="00343601">
        <w:rPr>
          <w:rFonts w:cs="B Mitra" w:hint="cs"/>
          <w:color w:val="70AD47" w:themeColor="accent6"/>
          <w:sz w:val="28"/>
          <w:szCs w:val="28"/>
          <w:rtl/>
        </w:rPr>
        <w:t>نحوه</w:t>
      </w:r>
      <w:r w:rsidRPr="00343601">
        <w:rPr>
          <w:rFonts w:cs="B Mitra"/>
          <w:color w:val="70AD47" w:themeColor="accent6"/>
          <w:sz w:val="28"/>
          <w:szCs w:val="28"/>
          <w:rtl/>
        </w:rPr>
        <w:t xml:space="preserve"> کار دستگاه</w:t>
      </w:r>
      <w:bookmarkEnd w:id="38"/>
    </w:p>
    <w:p w:rsidR="00A75B1C" w:rsidRPr="0000691D" w:rsidRDefault="00A75B1C" w:rsidP="00DE310A">
      <w:pPr>
        <w:bidi/>
        <w:spacing w:line="360" w:lineRule="auto"/>
        <w:jc w:val="both"/>
        <w:rPr>
          <w:rFonts w:cs="B Mitra"/>
          <w:sz w:val="28"/>
          <w:szCs w:val="28"/>
          <w:rtl/>
        </w:rPr>
      </w:pPr>
      <w:r w:rsidRPr="0000691D">
        <w:rPr>
          <w:rFonts w:cs="B Mitra" w:hint="cs"/>
          <w:sz w:val="28"/>
          <w:szCs w:val="28"/>
          <w:rtl/>
        </w:rPr>
        <w:t>درک</w:t>
      </w:r>
      <w:r w:rsidRPr="0000691D">
        <w:rPr>
          <w:rFonts w:cs="B Mitra"/>
          <w:sz w:val="28"/>
          <w:szCs w:val="28"/>
          <w:rtl/>
        </w:rPr>
        <w:t xml:space="preserve"> بخش</w:t>
      </w:r>
      <w:r w:rsidRPr="0000691D">
        <w:rPr>
          <w:rFonts w:cs="B Mitra" w:hint="cs"/>
          <w:sz w:val="28"/>
          <w:szCs w:val="28"/>
          <w:rtl/>
        </w:rPr>
        <w:t>ی</w:t>
      </w:r>
      <w:r w:rsidRPr="0000691D">
        <w:rPr>
          <w:rFonts w:cs="B Mitra"/>
          <w:sz w:val="28"/>
          <w:szCs w:val="28"/>
          <w:rtl/>
        </w:rPr>
        <w:t xml:space="preserve"> که توض</w:t>
      </w:r>
      <w:r w:rsidRPr="0000691D">
        <w:rPr>
          <w:rFonts w:cs="B Mitra" w:hint="cs"/>
          <w:sz w:val="28"/>
          <w:szCs w:val="28"/>
          <w:rtl/>
        </w:rPr>
        <w:t>ی</w:t>
      </w:r>
      <w:r w:rsidRPr="0000691D">
        <w:rPr>
          <w:rFonts w:cs="B Mitra" w:hint="eastAsia"/>
          <w:sz w:val="28"/>
          <w:szCs w:val="28"/>
          <w:rtl/>
        </w:rPr>
        <w:t>ح‌دادنش</w:t>
      </w:r>
      <w:r w:rsidRPr="0000691D">
        <w:rPr>
          <w:rFonts w:cs="B Mitra"/>
          <w:sz w:val="28"/>
          <w:szCs w:val="28"/>
          <w:rtl/>
        </w:rPr>
        <w:t xml:space="preserve"> از همه ساده‌تر است، ب</w:t>
      </w:r>
      <w:r w:rsidRPr="0000691D">
        <w:rPr>
          <w:rFonts w:cs="B Mitra" w:hint="cs"/>
          <w:sz w:val="28"/>
          <w:szCs w:val="28"/>
          <w:rtl/>
        </w:rPr>
        <w:t>ی</w:t>
      </w:r>
      <w:r w:rsidRPr="0000691D">
        <w:rPr>
          <w:rFonts w:cs="B Mitra" w:hint="eastAsia"/>
          <w:sz w:val="28"/>
          <w:szCs w:val="28"/>
          <w:rtl/>
        </w:rPr>
        <w:t>شتر</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زمان را از من گرفت: شما سرعت را تع</w:t>
      </w:r>
      <w:r w:rsidRPr="0000691D">
        <w:rPr>
          <w:rFonts w:cs="B Mitra" w:hint="cs"/>
          <w:sz w:val="28"/>
          <w:szCs w:val="28"/>
          <w:rtl/>
        </w:rPr>
        <w:t>یی</w:t>
      </w:r>
      <w:r w:rsidRPr="0000691D">
        <w:rPr>
          <w:rFonts w:cs="B Mitra" w:hint="eastAsia"/>
          <w:sz w:val="28"/>
          <w:szCs w:val="28"/>
          <w:rtl/>
        </w:rPr>
        <w:t>ن</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کن</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و گِلاید هدا</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مس</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را بر عهده م</w:t>
      </w:r>
      <w:r w:rsidRPr="0000691D">
        <w:rPr>
          <w:rFonts w:cs="B Mitra" w:hint="cs"/>
          <w:sz w:val="28"/>
          <w:szCs w:val="28"/>
          <w:rtl/>
        </w:rPr>
        <w:t>ی‌</w:t>
      </w:r>
      <w:r w:rsidRPr="0000691D">
        <w:rPr>
          <w:rFonts w:cs="B Mitra" w:hint="eastAsia"/>
          <w:sz w:val="28"/>
          <w:szCs w:val="28"/>
          <w:rtl/>
        </w:rPr>
        <w:t>گ</w:t>
      </w:r>
      <w:r w:rsidRPr="0000691D">
        <w:rPr>
          <w:rFonts w:cs="B Mitra" w:hint="cs"/>
          <w:sz w:val="28"/>
          <w:szCs w:val="28"/>
          <w:rtl/>
        </w:rPr>
        <w:t>ی</w:t>
      </w:r>
      <w:r w:rsidRPr="0000691D">
        <w:rPr>
          <w:rFonts w:cs="B Mitra" w:hint="eastAsia"/>
          <w:sz w:val="28"/>
          <w:szCs w:val="28"/>
          <w:rtl/>
        </w:rPr>
        <w:t>رد</w:t>
      </w:r>
      <w:r w:rsidRPr="0000691D">
        <w:rPr>
          <w:rFonts w:cs="B Mitra"/>
          <w:sz w:val="28"/>
          <w:szCs w:val="28"/>
          <w:rtl/>
        </w:rPr>
        <w:t>.</w:t>
      </w:r>
    </w:p>
    <w:p w:rsidR="00A75B1C" w:rsidRPr="0000691D" w:rsidRDefault="00A75B1C" w:rsidP="00DE310A">
      <w:pPr>
        <w:bidi/>
        <w:spacing w:line="360" w:lineRule="auto"/>
        <w:jc w:val="both"/>
        <w:rPr>
          <w:rFonts w:cs="B Mitra"/>
          <w:sz w:val="28"/>
          <w:szCs w:val="28"/>
          <w:rtl/>
        </w:rPr>
      </w:pPr>
      <w:r w:rsidRPr="0000691D">
        <w:rPr>
          <w:rFonts w:cs="B Mitra" w:hint="cs"/>
          <w:sz w:val="28"/>
          <w:szCs w:val="28"/>
          <w:rtl/>
        </w:rPr>
        <w:t>شما</w:t>
      </w:r>
      <w:r w:rsidRPr="0000691D">
        <w:rPr>
          <w:rFonts w:cs="B Mitra"/>
          <w:sz w:val="28"/>
          <w:szCs w:val="28"/>
          <w:rtl/>
        </w:rPr>
        <w:t xml:space="preserve"> هل م</w:t>
      </w:r>
      <w:r w:rsidRPr="0000691D">
        <w:rPr>
          <w:rFonts w:cs="B Mitra" w:hint="cs"/>
          <w:sz w:val="28"/>
          <w:szCs w:val="28"/>
          <w:rtl/>
        </w:rPr>
        <w:t>ی‌</w:t>
      </w:r>
      <w:r w:rsidRPr="0000691D">
        <w:rPr>
          <w:rFonts w:cs="B Mitra" w:hint="eastAsia"/>
          <w:sz w:val="28"/>
          <w:szCs w:val="28"/>
          <w:rtl/>
        </w:rPr>
        <w:t>ده</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و گِلاید هدا</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کند</w:t>
      </w:r>
      <w:r w:rsidRPr="0000691D">
        <w:rPr>
          <w:rFonts w:cs="B Mitra" w:hint="cs"/>
          <w:sz w:val="28"/>
          <w:szCs w:val="28"/>
          <w:rtl/>
        </w:rPr>
        <w:t>؛</w:t>
      </w:r>
      <w:r w:rsidRPr="0000691D">
        <w:rPr>
          <w:rFonts w:cs="B Mitra"/>
          <w:sz w:val="28"/>
          <w:szCs w:val="28"/>
          <w:rtl/>
        </w:rPr>
        <w:t xml:space="preserve"> سازوکار کل</w:t>
      </w:r>
      <w:r w:rsidRPr="0000691D">
        <w:rPr>
          <w:rFonts w:cs="B Mitra" w:hint="cs"/>
          <w:sz w:val="28"/>
          <w:szCs w:val="28"/>
          <w:rtl/>
        </w:rPr>
        <w:t>ی</w:t>
      </w:r>
      <w:r w:rsidRPr="0000691D">
        <w:rPr>
          <w:rFonts w:cs="B Mitra"/>
          <w:sz w:val="28"/>
          <w:szCs w:val="28"/>
          <w:rtl/>
        </w:rPr>
        <w:t xml:space="preserve"> هم</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است</w:t>
      </w:r>
      <w:r w:rsidRPr="0000691D">
        <w:rPr>
          <w:rFonts w:cs="B Mitra" w:hint="cs"/>
          <w:sz w:val="28"/>
          <w:szCs w:val="28"/>
          <w:rtl/>
        </w:rPr>
        <w:t>؛</w:t>
      </w:r>
      <w:r w:rsidRPr="0000691D">
        <w:rPr>
          <w:rFonts w:cs="B Mitra"/>
          <w:sz w:val="28"/>
          <w:szCs w:val="28"/>
          <w:rtl/>
        </w:rPr>
        <w:t xml:space="preserve"> با هر سرعت</w:t>
      </w:r>
      <w:r w:rsidRPr="0000691D">
        <w:rPr>
          <w:rFonts w:cs="B Mitra" w:hint="cs"/>
          <w:sz w:val="28"/>
          <w:szCs w:val="28"/>
          <w:rtl/>
        </w:rPr>
        <w:t>ی</w:t>
      </w:r>
      <w:r w:rsidRPr="0000691D">
        <w:rPr>
          <w:rFonts w:cs="B Mitra"/>
          <w:sz w:val="28"/>
          <w:szCs w:val="28"/>
          <w:rtl/>
        </w:rPr>
        <w:t xml:space="preserve"> که ما</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راه م</w:t>
      </w:r>
      <w:r w:rsidRPr="0000691D">
        <w:rPr>
          <w:rFonts w:cs="B Mitra" w:hint="cs"/>
          <w:sz w:val="28"/>
          <w:szCs w:val="28"/>
          <w:rtl/>
        </w:rPr>
        <w:t>ی‌</w:t>
      </w:r>
      <w:r w:rsidRPr="0000691D">
        <w:rPr>
          <w:rFonts w:cs="B Mitra" w:hint="eastAsia"/>
          <w:sz w:val="28"/>
          <w:szCs w:val="28"/>
          <w:rtl/>
        </w:rPr>
        <w:t>رو</w:t>
      </w:r>
      <w:r w:rsidRPr="0000691D">
        <w:rPr>
          <w:rFonts w:cs="B Mitra" w:hint="cs"/>
          <w:sz w:val="28"/>
          <w:szCs w:val="28"/>
          <w:rtl/>
        </w:rPr>
        <w:t>ی</w:t>
      </w:r>
      <w:r w:rsidRPr="0000691D">
        <w:rPr>
          <w:rFonts w:cs="B Mitra" w:hint="eastAsia"/>
          <w:sz w:val="28"/>
          <w:szCs w:val="28"/>
          <w:rtl/>
        </w:rPr>
        <w:t>د</w:t>
      </w:r>
      <w:r w:rsidRPr="0000691D">
        <w:rPr>
          <w:rFonts w:cs="B Mitra" w:hint="cs"/>
          <w:sz w:val="28"/>
          <w:szCs w:val="28"/>
          <w:rtl/>
        </w:rPr>
        <w:t>.</w:t>
      </w:r>
      <w:r w:rsidRPr="0000691D">
        <w:rPr>
          <w:rFonts w:cs="B Mitra"/>
          <w:sz w:val="28"/>
          <w:szCs w:val="28"/>
          <w:rtl/>
        </w:rPr>
        <w:t xml:space="preserve"> حرکت روبه‌جلو</w:t>
      </w:r>
      <w:r w:rsidRPr="0000691D">
        <w:rPr>
          <w:rFonts w:cs="B Mitra" w:hint="cs"/>
          <w:sz w:val="28"/>
          <w:szCs w:val="28"/>
          <w:rtl/>
        </w:rPr>
        <w:t>ی</w:t>
      </w:r>
      <w:r w:rsidRPr="0000691D">
        <w:rPr>
          <w:rFonts w:cs="B Mitra"/>
          <w:sz w:val="28"/>
          <w:szCs w:val="28"/>
          <w:rtl/>
        </w:rPr>
        <w:t xml:space="preserve"> شما باعث چرخش چرخ‌ها</w:t>
      </w:r>
      <w:r w:rsidRPr="0000691D">
        <w:rPr>
          <w:rFonts w:cs="B Mitra" w:hint="cs"/>
          <w:sz w:val="28"/>
          <w:szCs w:val="28"/>
          <w:rtl/>
        </w:rPr>
        <w:t>ی</w:t>
      </w:r>
      <w:r w:rsidRPr="0000691D">
        <w:rPr>
          <w:rFonts w:cs="B Mitra"/>
          <w:sz w:val="28"/>
          <w:szCs w:val="28"/>
          <w:rtl/>
        </w:rPr>
        <w:t xml:space="preserve"> دستگاه م</w:t>
      </w:r>
      <w:r w:rsidRPr="0000691D">
        <w:rPr>
          <w:rFonts w:cs="B Mitra" w:hint="cs"/>
          <w:sz w:val="28"/>
          <w:szCs w:val="28"/>
          <w:rtl/>
        </w:rPr>
        <w:t>ی‌</w:t>
      </w:r>
      <w:r w:rsidRPr="0000691D">
        <w:rPr>
          <w:rFonts w:cs="B Mitra" w:hint="eastAsia"/>
          <w:sz w:val="28"/>
          <w:szCs w:val="28"/>
          <w:rtl/>
        </w:rPr>
        <w:t>شود</w:t>
      </w:r>
      <w:r w:rsidRPr="0000691D">
        <w:rPr>
          <w:rFonts w:cs="B Mitra"/>
          <w:sz w:val="28"/>
          <w:szCs w:val="28"/>
          <w:rtl/>
        </w:rPr>
        <w:t xml:space="preserve"> و گِلاید تصم</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گ</w:t>
      </w:r>
      <w:r w:rsidRPr="0000691D">
        <w:rPr>
          <w:rFonts w:cs="B Mitra" w:hint="cs"/>
          <w:sz w:val="28"/>
          <w:szCs w:val="28"/>
          <w:rtl/>
        </w:rPr>
        <w:t>ی</w:t>
      </w:r>
      <w:r w:rsidRPr="0000691D">
        <w:rPr>
          <w:rFonts w:cs="B Mitra" w:hint="eastAsia"/>
          <w:sz w:val="28"/>
          <w:szCs w:val="28"/>
          <w:rtl/>
        </w:rPr>
        <w:t>رد</w:t>
      </w:r>
      <w:r w:rsidRPr="0000691D">
        <w:rPr>
          <w:rFonts w:cs="B Mitra"/>
          <w:sz w:val="28"/>
          <w:szCs w:val="28"/>
          <w:rtl/>
        </w:rPr>
        <w:t xml:space="preserve"> که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حرکت به کدام سمت هدا</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شود. دستگاه</w:t>
      </w:r>
      <w:r w:rsidRPr="0000691D">
        <w:rPr>
          <w:rFonts w:cs="B Mitra" w:hint="cs"/>
          <w:sz w:val="28"/>
          <w:szCs w:val="28"/>
          <w:rtl/>
        </w:rPr>
        <w:t>،</w:t>
      </w:r>
      <w:r w:rsidRPr="0000691D">
        <w:rPr>
          <w:rFonts w:cs="B Mitra"/>
          <w:sz w:val="28"/>
          <w:szCs w:val="28"/>
          <w:rtl/>
        </w:rPr>
        <w:t xml:space="preserve"> شما را متوقف م</w:t>
      </w:r>
      <w:r w:rsidRPr="0000691D">
        <w:rPr>
          <w:rFonts w:cs="B Mitra" w:hint="cs"/>
          <w:sz w:val="28"/>
          <w:szCs w:val="28"/>
          <w:rtl/>
        </w:rPr>
        <w:t>ی‌</w:t>
      </w:r>
      <w:r w:rsidRPr="0000691D">
        <w:rPr>
          <w:rFonts w:cs="B Mitra" w:hint="eastAsia"/>
          <w:sz w:val="28"/>
          <w:szCs w:val="28"/>
          <w:rtl/>
        </w:rPr>
        <w:t>کند</w:t>
      </w:r>
      <w:r w:rsidRPr="0000691D">
        <w:rPr>
          <w:rFonts w:cs="B Mitra" w:hint="cs"/>
          <w:sz w:val="28"/>
          <w:szCs w:val="28"/>
          <w:rtl/>
        </w:rPr>
        <w:t>؛</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چرخاند</w:t>
      </w:r>
      <w:r w:rsidRPr="0000691D">
        <w:rPr>
          <w:rFonts w:cs="B Mitra"/>
          <w:sz w:val="28"/>
          <w:szCs w:val="28"/>
          <w:rtl/>
        </w:rPr>
        <w:t xml:space="preserve"> و اگر مس</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پ</w:t>
      </w:r>
      <w:r w:rsidRPr="0000691D">
        <w:rPr>
          <w:rFonts w:cs="B Mitra" w:hint="cs"/>
          <w:sz w:val="28"/>
          <w:szCs w:val="28"/>
          <w:rtl/>
        </w:rPr>
        <w:t>ی</w:t>
      </w:r>
      <w:r w:rsidRPr="0000691D">
        <w:rPr>
          <w:rFonts w:cs="B Mitra" w:hint="eastAsia"/>
          <w:sz w:val="28"/>
          <w:szCs w:val="28"/>
          <w:rtl/>
        </w:rPr>
        <w:t>ش‌رو</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من</w:t>
      </w:r>
      <w:r w:rsidRPr="0000691D">
        <w:rPr>
          <w:rFonts w:cs="B Mitra"/>
          <w:sz w:val="28"/>
          <w:szCs w:val="28"/>
          <w:rtl/>
        </w:rPr>
        <w:t xml:space="preserve"> نباشد، در برابر فشار دست شما مقاومت م</w:t>
      </w:r>
      <w:r w:rsidRPr="0000691D">
        <w:rPr>
          <w:rFonts w:cs="B Mitra" w:hint="cs"/>
          <w:sz w:val="28"/>
          <w:szCs w:val="28"/>
          <w:rtl/>
        </w:rPr>
        <w:t>ی‌</w:t>
      </w:r>
      <w:r w:rsidRPr="0000691D">
        <w:rPr>
          <w:rFonts w:cs="B Mitra" w:hint="eastAsia"/>
          <w:sz w:val="28"/>
          <w:szCs w:val="28"/>
          <w:rtl/>
        </w:rPr>
        <w:t>کند</w:t>
      </w:r>
      <w:r w:rsidRPr="0000691D">
        <w:rPr>
          <w:rFonts w:cs="B Mitra"/>
          <w:sz w:val="28"/>
          <w:szCs w:val="28"/>
          <w:rtl/>
        </w:rPr>
        <w:t>. وظ</w:t>
      </w:r>
      <w:r w:rsidRPr="0000691D">
        <w:rPr>
          <w:rFonts w:cs="B Mitra" w:hint="cs"/>
          <w:sz w:val="28"/>
          <w:szCs w:val="28"/>
          <w:rtl/>
        </w:rPr>
        <w:t>ی</w:t>
      </w:r>
      <w:r w:rsidRPr="0000691D">
        <w:rPr>
          <w:rFonts w:cs="B Mitra" w:hint="eastAsia"/>
          <w:sz w:val="28"/>
          <w:szCs w:val="28"/>
          <w:rtl/>
        </w:rPr>
        <w:t>فه</w:t>
      </w:r>
      <w:r w:rsidRPr="0000691D">
        <w:rPr>
          <w:rFonts w:cs="B Mitra"/>
          <w:sz w:val="28"/>
          <w:szCs w:val="28"/>
          <w:rtl/>
        </w:rPr>
        <w:t xml:space="preserve"> شما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است که همراه آن حرکت کن</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و بدنتان را پشت دستتان نگه دار</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w:t>
      </w:r>
    </w:p>
    <w:p w:rsidR="00A75B1C" w:rsidRPr="0000691D" w:rsidRDefault="00A75B1C" w:rsidP="00DE310A">
      <w:pPr>
        <w:bidi/>
        <w:spacing w:line="360" w:lineRule="auto"/>
        <w:jc w:val="both"/>
        <w:rPr>
          <w:rFonts w:cs="B Mitra"/>
          <w:sz w:val="28"/>
          <w:szCs w:val="28"/>
          <w:rtl/>
        </w:rPr>
      </w:pPr>
      <w:r w:rsidRPr="0000691D">
        <w:rPr>
          <w:rFonts w:cs="B Mitra" w:hint="cs"/>
          <w:sz w:val="28"/>
          <w:szCs w:val="28"/>
          <w:rtl/>
        </w:rPr>
        <w:t>دکمه‌ای</w:t>
      </w:r>
      <w:r w:rsidRPr="0000691D">
        <w:rPr>
          <w:rFonts w:cs="B Mitra"/>
          <w:sz w:val="28"/>
          <w:szCs w:val="28"/>
          <w:rtl/>
        </w:rPr>
        <w:t xml:space="preserve"> که تمام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فرا</w:t>
      </w:r>
      <w:r w:rsidRPr="0000691D">
        <w:rPr>
          <w:rFonts w:cs="B Mitra" w:hint="cs"/>
          <w:sz w:val="28"/>
          <w:szCs w:val="28"/>
          <w:rtl/>
        </w:rPr>
        <w:t>ی</w:t>
      </w:r>
      <w:r w:rsidRPr="0000691D">
        <w:rPr>
          <w:rFonts w:cs="B Mitra" w:hint="eastAsia"/>
          <w:sz w:val="28"/>
          <w:szCs w:val="28"/>
          <w:rtl/>
        </w:rPr>
        <w:t>ند</w:t>
      </w:r>
      <w:r w:rsidRPr="0000691D">
        <w:rPr>
          <w:rFonts w:cs="B Mitra"/>
          <w:sz w:val="28"/>
          <w:szCs w:val="28"/>
          <w:rtl/>
        </w:rPr>
        <w:t xml:space="preserve"> را کنترل م</w:t>
      </w:r>
      <w:r w:rsidRPr="0000691D">
        <w:rPr>
          <w:rFonts w:cs="B Mitra" w:hint="cs"/>
          <w:sz w:val="28"/>
          <w:szCs w:val="28"/>
          <w:rtl/>
        </w:rPr>
        <w:t>ی‌</w:t>
      </w:r>
      <w:r w:rsidRPr="0000691D">
        <w:rPr>
          <w:rFonts w:cs="B Mitra" w:hint="eastAsia"/>
          <w:sz w:val="28"/>
          <w:szCs w:val="28"/>
          <w:rtl/>
        </w:rPr>
        <w:t>کند،</w:t>
      </w:r>
      <w:r w:rsidRPr="0000691D">
        <w:rPr>
          <w:rFonts w:cs="B Mitra"/>
          <w:sz w:val="28"/>
          <w:szCs w:val="28"/>
          <w:rtl/>
        </w:rPr>
        <w:t xml:space="preserve"> در مرکز دسته و درست ز</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انگشتان شما قرار دارد. با فشردن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دکمه، گِلاید به سمت</w:t>
      </w:r>
      <w:r w:rsidRPr="0000691D">
        <w:rPr>
          <w:rFonts w:cs="B Mitra" w:hint="cs"/>
          <w:sz w:val="28"/>
          <w:szCs w:val="28"/>
          <w:rtl/>
        </w:rPr>
        <w:t>ی</w:t>
      </w:r>
      <w:r w:rsidRPr="0000691D">
        <w:rPr>
          <w:rFonts w:cs="B Mitra"/>
          <w:sz w:val="28"/>
          <w:szCs w:val="28"/>
          <w:rtl/>
        </w:rPr>
        <w:t xml:space="preserve"> که شما اشاره م</w:t>
      </w:r>
      <w:r w:rsidRPr="0000691D">
        <w:rPr>
          <w:rFonts w:cs="B Mitra" w:hint="cs"/>
          <w:sz w:val="28"/>
          <w:szCs w:val="28"/>
          <w:rtl/>
        </w:rPr>
        <w:t>ی‌</w:t>
      </w:r>
      <w:r w:rsidRPr="0000691D">
        <w:rPr>
          <w:rFonts w:cs="B Mitra" w:hint="eastAsia"/>
          <w:sz w:val="28"/>
          <w:szCs w:val="28"/>
          <w:rtl/>
        </w:rPr>
        <w:t>کن</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حرکت م</w:t>
      </w:r>
      <w:r w:rsidRPr="0000691D">
        <w:rPr>
          <w:rFonts w:cs="B Mitra" w:hint="cs"/>
          <w:sz w:val="28"/>
          <w:szCs w:val="28"/>
          <w:rtl/>
        </w:rPr>
        <w:t>ی‌</w:t>
      </w:r>
      <w:r w:rsidRPr="0000691D">
        <w:rPr>
          <w:rFonts w:cs="B Mitra" w:hint="eastAsia"/>
          <w:sz w:val="28"/>
          <w:szCs w:val="28"/>
          <w:rtl/>
        </w:rPr>
        <w:t>کند</w:t>
      </w:r>
      <w:r w:rsidRPr="0000691D">
        <w:rPr>
          <w:rFonts w:cs="B Mitra"/>
          <w:sz w:val="28"/>
          <w:szCs w:val="28"/>
          <w:rtl/>
        </w:rPr>
        <w:t xml:space="preserve"> و فشردن مجدد آن در هر لحظه، جهت حرکت را تازه‌ساز</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کند</w:t>
      </w:r>
      <w:r w:rsidRPr="0000691D">
        <w:rPr>
          <w:rFonts w:cs="B Mitra"/>
          <w:sz w:val="28"/>
          <w:szCs w:val="28"/>
          <w:rtl/>
        </w:rPr>
        <w:t>.</w:t>
      </w:r>
      <w:r w:rsidRPr="0000691D">
        <w:rPr>
          <w:rFonts w:cs="B Mitra" w:hint="cs"/>
          <w:sz w:val="28"/>
          <w:szCs w:val="28"/>
          <w:rtl/>
        </w:rPr>
        <w:t xml:space="preserve"> اهمی</w:t>
      </w:r>
      <w:r w:rsidRPr="0000691D">
        <w:rPr>
          <w:rFonts w:cs="B Mitra" w:hint="eastAsia"/>
          <w:sz w:val="28"/>
          <w:szCs w:val="28"/>
          <w:rtl/>
        </w:rPr>
        <w:t>ت</w:t>
      </w:r>
      <w:r w:rsidRPr="0000691D">
        <w:rPr>
          <w:rFonts w:cs="B Mitra"/>
          <w:sz w:val="28"/>
          <w:szCs w:val="28"/>
          <w:rtl/>
        </w:rPr>
        <w:t xml:space="preserve"> </w:t>
      </w:r>
      <w:r w:rsidRPr="0000691D">
        <w:rPr>
          <w:rFonts w:cs="B Mitra"/>
          <w:sz w:val="28"/>
          <w:szCs w:val="28"/>
          <w:rtl/>
        </w:rPr>
        <w:lastRenderedPageBreak/>
        <w:t>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نکته آخر، فراتر از آن چ</w:t>
      </w:r>
      <w:r w:rsidRPr="0000691D">
        <w:rPr>
          <w:rFonts w:cs="B Mitra" w:hint="cs"/>
          <w:sz w:val="28"/>
          <w:szCs w:val="28"/>
          <w:rtl/>
        </w:rPr>
        <w:t>ی</w:t>
      </w:r>
      <w:r w:rsidRPr="0000691D">
        <w:rPr>
          <w:rFonts w:cs="B Mitra" w:hint="eastAsia"/>
          <w:sz w:val="28"/>
          <w:szCs w:val="28"/>
          <w:rtl/>
        </w:rPr>
        <w:t>ز</w:t>
      </w:r>
      <w:r w:rsidRPr="0000691D">
        <w:rPr>
          <w:rFonts w:cs="B Mitra" w:hint="cs"/>
          <w:sz w:val="28"/>
          <w:szCs w:val="28"/>
          <w:rtl/>
        </w:rPr>
        <w:t>ی</w:t>
      </w:r>
      <w:r w:rsidRPr="0000691D">
        <w:rPr>
          <w:rFonts w:cs="B Mitra"/>
          <w:sz w:val="28"/>
          <w:szCs w:val="28"/>
          <w:rtl/>
        </w:rPr>
        <w:t xml:space="preserve"> است که در نگاه اول به نظر م</w:t>
      </w:r>
      <w:r w:rsidRPr="0000691D">
        <w:rPr>
          <w:rFonts w:cs="B Mitra" w:hint="cs"/>
          <w:sz w:val="28"/>
          <w:szCs w:val="28"/>
          <w:rtl/>
        </w:rPr>
        <w:t>ی‌</w:t>
      </w:r>
      <w:r w:rsidRPr="0000691D">
        <w:rPr>
          <w:rFonts w:cs="B Mitra" w:hint="eastAsia"/>
          <w:sz w:val="28"/>
          <w:szCs w:val="28"/>
          <w:rtl/>
        </w:rPr>
        <w:t>رسد</w:t>
      </w:r>
      <w:r w:rsidRPr="0000691D">
        <w:rPr>
          <w:rFonts w:cs="B Mitra"/>
          <w:sz w:val="28"/>
          <w:szCs w:val="28"/>
          <w:rtl/>
        </w:rPr>
        <w:t>. گِلاید اغلب برا</w:t>
      </w:r>
      <w:r w:rsidRPr="0000691D">
        <w:rPr>
          <w:rFonts w:cs="B Mitra" w:hint="cs"/>
          <w:sz w:val="28"/>
          <w:szCs w:val="28"/>
          <w:rtl/>
        </w:rPr>
        <w:t>ی</w:t>
      </w:r>
      <w:r w:rsidRPr="0000691D">
        <w:rPr>
          <w:rFonts w:cs="B Mitra"/>
          <w:sz w:val="28"/>
          <w:szCs w:val="28"/>
          <w:rtl/>
        </w:rPr>
        <w:t xml:space="preserve"> عبور از کنار موانع </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دنبال‌کردن پ</w:t>
      </w:r>
      <w:r w:rsidRPr="0000691D">
        <w:rPr>
          <w:rFonts w:cs="B Mitra" w:hint="cs"/>
          <w:sz w:val="28"/>
          <w:szCs w:val="28"/>
          <w:rtl/>
        </w:rPr>
        <w:t>ی</w:t>
      </w:r>
      <w:r w:rsidRPr="0000691D">
        <w:rPr>
          <w:rFonts w:cs="B Mitra" w:hint="eastAsia"/>
          <w:sz w:val="28"/>
          <w:szCs w:val="28"/>
          <w:rtl/>
        </w:rPr>
        <w:t>چ‌وخم</w:t>
      </w:r>
      <w:r w:rsidRPr="0000691D">
        <w:rPr>
          <w:rFonts w:cs="B Mitra"/>
          <w:sz w:val="28"/>
          <w:szCs w:val="28"/>
          <w:rtl/>
        </w:rPr>
        <w:t xml:space="preserve"> پ</w:t>
      </w:r>
      <w:r w:rsidRPr="0000691D">
        <w:rPr>
          <w:rFonts w:cs="B Mitra" w:hint="cs"/>
          <w:sz w:val="28"/>
          <w:szCs w:val="28"/>
          <w:rtl/>
        </w:rPr>
        <w:t>ی</w:t>
      </w:r>
      <w:r w:rsidRPr="0000691D">
        <w:rPr>
          <w:rFonts w:cs="B Mitra" w:hint="eastAsia"/>
          <w:sz w:val="28"/>
          <w:szCs w:val="28"/>
          <w:rtl/>
        </w:rPr>
        <w:t>اده‌رو،</w:t>
      </w:r>
      <w:r w:rsidRPr="0000691D">
        <w:rPr>
          <w:rFonts w:cs="B Mitra"/>
          <w:sz w:val="28"/>
          <w:szCs w:val="28"/>
          <w:rtl/>
        </w:rPr>
        <w:t xml:space="preserve"> به طور خودکار کم</w:t>
      </w:r>
      <w:r w:rsidRPr="0000691D">
        <w:rPr>
          <w:rFonts w:cs="B Mitra" w:hint="cs"/>
          <w:sz w:val="28"/>
          <w:szCs w:val="28"/>
          <w:rtl/>
        </w:rPr>
        <w:t>ی</w:t>
      </w:r>
      <w:r w:rsidRPr="0000691D">
        <w:rPr>
          <w:rFonts w:cs="B Mitra"/>
          <w:sz w:val="28"/>
          <w:szCs w:val="28"/>
          <w:rtl/>
        </w:rPr>
        <w:t xml:space="preserve"> تغ</w:t>
      </w:r>
      <w:r w:rsidRPr="0000691D">
        <w:rPr>
          <w:rFonts w:cs="B Mitra" w:hint="cs"/>
          <w:sz w:val="28"/>
          <w:szCs w:val="28"/>
          <w:rtl/>
        </w:rPr>
        <w:t>یی</w:t>
      </w:r>
      <w:r w:rsidRPr="0000691D">
        <w:rPr>
          <w:rFonts w:cs="B Mitra" w:hint="eastAsia"/>
          <w:sz w:val="28"/>
          <w:szCs w:val="28"/>
          <w:rtl/>
        </w:rPr>
        <w:t>ر</w:t>
      </w:r>
      <w:r w:rsidRPr="0000691D">
        <w:rPr>
          <w:rFonts w:cs="B Mitra"/>
          <w:sz w:val="28"/>
          <w:szCs w:val="28"/>
          <w:rtl/>
        </w:rPr>
        <w:t xml:space="preserve"> مس</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دهد</w:t>
      </w:r>
      <w:r w:rsidRPr="0000691D">
        <w:rPr>
          <w:rFonts w:cs="B Mitra"/>
          <w:sz w:val="28"/>
          <w:szCs w:val="28"/>
          <w:rtl/>
        </w:rPr>
        <w:t>. گاه</w:t>
      </w:r>
      <w:r w:rsidRPr="0000691D">
        <w:rPr>
          <w:rFonts w:cs="B Mitra" w:hint="cs"/>
          <w:sz w:val="28"/>
          <w:szCs w:val="28"/>
          <w:rtl/>
        </w:rPr>
        <w:t>ی</w:t>
      </w:r>
      <w:r w:rsidRPr="0000691D">
        <w:rPr>
          <w:rFonts w:cs="B Mitra"/>
          <w:sz w:val="28"/>
          <w:szCs w:val="28"/>
          <w:rtl/>
        </w:rPr>
        <w:t xml:space="preserve"> دستگاه م</w:t>
      </w:r>
      <w:r w:rsidRPr="0000691D">
        <w:rPr>
          <w:rFonts w:cs="B Mitra" w:hint="cs"/>
          <w:sz w:val="28"/>
          <w:szCs w:val="28"/>
          <w:rtl/>
        </w:rPr>
        <w:t>ی‌</w:t>
      </w:r>
      <w:r w:rsidRPr="0000691D">
        <w:rPr>
          <w:rFonts w:cs="B Mitra" w:hint="eastAsia"/>
          <w:sz w:val="28"/>
          <w:szCs w:val="28"/>
          <w:rtl/>
        </w:rPr>
        <w:t>چرخد</w:t>
      </w:r>
      <w:r w:rsidRPr="0000691D">
        <w:rPr>
          <w:rFonts w:cs="B Mitra" w:hint="cs"/>
          <w:sz w:val="28"/>
          <w:szCs w:val="28"/>
          <w:rtl/>
        </w:rPr>
        <w:t>؛</w:t>
      </w:r>
      <w:r w:rsidRPr="0000691D">
        <w:rPr>
          <w:rFonts w:cs="B Mitra"/>
          <w:sz w:val="28"/>
          <w:szCs w:val="28"/>
          <w:rtl/>
        </w:rPr>
        <w:t xml:space="preserve"> درحال</w:t>
      </w:r>
      <w:r w:rsidRPr="0000691D">
        <w:rPr>
          <w:rFonts w:cs="B Mitra" w:hint="cs"/>
          <w:sz w:val="28"/>
          <w:szCs w:val="28"/>
          <w:rtl/>
        </w:rPr>
        <w:t>ی‌</w:t>
      </w:r>
      <w:r w:rsidRPr="0000691D">
        <w:rPr>
          <w:rFonts w:cs="B Mitra" w:hint="eastAsia"/>
          <w:sz w:val="28"/>
          <w:szCs w:val="28"/>
          <w:rtl/>
        </w:rPr>
        <w:t>که</w:t>
      </w:r>
      <w:r w:rsidRPr="0000691D">
        <w:rPr>
          <w:rFonts w:cs="B Mitra"/>
          <w:sz w:val="28"/>
          <w:szCs w:val="28"/>
          <w:rtl/>
        </w:rPr>
        <w:t xml:space="preserve"> من نم</w:t>
      </w:r>
      <w:r w:rsidRPr="0000691D">
        <w:rPr>
          <w:rFonts w:cs="B Mitra" w:hint="cs"/>
          <w:sz w:val="28"/>
          <w:szCs w:val="28"/>
          <w:rtl/>
        </w:rPr>
        <w:t>ی‌</w:t>
      </w:r>
      <w:r w:rsidRPr="0000691D">
        <w:rPr>
          <w:rFonts w:cs="B Mitra" w:hint="eastAsia"/>
          <w:sz w:val="28"/>
          <w:szCs w:val="28"/>
          <w:rtl/>
        </w:rPr>
        <w:t>خواهم</w:t>
      </w:r>
      <w:r w:rsidRPr="0000691D">
        <w:rPr>
          <w:rFonts w:cs="B Mitra"/>
          <w:sz w:val="28"/>
          <w:szCs w:val="28"/>
          <w:rtl/>
        </w:rPr>
        <w:t xml:space="preserve"> تغ</w:t>
      </w:r>
      <w:r w:rsidRPr="0000691D">
        <w:rPr>
          <w:rFonts w:cs="B Mitra" w:hint="cs"/>
          <w:sz w:val="28"/>
          <w:szCs w:val="28"/>
          <w:rtl/>
        </w:rPr>
        <w:t>یی</w:t>
      </w:r>
      <w:r w:rsidRPr="0000691D">
        <w:rPr>
          <w:rFonts w:cs="B Mitra" w:hint="eastAsia"/>
          <w:sz w:val="28"/>
          <w:szCs w:val="28"/>
          <w:rtl/>
        </w:rPr>
        <w:t>ر</w:t>
      </w:r>
      <w:r w:rsidRPr="0000691D">
        <w:rPr>
          <w:rFonts w:cs="B Mitra"/>
          <w:sz w:val="28"/>
          <w:szCs w:val="28"/>
          <w:rtl/>
        </w:rPr>
        <w:t xml:space="preserve"> مس</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دهم؛ مثلاً وقت</w:t>
      </w:r>
      <w:r w:rsidRPr="0000691D">
        <w:rPr>
          <w:rFonts w:cs="B Mitra" w:hint="cs"/>
          <w:sz w:val="28"/>
          <w:szCs w:val="28"/>
          <w:rtl/>
        </w:rPr>
        <w:t>ی</w:t>
      </w:r>
      <w:r w:rsidRPr="0000691D">
        <w:rPr>
          <w:rFonts w:cs="B Mitra"/>
          <w:sz w:val="28"/>
          <w:szCs w:val="28"/>
          <w:rtl/>
        </w:rPr>
        <w:t xml:space="preserve"> موقع</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مکا</w:t>
      </w:r>
      <w:r w:rsidRPr="0000691D">
        <w:rPr>
          <w:rFonts w:cs="B Mitra" w:hint="eastAsia"/>
          <w:sz w:val="28"/>
          <w:szCs w:val="28"/>
          <w:rtl/>
        </w:rPr>
        <w:t>ن</w:t>
      </w:r>
      <w:r w:rsidRPr="0000691D">
        <w:rPr>
          <w:rFonts w:cs="B Mitra" w:hint="cs"/>
          <w:sz w:val="28"/>
          <w:szCs w:val="28"/>
          <w:rtl/>
        </w:rPr>
        <w:t>ی‌</w:t>
      </w:r>
      <w:r w:rsidRPr="0000691D">
        <w:rPr>
          <w:rFonts w:cs="B Mitra" w:hint="eastAsia"/>
          <w:sz w:val="28"/>
          <w:szCs w:val="28"/>
          <w:rtl/>
        </w:rPr>
        <w:t>ام</w:t>
      </w:r>
      <w:r w:rsidRPr="0000691D">
        <w:rPr>
          <w:rFonts w:cs="B Mitra"/>
          <w:sz w:val="28"/>
          <w:szCs w:val="28"/>
          <w:rtl/>
        </w:rPr>
        <w:t xml:space="preserve"> را م</w:t>
      </w:r>
      <w:r w:rsidRPr="0000691D">
        <w:rPr>
          <w:rFonts w:cs="B Mitra" w:hint="cs"/>
          <w:sz w:val="28"/>
          <w:szCs w:val="28"/>
          <w:rtl/>
        </w:rPr>
        <w:t>ی‌</w:t>
      </w:r>
      <w:r w:rsidRPr="0000691D">
        <w:rPr>
          <w:rFonts w:cs="B Mitra" w:hint="eastAsia"/>
          <w:sz w:val="28"/>
          <w:szCs w:val="28"/>
          <w:rtl/>
        </w:rPr>
        <w:t>دانم</w:t>
      </w:r>
      <w:r w:rsidRPr="0000691D">
        <w:rPr>
          <w:rFonts w:cs="B Mitra"/>
          <w:sz w:val="28"/>
          <w:szCs w:val="28"/>
          <w:rtl/>
        </w:rPr>
        <w:t xml:space="preserve"> و م</w:t>
      </w:r>
      <w:r w:rsidRPr="0000691D">
        <w:rPr>
          <w:rFonts w:cs="B Mitra" w:hint="cs"/>
          <w:sz w:val="28"/>
          <w:szCs w:val="28"/>
          <w:rtl/>
        </w:rPr>
        <w:t>ی‌</w:t>
      </w:r>
      <w:r w:rsidRPr="0000691D">
        <w:rPr>
          <w:rFonts w:cs="B Mitra" w:hint="eastAsia"/>
          <w:sz w:val="28"/>
          <w:szCs w:val="28"/>
          <w:rtl/>
        </w:rPr>
        <w:t>خواهم</w:t>
      </w:r>
      <w:r w:rsidRPr="0000691D">
        <w:rPr>
          <w:rFonts w:cs="B Mitra"/>
          <w:sz w:val="28"/>
          <w:szCs w:val="28"/>
          <w:rtl/>
        </w:rPr>
        <w:t xml:space="preserve"> به در</w:t>
      </w:r>
      <w:r w:rsidRPr="0000691D">
        <w:rPr>
          <w:rFonts w:cs="B Mitra" w:hint="cs"/>
          <w:sz w:val="28"/>
          <w:szCs w:val="28"/>
          <w:rtl/>
        </w:rPr>
        <w:t>ی</w:t>
      </w:r>
      <w:r w:rsidRPr="0000691D">
        <w:rPr>
          <w:rFonts w:cs="B Mitra"/>
          <w:sz w:val="28"/>
          <w:szCs w:val="28"/>
          <w:rtl/>
        </w:rPr>
        <w:t xml:space="preserve"> برسم که در آن سمت قرار دارد</w:t>
      </w:r>
      <w:r w:rsidRPr="0000691D">
        <w:rPr>
          <w:rFonts w:cs="B Mitra" w:hint="cs"/>
          <w:sz w:val="28"/>
          <w:szCs w:val="28"/>
          <w:rtl/>
        </w:rPr>
        <w:t>.</w:t>
      </w:r>
      <w:r w:rsidRPr="0000691D">
        <w:rPr>
          <w:rFonts w:cs="B Mitra"/>
          <w:sz w:val="28"/>
          <w:szCs w:val="28"/>
          <w:rtl/>
        </w:rPr>
        <w:t xml:space="preserve"> کاف</w:t>
      </w:r>
      <w:r w:rsidRPr="0000691D">
        <w:rPr>
          <w:rFonts w:cs="B Mitra" w:hint="cs"/>
          <w:sz w:val="28"/>
          <w:szCs w:val="28"/>
          <w:rtl/>
        </w:rPr>
        <w:t>ی</w:t>
      </w:r>
      <w:r w:rsidRPr="0000691D">
        <w:rPr>
          <w:rFonts w:cs="B Mitra"/>
          <w:sz w:val="28"/>
          <w:szCs w:val="28"/>
          <w:rtl/>
        </w:rPr>
        <w:t xml:space="preserve"> است خودتان را به سمت</w:t>
      </w:r>
      <w:r w:rsidRPr="0000691D">
        <w:rPr>
          <w:rFonts w:cs="B Mitra" w:hint="cs"/>
          <w:sz w:val="28"/>
          <w:szCs w:val="28"/>
          <w:rtl/>
        </w:rPr>
        <w:t>ی</w:t>
      </w:r>
      <w:r w:rsidRPr="0000691D">
        <w:rPr>
          <w:rFonts w:cs="B Mitra"/>
          <w:sz w:val="28"/>
          <w:szCs w:val="28"/>
          <w:rtl/>
        </w:rPr>
        <w:t xml:space="preserve"> که واقعاً م</w:t>
      </w:r>
      <w:r w:rsidRPr="0000691D">
        <w:rPr>
          <w:rFonts w:cs="B Mitra" w:hint="cs"/>
          <w:sz w:val="28"/>
          <w:szCs w:val="28"/>
          <w:rtl/>
        </w:rPr>
        <w:t>ی‌</w:t>
      </w:r>
      <w:r w:rsidRPr="0000691D">
        <w:rPr>
          <w:rFonts w:cs="B Mitra" w:hint="eastAsia"/>
          <w:sz w:val="28"/>
          <w:szCs w:val="28"/>
          <w:rtl/>
        </w:rPr>
        <w:t>خواه</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برو</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متما</w:t>
      </w:r>
      <w:r w:rsidRPr="0000691D">
        <w:rPr>
          <w:rFonts w:cs="B Mitra" w:hint="cs"/>
          <w:sz w:val="28"/>
          <w:szCs w:val="28"/>
          <w:rtl/>
        </w:rPr>
        <w:t>ی</w:t>
      </w:r>
      <w:r w:rsidRPr="0000691D">
        <w:rPr>
          <w:rFonts w:cs="B Mitra" w:hint="eastAsia"/>
          <w:sz w:val="28"/>
          <w:szCs w:val="28"/>
          <w:rtl/>
        </w:rPr>
        <w:t>ل</w:t>
      </w:r>
      <w:r w:rsidRPr="0000691D">
        <w:rPr>
          <w:rFonts w:cs="B Mitra"/>
          <w:sz w:val="28"/>
          <w:szCs w:val="28"/>
          <w:rtl/>
        </w:rPr>
        <w:t xml:space="preserve"> کن</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و دکمه را فشار ده</w:t>
      </w:r>
      <w:r w:rsidRPr="0000691D">
        <w:rPr>
          <w:rFonts w:cs="B Mitra" w:hint="cs"/>
          <w:sz w:val="28"/>
          <w:szCs w:val="28"/>
          <w:rtl/>
        </w:rPr>
        <w:t>ی</w:t>
      </w:r>
      <w:r w:rsidRPr="0000691D">
        <w:rPr>
          <w:rFonts w:cs="B Mitra" w:hint="eastAsia"/>
          <w:sz w:val="28"/>
          <w:szCs w:val="28"/>
          <w:rtl/>
        </w:rPr>
        <w:t>د</w:t>
      </w:r>
      <w:r w:rsidRPr="0000691D">
        <w:rPr>
          <w:rFonts w:cs="B Mitra" w:hint="cs"/>
          <w:sz w:val="28"/>
          <w:szCs w:val="28"/>
          <w:rtl/>
        </w:rPr>
        <w:t>.</w:t>
      </w:r>
      <w:r w:rsidRPr="0000691D">
        <w:rPr>
          <w:rFonts w:cs="B Mitra"/>
          <w:sz w:val="28"/>
          <w:szCs w:val="28"/>
          <w:rtl/>
        </w:rPr>
        <w:t xml:space="preserve"> گِلاید مس</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جد</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را در پ</w:t>
      </w:r>
      <w:r w:rsidRPr="0000691D">
        <w:rPr>
          <w:rFonts w:cs="B Mitra" w:hint="cs"/>
          <w:sz w:val="28"/>
          <w:szCs w:val="28"/>
          <w:rtl/>
        </w:rPr>
        <w:t>ی</w:t>
      </w:r>
      <w:r w:rsidRPr="0000691D">
        <w:rPr>
          <w:rFonts w:cs="B Mitra" w:hint="eastAsia"/>
          <w:sz w:val="28"/>
          <w:szCs w:val="28"/>
          <w:rtl/>
        </w:rPr>
        <w:t>ش</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گ</w:t>
      </w:r>
      <w:r w:rsidRPr="0000691D">
        <w:rPr>
          <w:rFonts w:cs="B Mitra" w:hint="cs"/>
          <w:sz w:val="28"/>
          <w:szCs w:val="28"/>
          <w:rtl/>
        </w:rPr>
        <w:t>ی</w:t>
      </w:r>
      <w:r w:rsidRPr="0000691D">
        <w:rPr>
          <w:rFonts w:cs="B Mitra" w:hint="eastAsia"/>
          <w:sz w:val="28"/>
          <w:szCs w:val="28"/>
          <w:rtl/>
        </w:rPr>
        <w:t>رد</w:t>
      </w:r>
      <w:r w:rsidRPr="0000691D">
        <w:rPr>
          <w:rFonts w:cs="B Mitra"/>
          <w:sz w:val="28"/>
          <w:szCs w:val="28"/>
          <w:rtl/>
        </w:rPr>
        <w:t xml:space="preserve"> و به حرکت ادامه م</w:t>
      </w:r>
      <w:r w:rsidRPr="0000691D">
        <w:rPr>
          <w:rFonts w:cs="B Mitra" w:hint="cs"/>
          <w:sz w:val="28"/>
          <w:szCs w:val="28"/>
          <w:rtl/>
        </w:rPr>
        <w:t>ی‌</w:t>
      </w:r>
      <w:r w:rsidRPr="0000691D">
        <w:rPr>
          <w:rFonts w:cs="B Mitra" w:hint="eastAsia"/>
          <w:sz w:val="28"/>
          <w:szCs w:val="28"/>
          <w:rtl/>
        </w:rPr>
        <w:t>دهد</w:t>
      </w:r>
      <w:r w:rsidRPr="0000691D">
        <w:rPr>
          <w:rFonts w:cs="B Mitra"/>
          <w:sz w:val="28"/>
          <w:szCs w:val="28"/>
          <w:rtl/>
        </w:rPr>
        <w:t>.</w:t>
      </w:r>
    </w:p>
    <w:p w:rsidR="00A75B1C" w:rsidRPr="0000691D" w:rsidRDefault="00A75B1C" w:rsidP="00DE310A">
      <w:pPr>
        <w:bidi/>
        <w:spacing w:line="360" w:lineRule="auto"/>
        <w:jc w:val="both"/>
        <w:rPr>
          <w:rFonts w:cs="B Mitra"/>
          <w:sz w:val="28"/>
          <w:szCs w:val="28"/>
          <w:rtl/>
        </w:rPr>
      </w:pPr>
      <w:r w:rsidRPr="0000691D">
        <w:rPr>
          <w:rFonts w:cs="B Mitra" w:hint="cs"/>
          <w:sz w:val="28"/>
          <w:szCs w:val="28"/>
          <w:rtl/>
        </w:rPr>
        <w:t>وقتی</w:t>
      </w:r>
      <w:r w:rsidRPr="0000691D">
        <w:rPr>
          <w:rFonts w:cs="B Mitra"/>
          <w:sz w:val="28"/>
          <w:szCs w:val="28"/>
          <w:rtl/>
        </w:rPr>
        <w:t xml:space="preserve"> گِلاید نم</w:t>
      </w:r>
      <w:r w:rsidRPr="0000691D">
        <w:rPr>
          <w:rFonts w:cs="B Mitra" w:hint="cs"/>
          <w:sz w:val="28"/>
          <w:szCs w:val="28"/>
          <w:rtl/>
        </w:rPr>
        <w:t>ی‌</w:t>
      </w:r>
      <w:r w:rsidRPr="0000691D">
        <w:rPr>
          <w:rFonts w:cs="B Mitra" w:hint="eastAsia"/>
          <w:sz w:val="28"/>
          <w:szCs w:val="28"/>
          <w:rtl/>
        </w:rPr>
        <w:t>تواند</w:t>
      </w:r>
      <w:r w:rsidRPr="0000691D">
        <w:rPr>
          <w:rFonts w:cs="B Mitra"/>
          <w:sz w:val="28"/>
          <w:szCs w:val="28"/>
          <w:rtl/>
        </w:rPr>
        <w:t xml:space="preserve"> راه</w:t>
      </w:r>
      <w:r w:rsidRPr="0000691D">
        <w:rPr>
          <w:rFonts w:cs="B Mitra" w:hint="cs"/>
          <w:sz w:val="28"/>
          <w:szCs w:val="28"/>
          <w:rtl/>
        </w:rPr>
        <w:t>ی</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عبور از مانع</w:t>
      </w:r>
      <w:r w:rsidRPr="0000691D">
        <w:rPr>
          <w:rFonts w:cs="B Mitra" w:hint="cs"/>
          <w:sz w:val="28"/>
          <w:szCs w:val="28"/>
          <w:rtl/>
        </w:rPr>
        <w:t>ی</w:t>
      </w:r>
      <w:r w:rsidRPr="0000691D">
        <w:rPr>
          <w:rFonts w:cs="B Mitra"/>
          <w:sz w:val="28"/>
          <w:szCs w:val="28"/>
          <w:rtl/>
        </w:rPr>
        <w:t xml:space="preserve"> پ</w:t>
      </w:r>
      <w:r w:rsidRPr="0000691D">
        <w:rPr>
          <w:rFonts w:cs="B Mitra" w:hint="cs"/>
          <w:sz w:val="28"/>
          <w:szCs w:val="28"/>
          <w:rtl/>
        </w:rPr>
        <w:t>ی</w:t>
      </w:r>
      <w:r w:rsidRPr="0000691D">
        <w:rPr>
          <w:rFonts w:cs="B Mitra" w:hint="eastAsia"/>
          <w:sz w:val="28"/>
          <w:szCs w:val="28"/>
          <w:rtl/>
        </w:rPr>
        <w:t>دا</w:t>
      </w:r>
      <w:r w:rsidRPr="0000691D">
        <w:rPr>
          <w:rFonts w:cs="B Mitra"/>
          <w:sz w:val="28"/>
          <w:szCs w:val="28"/>
          <w:rtl/>
        </w:rPr>
        <w:t xml:space="preserve"> کند، آن بخش از کار را بر عهده شما م</w:t>
      </w:r>
      <w:r w:rsidRPr="0000691D">
        <w:rPr>
          <w:rFonts w:cs="B Mitra" w:hint="cs"/>
          <w:sz w:val="28"/>
          <w:szCs w:val="28"/>
          <w:rtl/>
        </w:rPr>
        <w:t>ی‌</w:t>
      </w:r>
      <w:r w:rsidRPr="0000691D">
        <w:rPr>
          <w:rFonts w:cs="B Mitra" w:hint="eastAsia"/>
          <w:sz w:val="28"/>
          <w:szCs w:val="28"/>
          <w:rtl/>
        </w:rPr>
        <w:t>گذارد</w:t>
      </w:r>
      <w:r w:rsidRPr="0000691D">
        <w:rPr>
          <w:rFonts w:cs="B Mitra"/>
          <w:sz w:val="28"/>
          <w:szCs w:val="28"/>
          <w:rtl/>
        </w:rPr>
        <w:t>. دستگاه را به‌آرام</w:t>
      </w:r>
      <w:r w:rsidRPr="0000691D">
        <w:rPr>
          <w:rFonts w:cs="B Mitra" w:hint="cs"/>
          <w:sz w:val="28"/>
          <w:szCs w:val="28"/>
          <w:rtl/>
        </w:rPr>
        <w:t>ی</w:t>
      </w:r>
      <w:r w:rsidRPr="0000691D">
        <w:rPr>
          <w:rFonts w:cs="B Mitra"/>
          <w:sz w:val="28"/>
          <w:szCs w:val="28"/>
          <w:rtl/>
        </w:rPr>
        <w:t xml:space="preserve"> از</w:t>
      </w:r>
      <w:r w:rsidRPr="0000691D">
        <w:rPr>
          <w:rFonts w:cs="B Mitra" w:hint="cs"/>
          <w:sz w:val="28"/>
          <w:szCs w:val="28"/>
          <w:rtl/>
        </w:rPr>
        <w:t>ی</w:t>
      </w:r>
      <w:r w:rsidRPr="0000691D">
        <w:rPr>
          <w:rFonts w:cs="B Mitra" w:hint="eastAsia"/>
          <w:sz w:val="28"/>
          <w:szCs w:val="28"/>
          <w:rtl/>
        </w:rPr>
        <w:t>ک‌طرف</w:t>
      </w:r>
      <w:r w:rsidRPr="0000691D">
        <w:rPr>
          <w:rFonts w:cs="B Mitra"/>
          <w:sz w:val="28"/>
          <w:szCs w:val="28"/>
          <w:rtl/>
        </w:rPr>
        <w:t xml:space="preserve"> به‌طرف د</w:t>
      </w:r>
      <w:r w:rsidRPr="0000691D">
        <w:rPr>
          <w:rFonts w:cs="B Mitra" w:hint="cs"/>
          <w:sz w:val="28"/>
          <w:szCs w:val="28"/>
          <w:rtl/>
        </w:rPr>
        <w:t>ی</w:t>
      </w:r>
      <w:r w:rsidRPr="0000691D">
        <w:rPr>
          <w:rFonts w:cs="B Mitra" w:hint="eastAsia"/>
          <w:sz w:val="28"/>
          <w:szCs w:val="28"/>
          <w:rtl/>
        </w:rPr>
        <w:t>گر</w:t>
      </w:r>
      <w:r w:rsidRPr="0000691D">
        <w:rPr>
          <w:rFonts w:cs="B Mitra"/>
          <w:sz w:val="28"/>
          <w:szCs w:val="28"/>
          <w:rtl/>
        </w:rPr>
        <w:t xml:space="preserve"> (تقر</w:t>
      </w:r>
      <w:r w:rsidRPr="0000691D">
        <w:rPr>
          <w:rFonts w:cs="B Mitra" w:hint="cs"/>
          <w:sz w:val="28"/>
          <w:szCs w:val="28"/>
          <w:rtl/>
        </w:rPr>
        <w:t>ی</w:t>
      </w:r>
      <w:r w:rsidRPr="0000691D">
        <w:rPr>
          <w:rFonts w:cs="B Mitra" w:hint="eastAsia"/>
          <w:sz w:val="28"/>
          <w:szCs w:val="28"/>
          <w:rtl/>
        </w:rPr>
        <w:t>باً</w:t>
      </w:r>
      <w:r w:rsidRPr="0000691D">
        <w:rPr>
          <w:rFonts w:cs="B Mitra"/>
          <w:sz w:val="28"/>
          <w:szCs w:val="28"/>
          <w:rtl/>
        </w:rPr>
        <w:t xml:space="preserve"> در بازه ساعت ۱۰ تا ۲) بچرخان</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و حرکت چرخ‌ها را حس کن</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وقت</w:t>
      </w:r>
      <w:r w:rsidRPr="0000691D">
        <w:rPr>
          <w:rFonts w:cs="B Mitra" w:hint="cs"/>
          <w:sz w:val="28"/>
          <w:szCs w:val="28"/>
          <w:rtl/>
        </w:rPr>
        <w:t>ی</w:t>
      </w:r>
      <w:r w:rsidRPr="0000691D">
        <w:rPr>
          <w:rFonts w:cs="B Mitra"/>
          <w:sz w:val="28"/>
          <w:szCs w:val="28"/>
          <w:rtl/>
        </w:rPr>
        <w:t xml:space="preserve"> چرخ‌ها بدون مقاومت </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ترمزگرفتن حرکت کردند، م</w:t>
      </w:r>
      <w:r w:rsidRPr="0000691D">
        <w:rPr>
          <w:rFonts w:cs="B Mitra" w:hint="cs"/>
          <w:sz w:val="28"/>
          <w:szCs w:val="28"/>
          <w:rtl/>
        </w:rPr>
        <w:t>ی‌</w:t>
      </w:r>
      <w:r w:rsidRPr="0000691D">
        <w:rPr>
          <w:rFonts w:cs="B Mitra" w:hint="eastAsia"/>
          <w:sz w:val="28"/>
          <w:szCs w:val="28"/>
          <w:rtl/>
        </w:rPr>
        <w:t>توان</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دوباره به حرکت خود ادامه ده</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w:t>
      </w:r>
    </w:p>
    <w:p w:rsidR="00A75B1C" w:rsidRPr="00343601" w:rsidRDefault="00A75B1C" w:rsidP="00343601">
      <w:pPr>
        <w:pStyle w:val="Heading3"/>
        <w:bidi/>
        <w:rPr>
          <w:rFonts w:cs="B Mitra"/>
          <w:color w:val="70AD47" w:themeColor="accent6"/>
          <w:sz w:val="28"/>
          <w:szCs w:val="28"/>
          <w:rtl/>
        </w:rPr>
      </w:pPr>
      <w:bookmarkStart w:id="39" w:name="_Toc243400546"/>
      <w:r w:rsidRPr="00343601">
        <w:rPr>
          <w:rFonts w:cs="B Mitra" w:hint="cs"/>
          <w:color w:val="70AD47" w:themeColor="accent6"/>
          <w:sz w:val="28"/>
          <w:szCs w:val="28"/>
          <w:rtl/>
        </w:rPr>
        <w:t>حرکت‌کردن</w:t>
      </w:r>
      <w:r w:rsidRPr="00343601">
        <w:rPr>
          <w:rFonts w:cs="B Mitra"/>
          <w:color w:val="70AD47" w:themeColor="accent6"/>
          <w:sz w:val="28"/>
          <w:szCs w:val="28"/>
          <w:rtl/>
        </w:rPr>
        <w:t xml:space="preserve"> داخل ساختمان</w:t>
      </w:r>
      <w:bookmarkEnd w:id="39"/>
    </w:p>
    <w:p w:rsidR="00A75B1C" w:rsidRPr="0000691D" w:rsidRDefault="00A75B1C" w:rsidP="00DE310A">
      <w:pPr>
        <w:bidi/>
        <w:spacing w:line="360" w:lineRule="auto"/>
        <w:jc w:val="both"/>
        <w:rPr>
          <w:rFonts w:cs="B Mitra"/>
          <w:sz w:val="28"/>
          <w:szCs w:val="28"/>
          <w:rtl/>
        </w:rPr>
      </w:pPr>
      <w:r w:rsidRPr="0000691D">
        <w:rPr>
          <w:rFonts w:cs="B Mitra" w:hint="cs"/>
          <w:sz w:val="28"/>
          <w:szCs w:val="28"/>
          <w:rtl/>
        </w:rPr>
        <w:t>اولی</w:t>
      </w:r>
      <w:r w:rsidRPr="0000691D">
        <w:rPr>
          <w:rFonts w:cs="B Mitra" w:hint="eastAsia"/>
          <w:sz w:val="28"/>
          <w:szCs w:val="28"/>
          <w:rtl/>
        </w:rPr>
        <w:t>ن</w:t>
      </w:r>
      <w:r w:rsidRPr="0000691D">
        <w:rPr>
          <w:rFonts w:cs="B Mitra"/>
          <w:sz w:val="28"/>
          <w:szCs w:val="28"/>
          <w:rtl/>
        </w:rPr>
        <w:t xml:space="preserve"> تجربه‌ها</w:t>
      </w:r>
      <w:r w:rsidRPr="0000691D">
        <w:rPr>
          <w:rFonts w:cs="B Mitra" w:hint="cs"/>
          <w:sz w:val="28"/>
          <w:szCs w:val="28"/>
          <w:rtl/>
        </w:rPr>
        <w:t>ی</w:t>
      </w:r>
      <w:r w:rsidRPr="0000691D">
        <w:rPr>
          <w:rFonts w:cs="B Mitra"/>
          <w:sz w:val="28"/>
          <w:szCs w:val="28"/>
          <w:rtl/>
        </w:rPr>
        <w:t xml:space="preserve"> پ</w:t>
      </w:r>
      <w:r w:rsidRPr="0000691D">
        <w:rPr>
          <w:rFonts w:cs="B Mitra" w:hint="cs"/>
          <w:sz w:val="28"/>
          <w:szCs w:val="28"/>
          <w:rtl/>
        </w:rPr>
        <w:t>ی</w:t>
      </w:r>
      <w:r w:rsidRPr="0000691D">
        <w:rPr>
          <w:rFonts w:cs="B Mitra" w:hint="eastAsia"/>
          <w:sz w:val="28"/>
          <w:szCs w:val="28"/>
          <w:rtl/>
        </w:rPr>
        <w:t>اده‌رو</w:t>
      </w:r>
      <w:r w:rsidRPr="0000691D">
        <w:rPr>
          <w:rFonts w:cs="B Mitra" w:hint="cs"/>
          <w:sz w:val="28"/>
          <w:szCs w:val="28"/>
          <w:rtl/>
        </w:rPr>
        <w:t>ی</w:t>
      </w:r>
      <w:r w:rsidRPr="0000691D">
        <w:rPr>
          <w:rFonts w:cs="B Mitra"/>
          <w:sz w:val="28"/>
          <w:szCs w:val="28"/>
          <w:rtl/>
        </w:rPr>
        <w:t xml:space="preserve"> من</w:t>
      </w:r>
      <w:r w:rsidRPr="0000691D">
        <w:rPr>
          <w:rFonts w:cs="B Mitra" w:hint="cs"/>
          <w:sz w:val="28"/>
          <w:szCs w:val="28"/>
          <w:rtl/>
        </w:rPr>
        <w:t>،</w:t>
      </w:r>
      <w:r w:rsidRPr="0000691D">
        <w:rPr>
          <w:rFonts w:cs="B Mitra"/>
          <w:sz w:val="28"/>
          <w:szCs w:val="28"/>
          <w:rtl/>
        </w:rPr>
        <w:t xml:space="preserve"> در خانه خودم و در حالت داخل ساختمان بود</w:t>
      </w:r>
      <w:r w:rsidRPr="0000691D">
        <w:rPr>
          <w:rFonts w:cs="B Mitra" w:hint="cs"/>
          <w:sz w:val="28"/>
          <w:szCs w:val="28"/>
          <w:rtl/>
        </w:rPr>
        <w:t>؛</w:t>
      </w:r>
      <w:r w:rsidRPr="0000691D">
        <w:rPr>
          <w:rFonts w:cs="B Mitra"/>
          <w:sz w:val="28"/>
          <w:szCs w:val="28"/>
          <w:rtl/>
        </w:rPr>
        <w:t xml:space="preserve"> رفت‌وبرگشت در راهرو، دور</w:t>
      </w:r>
      <w:r w:rsidRPr="0000691D">
        <w:rPr>
          <w:rFonts w:cs="B Mitra" w:hint="cs"/>
          <w:sz w:val="28"/>
          <w:szCs w:val="28"/>
          <w:rtl/>
        </w:rPr>
        <w:t xml:space="preserve"> </w:t>
      </w:r>
      <w:r w:rsidRPr="0000691D">
        <w:rPr>
          <w:rFonts w:cs="B Mitra"/>
          <w:sz w:val="28"/>
          <w:szCs w:val="28"/>
          <w:rtl/>
        </w:rPr>
        <w:t>زدن شوم</w:t>
      </w:r>
      <w:r w:rsidRPr="0000691D">
        <w:rPr>
          <w:rFonts w:cs="B Mitra" w:hint="cs"/>
          <w:sz w:val="28"/>
          <w:szCs w:val="28"/>
          <w:rtl/>
        </w:rPr>
        <w:t>ی</w:t>
      </w:r>
      <w:r w:rsidRPr="0000691D">
        <w:rPr>
          <w:rFonts w:cs="B Mitra" w:hint="eastAsia"/>
          <w:sz w:val="28"/>
          <w:szCs w:val="28"/>
          <w:rtl/>
        </w:rPr>
        <w:t>نه</w:t>
      </w:r>
      <w:r w:rsidRPr="0000691D">
        <w:rPr>
          <w:rFonts w:cs="B Mitra"/>
          <w:sz w:val="28"/>
          <w:szCs w:val="28"/>
          <w:rtl/>
        </w:rPr>
        <w:t xml:space="preserve"> </w:t>
      </w:r>
      <w:r w:rsidRPr="0000691D">
        <w:rPr>
          <w:rFonts w:cs="B Mitra" w:hint="cs"/>
          <w:sz w:val="28"/>
          <w:szCs w:val="28"/>
          <w:rtl/>
        </w:rPr>
        <w:t>بین</w:t>
      </w:r>
      <w:r w:rsidRPr="0000691D">
        <w:rPr>
          <w:rFonts w:cs="B Mitra"/>
          <w:sz w:val="28"/>
          <w:szCs w:val="28"/>
          <w:rtl/>
        </w:rPr>
        <w:t xml:space="preserve"> اتاق نش</w:t>
      </w:r>
      <w:r w:rsidRPr="0000691D">
        <w:rPr>
          <w:rFonts w:cs="B Mitra" w:hint="cs"/>
          <w:sz w:val="28"/>
          <w:szCs w:val="28"/>
          <w:rtl/>
        </w:rPr>
        <w:t>ی</w:t>
      </w:r>
      <w:r w:rsidRPr="0000691D">
        <w:rPr>
          <w:rFonts w:cs="B Mitra" w:hint="eastAsia"/>
          <w:sz w:val="28"/>
          <w:szCs w:val="28"/>
          <w:rtl/>
        </w:rPr>
        <w:t>من</w:t>
      </w:r>
      <w:r w:rsidRPr="0000691D">
        <w:rPr>
          <w:rFonts w:cs="B Mitra"/>
          <w:sz w:val="28"/>
          <w:szCs w:val="28"/>
          <w:rtl/>
        </w:rPr>
        <w:t xml:space="preserve"> و اتاق ناهارخور</w:t>
      </w:r>
      <w:r w:rsidRPr="0000691D">
        <w:rPr>
          <w:rFonts w:cs="B Mitra" w:hint="cs"/>
          <w:sz w:val="28"/>
          <w:szCs w:val="28"/>
          <w:rtl/>
        </w:rPr>
        <w:t>ی</w:t>
      </w:r>
      <w:r w:rsidRPr="0000691D">
        <w:rPr>
          <w:rFonts w:cs="B Mitra"/>
          <w:sz w:val="28"/>
          <w:szCs w:val="28"/>
          <w:rtl/>
        </w:rPr>
        <w:t xml:space="preserve"> و چرخ</w:t>
      </w:r>
      <w:r w:rsidRPr="0000691D">
        <w:rPr>
          <w:rFonts w:cs="B Mitra" w:hint="cs"/>
          <w:sz w:val="28"/>
          <w:szCs w:val="28"/>
          <w:rtl/>
        </w:rPr>
        <w:t>ی</w:t>
      </w:r>
      <w:r w:rsidRPr="0000691D">
        <w:rPr>
          <w:rFonts w:cs="B Mitra" w:hint="eastAsia"/>
          <w:sz w:val="28"/>
          <w:szCs w:val="28"/>
          <w:rtl/>
        </w:rPr>
        <w:t>دن</w:t>
      </w:r>
      <w:r w:rsidRPr="0000691D">
        <w:rPr>
          <w:rFonts w:cs="B Mitra"/>
          <w:sz w:val="28"/>
          <w:szCs w:val="28"/>
          <w:rtl/>
        </w:rPr>
        <w:t xml:space="preserve"> به‌دور م</w:t>
      </w:r>
      <w:r w:rsidRPr="0000691D">
        <w:rPr>
          <w:rFonts w:cs="B Mitra" w:hint="cs"/>
          <w:sz w:val="28"/>
          <w:szCs w:val="28"/>
          <w:rtl/>
        </w:rPr>
        <w:t>ی</w:t>
      </w:r>
      <w:r w:rsidRPr="0000691D">
        <w:rPr>
          <w:rFonts w:cs="B Mitra" w:hint="eastAsia"/>
          <w:sz w:val="28"/>
          <w:szCs w:val="28"/>
          <w:rtl/>
        </w:rPr>
        <w:t>ز</w:t>
      </w:r>
      <w:r w:rsidRPr="0000691D">
        <w:rPr>
          <w:rFonts w:cs="B Mitra" w:hint="cs"/>
          <w:sz w:val="28"/>
          <w:szCs w:val="28"/>
          <w:rtl/>
        </w:rPr>
        <w:t>؛ راه‌رفتن</w:t>
      </w:r>
      <w:r w:rsidRPr="0000691D">
        <w:rPr>
          <w:rFonts w:cs="B Mitra"/>
          <w:sz w:val="28"/>
          <w:szCs w:val="28"/>
          <w:rtl/>
        </w:rPr>
        <w:t xml:space="preserve"> داخل ساختمان تقر</w:t>
      </w:r>
      <w:r w:rsidRPr="0000691D">
        <w:rPr>
          <w:rFonts w:cs="B Mitra" w:hint="cs"/>
          <w:sz w:val="28"/>
          <w:szCs w:val="28"/>
          <w:rtl/>
        </w:rPr>
        <w:t>ی</w:t>
      </w:r>
      <w:r w:rsidRPr="0000691D">
        <w:rPr>
          <w:rFonts w:cs="B Mitra" w:hint="eastAsia"/>
          <w:sz w:val="28"/>
          <w:szCs w:val="28"/>
          <w:rtl/>
        </w:rPr>
        <w:t>باً</w:t>
      </w:r>
      <w:r w:rsidRPr="0000691D">
        <w:rPr>
          <w:rFonts w:cs="B Mitra"/>
          <w:sz w:val="28"/>
          <w:szCs w:val="28"/>
          <w:rtl/>
        </w:rPr>
        <w:t xml:space="preserve"> از همان ابتدا حس</w:t>
      </w:r>
      <w:r w:rsidRPr="0000691D">
        <w:rPr>
          <w:rFonts w:cs="B Mitra" w:hint="cs"/>
          <w:sz w:val="28"/>
          <w:szCs w:val="28"/>
          <w:rtl/>
        </w:rPr>
        <w:t>ی</w:t>
      </w:r>
      <w:r w:rsidRPr="0000691D">
        <w:rPr>
          <w:rFonts w:cs="B Mitra"/>
          <w:sz w:val="28"/>
          <w:szCs w:val="28"/>
          <w:rtl/>
        </w:rPr>
        <w:t xml:space="preserve"> طب</w:t>
      </w:r>
      <w:r w:rsidRPr="0000691D">
        <w:rPr>
          <w:rFonts w:cs="B Mitra" w:hint="cs"/>
          <w:sz w:val="28"/>
          <w:szCs w:val="28"/>
          <w:rtl/>
        </w:rPr>
        <w:t>ی</w:t>
      </w:r>
      <w:r w:rsidRPr="0000691D">
        <w:rPr>
          <w:rFonts w:cs="B Mitra" w:hint="eastAsia"/>
          <w:sz w:val="28"/>
          <w:szCs w:val="28"/>
          <w:rtl/>
        </w:rPr>
        <w:t>ع</w:t>
      </w:r>
      <w:r w:rsidRPr="0000691D">
        <w:rPr>
          <w:rFonts w:cs="B Mitra" w:hint="cs"/>
          <w:sz w:val="28"/>
          <w:szCs w:val="28"/>
          <w:rtl/>
        </w:rPr>
        <w:t>ی</w:t>
      </w:r>
      <w:r w:rsidRPr="0000691D">
        <w:rPr>
          <w:rFonts w:cs="B Mitra"/>
          <w:sz w:val="28"/>
          <w:szCs w:val="28"/>
          <w:rtl/>
        </w:rPr>
        <w:t xml:space="preserve"> داشت</w:t>
      </w:r>
      <w:r w:rsidRPr="0000691D">
        <w:rPr>
          <w:rFonts w:cs="B Mitra" w:hint="cs"/>
          <w:sz w:val="28"/>
          <w:szCs w:val="28"/>
          <w:rtl/>
        </w:rPr>
        <w:t xml:space="preserve">؛ </w:t>
      </w:r>
      <w:r w:rsidRPr="0000691D">
        <w:rPr>
          <w:rFonts w:cs="B Mitra"/>
          <w:sz w:val="28"/>
          <w:szCs w:val="28"/>
          <w:rtl/>
        </w:rPr>
        <w:t>ا</w:t>
      </w:r>
      <w:r w:rsidRPr="0000691D">
        <w:rPr>
          <w:rFonts w:cs="B Mitra" w:hint="cs"/>
          <w:sz w:val="28"/>
          <w:szCs w:val="28"/>
          <w:rtl/>
        </w:rPr>
        <w:t>ی</w:t>
      </w:r>
      <w:r w:rsidRPr="0000691D">
        <w:rPr>
          <w:rFonts w:cs="B Mitra" w:hint="eastAsia"/>
          <w:sz w:val="28"/>
          <w:szCs w:val="28"/>
          <w:rtl/>
        </w:rPr>
        <w:t>نکه</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توانستم</w:t>
      </w:r>
      <w:r w:rsidRPr="0000691D">
        <w:rPr>
          <w:rFonts w:cs="B Mitra"/>
          <w:sz w:val="28"/>
          <w:szCs w:val="28"/>
          <w:rtl/>
        </w:rPr>
        <w:t xml:space="preserve"> به‌سادگ</w:t>
      </w:r>
      <w:r w:rsidRPr="0000691D">
        <w:rPr>
          <w:rFonts w:cs="B Mitra" w:hint="cs"/>
          <w:sz w:val="28"/>
          <w:szCs w:val="28"/>
          <w:rtl/>
        </w:rPr>
        <w:t>ی</w:t>
      </w:r>
      <w:r w:rsidRPr="0000691D">
        <w:rPr>
          <w:rFonts w:cs="B Mitra"/>
          <w:sz w:val="28"/>
          <w:szCs w:val="28"/>
          <w:rtl/>
        </w:rPr>
        <w:t xml:space="preserve"> راه بروم و هدا</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مس</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را به گِلاید بسپارم لذت‌بخش بود.</w:t>
      </w:r>
    </w:p>
    <w:p w:rsidR="00A75B1C" w:rsidRPr="0000691D" w:rsidRDefault="00A75B1C" w:rsidP="00DE310A">
      <w:pPr>
        <w:bidi/>
        <w:spacing w:line="360" w:lineRule="auto"/>
        <w:jc w:val="both"/>
        <w:rPr>
          <w:rFonts w:cs="B Mitra"/>
          <w:sz w:val="28"/>
          <w:szCs w:val="28"/>
          <w:rtl/>
        </w:rPr>
      </w:pPr>
      <w:r w:rsidRPr="0000691D">
        <w:rPr>
          <w:rFonts w:cs="B Mitra" w:hint="cs"/>
          <w:sz w:val="28"/>
          <w:szCs w:val="28"/>
          <w:rtl/>
        </w:rPr>
        <w:t>ترک</w:t>
      </w:r>
      <w:r w:rsidRPr="0000691D">
        <w:rPr>
          <w:rFonts w:cs="B Mitra"/>
          <w:sz w:val="28"/>
          <w:szCs w:val="28"/>
          <w:rtl/>
        </w:rPr>
        <w:t xml:space="preserve"> دو عادت برا</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سخت بود</w:t>
      </w:r>
      <w:r w:rsidRPr="0000691D">
        <w:rPr>
          <w:rFonts w:cs="B Mitra" w:hint="cs"/>
          <w:sz w:val="28"/>
          <w:szCs w:val="28"/>
          <w:rtl/>
        </w:rPr>
        <w:t>؛</w:t>
      </w:r>
      <w:r w:rsidRPr="0000691D">
        <w:rPr>
          <w:rFonts w:cs="B Mitra"/>
          <w:sz w:val="28"/>
          <w:szCs w:val="28"/>
          <w:rtl/>
        </w:rPr>
        <w:t xml:space="preserve"> اول</w:t>
      </w:r>
      <w:r w:rsidRPr="0000691D">
        <w:rPr>
          <w:rFonts w:cs="B Mitra" w:hint="cs"/>
          <w:sz w:val="28"/>
          <w:szCs w:val="28"/>
          <w:rtl/>
        </w:rPr>
        <w:t>ی</w:t>
      </w:r>
      <w:r w:rsidRPr="0000691D">
        <w:rPr>
          <w:rFonts w:cs="B Mitra"/>
          <w:sz w:val="28"/>
          <w:szCs w:val="28"/>
          <w:rtl/>
        </w:rPr>
        <w:t xml:space="preserve"> عادت به حرکت دست به چپ و راست، مثل وقت</w:t>
      </w:r>
      <w:r w:rsidRPr="0000691D">
        <w:rPr>
          <w:rFonts w:cs="B Mitra" w:hint="cs"/>
          <w:sz w:val="28"/>
          <w:szCs w:val="28"/>
          <w:rtl/>
        </w:rPr>
        <w:t>ی</w:t>
      </w:r>
      <w:r w:rsidRPr="0000691D">
        <w:rPr>
          <w:rFonts w:cs="B Mitra"/>
          <w:sz w:val="28"/>
          <w:szCs w:val="28"/>
          <w:rtl/>
        </w:rPr>
        <w:t xml:space="preserve"> که عصا م</w:t>
      </w:r>
      <w:r w:rsidRPr="0000691D">
        <w:rPr>
          <w:rFonts w:cs="B Mitra" w:hint="cs"/>
          <w:sz w:val="28"/>
          <w:szCs w:val="28"/>
          <w:rtl/>
        </w:rPr>
        <w:t>ی‌</w:t>
      </w:r>
      <w:r w:rsidRPr="0000691D">
        <w:rPr>
          <w:rFonts w:cs="B Mitra" w:hint="eastAsia"/>
          <w:sz w:val="28"/>
          <w:szCs w:val="28"/>
          <w:rtl/>
        </w:rPr>
        <w:t>ز</w:t>
      </w:r>
      <w:r w:rsidRPr="0000691D">
        <w:rPr>
          <w:rFonts w:cs="B Mitra" w:hint="cs"/>
          <w:sz w:val="28"/>
          <w:szCs w:val="28"/>
          <w:rtl/>
        </w:rPr>
        <w:t>ن</w:t>
      </w:r>
      <w:r w:rsidRPr="0000691D">
        <w:rPr>
          <w:rFonts w:cs="B Mitra" w:hint="eastAsia"/>
          <w:sz w:val="28"/>
          <w:szCs w:val="28"/>
          <w:rtl/>
        </w:rPr>
        <w:t>م</w:t>
      </w:r>
      <w:r w:rsidRPr="0000691D">
        <w:rPr>
          <w:rFonts w:cs="B Mitra"/>
          <w:sz w:val="28"/>
          <w:szCs w:val="28"/>
          <w:rtl/>
        </w:rPr>
        <w:t xml:space="preserve"> بود</w:t>
      </w:r>
      <w:r w:rsidRPr="0000691D">
        <w:rPr>
          <w:rFonts w:cs="B Mitra" w:hint="cs"/>
          <w:sz w:val="28"/>
          <w:szCs w:val="28"/>
          <w:rtl/>
        </w:rPr>
        <w:t>؛</w:t>
      </w:r>
      <w:r w:rsidRPr="0000691D">
        <w:rPr>
          <w:rFonts w:cs="B Mitra"/>
          <w:sz w:val="28"/>
          <w:szCs w:val="28"/>
          <w:rtl/>
        </w:rPr>
        <w:t xml:space="preserve"> من در خانه ه</w:t>
      </w:r>
      <w:r w:rsidRPr="0000691D">
        <w:rPr>
          <w:rFonts w:cs="B Mitra" w:hint="cs"/>
          <w:sz w:val="28"/>
          <w:szCs w:val="28"/>
          <w:rtl/>
        </w:rPr>
        <w:t>ی</w:t>
      </w:r>
      <w:r w:rsidRPr="0000691D">
        <w:rPr>
          <w:rFonts w:cs="B Mitra" w:hint="eastAsia"/>
          <w:sz w:val="28"/>
          <w:szCs w:val="28"/>
          <w:rtl/>
        </w:rPr>
        <w:t>چ‌وقت</w:t>
      </w:r>
      <w:r w:rsidRPr="0000691D">
        <w:rPr>
          <w:rFonts w:cs="B Mitra"/>
          <w:sz w:val="28"/>
          <w:szCs w:val="28"/>
          <w:rtl/>
        </w:rPr>
        <w:t xml:space="preserve"> از عصا استفاده نم</w:t>
      </w:r>
      <w:r w:rsidRPr="0000691D">
        <w:rPr>
          <w:rFonts w:cs="B Mitra" w:hint="cs"/>
          <w:sz w:val="28"/>
          <w:szCs w:val="28"/>
          <w:rtl/>
        </w:rPr>
        <w:t>ی‌</w:t>
      </w:r>
      <w:r w:rsidRPr="0000691D">
        <w:rPr>
          <w:rFonts w:cs="B Mitra" w:hint="eastAsia"/>
          <w:sz w:val="28"/>
          <w:szCs w:val="28"/>
          <w:rtl/>
        </w:rPr>
        <w:t>کنم؛</w:t>
      </w:r>
      <w:r w:rsidRPr="0000691D">
        <w:rPr>
          <w:rFonts w:cs="B Mitra"/>
          <w:sz w:val="28"/>
          <w:szCs w:val="28"/>
          <w:rtl/>
        </w:rPr>
        <w:t xml:space="preserve"> اما غر</w:t>
      </w:r>
      <w:r w:rsidRPr="0000691D">
        <w:rPr>
          <w:rFonts w:cs="B Mitra" w:hint="cs"/>
          <w:sz w:val="28"/>
          <w:szCs w:val="28"/>
          <w:rtl/>
        </w:rPr>
        <w:t>ی</w:t>
      </w:r>
      <w:r w:rsidRPr="0000691D">
        <w:rPr>
          <w:rFonts w:cs="B Mitra" w:hint="eastAsia"/>
          <w:sz w:val="28"/>
          <w:szCs w:val="28"/>
          <w:rtl/>
        </w:rPr>
        <w:t>زه</w:t>
      </w:r>
      <w:r w:rsidRPr="0000691D">
        <w:rPr>
          <w:rFonts w:cs="B Mitra"/>
          <w:sz w:val="28"/>
          <w:szCs w:val="28"/>
          <w:rtl/>
        </w:rPr>
        <w:t xml:space="preserve"> دراز کردن عصا و لمس مح</w:t>
      </w:r>
      <w:r w:rsidRPr="0000691D">
        <w:rPr>
          <w:rFonts w:cs="B Mitra" w:hint="cs"/>
          <w:sz w:val="28"/>
          <w:szCs w:val="28"/>
          <w:rtl/>
        </w:rPr>
        <w:t>ی</w:t>
      </w:r>
      <w:r w:rsidRPr="0000691D">
        <w:rPr>
          <w:rFonts w:cs="B Mitra" w:hint="eastAsia"/>
          <w:sz w:val="28"/>
          <w:szCs w:val="28"/>
          <w:rtl/>
        </w:rPr>
        <w:t>ط</w:t>
      </w:r>
      <w:r w:rsidRPr="0000691D">
        <w:rPr>
          <w:rFonts w:cs="B Mitra"/>
          <w:sz w:val="28"/>
          <w:szCs w:val="28"/>
          <w:rtl/>
        </w:rPr>
        <w:t xml:space="preserve"> اطراف همچنان در دستانم زنده است. درحال</w:t>
      </w:r>
      <w:r w:rsidRPr="0000691D">
        <w:rPr>
          <w:rFonts w:cs="B Mitra" w:hint="cs"/>
          <w:sz w:val="28"/>
          <w:szCs w:val="28"/>
          <w:rtl/>
        </w:rPr>
        <w:t>ی‌</w:t>
      </w:r>
      <w:r w:rsidRPr="0000691D">
        <w:rPr>
          <w:rFonts w:cs="B Mitra" w:hint="eastAsia"/>
          <w:sz w:val="28"/>
          <w:szCs w:val="28"/>
          <w:rtl/>
        </w:rPr>
        <w:t>که</w:t>
      </w:r>
      <w:r w:rsidRPr="0000691D">
        <w:rPr>
          <w:rFonts w:cs="B Mitra"/>
          <w:sz w:val="28"/>
          <w:szCs w:val="28"/>
          <w:rtl/>
        </w:rPr>
        <w:t xml:space="preserve"> گِلاید چن</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سازوکار</w:t>
      </w:r>
      <w:r w:rsidRPr="0000691D">
        <w:rPr>
          <w:rFonts w:cs="B Mitra" w:hint="cs"/>
          <w:sz w:val="28"/>
          <w:szCs w:val="28"/>
          <w:rtl/>
        </w:rPr>
        <w:t>ی</w:t>
      </w:r>
      <w:r w:rsidRPr="0000691D">
        <w:rPr>
          <w:rFonts w:cs="B Mitra"/>
          <w:sz w:val="28"/>
          <w:szCs w:val="28"/>
          <w:rtl/>
        </w:rPr>
        <w:t xml:space="preserve"> ندارد. البته سگ راهنما ه</w:t>
      </w:r>
      <w:r w:rsidRPr="0000691D">
        <w:rPr>
          <w:rFonts w:cs="B Mitra" w:hint="eastAsia"/>
          <w:sz w:val="28"/>
          <w:szCs w:val="28"/>
          <w:rtl/>
        </w:rPr>
        <w:t>م</w:t>
      </w:r>
      <w:r w:rsidRPr="0000691D">
        <w:rPr>
          <w:rFonts w:cs="B Mitra"/>
          <w:sz w:val="28"/>
          <w:szCs w:val="28"/>
          <w:rtl/>
        </w:rPr>
        <w:t xml:space="preserve"> هم</w:t>
      </w:r>
      <w:r w:rsidRPr="0000691D">
        <w:rPr>
          <w:rFonts w:cs="B Mitra" w:hint="cs"/>
          <w:sz w:val="28"/>
          <w:szCs w:val="28"/>
          <w:rtl/>
        </w:rPr>
        <w:t>ی</w:t>
      </w:r>
      <w:r w:rsidRPr="0000691D">
        <w:rPr>
          <w:rFonts w:cs="B Mitra" w:hint="eastAsia"/>
          <w:sz w:val="28"/>
          <w:szCs w:val="28"/>
          <w:rtl/>
        </w:rPr>
        <w:t>ن‌طور</w:t>
      </w:r>
      <w:r w:rsidRPr="0000691D">
        <w:rPr>
          <w:rFonts w:cs="B Mitra"/>
          <w:sz w:val="28"/>
          <w:szCs w:val="28"/>
          <w:rtl/>
        </w:rPr>
        <w:t xml:space="preserve"> عمل م</w:t>
      </w:r>
      <w:r w:rsidRPr="0000691D">
        <w:rPr>
          <w:rFonts w:cs="B Mitra" w:hint="cs"/>
          <w:sz w:val="28"/>
          <w:szCs w:val="28"/>
          <w:rtl/>
        </w:rPr>
        <w:t>ی‌</w:t>
      </w:r>
      <w:r w:rsidRPr="0000691D">
        <w:rPr>
          <w:rFonts w:cs="B Mitra" w:hint="eastAsia"/>
          <w:sz w:val="28"/>
          <w:szCs w:val="28"/>
          <w:rtl/>
        </w:rPr>
        <w:t>کند؛</w:t>
      </w:r>
      <w:r w:rsidRPr="0000691D">
        <w:rPr>
          <w:rFonts w:cs="B Mitra"/>
          <w:sz w:val="28"/>
          <w:szCs w:val="28"/>
          <w:rtl/>
        </w:rPr>
        <w:t xml:space="preserve"> بنابرا</w:t>
      </w:r>
      <w:r w:rsidRPr="0000691D">
        <w:rPr>
          <w:rFonts w:cs="B Mitra" w:hint="cs"/>
          <w:sz w:val="28"/>
          <w:szCs w:val="28"/>
          <w:rtl/>
        </w:rPr>
        <w:t>ی</w:t>
      </w:r>
      <w:r w:rsidRPr="0000691D">
        <w:rPr>
          <w:rFonts w:cs="B Mitra" w:hint="eastAsia"/>
          <w:sz w:val="28"/>
          <w:szCs w:val="28"/>
          <w:rtl/>
        </w:rPr>
        <w:t>ن</w:t>
      </w:r>
      <w:r w:rsidRPr="0000691D">
        <w:rPr>
          <w:rFonts w:cs="B Mitra" w:hint="cs"/>
          <w:sz w:val="28"/>
          <w:szCs w:val="28"/>
          <w:rtl/>
        </w:rPr>
        <w:t>،</w:t>
      </w:r>
      <w:r w:rsidRPr="0000691D">
        <w:rPr>
          <w:rFonts w:cs="B Mitra"/>
          <w:sz w:val="28"/>
          <w:szCs w:val="28"/>
          <w:rtl/>
        </w:rPr>
        <w:t xml:space="preserve"> دست‌کم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بخش از ماجرا برا</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آشنا بود.</w:t>
      </w:r>
    </w:p>
    <w:p w:rsidR="00A75B1C" w:rsidRPr="0000691D" w:rsidRDefault="00A75B1C" w:rsidP="00DE310A">
      <w:pPr>
        <w:bidi/>
        <w:spacing w:line="360" w:lineRule="auto"/>
        <w:jc w:val="both"/>
        <w:rPr>
          <w:rFonts w:cs="B Mitra"/>
          <w:sz w:val="28"/>
          <w:szCs w:val="28"/>
          <w:rtl/>
        </w:rPr>
      </w:pPr>
      <w:r w:rsidRPr="0000691D">
        <w:rPr>
          <w:rFonts w:cs="B Mitra" w:hint="cs"/>
          <w:sz w:val="28"/>
          <w:szCs w:val="28"/>
          <w:rtl/>
        </w:rPr>
        <w:t>مورد</w:t>
      </w:r>
      <w:r w:rsidRPr="0000691D">
        <w:rPr>
          <w:rFonts w:cs="B Mitra"/>
          <w:sz w:val="28"/>
          <w:szCs w:val="28"/>
          <w:rtl/>
        </w:rPr>
        <w:t xml:space="preserve"> دوم، عادت به هدا</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و کنترل مس</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بود که برخلاف انتظارم، دشوارتر از مورد اول از آب درآمد</w:t>
      </w:r>
      <w:r w:rsidRPr="0000691D">
        <w:rPr>
          <w:rFonts w:cs="B Mitra" w:hint="cs"/>
          <w:sz w:val="28"/>
          <w:szCs w:val="28"/>
          <w:rtl/>
        </w:rPr>
        <w:t>؛</w:t>
      </w:r>
      <w:r w:rsidRPr="0000691D">
        <w:rPr>
          <w:rFonts w:cs="B Mitra"/>
          <w:sz w:val="28"/>
          <w:szCs w:val="28"/>
          <w:rtl/>
        </w:rPr>
        <w:t xml:space="preserve"> ترک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عادت در فضا</w:t>
      </w:r>
      <w:r w:rsidRPr="0000691D">
        <w:rPr>
          <w:rFonts w:cs="B Mitra" w:hint="cs"/>
          <w:sz w:val="28"/>
          <w:szCs w:val="28"/>
          <w:rtl/>
        </w:rPr>
        <w:t>ی</w:t>
      </w:r>
      <w:r w:rsidRPr="0000691D">
        <w:rPr>
          <w:rFonts w:cs="B Mitra"/>
          <w:sz w:val="28"/>
          <w:szCs w:val="28"/>
          <w:rtl/>
        </w:rPr>
        <w:t xml:space="preserve"> ساختمان ب</w:t>
      </w:r>
      <w:r w:rsidRPr="0000691D">
        <w:rPr>
          <w:rFonts w:cs="B Mitra" w:hint="cs"/>
          <w:sz w:val="28"/>
          <w:szCs w:val="28"/>
          <w:rtl/>
        </w:rPr>
        <w:t>ی</w:t>
      </w:r>
      <w:r w:rsidRPr="0000691D">
        <w:rPr>
          <w:rFonts w:cs="B Mitra" w:hint="eastAsia"/>
          <w:sz w:val="28"/>
          <w:szCs w:val="28"/>
          <w:rtl/>
        </w:rPr>
        <w:t>ش</w:t>
      </w:r>
      <w:r w:rsidRPr="0000691D">
        <w:rPr>
          <w:rFonts w:cs="B Mitra"/>
          <w:sz w:val="28"/>
          <w:szCs w:val="28"/>
          <w:rtl/>
        </w:rPr>
        <w:t xml:space="preserve"> از ب</w:t>
      </w:r>
      <w:r w:rsidRPr="0000691D">
        <w:rPr>
          <w:rFonts w:cs="B Mitra" w:hint="cs"/>
          <w:sz w:val="28"/>
          <w:szCs w:val="28"/>
          <w:rtl/>
        </w:rPr>
        <w:t>ی</w:t>
      </w:r>
      <w:r w:rsidRPr="0000691D">
        <w:rPr>
          <w:rFonts w:cs="B Mitra" w:hint="eastAsia"/>
          <w:sz w:val="28"/>
          <w:szCs w:val="28"/>
          <w:rtl/>
        </w:rPr>
        <w:t>رون</w:t>
      </w:r>
      <w:r w:rsidRPr="0000691D">
        <w:rPr>
          <w:rFonts w:cs="B Mitra"/>
          <w:sz w:val="28"/>
          <w:szCs w:val="28"/>
          <w:rtl/>
        </w:rPr>
        <w:t xml:space="preserve"> تلاش م</w:t>
      </w:r>
      <w:r w:rsidRPr="0000691D">
        <w:rPr>
          <w:rFonts w:cs="B Mitra" w:hint="cs"/>
          <w:sz w:val="28"/>
          <w:szCs w:val="28"/>
          <w:rtl/>
        </w:rPr>
        <w:t>ی‌</w:t>
      </w:r>
      <w:r w:rsidRPr="0000691D">
        <w:rPr>
          <w:rFonts w:cs="B Mitra" w:hint="eastAsia"/>
          <w:sz w:val="28"/>
          <w:szCs w:val="28"/>
          <w:rtl/>
        </w:rPr>
        <w:t>طلب</w:t>
      </w:r>
      <w:r w:rsidRPr="0000691D">
        <w:rPr>
          <w:rFonts w:cs="B Mitra" w:hint="cs"/>
          <w:sz w:val="28"/>
          <w:szCs w:val="28"/>
          <w:rtl/>
        </w:rPr>
        <w:t>ی</w:t>
      </w:r>
      <w:r w:rsidRPr="0000691D">
        <w:rPr>
          <w:rFonts w:cs="B Mitra" w:hint="eastAsia"/>
          <w:sz w:val="28"/>
          <w:szCs w:val="28"/>
          <w:rtl/>
        </w:rPr>
        <w:t>د</w:t>
      </w:r>
      <w:r w:rsidRPr="0000691D">
        <w:rPr>
          <w:rFonts w:cs="B Mitra" w:hint="cs"/>
          <w:sz w:val="28"/>
          <w:szCs w:val="28"/>
          <w:rtl/>
        </w:rPr>
        <w:t>.</w:t>
      </w:r>
      <w:r w:rsidRPr="0000691D">
        <w:rPr>
          <w:rFonts w:cs="B Mitra"/>
          <w:sz w:val="28"/>
          <w:szCs w:val="28"/>
          <w:rtl/>
        </w:rPr>
        <w:t xml:space="preserve"> دق</w:t>
      </w:r>
      <w:r w:rsidRPr="0000691D">
        <w:rPr>
          <w:rFonts w:cs="B Mitra" w:hint="cs"/>
          <w:sz w:val="28"/>
          <w:szCs w:val="28"/>
          <w:rtl/>
        </w:rPr>
        <w:t>ی</w:t>
      </w:r>
      <w:r w:rsidRPr="0000691D">
        <w:rPr>
          <w:rFonts w:cs="B Mitra" w:hint="eastAsia"/>
          <w:sz w:val="28"/>
          <w:szCs w:val="28"/>
          <w:rtl/>
        </w:rPr>
        <w:t>قاً</w:t>
      </w:r>
      <w:r w:rsidRPr="0000691D">
        <w:rPr>
          <w:rFonts w:cs="B Mitra"/>
          <w:sz w:val="28"/>
          <w:szCs w:val="28"/>
          <w:rtl/>
        </w:rPr>
        <w:t xml:space="preserve"> به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دل</w:t>
      </w:r>
      <w:r w:rsidRPr="0000691D">
        <w:rPr>
          <w:rFonts w:cs="B Mitra" w:hint="cs"/>
          <w:sz w:val="28"/>
          <w:szCs w:val="28"/>
          <w:rtl/>
        </w:rPr>
        <w:t>ی</w:t>
      </w:r>
      <w:r w:rsidRPr="0000691D">
        <w:rPr>
          <w:rFonts w:cs="B Mitra" w:hint="eastAsia"/>
          <w:sz w:val="28"/>
          <w:szCs w:val="28"/>
          <w:rtl/>
        </w:rPr>
        <w:t>ل</w:t>
      </w:r>
      <w:r w:rsidRPr="0000691D">
        <w:rPr>
          <w:rFonts w:cs="B Mitra"/>
          <w:sz w:val="28"/>
          <w:szCs w:val="28"/>
          <w:rtl/>
        </w:rPr>
        <w:t xml:space="preserve"> که خانه‌ام را م</w:t>
      </w:r>
      <w:r w:rsidRPr="0000691D">
        <w:rPr>
          <w:rFonts w:cs="B Mitra" w:hint="cs"/>
          <w:sz w:val="28"/>
          <w:szCs w:val="28"/>
          <w:rtl/>
        </w:rPr>
        <w:t>ی‌</w:t>
      </w:r>
      <w:r w:rsidRPr="0000691D">
        <w:rPr>
          <w:rFonts w:cs="B Mitra" w:hint="eastAsia"/>
          <w:sz w:val="28"/>
          <w:szCs w:val="28"/>
          <w:rtl/>
        </w:rPr>
        <w:t>شناختم</w:t>
      </w:r>
      <w:r w:rsidRPr="0000691D">
        <w:rPr>
          <w:rFonts w:cs="B Mitra" w:hint="cs"/>
          <w:sz w:val="28"/>
          <w:szCs w:val="28"/>
          <w:rtl/>
        </w:rPr>
        <w:t>؛</w:t>
      </w:r>
      <w:r w:rsidRPr="0000691D">
        <w:rPr>
          <w:rFonts w:cs="B Mitra"/>
          <w:sz w:val="28"/>
          <w:szCs w:val="28"/>
          <w:rtl/>
        </w:rPr>
        <w:t xml:space="preserve"> آگاه</w:t>
      </w:r>
      <w:r w:rsidRPr="0000691D">
        <w:rPr>
          <w:rFonts w:cs="B Mitra" w:hint="cs"/>
          <w:sz w:val="28"/>
          <w:szCs w:val="28"/>
          <w:rtl/>
        </w:rPr>
        <w:t>ی</w:t>
      </w:r>
      <w:r w:rsidRPr="0000691D">
        <w:rPr>
          <w:rFonts w:cs="B Mitra"/>
          <w:sz w:val="28"/>
          <w:szCs w:val="28"/>
          <w:rtl/>
        </w:rPr>
        <w:t xml:space="preserve"> از چ</w:t>
      </w:r>
      <w:r w:rsidRPr="0000691D">
        <w:rPr>
          <w:rFonts w:cs="B Mitra" w:hint="cs"/>
          <w:sz w:val="28"/>
          <w:szCs w:val="28"/>
          <w:rtl/>
        </w:rPr>
        <w:t>ی</w:t>
      </w:r>
      <w:r w:rsidRPr="0000691D">
        <w:rPr>
          <w:rFonts w:cs="B Mitra" w:hint="eastAsia"/>
          <w:sz w:val="28"/>
          <w:szCs w:val="28"/>
          <w:rtl/>
        </w:rPr>
        <w:t>دمان</w:t>
      </w:r>
      <w:r w:rsidRPr="0000691D">
        <w:rPr>
          <w:rFonts w:cs="B Mitra"/>
          <w:sz w:val="28"/>
          <w:szCs w:val="28"/>
          <w:rtl/>
        </w:rPr>
        <w:t xml:space="preserve"> خانه</w:t>
      </w:r>
      <w:r w:rsidRPr="0000691D">
        <w:rPr>
          <w:rFonts w:cs="B Mitra" w:hint="cs"/>
          <w:sz w:val="28"/>
          <w:szCs w:val="28"/>
          <w:rtl/>
        </w:rPr>
        <w:t>،</w:t>
      </w:r>
      <w:r w:rsidRPr="0000691D">
        <w:rPr>
          <w:rFonts w:cs="B Mitra"/>
          <w:sz w:val="28"/>
          <w:szCs w:val="28"/>
          <w:rtl/>
        </w:rPr>
        <w:t xml:space="preserve"> باعث م</w:t>
      </w:r>
      <w:r w:rsidRPr="0000691D">
        <w:rPr>
          <w:rFonts w:cs="B Mitra" w:hint="cs"/>
          <w:sz w:val="28"/>
          <w:szCs w:val="28"/>
          <w:rtl/>
        </w:rPr>
        <w:t>ی‌</w:t>
      </w:r>
      <w:r w:rsidRPr="0000691D">
        <w:rPr>
          <w:rFonts w:cs="B Mitra" w:hint="eastAsia"/>
          <w:sz w:val="28"/>
          <w:szCs w:val="28"/>
          <w:rtl/>
        </w:rPr>
        <w:t>شد</w:t>
      </w:r>
      <w:r w:rsidRPr="0000691D">
        <w:rPr>
          <w:rFonts w:cs="B Mitra"/>
          <w:sz w:val="28"/>
          <w:szCs w:val="28"/>
          <w:rtl/>
        </w:rPr>
        <w:t xml:space="preserve"> درباره ا</w:t>
      </w:r>
      <w:r w:rsidRPr="0000691D">
        <w:rPr>
          <w:rFonts w:cs="B Mitra" w:hint="cs"/>
          <w:sz w:val="28"/>
          <w:szCs w:val="28"/>
          <w:rtl/>
        </w:rPr>
        <w:t>ی</w:t>
      </w:r>
      <w:r w:rsidRPr="0000691D">
        <w:rPr>
          <w:rFonts w:cs="B Mitra" w:hint="eastAsia"/>
          <w:sz w:val="28"/>
          <w:szCs w:val="28"/>
          <w:rtl/>
        </w:rPr>
        <w:t>نکه</w:t>
      </w:r>
      <w:r w:rsidRPr="0000691D">
        <w:rPr>
          <w:rFonts w:cs="B Mitra"/>
          <w:sz w:val="28"/>
          <w:szCs w:val="28"/>
          <w:rtl/>
        </w:rPr>
        <w:t xml:space="preserve"> دستگاه با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به ک</w:t>
      </w:r>
      <w:r w:rsidRPr="0000691D">
        <w:rPr>
          <w:rFonts w:cs="B Mitra" w:hint="eastAsia"/>
          <w:sz w:val="28"/>
          <w:szCs w:val="28"/>
          <w:rtl/>
        </w:rPr>
        <w:t>دام</w:t>
      </w:r>
      <w:r w:rsidRPr="0000691D">
        <w:rPr>
          <w:rFonts w:cs="B Mitra"/>
          <w:sz w:val="28"/>
          <w:szCs w:val="28"/>
          <w:rtl/>
        </w:rPr>
        <w:t xml:space="preserve"> سمت برود</w:t>
      </w:r>
      <w:r w:rsidRPr="0000691D">
        <w:rPr>
          <w:rFonts w:cs="B Mitra" w:hint="cs"/>
          <w:sz w:val="28"/>
          <w:szCs w:val="28"/>
          <w:rtl/>
        </w:rPr>
        <w:t>،</w:t>
      </w:r>
      <w:r w:rsidRPr="0000691D">
        <w:rPr>
          <w:rFonts w:cs="B Mitra"/>
          <w:sz w:val="28"/>
          <w:szCs w:val="28"/>
          <w:rtl/>
        </w:rPr>
        <w:t xml:space="preserve"> نظر و پ</w:t>
      </w:r>
      <w:r w:rsidRPr="0000691D">
        <w:rPr>
          <w:rFonts w:cs="B Mitra" w:hint="cs"/>
          <w:sz w:val="28"/>
          <w:szCs w:val="28"/>
          <w:rtl/>
        </w:rPr>
        <w:t>ی</w:t>
      </w:r>
      <w:r w:rsidRPr="0000691D">
        <w:rPr>
          <w:rFonts w:cs="B Mitra" w:hint="eastAsia"/>
          <w:sz w:val="28"/>
          <w:szCs w:val="28"/>
          <w:rtl/>
        </w:rPr>
        <w:t>ش‌فرض</w:t>
      </w:r>
      <w:r w:rsidRPr="0000691D">
        <w:rPr>
          <w:rFonts w:cs="B Mitra"/>
          <w:sz w:val="28"/>
          <w:szCs w:val="28"/>
          <w:rtl/>
        </w:rPr>
        <w:t xml:space="preserve"> داشته باشم.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آشنا</w:t>
      </w:r>
      <w:r w:rsidRPr="0000691D">
        <w:rPr>
          <w:rFonts w:cs="B Mitra" w:hint="cs"/>
          <w:sz w:val="28"/>
          <w:szCs w:val="28"/>
          <w:rtl/>
        </w:rPr>
        <w:t>یی</w:t>
      </w:r>
      <w:r w:rsidRPr="0000691D">
        <w:rPr>
          <w:rFonts w:cs="B Mitra"/>
          <w:sz w:val="28"/>
          <w:szCs w:val="28"/>
          <w:rtl/>
        </w:rPr>
        <w:t xml:space="preserve"> با مح</w:t>
      </w:r>
      <w:r w:rsidRPr="0000691D">
        <w:rPr>
          <w:rFonts w:cs="B Mitra" w:hint="cs"/>
          <w:sz w:val="28"/>
          <w:szCs w:val="28"/>
          <w:rtl/>
        </w:rPr>
        <w:t>ی</w:t>
      </w:r>
      <w:r w:rsidRPr="0000691D">
        <w:rPr>
          <w:rFonts w:cs="B Mitra" w:hint="eastAsia"/>
          <w:sz w:val="28"/>
          <w:szCs w:val="28"/>
          <w:rtl/>
        </w:rPr>
        <w:t>ط،</w:t>
      </w:r>
      <w:r w:rsidRPr="0000691D">
        <w:rPr>
          <w:rFonts w:cs="B Mitra"/>
          <w:sz w:val="28"/>
          <w:szCs w:val="28"/>
          <w:rtl/>
        </w:rPr>
        <w:t xml:space="preserve"> رهاکردن کنترل را دشوارتر م</w:t>
      </w:r>
      <w:r w:rsidRPr="0000691D">
        <w:rPr>
          <w:rFonts w:cs="B Mitra" w:hint="cs"/>
          <w:sz w:val="28"/>
          <w:szCs w:val="28"/>
          <w:rtl/>
        </w:rPr>
        <w:t>ی‌</w:t>
      </w:r>
      <w:r w:rsidRPr="0000691D">
        <w:rPr>
          <w:rFonts w:cs="B Mitra" w:hint="eastAsia"/>
          <w:sz w:val="28"/>
          <w:szCs w:val="28"/>
          <w:rtl/>
        </w:rPr>
        <w:t>کرد،</w:t>
      </w:r>
      <w:r w:rsidRPr="0000691D">
        <w:rPr>
          <w:rFonts w:cs="B Mitra"/>
          <w:sz w:val="28"/>
          <w:szCs w:val="28"/>
          <w:rtl/>
        </w:rPr>
        <w:t xml:space="preserve"> نه آسان‌تر.</w:t>
      </w:r>
    </w:p>
    <w:p w:rsidR="00A75B1C" w:rsidRPr="00343601" w:rsidRDefault="00A75B1C" w:rsidP="00343601">
      <w:pPr>
        <w:pStyle w:val="Heading3"/>
        <w:bidi/>
        <w:rPr>
          <w:rFonts w:cs="B Mitra"/>
          <w:color w:val="70AD47" w:themeColor="accent6"/>
          <w:sz w:val="28"/>
          <w:szCs w:val="28"/>
          <w:rtl/>
        </w:rPr>
      </w:pPr>
      <w:bookmarkStart w:id="40" w:name="_Toc243400547"/>
      <w:r w:rsidRPr="00343601">
        <w:rPr>
          <w:rFonts w:cs="B Mitra" w:hint="cs"/>
          <w:color w:val="70AD47" w:themeColor="accent6"/>
          <w:sz w:val="28"/>
          <w:szCs w:val="28"/>
          <w:rtl/>
        </w:rPr>
        <w:lastRenderedPageBreak/>
        <w:t>حرکت‌کردن</w:t>
      </w:r>
      <w:r w:rsidRPr="00343601">
        <w:rPr>
          <w:rFonts w:cs="B Mitra"/>
          <w:color w:val="70AD47" w:themeColor="accent6"/>
          <w:sz w:val="28"/>
          <w:szCs w:val="28"/>
          <w:rtl/>
        </w:rPr>
        <w:t xml:space="preserve"> ب</w:t>
      </w:r>
      <w:r w:rsidRPr="00343601">
        <w:rPr>
          <w:rFonts w:cs="B Mitra" w:hint="cs"/>
          <w:color w:val="70AD47" w:themeColor="accent6"/>
          <w:sz w:val="28"/>
          <w:szCs w:val="28"/>
          <w:rtl/>
        </w:rPr>
        <w:t>ی</w:t>
      </w:r>
      <w:r w:rsidRPr="00343601">
        <w:rPr>
          <w:rFonts w:cs="B Mitra" w:hint="eastAsia"/>
          <w:color w:val="70AD47" w:themeColor="accent6"/>
          <w:sz w:val="28"/>
          <w:szCs w:val="28"/>
          <w:rtl/>
        </w:rPr>
        <w:t>رون</w:t>
      </w:r>
      <w:r w:rsidRPr="00343601">
        <w:rPr>
          <w:rFonts w:cs="B Mitra"/>
          <w:color w:val="70AD47" w:themeColor="accent6"/>
          <w:sz w:val="28"/>
          <w:szCs w:val="28"/>
          <w:rtl/>
        </w:rPr>
        <w:t xml:space="preserve"> از ساختمان</w:t>
      </w:r>
      <w:bookmarkEnd w:id="40"/>
    </w:p>
    <w:p w:rsidR="00A75B1C" w:rsidRPr="0000691D" w:rsidRDefault="00A75B1C" w:rsidP="00DE310A">
      <w:pPr>
        <w:bidi/>
        <w:spacing w:line="360" w:lineRule="auto"/>
        <w:jc w:val="both"/>
        <w:rPr>
          <w:rFonts w:cs="B Mitra"/>
          <w:sz w:val="28"/>
          <w:szCs w:val="28"/>
          <w:rtl/>
        </w:rPr>
      </w:pPr>
      <w:r w:rsidRPr="0000691D">
        <w:rPr>
          <w:rFonts w:cs="B Mitra" w:hint="cs"/>
          <w:sz w:val="28"/>
          <w:szCs w:val="28"/>
          <w:rtl/>
        </w:rPr>
        <w:t>راه‌رفتن</w:t>
      </w:r>
      <w:r w:rsidRPr="0000691D">
        <w:rPr>
          <w:rFonts w:cs="B Mitra"/>
          <w:sz w:val="28"/>
          <w:szCs w:val="28"/>
          <w:rtl/>
        </w:rPr>
        <w:t xml:space="preserve"> در ب</w:t>
      </w:r>
      <w:r w:rsidRPr="0000691D">
        <w:rPr>
          <w:rFonts w:cs="B Mitra" w:hint="cs"/>
          <w:sz w:val="28"/>
          <w:szCs w:val="28"/>
          <w:rtl/>
        </w:rPr>
        <w:t>ی</w:t>
      </w:r>
      <w:r w:rsidRPr="0000691D">
        <w:rPr>
          <w:rFonts w:cs="B Mitra" w:hint="eastAsia"/>
          <w:sz w:val="28"/>
          <w:szCs w:val="28"/>
          <w:rtl/>
        </w:rPr>
        <w:t>رون</w:t>
      </w:r>
      <w:r w:rsidRPr="0000691D">
        <w:rPr>
          <w:rFonts w:cs="B Mitra"/>
          <w:sz w:val="28"/>
          <w:szCs w:val="28"/>
          <w:rtl/>
        </w:rPr>
        <w:t xml:space="preserve"> از ساختمان در ابتدا سخت‌تر بود. در اوا</w:t>
      </w:r>
      <w:r w:rsidRPr="0000691D">
        <w:rPr>
          <w:rFonts w:cs="B Mitra" w:hint="cs"/>
          <w:sz w:val="28"/>
          <w:szCs w:val="28"/>
          <w:rtl/>
        </w:rPr>
        <w:t>ی</w:t>
      </w:r>
      <w:r w:rsidRPr="0000691D">
        <w:rPr>
          <w:rFonts w:cs="B Mitra" w:hint="eastAsia"/>
          <w:sz w:val="28"/>
          <w:szCs w:val="28"/>
          <w:rtl/>
        </w:rPr>
        <w:t>ل،</w:t>
      </w:r>
      <w:r w:rsidRPr="0000691D">
        <w:rPr>
          <w:rFonts w:cs="B Mitra"/>
          <w:sz w:val="28"/>
          <w:szCs w:val="28"/>
          <w:rtl/>
        </w:rPr>
        <w:t xml:space="preserve"> گِلاید در مقابله با خطاها</w:t>
      </w:r>
      <w:r w:rsidRPr="0000691D">
        <w:rPr>
          <w:rFonts w:cs="B Mitra" w:hint="cs"/>
          <w:sz w:val="28"/>
          <w:szCs w:val="28"/>
          <w:rtl/>
        </w:rPr>
        <w:t>ی</w:t>
      </w:r>
      <w:r w:rsidRPr="0000691D">
        <w:rPr>
          <w:rFonts w:cs="B Mitra"/>
          <w:sz w:val="28"/>
          <w:szCs w:val="28"/>
          <w:rtl/>
        </w:rPr>
        <w:t xml:space="preserve"> مربوط به دور</w:t>
      </w:r>
      <w:r w:rsidRPr="0000691D">
        <w:rPr>
          <w:rFonts w:cs="B Mitra" w:hint="cs"/>
          <w:sz w:val="28"/>
          <w:szCs w:val="28"/>
          <w:rtl/>
        </w:rPr>
        <w:t xml:space="preserve"> </w:t>
      </w:r>
      <w:r w:rsidRPr="0000691D">
        <w:rPr>
          <w:rFonts w:cs="B Mitra"/>
          <w:sz w:val="28"/>
          <w:szCs w:val="28"/>
          <w:rtl/>
        </w:rPr>
        <w:t>زدن موانع</w:t>
      </w:r>
      <w:r w:rsidRPr="0000691D">
        <w:rPr>
          <w:rFonts w:cs="B Mitra" w:hint="cs"/>
          <w:sz w:val="28"/>
          <w:szCs w:val="28"/>
          <w:rtl/>
        </w:rPr>
        <w:t>،</w:t>
      </w:r>
      <w:r w:rsidRPr="0000691D">
        <w:rPr>
          <w:rFonts w:cs="B Mitra"/>
          <w:sz w:val="28"/>
          <w:szCs w:val="28"/>
          <w:rtl/>
        </w:rPr>
        <w:t xml:space="preserve"> خوب عمل نم</w:t>
      </w:r>
      <w:r w:rsidRPr="0000691D">
        <w:rPr>
          <w:rFonts w:cs="B Mitra" w:hint="cs"/>
          <w:sz w:val="28"/>
          <w:szCs w:val="28"/>
          <w:rtl/>
        </w:rPr>
        <w:t>ی‌</w:t>
      </w:r>
      <w:r w:rsidRPr="0000691D">
        <w:rPr>
          <w:rFonts w:cs="B Mitra" w:hint="eastAsia"/>
          <w:sz w:val="28"/>
          <w:szCs w:val="28"/>
          <w:rtl/>
        </w:rPr>
        <w:t>کرد</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ک‌بار</w:t>
      </w:r>
      <w:r w:rsidRPr="0000691D">
        <w:rPr>
          <w:rFonts w:cs="B Mitra"/>
          <w:sz w:val="28"/>
          <w:szCs w:val="28"/>
          <w:rtl/>
        </w:rPr>
        <w:t xml:space="preserve"> من را به صندوق پست</w:t>
      </w:r>
      <w:r w:rsidRPr="0000691D">
        <w:rPr>
          <w:rFonts w:cs="B Mitra" w:hint="cs"/>
          <w:sz w:val="28"/>
          <w:szCs w:val="28"/>
          <w:rtl/>
        </w:rPr>
        <w:t>ی</w:t>
      </w:r>
      <w:r w:rsidRPr="0000691D">
        <w:rPr>
          <w:rFonts w:cs="B Mitra"/>
          <w:sz w:val="28"/>
          <w:szCs w:val="28"/>
          <w:rtl/>
        </w:rPr>
        <w:t xml:space="preserve"> زد. </w:t>
      </w:r>
      <w:r w:rsidRPr="0000691D">
        <w:rPr>
          <w:rFonts w:cs="B Mitra" w:hint="cs"/>
          <w:sz w:val="28"/>
          <w:szCs w:val="28"/>
          <w:rtl/>
        </w:rPr>
        <w:t>ی</w:t>
      </w:r>
      <w:r w:rsidRPr="0000691D">
        <w:rPr>
          <w:rFonts w:cs="B Mitra" w:hint="eastAsia"/>
          <w:sz w:val="28"/>
          <w:szCs w:val="28"/>
          <w:rtl/>
        </w:rPr>
        <w:t>ک‌بار</w:t>
      </w:r>
      <w:r w:rsidRPr="0000691D">
        <w:rPr>
          <w:rFonts w:cs="B Mitra"/>
          <w:sz w:val="28"/>
          <w:szCs w:val="28"/>
          <w:rtl/>
        </w:rPr>
        <w:t xml:space="preserve"> د</w:t>
      </w:r>
      <w:r w:rsidRPr="0000691D">
        <w:rPr>
          <w:rFonts w:cs="B Mitra" w:hint="cs"/>
          <w:sz w:val="28"/>
          <w:szCs w:val="28"/>
          <w:rtl/>
        </w:rPr>
        <w:t>ی</w:t>
      </w:r>
      <w:r w:rsidRPr="0000691D">
        <w:rPr>
          <w:rFonts w:cs="B Mitra" w:hint="eastAsia"/>
          <w:sz w:val="28"/>
          <w:szCs w:val="28"/>
          <w:rtl/>
        </w:rPr>
        <w:t>گر</w:t>
      </w:r>
      <w:r w:rsidRPr="0000691D">
        <w:rPr>
          <w:rFonts w:cs="B Mitra"/>
          <w:sz w:val="28"/>
          <w:szCs w:val="28"/>
          <w:rtl/>
        </w:rPr>
        <w:t xml:space="preserve"> هم من را در قسمت</w:t>
      </w:r>
      <w:r w:rsidRPr="0000691D">
        <w:rPr>
          <w:rFonts w:cs="B Mitra" w:hint="cs"/>
          <w:sz w:val="28"/>
          <w:szCs w:val="28"/>
          <w:rtl/>
        </w:rPr>
        <w:t>ی</w:t>
      </w:r>
      <w:r w:rsidRPr="0000691D">
        <w:rPr>
          <w:rFonts w:cs="B Mitra"/>
          <w:sz w:val="28"/>
          <w:szCs w:val="28"/>
          <w:rtl/>
        </w:rPr>
        <w:t xml:space="preserve"> از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درخت پربرگ گ</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انداخت.</w:t>
      </w:r>
    </w:p>
    <w:p w:rsidR="00A75B1C" w:rsidRPr="0000691D" w:rsidRDefault="00A75B1C" w:rsidP="00DE310A">
      <w:pPr>
        <w:bidi/>
        <w:spacing w:line="360" w:lineRule="auto"/>
        <w:jc w:val="both"/>
        <w:rPr>
          <w:rFonts w:cs="B Mitra"/>
          <w:sz w:val="28"/>
          <w:szCs w:val="28"/>
          <w:rtl/>
        </w:rPr>
      </w:pPr>
      <w:r w:rsidRPr="0000691D">
        <w:rPr>
          <w:rFonts w:cs="B Mitra" w:hint="cs"/>
          <w:sz w:val="28"/>
          <w:szCs w:val="28"/>
          <w:rtl/>
        </w:rPr>
        <w:t>در</w:t>
      </w:r>
      <w:r w:rsidRPr="0000691D">
        <w:rPr>
          <w:rFonts w:cs="B Mitra"/>
          <w:sz w:val="28"/>
          <w:szCs w:val="28"/>
          <w:rtl/>
        </w:rPr>
        <w:t xml:space="preserve"> طرح آزما</w:t>
      </w:r>
      <w:r w:rsidRPr="0000691D">
        <w:rPr>
          <w:rFonts w:cs="B Mitra" w:hint="cs"/>
          <w:sz w:val="28"/>
          <w:szCs w:val="28"/>
          <w:rtl/>
        </w:rPr>
        <w:t>ی</w:t>
      </w:r>
      <w:r w:rsidRPr="0000691D">
        <w:rPr>
          <w:rFonts w:cs="B Mitra" w:hint="eastAsia"/>
          <w:sz w:val="28"/>
          <w:szCs w:val="28"/>
          <w:rtl/>
        </w:rPr>
        <w:t>ش</w:t>
      </w:r>
      <w:r w:rsidRPr="0000691D">
        <w:rPr>
          <w:rFonts w:cs="B Mitra" w:hint="cs"/>
          <w:sz w:val="28"/>
          <w:szCs w:val="28"/>
          <w:rtl/>
        </w:rPr>
        <w:t>ی</w:t>
      </w:r>
      <w:r w:rsidRPr="0000691D">
        <w:rPr>
          <w:rFonts w:cs="B Mitra"/>
          <w:sz w:val="28"/>
          <w:szCs w:val="28"/>
          <w:rtl/>
        </w:rPr>
        <w:t xml:space="preserve"> مربوط به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محصول</w:t>
      </w:r>
      <w:r w:rsidRPr="0000691D">
        <w:rPr>
          <w:rFonts w:cs="B Mitra" w:hint="cs"/>
          <w:sz w:val="28"/>
          <w:szCs w:val="28"/>
          <w:rtl/>
        </w:rPr>
        <w:t>،</w:t>
      </w:r>
      <w:r w:rsidRPr="0000691D">
        <w:rPr>
          <w:rFonts w:cs="B Mitra"/>
          <w:sz w:val="28"/>
          <w:szCs w:val="28"/>
          <w:rtl/>
        </w:rPr>
        <w:t xml:space="preserve"> من از دو نمونه از دستگاه استفاده کردم و سخت‌افزار آن</w:t>
      </w:r>
      <w:r w:rsidRPr="0000691D">
        <w:rPr>
          <w:rFonts w:cs="B Mitra" w:hint="cs"/>
          <w:sz w:val="28"/>
          <w:szCs w:val="28"/>
          <w:rtl/>
        </w:rPr>
        <w:t>‌</w:t>
      </w:r>
      <w:r w:rsidRPr="0000691D">
        <w:rPr>
          <w:rFonts w:cs="B Mitra"/>
          <w:sz w:val="28"/>
          <w:szCs w:val="28"/>
          <w:rtl/>
        </w:rPr>
        <w:t xml:space="preserve">ها </w:t>
      </w:r>
      <w:r w:rsidRPr="0000691D">
        <w:rPr>
          <w:rFonts w:cs="B Mitra" w:hint="cs"/>
          <w:sz w:val="28"/>
          <w:szCs w:val="28"/>
          <w:rtl/>
        </w:rPr>
        <w:t>ی</w:t>
      </w:r>
      <w:r w:rsidRPr="0000691D">
        <w:rPr>
          <w:rFonts w:cs="B Mitra" w:hint="eastAsia"/>
          <w:sz w:val="28"/>
          <w:szCs w:val="28"/>
          <w:rtl/>
        </w:rPr>
        <w:t>کسان</w:t>
      </w:r>
      <w:r w:rsidRPr="0000691D">
        <w:rPr>
          <w:rFonts w:cs="B Mitra"/>
          <w:sz w:val="28"/>
          <w:szCs w:val="28"/>
          <w:rtl/>
        </w:rPr>
        <w:t xml:space="preserve"> بود. چ</w:t>
      </w:r>
      <w:r w:rsidRPr="0000691D">
        <w:rPr>
          <w:rFonts w:cs="B Mitra" w:hint="cs"/>
          <w:sz w:val="28"/>
          <w:szCs w:val="28"/>
          <w:rtl/>
        </w:rPr>
        <w:t>ی</w:t>
      </w:r>
      <w:r w:rsidRPr="0000691D">
        <w:rPr>
          <w:rFonts w:cs="B Mitra" w:hint="eastAsia"/>
          <w:sz w:val="28"/>
          <w:szCs w:val="28"/>
          <w:rtl/>
        </w:rPr>
        <w:t>ز</w:t>
      </w:r>
      <w:r w:rsidRPr="0000691D">
        <w:rPr>
          <w:rFonts w:cs="B Mitra" w:hint="cs"/>
          <w:sz w:val="28"/>
          <w:szCs w:val="28"/>
          <w:rtl/>
        </w:rPr>
        <w:t>ی</w:t>
      </w:r>
      <w:r w:rsidRPr="0000691D">
        <w:rPr>
          <w:rFonts w:cs="B Mitra"/>
          <w:sz w:val="28"/>
          <w:szCs w:val="28"/>
          <w:rtl/>
        </w:rPr>
        <w:t xml:space="preserve"> که تفاوت داشت</w:t>
      </w:r>
      <w:r w:rsidRPr="0000691D">
        <w:rPr>
          <w:rFonts w:cs="B Mitra" w:hint="cs"/>
          <w:sz w:val="28"/>
          <w:szCs w:val="28"/>
          <w:rtl/>
        </w:rPr>
        <w:t>،</w:t>
      </w:r>
      <w:r w:rsidRPr="0000691D">
        <w:rPr>
          <w:rFonts w:cs="B Mitra"/>
          <w:sz w:val="28"/>
          <w:szCs w:val="28"/>
          <w:rtl/>
        </w:rPr>
        <w:t xml:space="preserve"> نرم‌افزار بود که در نمونه دوم جد</w:t>
      </w:r>
      <w:r w:rsidRPr="0000691D">
        <w:rPr>
          <w:rFonts w:cs="B Mitra" w:hint="cs"/>
          <w:sz w:val="28"/>
          <w:szCs w:val="28"/>
          <w:rtl/>
        </w:rPr>
        <w:t>ی</w:t>
      </w:r>
      <w:r w:rsidRPr="0000691D">
        <w:rPr>
          <w:rFonts w:cs="B Mitra" w:hint="eastAsia"/>
          <w:sz w:val="28"/>
          <w:szCs w:val="28"/>
          <w:rtl/>
        </w:rPr>
        <w:t>دتر</w:t>
      </w:r>
      <w:r w:rsidRPr="0000691D">
        <w:rPr>
          <w:rFonts w:cs="B Mitra"/>
          <w:sz w:val="28"/>
          <w:szCs w:val="28"/>
          <w:rtl/>
        </w:rPr>
        <w:t xml:space="preserve"> بود و مشکلات مربوط به دور</w:t>
      </w:r>
      <w:r w:rsidRPr="0000691D">
        <w:rPr>
          <w:rFonts w:cs="B Mitra" w:hint="cs"/>
          <w:sz w:val="28"/>
          <w:szCs w:val="28"/>
          <w:rtl/>
        </w:rPr>
        <w:t xml:space="preserve"> </w:t>
      </w:r>
      <w:r w:rsidRPr="0000691D">
        <w:rPr>
          <w:rFonts w:cs="B Mitra"/>
          <w:sz w:val="28"/>
          <w:szCs w:val="28"/>
          <w:rtl/>
        </w:rPr>
        <w:t>زدن موانع به طور قابل‌توجه</w:t>
      </w:r>
      <w:r w:rsidRPr="0000691D">
        <w:rPr>
          <w:rFonts w:cs="B Mitra" w:hint="cs"/>
          <w:sz w:val="28"/>
          <w:szCs w:val="28"/>
          <w:rtl/>
        </w:rPr>
        <w:t>ی</w:t>
      </w:r>
      <w:r w:rsidRPr="0000691D">
        <w:rPr>
          <w:rFonts w:cs="B Mitra"/>
          <w:sz w:val="28"/>
          <w:szCs w:val="28"/>
          <w:rtl/>
        </w:rPr>
        <w:t xml:space="preserve"> بهبود پ</w:t>
      </w:r>
      <w:r w:rsidRPr="0000691D">
        <w:rPr>
          <w:rFonts w:cs="B Mitra" w:hint="cs"/>
          <w:sz w:val="28"/>
          <w:szCs w:val="28"/>
          <w:rtl/>
        </w:rPr>
        <w:t>ی</w:t>
      </w:r>
      <w:r w:rsidRPr="0000691D">
        <w:rPr>
          <w:rFonts w:cs="B Mitra" w:hint="eastAsia"/>
          <w:sz w:val="28"/>
          <w:szCs w:val="28"/>
          <w:rtl/>
        </w:rPr>
        <w:t>دا</w:t>
      </w:r>
      <w:r w:rsidRPr="0000691D">
        <w:rPr>
          <w:rFonts w:cs="B Mitra"/>
          <w:sz w:val="28"/>
          <w:szCs w:val="28"/>
          <w:rtl/>
        </w:rPr>
        <w:t xml:space="preserve"> کرده بود.</w:t>
      </w:r>
    </w:p>
    <w:p w:rsidR="00A75B1C" w:rsidRPr="00343601" w:rsidRDefault="00A75B1C" w:rsidP="00343601">
      <w:pPr>
        <w:pStyle w:val="Heading3"/>
        <w:bidi/>
        <w:rPr>
          <w:rFonts w:cs="B Mitra"/>
          <w:color w:val="70AD47" w:themeColor="accent6"/>
          <w:sz w:val="28"/>
          <w:szCs w:val="28"/>
          <w:rtl/>
        </w:rPr>
      </w:pPr>
      <w:bookmarkStart w:id="41" w:name="_Toc243400548"/>
      <w:r w:rsidRPr="00343601">
        <w:rPr>
          <w:rFonts w:cs="B Mitra" w:hint="cs"/>
          <w:color w:val="70AD47" w:themeColor="accent6"/>
          <w:sz w:val="28"/>
          <w:szCs w:val="28"/>
          <w:rtl/>
        </w:rPr>
        <w:t>عبورکردن</w:t>
      </w:r>
      <w:r w:rsidRPr="00343601">
        <w:rPr>
          <w:rFonts w:cs="B Mitra"/>
          <w:color w:val="70AD47" w:themeColor="accent6"/>
          <w:sz w:val="28"/>
          <w:szCs w:val="28"/>
          <w:rtl/>
        </w:rPr>
        <w:t xml:space="preserve"> از خ</w:t>
      </w:r>
      <w:r w:rsidRPr="00343601">
        <w:rPr>
          <w:rFonts w:cs="B Mitra" w:hint="cs"/>
          <w:color w:val="70AD47" w:themeColor="accent6"/>
          <w:sz w:val="28"/>
          <w:szCs w:val="28"/>
          <w:rtl/>
        </w:rPr>
        <w:t>ی</w:t>
      </w:r>
      <w:r w:rsidRPr="00343601">
        <w:rPr>
          <w:rFonts w:cs="B Mitra" w:hint="eastAsia"/>
          <w:color w:val="70AD47" w:themeColor="accent6"/>
          <w:sz w:val="28"/>
          <w:szCs w:val="28"/>
          <w:rtl/>
        </w:rPr>
        <w:t>ابان</w:t>
      </w:r>
      <w:bookmarkEnd w:id="41"/>
    </w:p>
    <w:p w:rsidR="00A75B1C" w:rsidRPr="0000691D" w:rsidRDefault="00A75B1C" w:rsidP="00DE310A">
      <w:pPr>
        <w:bidi/>
        <w:spacing w:line="360" w:lineRule="auto"/>
        <w:jc w:val="both"/>
        <w:rPr>
          <w:rFonts w:cs="B Mitra"/>
          <w:sz w:val="28"/>
          <w:szCs w:val="28"/>
          <w:rtl/>
        </w:rPr>
      </w:pPr>
      <w:r w:rsidRPr="0000691D">
        <w:rPr>
          <w:rFonts w:cs="B Mitra" w:hint="cs"/>
          <w:sz w:val="28"/>
          <w:szCs w:val="28"/>
          <w:rtl/>
        </w:rPr>
        <w:t>عبورکردن</w:t>
      </w:r>
      <w:r w:rsidRPr="0000691D">
        <w:rPr>
          <w:rFonts w:cs="B Mitra"/>
          <w:sz w:val="28"/>
          <w:szCs w:val="28"/>
          <w:rtl/>
        </w:rPr>
        <w:t xml:space="preserve"> از خ</w:t>
      </w:r>
      <w:r w:rsidRPr="0000691D">
        <w:rPr>
          <w:rFonts w:cs="B Mitra" w:hint="cs"/>
          <w:sz w:val="28"/>
          <w:szCs w:val="28"/>
          <w:rtl/>
        </w:rPr>
        <w:t>ی</w:t>
      </w:r>
      <w:r w:rsidRPr="0000691D">
        <w:rPr>
          <w:rFonts w:cs="B Mitra" w:hint="eastAsia"/>
          <w:sz w:val="28"/>
          <w:szCs w:val="28"/>
          <w:rtl/>
        </w:rPr>
        <w:t>ابان</w:t>
      </w:r>
      <w:r w:rsidRPr="0000691D">
        <w:rPr>
          <w:rFonts w:cs="B Mitra" w:hint="cs"/>
          <w:sz w:val="28"/>
          <w:szCs w:val="28"/>
          <w:rtl/>
        </w:rPr>
        <w:t>،</w:t>
      </w:r>
      <w:r w:rsidRPr="0000691D">
        <w:rPr>
          <w:rFonts w:cs="B Mitra"/>
          <w:sz w:val="28"/>
          <w:szCs w:val="28"/>
          <w:rtl/>
        </w:rPr>
        <w:t xml:space="preserve"> جا</w:t>
      </w:r>
      <w:r w:rsidRPr="0000691D">
        <w:rPr>
          <w:rFonts w:cs="B Mitra" w:hint="cs"/>
          <w:sz w:val="28"/>
          <w:szCs w:val="28"/>
          <w:rtl/>
        </w:rPr>
        <w:t>یی</w:t>
      </w:r>
      <w:r w:rsidRPr="0000691D">
        <w:rPr>
          <w:rFonts w:cs="B Mitra"/>
          <w:sz w:val="28"/>
          <w:szCs w:val="28"/>
          <w:rtl/>
        </w:rPr>
        <w:t xml:space="preserve"> است که تفاوت ب</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گِلاید و عصا واضح‌تر م</w:t>
      </w:r>
      <w:r w:rsidRPr="0000691D">
        <w:rPr>
          <w:rFonts w:cs="B Mitra" w:hint="cs"/>
          <w:sz w:val="28"/>
          <w:szCs w:val="28"/>
          <w:rtl/>
        </w:rPr>
        <w:t>ی‌</w:t>
      </w:r>
      <w:r w:rsidRPr="0000691D">
        <w:rPr>
          <w:rFonts w:cs="B Mitra" w:hint="eastAsia"/>
          <w:sz w:val="28"/>
          <w:szCs w:val="28"/>
          <w:rtl/>
        </w:rPr>
        <w:t>شود</w:t>
      </w:r>
      <w:r w:rsidRPr="0000691D">
        <w:rPr>
          <w:rFonts w:cs="B Mitra"/>
          <w:sz w:val="28"/>
          <w:szCs w:val="28"/>
          <w:rtl/>
        </w:rPr>
        <w:t xml:space="preserve"> و همه چ</w:t>
      </w:r>
      <w:r w:rsidRPr="0000691D">
        <w:rPr>
          <w:rFonts w:cs="B Mitra" w:hint="cs"/>
          <w:sz w:val="28"/>
          <w:szCs w:val="28"/>
          <w:rtl/>
        </w:rPr>
        <w:t>ی</w:t>
      </w:r>
      <w:r w:rsidRPr="0000691D">
        <w:rPr>
          <w:rFonts w:cs="B Mitra" w:hint="eastAsia"/>
          <w:sz w:val="28"/>
          <w:szCs w:val="28"/>
          <w:rtl/>
        </w:rPr>
        <w:t>ز</w:t>
      </w:r>
      <w:r w:rsidRPr="0000691D">
        <w:rPr>
          <w:rFonts w:cs="B Mitra"/>
          <w:sz w:val="28"/>
          <w:szCs w:val="28"/>
          <w:rtl/>
        </w:rPr>
        <w:t xml:space="preserve"> به نفع گِلاید تمام نم</w:t>
      </w:r>
      <w:r w:rsidRPr="0000691D">
        <w:rPr>
          <w:rFonts w:cs="B Mitra" w:hint="cs"/>
          <w:sz w:val="28"/>
          <w:szCs w:val="28"/>
          <w:rtl/>
        </w:rPr>
        <w:t>ی‌</w:t>
      </w:r>
      <w:r w:rsidRPr="0000691D">
        <w:rPr>
          <w:rFonts w:cs="B Mitra" w:hint="eastAsia"/>
          <w:sz w:val="28"/>
          <w:szCs w:val="28"/>
          <w:rtl/>
        </w:rPr>
        <w:t>شود</w:t>
      </w:r>
      <w:r w:rsidRPr="0000691D">
        <w:rPr>
          <w:rFonts w:cs="B Mitra" w:hint="cs"/>
          <w:sz w:val="28"/>
          <w:szCs w:val="28"/>
          <w:rtl/>
        </w:rPr>
        <w:t>؛ شما</w:t>
      </w:r>
      <w:r w:rsidRPr="0000691D">
        <w:rPr>
          <w:rFonts w:cs="B Mitra"/>
          <w:sz w:val="28"/>
          <w:szCs w:val="28"/>
          <w:rtl/>
        </w:rPr>
        <w:t xml:space="preserve"> عصا را به شکل جارو</w:t>
      </w:r>
      <w:r w:rsidRPr="0000691D">
        <w:rPr>
          <w:rFonts w:cs="B Mitra" w:hint="cs"/>
          <w:sz w:val="28"/>
          <w:szCs w:val="28"/>
          <w:rtl/>
        </w:rPr>
        <w:t xml:space="preserve"> </w:t>
      </w:r>
      <w:r w:rsidRPr="0000691D">
        <w:rPr>
          <w:rFonts w:cs="B Mitra"/>
          <w:sz w:val="28"/>
          <w:szCs w:val="28"/>
          <w:rtl/>
        </w:rPr>
        <w:t>زدن به چپ و راست م</w:t>
      </w:r>
      <w:r w:rsidRPr="0000691D">
        <w:rPr>
          <w:rFonts w:cs="B Mitra" w:hint="cs"/>
          <w:sz w:val="28"/>
          <w:szCs w:val="28"/>
          <w:rtl/>
        </w:rPr>
        <w:t>ی‌</w:t>
      </w:r>
      <w:r w:rsidRPr="0000691D">
        <w:rPr>
          <w:rFonts w:cs="B Mitra" w:hint="eastAsia"/>
          <w:sz w:val="28"/>
          <w:szCs w:val="28"/>
          <w:rtl/>
        </w:rPr>
        <w:t>کش</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و لبه‌ها را پ</w:t>
      </w:r>
      <w:r w:rsidRPr="0000691D">
        <w:rPr>
          <w:rFonts w:cs="B Mitra" w:hint="cs"/>
          <w:sz w:val="28"/>
          <w:szCs w:val="28"/>
          <w:rtl/>
        </w:rPr>
        <w:t>ی</w:t>
      </w:r>
      <w:r w:rsidRPr="0000691D">
        <w:rPr>
          <w:rFonts w:cs="B Mitra" w:hint="eastAsia"/>
          <w:sz w:val="28"/>
          <w:szCs w:val="28"/>
          <w:rtl/>
        </w:rPr>
        <w:t>دا</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کن</w:t>
      </w:r>
      <w:r w:rsidRPr="0000691D">
        <w:rPr>
          <w:rFonts w:cs="B Mitra" w:hint="cs"/>
          <w:sz w:val="28"/>
          <w:szCs w:val="28"/>
          <w:rtl/>
        </w:rPr>
        <w:t>ی</w:t>
      </w:r>
      <w:r w:rsidRPr="0000691D">
        <w:rPr>
          <w:rFonts w:cs="B Mitra" w:hint="eastAsia"/>
          <w:sz w:val="28"/>
          <w:szCs w:val="28"/>
          <w:rtl/>
        </w:rPr>
        <w:t>د</w:t>
      </w:r>
      <w:r w:rsidRPr="0000691D">
        <w:rPr>
          <w:rFonts w:cs="B Mitra" w:hint="cs"/>
          <w:sz w:val="28"/>
          <w:szCs w:val="28"/>
          <w:rtl/>
        </w:rPr>
        <w:t>؛</w:t>
      </w:r>
      <w:r w:rsidRPr="0000691D">
        <w:rPr>
          <w:rFonts w:cs="B Mitra"/>
          <w:sz w:val="28"/>
          <w:szCs w:val="28"/>
          <w:rtl/>
        </w:rPr>
        <w:t xml:space="preserve"> جا</w:t>
      </w:r>
      <w:r w:rsidRPr="0000691D">
        <w:rPr>
          <w:rFonts w:cs="B Mitra" w:hint="cs"/>
          <w:sz w:val="28"/>
          <w:szCs w:val="28"/>
          <w:rtl/>
        </w:rPr>
        <w:t>یی</w:t>
      </w:r>
      <w:r w:rsidRPr="0000691D">
        <w:rPr>
          <w:rFonts w:cs="B Mitra"/>
          <w:sz w:val="28"/>
          <w:szCs w:val="28"/>
          <w:rtl/>
        </w:rPr>
        <w:t xml:space="preserve"> را پ</w:t>
      </w:r>
      <w:r w:rsidRPr="0000691D">
        <w:rPr>
          <w:rFonts w:cs="B Mitra" w:hint="cs"/>
          <w:sz w:val="28"/>
          <w:szCs w:val="28"/>
          <w:rtl/>
        </w:rPr>
        <w:t>ی</w:t>
      </w:r>
      <w:r w:rsidRPr="0000691D">
        <w:rPr>
          <w:rFonts w:cs="B Mitra" w:hint="eastAsia"/>
          <w:sz w:val="28"/>
          <w:szCs w:val="28"/>
          <w:rtl/>
        </w:rPr>
        <w:t>دا</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کن</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که پ</w:t>
      </w:r>
      <w:r w:rsidRPr="0000691D">
        <w:rPr>
          <w:rFonts w:cs="B Mitra" w:hint="cs"/>
          <w:sz w:val="28"/>
          <w:szCs w:val="28"/>
          <w:rtl/>
        </w:rPr>
        <w:t>ی</w:t>
      </w:r>
      <w:r w:rsidRPr="0000691D">
        <w:rPr>
          <w:rFonts w:cs="B Mitra" w:hint="eastAsia"/>
          <w:sz w:val="28"/>
          <w:szCs w:val="28"/>
          <w:rtl/>
        </w:rPr>
        <w:t>اده‌رو</w:t>
      </w:r>
      <w:r w:rsidRPr="0000691D">
        <w:rPr>
          <w:rFonts w:cs="B Mitra"/>
          <w:sz w:val="28"/>
          <w:szCs w:val="28"/>
          <w:rtl/>
        </w:rPr>
        <w:t xml:space="preserve"> به پا</w:t>
      </w:r>
      <w:r w:rsidRPr="0000691D">
        <w:rPr>
          <w:rFonts w:cs="B Mitra" w:hint="cs"/>
          <w:sz w:val="28"/>
          <w:szCs w:val="28"/>
          <w:rtl/>
        </w:rPr>
        <w:t>ی</w:t>
      </w:r>
      <w:r w:rsidRPr="0000691D">
        <w:rPr>
          <w:rFonts w:cs="B Mitra" w:hint="eastAsia"/>
          <w:sz w:val="28"/>
          <w:szCs w:val="28"/>
          <w:rtl/>
        </w:rPr>
        <w:t>ان</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رسد</w:t>
      </w:r>
      <w:r w:rsidRPr="0000691D">
        <w:rPr>
          <w:rFonts w:cs="B Mitra"/>
          <w:sz w:val="28"/>
          <w:szCs w:val="28"/>
          <w:rtl/>
        </w:rPr>
        <w:t xml:space="preserve"> و خ</w:t>
      </w:r>
      <w:r w:rsidRPr="0000691D">
        <w:rPr>
          <w:rFonts w:cs="B Mitra" w:hint="cs"/>
          <w:sz w:val="28"/>
          <w:szCs w:val="28"/>
          <w:rtl/>
        </w:rPr>
        <w:t>ی</w:t>
      </w:r>
      <w:r w:rsidRPr="0000691D">
        <w:rPr>
          <w:rFonts w:cs="B Mitra" w:hint="eastAsia"/>
          <w:sz w:val="28"/>
          <w:szCs w:val="28"/>
          <w:rtl/>
        </w:rPr>
        <w:t>ابان</w:t>
      </w:r>
      <w:r w:rsidRPr="0000691D">
        <w:rPr>
          <w:rFonts w:cs="B Mitra"/>
          <w:sz w:val="28"/>
          <w:szCs w:val="28"/>
          <w:rtl/>
        </w:rPr>
        <w:t xml:space="preserve"> شروع م</w:t>
      </w:r>
      <w:r w:rsidRPr="0000691D">
        <w:rPr>
          <w:rFonts w:cs="B Mitra" w:hint="cs"/>
          <w:sz w:val="28"/>
          <w:szCs w:val="28"/>
          <w:rtl/>
        </w:rPr>
        <w:t>ی‌</w:t>
      </w:r>
      <w:r w:rsidRPr="0000691D">
        <w:rPr>
          <w:rFonts w:cs="B Mitra" w:hint="eastAsia"/>
          <w:sz w:val="28"/>
          <w:szCs w:val="28"/>
          <w:rtl/>
        </w:rPr>
        <w:t>شود</w:t>
      </w:r>
      <w:r w:rsidRPr="0000691D">
        <w:rPr>
          <w:rFonts w:cs="B Mitra"/>
          <w:sz w:val="28"/>
          <w:szCs w:val="28"/>
          <w:rtl/>
        </w:rPr>
        <w:t xml:space="preserve"> و پس از عبور، دوباره عصا را به چپ و راست م</w:t>
      </w:r>
      <w:r w:rsidRPr="0000691D">
        <w:rPr>
          <w:rFonts w:cs="B Mitra" w:hint="cs"/>
          <w:sz w:val="28"/>
          <w:szCs w:val="28"/>
          <w:rtl/>
        </w:rPr>
        <w:t>ی‌</w:t>
      </w:r>
      <w:r w:rsidRPr="0000691D">
        <w:rPr>
          <w:rFonts w:cs="B Mitra" w:hint="eastAsia"/>
          <w:sz w:val="28"/>
          <w:szCs w:val="28"/>
          <w:rtl/>
        </w:rPr>
        <w:t>کش</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و حاش</w:t>
      </w:r>
      <w:r w:rsidRPr="0000691D">
        <w:rPr>
          <w:rFonts w:cs="B Mitra" w:hint="cs"/>
          <w:sz w:val="28"/>
          <w:szCs w:val="28"/>
          <w:rtl/>
        </w:rPr>
        <w:t>ی</w:t>
      </w:r>
      <w:r w:rsidRPr="0000691D">
        <w:rPr>
          <w:rFonts w:cs="B Mitra" w:hint="eastAsia"/>
          <w:sz w:val="28"/>
          <w:szCs w:val="28"/>
          <w:rtl/>
        </w:rPr>
        <w:t>ه</w:t>
      </w:r>
      <w:r w:rsidRPr="0000691D">
        <w:rPr>
          <w:rFonts w:cs="B Mitra"/>
          <w:sz w:val="28"/>
          <w:szCs w:val="28"/>
          <w:rtl/>
        </w:rPr>
        <w:t xml:space="preserve"> پ</w:t>
      </w:r>
      <w:r w:rsidRPr="0000691D">
        <w:rPr>
          <w:rFonts w:cs="B Mitra" w:hint="cs"/>
          <w:sz w:val="28"/>
          <w:szCs w:val="28"/>
          <w:rtl/>
        </w:rPr>
        <w:t>ی</w:t>
      </w:r>
      <w:r w:rsidRPr="0000691D">
        <w:rPr>
          <w:rFonts w:cs="B Mitra" w:hint="eastAsia"/>
          <w:sz w:val="28"/>
          <w:szCs w:val="28"/>
          <w:rtl/>
        </w:rPr>
        <w:t>اده‌رو</w:t>
      </w:r>
      <w:r w:rsidRPr="0000691D">
        <w:rPr>
          <w:rFonts w:cs="B Mitra"/>
          <w:sz w:val="28"/>
          <w:szCs w:val="28"/>
          <w:rtl/>
        </w:rPr>
        <w:t xml:space="preserve"> را پ</w:t>
      </w:r>
      <w:r w:rsidRPr="0000691D">
        <w:rPr>
          <w:rFonts w:cs="B Mitra" w:hint="cs"/>
          <w:sz w:val="28"/>
          <w:szCs w:val="28"/>
          <w:rtl/>
        </w:rPr>
        <w:t>ی</w:t>
      </w:r>
      <w:r w:rsidRPr="0000691D">
        <w:rPr>
          <w:rFonts w:cs="B Mitra" w:hint="eastAsia"/>
          <w:sz w:val="28"/>
          <w:szCs w:val="28"/>
          <w:rtl/>
        </w:rPr>
        <w:t>دا</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کن</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w:t>
      </w:r>
      <w:r w:rsidRPr="0000691D">
        <w:rPr>
          <w:rFonts w:cs="B Mitra" w:hint="cs"/>
          <w:sz w:val="28"/>
          <w:szCs w:val="28"/>
          <w:rtl/>
        </w:rPr>
        <w:t xml:space="preserve"> </w:t>
      </w:r>
      <w:r w:rsidRPr="0000691D">
        <w:rPr>
          <w:rFonts w:cs="B Mitra"/>
          <w:sz w:val="28"/>
          <w:szCs w:val="28"/>
          <w:rtl/>
        </w:rPr>
        <w:t>ا</w:t>
      </w:r>
      <w:r w:rsidRPr="0000691D">
        <w:rPr>
          <w:rFonts w:cs="B Mitra" w:hint="cs"/>
          <w:sz w:val="28"/>
          <w:szCs w:val="28"/>
          <w:rtl/>
        </w:rPr>
        <w:t>ی</w:t>
      </w:r>
      <w:r w:rsidRPr="0000691D">
        <w:rPr>
          <w:rFonts w:cs="B Mitra" w:hint="eastAsia"/>
          <w:sz w:val="28"/>
          <w:szCs w:val="28"/>
          <w:rtl/>
        </w:rPr>
        <w:t>ن‌همه</w:t>
      </w:r>
      <w:r w:rsidRPr="0000691D">
        <w:rPr>
          <w:rFonts w:cs="B Mitra"/>
          <w:sz w:val="28"/>
          <w:szCs w:val="28"/>
          <w:rtl/>
        </w:rPr>
        <w:t xml:space="preserve"> به چپ و راست کش</w:t>
      </w:r>
      <w:r w:rsidRPr="0000691D">
        <w:rPr>
          <w:rFonts w:cs="B Mitra" w:hint="cs"/>
          <w:sz w:val="28"/>
          <w:szCs w:val="28"/>
          <w:rtl/>
        </w:rPr>
        <w:t>ی</w:t>
      </w:r>
      <w:r w:rsidRPr="0000691D">
        <w:rPr>
          <w:rFonts w:cs="B Mitra" w:hint="eastAsia"/>
          <w:sz w:val="28"/>
          <w:szCs w:val="28"/>
          <w:rtl/>
        </w:rPr>
        <w:t>دن</w:t>
      </w:r>
      <w:r w:rsidRPr="0000691D">
        <w:rPr>
          <w:rFonts w:cs="B Mitra"/>
          <w:sz w:val="28"/>
          <w:szCs w:val="28"/>
          <w:rtl/>
        </w:rPr>
        <w:t xml:space="preserve"> عص</w:t>
      </w:r>
      <w:r w:rsidRPr="0000691D">
        <w:rPr>
          <w:rFonts w:cs="B Mitra" w:hint="eastAsia"/>
          <w:sz w:val="28"/>
          <w:szCs w:val="28"/>
          <w:rtl/>
        </w:rPr>
        <w:t>ا</w:t>
      </w:r>
      <w:r w:rsidRPr="0000691D">
        <w:rPr>
          <w:rFonts w:cs="B Mitra"/>
          <w:sz w:val="28"/>
          <w:szCs w:val="28"/>
          <w:rtl/>
        </w:rPr>
        <w:t xml:space="preserve"> کارها</w:t>
      </w:r>
      <w:r w:rsidRPr="0000691D">
        <w:rPr>
          <w:rFonts w:cs="B Mitra" w:hint="cs"/>
          <w:sz w:val="28"/>
          <w:szCs w:val="28"/>
          <w:rtl/>
        </w:rPr>
        <w:t>ی</w:t>
      </w:r>
      <w:r w:rsidRPr="0000691D">
        <w:rPr>
          <w:rFonts w:cs="B Mitra"/>
          <w:sz w:val="28"/>
          <w:szCs w:val="28"/>
          <w:rtl/>
        </w:rPr>
        <w:t xml:space="preserve"> ز</w:t>
      </w:r>
      <w:r w:rsidRPr="0000691D">
        <w:rPr>
          <w:rFonts w:cs="B Mitra" w:hint="cs"/>
          <w:sz w:val="28"/>
          <w:szCs w:val="28"/>
          <w:rtl/>
        </w:rPr>
        <w:t>ی</w:t>
      </w:r>
      <w:r w:rsidRPr="0000691D">
        <w:rPr>
          <w:rFonts w:cs="B Mitra" w:hint="eastAsia"/>
          <w:sz w:val="28"/>
          <w:szCs w:val="28"/>
          <w:rtl/>
        </w:rPr>
        <w:t>اد</w:t>
      </w:r>
      <w:r w:rsidRPr="0000691D">
        <w:rPr>
          <w:rFonts w:cs="B Mitra" w:hint="cs"/>
          <w:sz w:val="28"/>
          <w:szCs w:val="28"/>
          <w:rtl/>
        </w:rPr>
        <w:t>ی</w:t>
      </w:r>
      <w:r w:rsidRPr="0000691D">
        <w:rPr>
          <w:rFonts w:cs="B Mitra"/>
          <w:sz w:val="28"/>
          <w:szCs w:val="28"/>
          <w:rtl/>
        </w:rPr>
        <w:t xml:space="preserve"> را انجام م</w:t>
      </w:r>
      <w:r w:rsidRPr="0000691D">
        <w:rPr>
          <w:rFonts w:cs="B Mitra" w:hint="cs"/>
          <w:sz w:val="28"/>
          <w:szCs w:val="28"/>
          <w:rtl/>
        </w:rPr>
        <w:t>ی‌</w:t>
      </w:r>
      <w:r w:rsidRPr="0000691D">
        <w:rPr>
          <w:rFonts w:cs="B Mitra" w:hint="eastAsia"/>
          <w:sz w:val="28"/>
          <w:szCs w:val="28"/>
          <w:rtl/>
        </w:rPr>
        <w:t>دهد</w:t>
      </w:r>
      <w:r w:rsidRPr="0000691D">
        <w:rPr>
          <w:rFonts w:cs="B Mitra"/>
          <w:sz w:val="28"/>
          <w:szCs w:val="28"/>
          <w:rtl/>
        </w:rPr>
        <w:t xml:space="preserve"> که ممکن است </w:t>
      </w:r>
      <w:r w:rsidRPr="0000691D">
        <w:rPr>
          <w:rFonts w:cs="B Mitra" w:hint="cs"/>
          <w:sz w:val="28"/>
          <w:szCs w:val="28"/>
          <w:rtl/>
        </w:rPr>
        <w:t xml:space="preserve">اصلاً </w:t>
      </w:r>
      <w:r w:rsidRPr="0000691D">
        <w:rPr>
          <w:rFonts w:cs="B Mitra"/>
          <w:sz w:val="28"/>
          <w:szCs w:val="28"/>
          <w:rtl/>
        </w:rPr>
        <w:t>به آن فکر نکن</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w:t>
      </w:r>
      <w:r w:rsidRPr="0000691D">
        <w:rPr>
          <w:rFonts w:cs="B Mitra" w:hint="cs"/>
          <w:sz w:val="28"/>
          <w:szCs w:val="28"/>
          <w:rtl/>
        </w:rPr>
        <w:t xml:space="preserve"> با</w:t>
      </w:r>
      <w:r w:rsidRPr="0000691D">
        <w:rPr>
          <w:rFonts w:cs="B Mitra"/>
          <w:sz w:val="28"/>
          <w:szCs w:val="28"/>
          <w:rtl/>
        </w:rPr>
        <w:t xml:space="preserve"> گِلاید</w:t>
      </w:r>
      <w:r w:rsidRPr="0000691D">
        <w:rPr>
          <w:rFonts w:cs="B Mitra" w:hint="eastAsia"/>
          <w:sz w:val="28"/>
          <w:szCs w:val="28"/>
          <w:rtl/>
        </w:rPr>
        <w:t>،</w:t>
      </w:r>
      <w:r w:rsidRPr="0000691D">
        <w:rPr>
          <w:rFonts w:cs="B Mitra"/>
          <w:sz w:val="28"/>
          <w:szCs w:val="28"/>
          <w:rtl/>
        </w:rPr>
        <w:t xml:space="preserve"> طبق معمول خود را با خ</w:t>
      </w:r>
      <w:r w:rsidRPr="0000691D">
        <w:rPr>
          <w:rFonts w:cs="B Mitra" w:hint="cs"/>
          <w:sz w:val="28"/>
          <w:szCs w:val="28"/>
          <w:rtl/>
        </w:rPr>
        <w:t>ی</w:t>
      </w:r>
      <w:r w:rsidRPr="0000691D">
        <w:rPr>
          <w:rFonts w:cs="B Mitra" w:hint="eastAsia"/>
          <w:sz w:val="28"/>
          <w:szCs w:val="28"/>
          <w:rtl/>
        </w:rPr>
        <w:t>ابان</w:t>
      </w:r>
      <w:r w:rsidRPr="0000691D">
        <w:rPr>
          <w:rFonts w:cs="B Mitra"/>
          <w:sz w:val="28"/>
          <w:szCs w:val="28"/>
          <w:rtl/>
        </w:rPr>
        <w:t xml:space="preserve"> تراز م</w:t>
      </w:r>
      <w:r w:rsidRPr="0000691D">
        <w:rPr>
          <w:rFonts w:cs="B Mitra" w:hint="cs"/>
          <w:sz w:val="28"/>
          <w:szCs w:val="28"/>
          <w:rtl/>
        </w:rPr>
        <w:t>ی‌</w:t>
      </w:r>
      <w:r w:rsidRPr="0000691D">
        <w:rPr>
          <w:rFonts w:cs="B Mitra" w:hint="eastAsia"/>
          <w:sz w:val="28"/>
          <w:szCs w:val="28"/>
          <w:rtl/>
        </w:rPr>
        <w:t>کن</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به جلو راه م</w:t>
      </w:r>
      <w:r w:rsidRPr="0000691D">
        <w:rPr>
          <w:rFonts w:cs="B Mitra" w:hint="cs"/>
          <w:sz w:val="28"/>
          <w:szCs w:val="28"/>
          <w:rtl/>
        </w:rPr>
        <w:t>ی‌</w:t>
      </w:r>
      <w:r w:rsidRPr="0000691D">
        <w:rPr>
          <w:rFonts w:cs="B Mitra" w:hint="eastAsia"/>
          <w:sz w:val="28"/>
          <w:szCs w:val="28"/>
          <w:rtl/>
        </w:rPr>
        <w:t>رو</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و احساس م</w:t>
      </w:r>
      <w:r w:rsidRPr="0000691D">
        <w:rPr>
          <w:rFonts w:cs="B Mitra" w:hint="cs"/>
          <w:sz w:val="28"/>
          <w:szCs w:val="28"/>
          <w:rtl/>
        </w:rPr>
        <w:t>ی‌</w:t>
      </w:r>
      <w:r w:rsidRPr="0000691D">
        <w:rPr>
          <w:rFonts w:cs="B Mitra" w:hint="eastAsia"/>
          <w:sz w:val="28"/>
          <w:szCs w:val="28"/>
          <w:rtl/>
        </w:rPr>
        <w:t>کن</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که در حاش</w:t>
      </w:r>
      <w:r w:rsidRPr="0000691D">
        <w:rPr>
          <w:rFonts w:cs="B Mitra" w:hint="cs"/>
          <w:sz w:val="28"/>
          <w:szCs w:val="28"/>
          <w:rtl/>
        </w:rPr>
        <w:t>ی</w:t>
      </w:r>
      <w:r w:rsidRPr="0000691D">
        <w:rPr>
          <w:rFonts w:cs="B Mitra" w:hint="eastAsia"/>
          <w:sz w:val="28"/>
          <w:szCs w:val="28"/>
          <w:rtl/>
        </w:rPr>
        <w:t>ه</w:t>
      </w:r>
      <w:r w:rsidRPr="0000691D">
        <w:rPr>
          <w:rFonts w:cs="B Mitra"/>
          <w:sz w:val="28"/>
          <w:szCs w:val="28"/>
          <w:rtl/>
        </w:rPr>
        <w:t xml:space="preserve"> خ</w:t>
      </w:r>
      <w:r w:rsidRPr="0000691D">
        <w:rPr>
          <w:rFonts w:cs="B Mitra" w:hint="cs"/>
          <w:sz w:val="28"/>
          <w:szCs w:val="28"/>
          <w:rtl/>
        </w:rPr>
        <w:t>ی</w:t>
      </w:r>
      <w:r w:rsidRPr="0000691D">
        <w:rPr>
          <w:rFonts w:cs="B Mitra" w:hint="eastAsia"/>
          <w:sz w:val="28"/>
          <w:szCs w:val="28"/>
          <w:rtl/>
        </w:rPr>
        <w:t>ابان</w:t>
      </w:r>
      <w:r w:rsidRPr="0000691D">
        <w:rPr>
          <w:rFonts w:cs="B Mitra"/>
          <w:sz w:val="28"/>
          <w:szCs w:val="28"/>
          <w:rtl/>
        </w:rPr>
        <w:t xml:space="preserve"> دستگاه ترمز م</w:t>
      </w:r>
      <w:r w:rsidRPr="0000691D">
        <w:rPr>
          <w:rFonts w:cs="B Mitra" w:hint="cs"/>
          <w:sz w:val="28"/>
          <w:szCs w:val="28"/>
          <w:rtl/>
        </w:rPr>
        <w:t>ی‌</w:t>
      </w:r>
      <w:r w:rsidRPr="0000691D">
        <w:rPr>
          <w:rFonts w:cs="B Mitra" w:hint="eastAsia"/>
          <w:sz w:val="28"/>
          <w:szCs w:val="28"/>
          <w:rtl/>
        </w:rPr>
        <w:t>گ</w:t>
      </w:r>
      <w:r w:rsidRPr="0000691D">
        <w:rPr>
          <w:rFonts w:cs="B Mitra" w:hint="cs"/>
          <w:sz w:val="28"/>
          <w:szCs w:val="28"/>
          <w:rtl/>
        </w:rPr>
        <w:t>ی</w:t>
      </w:r>
      <w:r w:rsidRPr="0000691D">
        <w:rPr>
          <w:rFonts w:cs="B Mitra" w:hint="eastAsia"/>
          <w:sz w:val="28"/>
          <w:szCs w:val="28"/>
          <w:rtl/>
        </w:rPr>
        <w:t>رد</w:t>
      </w:r>
      <w:r w:rsidRPr="0000691D">
        <w:rPr>
          <w:rFonts w:cs="B Mitra"/>
          <w:sz w:val="28"/>
          <w:szCs w:val="28"/>
          <w:rtl/>
        </w:rPr>
        <w:t xml:space="preserve"> و شما را به عقب هل م</w:t>
      </w:r>
      <w:r w:rsidRPr="0000691D">
        <w:rPr>
          <w:rFonts w:cs="B Mitra" w:hint="cs"/>
          <w:sz w:val="28"/>
          <w:szCs w:val="28"/>
          <w:rtl/>
        </w:rPr>
        <w:t>ی‌</w:t>
      </w:r>
      <w:r w:rsidRPr="0000691D">
        <w:rPr>
          <w:rFonts w:cs="B Mitra" w:hint="eastAsia"/>
          <w:sz w:val="28"/>
          <w:szCs w:val="28"/>
          <w:rtl/>
        </w:rPr>
        <w:t>دهد</w:t>
      </w:r>
      <w:r w:rsidRPr="0000691D">
        <w:rPr>
          <w:rFonts w:cs="B Mitra"/>
          <w:sz w:val="28"/>
          <w:szCs w:val="28"/>
          <w:rtl/>
        </w:rPr>
        <w:t>. بعد موقع</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خود را نسبت به خ</w:t>
      </w:r>
      <w:r w:rsidRPr="0000691D">
        <w:rPr>
          <w:rFonts w:cs="B Mitra" w:hint="cs"/>
          <w:sz w:val="28"/>
          <w:szCs w:val="28"/>
          <w:rtl/>
        </w:rPr>
        <w:t>ی</w:t>
      </w:r>
      <w:r w:rsidRPr="0000691D">
        <w:rPr>
          <w:rFonts w:cs="B Mitra" w:hint="eastAsia"/>
          <w:sz w:val="28"/>
          <w:szCs w:val="28"/>
          <w:rtl/>
        </w:rPr>
        <w:t>ابان</w:t>
      </w:r>
      <w:r w:rsidRPr="0000691D">
        <w:rPr>
          <w:rFonts w:cs="B Mitra"/>
          <w:sz w:val="28"/>
          <w:szCs w:val="28"/>
          <w:rtl/>
        </w:rPr>
        <w:t xml:space="preserve"> دوباره تراز م</w:t>
      </w:r>
      <w:r w:rsidRPr="0000691D">
        <w:rPr>
          <w:rFonts w:cs="B Mitra" w:hint="cs"/>
          <w:sz w:val="28"/>
          <w:szCs w:val="28"/>
          <w:rtl/>
        </w:rPr>
        <w:t>ی‌</w:t>
      </w:r>
      <w:r w:rsidRPr="0000691D">
        <w:rPr>
          <w:rFonts w:cs="B Mitra" w:hint="eastAsia"/>
          <w:sz w:val="28"/>
          <w:szCs w:val="28"/>
          <w:rtl/>
        </w:rPr>
        <w:t>کن</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آنچه در استفاده از گِلاید نسبت به عصا تغ</w:t>
      </w:r>
      <w:r w:rsidRPr="0000691D">
        <w:rPr>
          <w:rFonts w:cs="B Mitra" w:hint="cs"/>
          <w:sz w:val="28"/>
          <w:szCs w:val="28"/>
          <w:rtl/>
        </w:rPr>
        <w:t>یی</w:t>
      </w:r>
      <w:r w:rsidRPr="0000691D">
        <w:rPr>
          <w:rFonts w:cs="B Mitra" w:hint="eastAsia"/>
          <w:sz w:val="28"/>
          <w:szCs w:val="28"/>
          <w:rtl/>
        </w:rPr>
        <w:t>ر</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کند</w:t>
      </w:r>
      <w:r w:rsidRPr="0000691D">
        <w:rPr>
          <w:rFonts w:cs="B Mitra" w:hint="cs"/>
          <w:sz w:val="28"/>
          <w:szCs w:val="28"/>
          <w:rtl/>
        </w:rPr>
        <w:t>،</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است که در به‌کارگ</w:t>
      </w:r>
      <w:r w:rsidRPr="0000691D">
        <w:rPr>
          <w:rFonts w:cs="B Mitra" w:hint="cs"/>
          <w:sz w:val="28"/>
          <w:szCs w:val="28"/>
          <w:rtl/>
        </w:rPr>
        <w:t>ی</w:t>
      </w:r>
      <w:r w:rsidRPr="0000691D">
        <w:rPr>
          <w:rFonts w:cs="B Mitra" w:hint="eastAsia"/>
          <w:sz w:val="28"/>
          <w:szCs w:val="28"/>
          <w:rtl/>
        </w:rPr>
        <w:t>ر</w:t>
      </w:r>
      <w:r w:rsidRPr="0000691D">
        <w:rPr>
          <w:rFonts w:cs="B Mitra" w:hint="cs"/>
          <w:sz w:val="28"/>
          <w:szCs w:val="28"/>
          <w:rtl/>
        </w:rPr>
        <w:t>ی</w:t>
      </w:r>
      <w:r w:rsidRPr="0000691D">
        <w:rPr>
          <w:rFonts w:cs="B Mitra"/>
          <w:sz w:val="28"/>
          <w:szCs w:val="28"/>
          <w:rtl/>
        </w:rPr>
        <w:t xml:space="preserve"> گِلاید</w:t>
      </w:r>
      <w:r w:rsidRPr="0000691D">
        <w:rPr>
          <w:rFonts w:cs="B Mitra" w:hint="eastAsia"/>
          <w:sz w:val="28"/>
          <w:szCs w:val="28"/>
          <w:rtl/>
        </w:rPr>
        <w:t>،</w:t>
      </w:r>
      <w:r w:rsidRPr="0000691D">
        <w:rPr>
          <w:rFonts w:cs="B Mitra"/>
          <w:sz w:val="28"/>
          <w:szCs w:val="28"/>
          <w:rtl/>
        </w:rPr>
        <w:t xml:space="preserve"> پاها و شانه‌ها</w:t>
      </w:r>
      <w:r w:rsidRPr="0000691D">
        <w:rPr>
          <w:rFonts w:cs="B Mitra" w:hint="cs"/>
          <w:sz w:val="28"/>
          <w:szCs w:val="28"/>
          <w:rtl/>
        </w:rPr>
        <w:t>ی</w:t>
      </w:r>
      <w:r w:rsidRPr="0000691D">
        <w:rPr>
          <w:rFonts w:cs="B Mitra"/>
          <w:sz w:val="28"/>
          <w:szCs w:val="28"/>
          <w:rtl/>
        </w:rPr>
        <w:t xml:space="preserve"> شما بس</w:t>
      </w:r>
      <w:r w:rsidRPr="0000691D">
        <w:rPr>
          <w:rFonts w:cs="B Mitra" w:hint="cs"/>
          <w:sz w:val="28"/>
          <w:szCs w:val="28"/>
          <w:rtl/>
        </w:rPr>
        <w:t>ی</w:t>
      </w:r>
      <w:r w:rsidRPr="0000691D">
        <w:rPr>
          <w:rFonts w:cs="B Mitra" w:hint="eastAsia"/>
          <w:sz w:val="28"/>
          <w:szCs w:val="28"/>
          <w:rtl/>
        </w:rPr>
        <w:t>ار</w:t>
      </w:r>
      <w:r w:rsidRPr="0000691D">
        <w:rPr>
          <w:rFonts w:cs="B Mitra"/>
          <w:sz w:val="28"/>
          <w:szCs w:val="28"/>
          <w:rtl/>
        </w:rPr>
        <w:t xml:space="preserve"> ب</w:t>
      </w:r>
      <w:r w:rsidRPr="0000691D">
        <w:rPr>
          <w:rFonts w:cs="B Mitra" w:hint="cs"/>
          <w:sz w:val="28"/>
          <w:szCs w:val="28"/>
          <w:rtl/>
        </w:rPr>
        <w:t>ی</w:t>
      </w:r>
      <w:r w:rsidRPr="0000691D">
        <w:rPr>
          <w:rFonts w:cs="B Mitra" w:hint="eastAsia"/>
          <w:sz w:val="28"/>
          <w:szCs w:val="28"/>
          <w:rtl/>
        </w:rPr>
        <w:t>شتر</w:t>
      </w:r>
      <w:r w:rsidRPr="0000691D">
        <w:rPr>
          <w:rFonts w:cs="B Mitra"/>
          <w:sz w:val="28"/>
          <w:szCs w:val="28"/>
          <w:rtl/>
        </w:rPr>
        <w:t xml:space="preserve"> از گذشته اهم</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دارند. پاها</w:t>
      </w:r>
      <w:r w:rsidRPr="0000691D">
        <w:rPr>
          <w:rFonts w:cs="B Mitra" w:hint="cs"/>
          <w:sz w:val="28"/>
          <w:szCs w:val="28"/>
          <w:rtl/>
        </w:rPr>
        <w:t>ی</w:t>
      </w:r>
      <w:r w:rsidRPr="0000691D">
        <w:rPr>
          <w:rFonts w:cs="B Mitra"/>
          <w:sz w:val="28"/>
          <w:szCs w:val="28"/>
          <w:rtl/>
        </w:rPr>
        <w:t xml:space="preserve"> خود را به‌موازات حاش</w:t>
      </w:r>
      <w:r w:rsidRPr="0000691D">
        <w:rPr>
          <w:rFonts w:cs="B Mitra" w:hint="cs"/>
          <w:sz w:val="28"/>
          <w:szCs w:val="28"/>
          <w:rtl/>
        </w:rPr>
        <w:t>ی</w:t>
      </w:r>
      <w:r w:rsidRPr="0000691D">
        <w:rPr>
          <w:rFonts w:cs="B Mitra" w:hint="eastAsia"/>
          <w:sz w:val="28"/>
          <w:szCs w:val="28"/>
          <w:rtl/>
        </w:rPr>
        <w:t>ه</w:t>
      </w:r>
      <w:r w:rsidRPr="0000691D">
        <w:rPr>
          <w:rFonts w:cs="B Mitra"/>
          <w:sz w:val="28"/>
          <w:szCs w:val="28"/>
          <w:rtl/>
        </w:rPr>
        <w:t xml:space="preserve"> خ</w:t>
      </w:r>
      <w:r w:rsidRPr="0000691D">
        <w:rPr>
          <w:rFonts w:cs="B Mitra" w:hint="cs"/>
          <w:sz w:val="28"/>
          <w:szCs w:val="28"/>
          <w:rtl/>
        </w:rPr>
        <w:t>ی</w:t>
      </w:r>
      <w:r w:rsidRPr="0000691D">
        <w:rPr>
          <w:rFonts w:cs="B Mitra" w:hint="eastAsia"/>
          <w:sz w:val="28"/>
          <w:szCs w:val="28"/>
          <w:rtl/>
        </w:rPr>
        <w:t>ابان</w:t>
      </w:r>
      <w:r w:rsidRPr="0000691D">
        <w:rPr>
          <w:rFonts w:cs="B Mitra"/>
          <w:sz w:val="28"/>
          <w:szCs w:val="28"/>
          <w:rtl/>
        </w:rPr>
        <w:t xml:space="preserve"> بگذار</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به جر</w:t>
      </w:r>
      <w:r w:rsidRPr="0000691D">
        <w:rPr>
          <w:rFonts w:cs="B Mitra" w:hint="cs"/>
          <w:sz w:val="28"/>
          <w:szCs w:val="28"/>
          <w:rtl/>
        </w:rPr>
        <w:t>ی</w:t>
      </w:r>
      <w:r w:rsidRPr="0000691D">
        <w:rPr>
          <w:rFonts w:cs="B Mitra" w:hint="eastAsia"/>
          <w:sz w:val="28"/>
          <w:szCs w:val="28"/>
          <w:rtl/>
        </w:rPr>
        <w:t>ان</w:t>
      </w:r>
      <w:r w:rsidRPr="0000691D">
        <w:rPr>
          <w:rFonts w:cs="B Mitra"/>
          <w:sz w:val="28"/>
          <w:szCs w:val="28"/>
          <w:rtl/>
        </w:rPr>
        <w:t xml:space="preserve"> تراف</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گوش ده</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و صاف با</w:t>
      </w:r>
      <w:r w:rsidRPr="0000691D">
        <w:rPr>
          <w:rFonts w:cs="B Mitra" w:hint="cs"/>
          <w:sz w:val="28"/>
          <w:szCs w:val="28"/>
          <w:rtl/>
        </w:rPr>
        <w:t>ی</w:t>
      </w:r>
      <w:r w:rsidRPr="0000691D">
        <w:rPr>
          <w:rFonts w:cs="B Mitra" w:hint="eastAsia"/>
          <w:sz w:val="28"/>
          <w:szCs w:val="28"/>
          <w:rtl/>
        </w:rPr>
        <w:t>ست</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چون گِلاید شما را دق</w:t>
      </w:r>
      <w:r w:rsidRPr="0000691D">
        <w:rPr>
          <w:rFonts w:cs="B Mitra" w:hint="cs"/>
          <w:sz w:val="28"/>
          <w:szCs w:val="28"/>
          <w:rtl/>
        </w:rPr>
        <w:t>ی</w:t>
      </w:r>
      <w:r w:rsidRPr="0000691D">
        <w:rPr>
          <w:rFonts w:cs="B Mitra" w:hint="eastAsia"/>
          <w:sz w:val="28"/>
          <w:szCs w:val="28"/>
          <w:rtl/>
        </w:rPr>
        <w:t>قاً</w:t>
      </w:r>
      <w:r w:rsidRPr="0000691D">
        <w:rPr>
          <w:rFonts w:cs="B Mitra"/>
          <w:sz w:val="28"/>
          <w:szCs w:val="28"/>
          <w:rtl/>
        </w:rPr>
        <w:t xml:space="preserve"> با زاو</w:t>
      </w:r>
      <w:r w:rsidRPr="0000691D">
        <w:rPr>
          <w:rFonts w:cs="B Mitra" w:hint="cs"/>
          <w:sz w:val="28"/>
          <w:szCs w:val="28"/>
          <w:rtl/>
        </w:rPr>
        <w:t>ی</w:t>
      </w:r>
      <w:r w:rsidRPr="0000691D">
        <w:rPr>
          <w:rFonts w:cs="B Mitra" w:hint="eastAsia"/>
          <w:sz w:val="28"/>
          <w:szCs w:val="28"/>
          <w:rtl/>
        </w:rPr>
        <w:t>ه‌ا</w:t>
      </w:r>
      <w:r w:rsidRPr="0000691D">
        <w:rPr>
          <w:rFonts w:cs="B Mitra" w:hint="cs"/>
          <w:sz w:val="28"/>
          <w:szCs w:val="28"/>
          <w:rtl/>
        </w:rPr>
        <w:t>ی</w:t>
      </w:r>
      <w:r w:rsidRPr="0000691D">
        <w:rPr>
          <w:rFonts w:cs="B Mitra"/>
          <w:sz w:val="28"/>
          <w:szCs w:val="28"/>
          <w:rtl/>
        </w:rPr>
        <w:t xml:space="preserve"> که برا</w:t>
      </w:r>
      <w:r w:rsidRPr="0000691D">
        <w:rPr>
          <w:rFonts w:cs="B Mitra" w:hint="cs"/>
          <w:sz w:val="28"/>
          <w:szCs w:val="28"/>
          <w:rtl/>
        </w:rPr>
        <w:t>ی</w:t>
      </w:r>
      <w:r w:rsidRPr="0000691D">
        <w:rPr>
          <w:rFonts w:cs="B Mitra"/>
          <w:sz w:val="28"/>
          <w:szCs w:val="28"/>
          <w:rtl/>
        </w:rPr>
        <w:t xml:space="preserve"> آن مشخص کرده‌ا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از خ</w:t>
      </w:r>
      <w:r w:rsidRPr="0000691D">
        <w:rPr>
          <w:rFonts w:cs="B Mitra" w:hint="cs"/>
          <w:sz w:val="28"/>
          <w:szCs w:val="28"/>
          <w:rtl/>
        </w:rPr>
        <w:t>ی</w:t>
      </w:r>
      <w:r w:rsidRPr="0000691D">
        <w:rPr>
          <w:rFonts w:cs="B Mitra" w:hint="eastAsia"/>
          <w:sz w:val="28"/>
          <w:szCs w:val="28"/>
          <w:rtl/>
        </w:rPr>
        <w:t>ابان</w:t>
      </w:r>
      <w:r w:rsidRPr="0000691D">
        <w:rPr>
          <w:rFonts w:cs="B Mitra"/>
          <w:sz w:val="28"/>
          <w:szCs w:val="28"/>
          <w:rtl/>
        </w:rPr>
        <w:t xml:space="preserve"> رد م</w:t>
      </w:r>
      <w:r w:rsidRPr="0000691D">
        <w:rPr>
          <w:rFonts w:cs="B Mitra" w:hint="cs"/>
          <w:sz w:val="28"/>
          <w:szCs w:val="28"/>
          <w:rtl/>
        </w:rPr>
        <w:t>ی‌</w:t>
      </w:r>
      <w:r w:rsidRPr="0000691D">
        <w:rPr>
          <w:rFonts w:cs="B Mitra" w:hint="eastAsia"/>
          <w:sz w:val="28"/>
          <w:szCs w:val="28"/>
          <w:rtl/>
        </w:rPr>
        <w:t>کند</w:t>
      </w:r>
      <w:r w:rsidRPr="0000691D">
        <w:rPr>
          <w:rFonts w:cs="B Mitra"/>
          <w:sz w:val="28"/>
          <w:szCs w:val="28"/>
          <w:rtl/>
        </w:rPr>
        <w:t xml:space="preserve"> و </w:t>
      </w:r>
      <w:r w:rsidRPr="0000691D">
        <w:rPr>
          <w:rFonts w:cs="B Mitra" w:hint="eastAsia"/>
          <w:sz w:val="28"/>
          <w:szCs w:val="28"/>
          <w:rtl/>
        </w:rPr>
        <w:t>نه</w:t>
      </w:r>
      <w:r w:rsidRPr="0000691D">
        <w:rPr>
          <w:rFonts w:cs="B Mitra"/>
          <w:sz w:val="28"/>
          <w:szCs w:val="28"/>
          <w:rtl/>
        </w:rPr>
        <w:t xml:space="preserve"> چ</w:t>
      </w:r>
      <w:r w:rsidRPr="0000691D">
        <w:rPr>
          <w:rFonts w:cs="B Mitra" w:hint="cs"/>
          <w:sz w:val="28"/>
          <w:szCs w:val="28"/>
          <w:rtl/>
        </w:rPr>
        <w:t>ی</w:t>
      </w:r>
      <w:r w:rsidRPr="0000691D">
        <w:rPr>
          <w:rFonts w:cs="B Mitra" w:hint="eastAsia"/>
          <w:sz w:val="28"/>
          <w:szCs w:val="28"/>
          <w:rtl/>
        </w:rPr>
        <w:t>ز</w:t>
      </w:r>
      <w:r w:rsidRPr="0000691D">
        <w:rPr>
          <w:rFonts w:cs="B Mitra"/>
          <w:sz w:val="28"/>
          <w:szCs w:val="28"/>
          <w:rtl/>
        </w:rPr>
        <w:t xml:space="preserve"> د</w:t>
      </w:r>
      <w:r w:rsidRPr="0000691D">
        <w:rPr>
          <w:rFonts w:cs="B Mitra" w:hint="cs"/>
          <w:sz w:val="28"/>
          <w:szCs w:val="28"/>
          <w:rtl/>
        </w:rPr>
        <w:t>ی</w:t>
      </w:r>
      <w:r w:rsidRPr="0000691D">
        <w:rPr>
          <w:rFonts w:cs="B Mitra" w:hint="eastAsia"/>
          <w:sz w:val="28"/>
          <w:szCs w:val="28"/>
          <w:rtl/>
        </w:rPr>
        <w:t>گر</w:t>
      </w:r>
      <w:r w:rsidRPr="0000691D">
        <w:rPr>
          <w:rFonts w:cs="B Mitra" w:hint="cs"/>
          <w:sz w:val="28"/>
          <w:szCs w:val="28"/>
          <w:rtl/>
        </w:rPr>
        <w:t>ی</w:t>
      </w:r>
      <w:r w:rsidRPr="0000691D">
        <w:rPr>
          <w:rFonts w:cs="B Mitra"/>
          <w:sz w:val="28"/>
          <w:szCs w:val="28"/>
          <w:rtl/>
        </w:rPr>
        <w:t>. گِلاید در حال عبوردادن شما از خ</w:t>
      </w:r>
      <w:r w:rsidRPr="0000691D">
        <w:rPr>
          <w:rFonts w:cs="B Mitra" w:hint="cs"/>
          <w:sz w:val="28"/>
          <w:szCs w:val="28"/>
          <w:rtl/>
        </w:rPr>
        <w:t>ی</w:t>
      </w:r>
      <w:r w:rsidRPr="0000691D">
        <w:rPr>
          <w:rFonts w:cs="B Mitra" w:hint="eastAsia"/>
          <w:sz w:val="28"/>
          <w:szCs w:val="28"/>
          <w:rtl/>
        </w:rPr>
        <w:t>ابان</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خط مستق</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را حفظ م</w:t>
      </w:r>
      <w:r w:rsidRPr="0000691D">
        <w:rPr>
          <w:rFonts w:cs="B Mitra" w:hint="cs"/>
          <w:sz w:val="28"/>
          <w:szCs w:val="28"/>
          <w:rtl/>
        </w:rPr>
        <w:t>ی‌</w:t>
      </w:r>
      <w:r w:rsidRPr="0000691D">
        <w:rPr>
          <w:rFonts w:cs="B Mitra" w:hint="eastAsia"/>
          <w:sz w:val="28"/>
          <w:szCs w:val="28"/>
          <w:rtl/>
        </w:rPr>
        <w:t>کند؛</w:t>
      </w:r>
      <w:r w:rsidRPr="0000691D">
        <w:rPr>
          <w:rFonts w:cs="B Mitra"/>
          <w:sz w:val="28"/>
          <w:szCs w:val="28"/>
          <w:rtl/>
        </w:rPr>
        <w:t xml:space="preserve"> بنابرا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تا زمان</w:t>
      </w:r>
      <w:r w:rsidRPr="0000691D">
        <w:rPr>
          <w:rFonts w:cs="B Mitra" w:hint="cs"/>
          <w:sz w:val="28"/>
          <w:szCs w:val="28"/>
          <w:rtl/>
        </w:rPr>
        <w:t>ی</w:t>
      </w:r>
      <w:r w:rsidRPr="0000691D">
        <w:rPr>
          <w:rFonts w:cs="B Mitra"/>
          <w:sz w:val="28"/>
          <w:szCs w:val="28"/>
          <w:rtl/>
        </w:rPr>
        <w:t xml:space="preserve"> که به سمت د</w:t>
      </w:r>
      <w:r w:rsidRPr="0000691D">
        <w:rPr>
          <w:rFonts w:cs="B Mitra" w:hint="cs"/>
          <w:sz w:val="28"/>
          <w:szCs w:val="28"/>
          <w:rtl/>
        </w:rPr>
        <w:t>ی</w:t>
      </w:r>
      <w:r w:rsidRPr="0000691D">
        <w:rPr>
          <w:rFonts w:cs="B Mitra" w:hint="eastAsia"/>
          <w:sz w:val="28"/>
          <w:szCs w:val="28"/>
          <w:rtl/>
        </w:rPr>
        <w:t>گر</w:t>
      </w:r>
      <w:r w:rsidRPr="0000691D">
        <w:rPr>
          <w:rFonts w:cs="B Mitra"/>
          <w:sz w:val="28"/>
          <w:szCs w:val="28"/>
          <w:rtl/>
        </w:rPr>
        <w:t xml:space="preserve"> برس</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انحراف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دو درجه‌ا</w:t>
      </w:r>
      <w:r w:rsidRPr="0000691D">
        <w:rPr>
          <w:rFonts w:cs="B Mitra" w:hint="cs"/>
          <w:sz w:val="28"/>
          <w:szCs w:val="28"/>
          <w:rtl/>
        </w:rPr>
        <w:t>ی</w:t>
      </w:r>
      <w:r w:rsidRPr="0000691D">
        <w:rPr>
          <w:rFonts w:cs="B Mitra"/>
          <w:sz w:val="28"/>
          <w:szCs w:val="28"/>
          <w:rtl/>
        </w:rPr>
        <w:t xml:space="preserve"> در ا</w:t>
      </w:r>
      <w:r w:rsidRPr="0000691D">
        <w:rPr>
          <w:rFonts w:cs="B Mitra" w:hint="cs"/>
          <w:sz w:val="28"/>
          <w:szCs w:val="28"/>
          <w:rtl/>
        </w:rPr>
        <w:t>ی</w:t>
      </w:r>
      <w:r w:rsidRPr="0000691D">
        <w:rPr>
          <w:rFonts w:cs="B Mitra" w:hint="eastAsia"/>
          <w:sz w:val="28"/>
          <w:szCs w:val="28"/>
          <w:rtl/>
        </w:rPr>
        <w:t>ن‌طرف</w:t>
      </w:r>
      <w:r w:rsidRPr="0000691D">
        <w:rPr>
          <w:rFonts w:cs="B Mitra"/>
          <w:sz w:val="28"/>
          <w:szCs w:val="28"/>
          <w:rtl/>
        </w:rPr>
        <w:t xml:space="preserve"> خ</w:t>
      </w:r>
      <w:r w:rsidRPr="0000691D">
        <w:rPr>
          <w:rFonts w:cs="B Mitra" w:hint="cs"/>
          <w:sz w:val="28"/>
          <w:szCs w:val="28"/>
          <w:rtl/>
        </w:rPr>
        <w:t>ی</w:t>
      </w:r>
      <w:r w:rsidRPr="0000691D">
        <w:rPr>
          <w:rFonts w:cs="B Mitra" w:hint="eastAsia"/>
          <w:sz w:val="28"/>
          <w:szCs w:val="28"/>
          <w:rtl/>
        </w:rPr>
        <w:t>ابان،</w:t>
      </w:r>
      <w:r w:rsidRPr="0000691D">
        <w:rPr>
          <w:rFonts w:cs="B Mitra"/>
          <w:sz w:val="28"/>
          <w:szCs w:val="28"/>
          <w:rtl/>
        </w:rPr>
        <w:t xml:space="preserve"> تا وقت</w:t>
      </w:r>
      <w:r w:rsidRPr="0000691D">
        <w:rPr>
          <w:rFonts w:cs="B Mitra" w:hint="cs"/>
          <w:sz w:val="28"/>
          <w:szCs w:val="28"/>
          <w:rtl/>
        </w:rPr>
        <w:t>ی</w:t>
      </w:r>
      <w:r w:rsidRPr="0000691D">
        <w:rPr>
          <w:rFonts w:cs="B Mitra"/>
          <w:sz w:val="28"/>
          <w:szCs w:val="28"/>
          <w:rtl/>
        </w:rPr>
        <w:t xml:space="preserve"> که به‌طرف د</w:t>
      </w:r>
      <w:r w:rsidRPr="0000691D">
        <w:rPr>
          <w:rFonts w:cs="B Mitra" w:hint="cs"/>
          <w:sz w:val="28"/>
          <w:szCs w:val="28"/>
          <w:rtl/>
        </w:rPr>
        <w:t>ی</w:t>
      </w:r>
      <w:r w:rsidRPr="0000691D">
        <w:rPr>
          <w:rFonts w:cs="B Mitra" w:hint="eastAsia"/>
          <w:sz w:val="28"/>
          <w:szCs w:val="28"/>
          <w:rtl/>
        </w:rPr>
        <w:t>گر</w:t>
      </w:r>
      <w:r w:rsidRPr="0000691D">
        <w:rPr>
          <w:rFonts w:cs="B Mitra"/>
          <w:sz w:val="28"/>
          <w:szCs w:val="28"/>
          <w:rtl/>
        </w:rPr>
        <w:t xml:space="preserve"> خ</w:t>
      </w:r>
      <w:r w:rsidRPr="0000691D">
        <w:rPr>
          <w:rFonts w:cs="B Mitra" w:hint="cs"/>
          <w:sz w:val="28"/>
          <w:szCs w:val="28"/>
          <w:rtl/>
        </w:rPr>
        <w:t>ی</w:t>
      </w:r>
      <w:r w:rsidRPr="0000691D">
        <w:rPr>
          <w:rFonts w:cs="B Mitra" w:hint="eastAsia"/>
          <w:sz w:val="28"/>
          <w:szCs w:val="28"/>
          <w:rtl/>
        </w:rPr>
        <w:t>ابان</w:t>
      </w:r>
      <w:r w:rsidRPr="0000691D">
        <w:rPr>
          <w:rFonts w:cs="B Mitra"/>
          <w:sz w:val="28"/>
          <w:szCs w:val="28"/>
          <w:rtl/>
        </w:rPr>
        <w:t xml:space="preserve"> برس</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به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انحراف چندمتر</w:t>
      </w:r>
      <w:r w:rsidRPr="0000691D">
        <w:rPr>
          <w:rFonts w:cs="B Mitra" w:hint="cs"/>
          <w:sz w:val="28"/>
          <w:szCs w:val="28"/>
          <w:rtl/>
        </w:rPr>
        <w:t>ی</w:t>
      </w:r>
      <w:r w:rsidRPr="0000691D">
        <w:rPr>
          <w:rFonts w:cs="B Mitra"/>
          <w:sz w:val="28"/>
          <w:szCs w:val="28"/>
          <w:rtl/>
        </w:rPr>
        <w:t xml:space="preserve"> تبد</w:t>
      </w:r>
      <w:r w:rsidRPr="0000691D">
        <w:rPr>
          <w:rFonts w:cs="B Mitra" w:hint="cs"/>
          <w:sz w:val="28"/>
          <w:szCs w:val="28"/>
          <w:rtl/>
        </w:rPr>
        <w:t>ی</w:t>
      </w:r>
      <w:r w:rsidRPr="0000691D">
        <w:rPr>
          <w:rFonts w:cs="B Mitra" w:hint="eastAsia"/>
          <w:sz w:val="28"/>
          <w:szCs w:val="28"/>
          <w:rtl/>
        </w:rPr>
        <w:t>ل</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شود</w:t>
      </w:r>
      <w:r w:rsidRPr="0000691D">
        <w:rPr>
          <w:rFonts w:cs="B Mitra"/>
          <w:sz w:val="28"/>
          <w:szCs w:val="28"/>
          <w:rtl/>
        </w:rPr>
        <w:t>.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نوع دقت سخت است.</w:t>
      </w:r>
    </w:p>
    <w:p w:rsidR="00A75B1C" w:rsidRPr="0000691D" w:rsidRDefault="00A75B1C" w:rsidP="00DE310A">
      <w:pPr>
        <w:bidi/>
        <w:spacing w:line="360" w:lineRule="auto"/>
        <w:jc w:val="both"/>
        <w:rPr>
          <w:rFonts w:cs="B Mitra"/>
          <w:sz w:val="28"/>
          <w:szCs w:val="28"/>
          <w:rtl/>
        </w:rPr>
      </w:pPr>
      <w:r w:rsidRPr="0000691D">
        <w:rPr>
          <w:rFonts w:cs="B Mitra" w:hint="cs"/>
          <w:sz w:val="28"/>
          <w:szCs w:val="28"/>
          <w:rtl/>
        </w:rPr>
        <w:t>برای</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نکه</w:t>
      </w:r>
      <w:r w:rsidRPr="0000691D">
        <w:rPr>
          <w:rFonts w:cs="B Mitra"/>
          <w:sz w:val="28"/>
          <w:szCs w:val="28"/>
          <w:rtl/>
        </w:rPr>
        <w:t xml:space="preserve"> مسئله روشن‌تر شود بگو</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گِلاید ه</w:t>
      </w:r>
      <w:r w:rsidRPr="0000691D">
        <w:rPr>
          <w:rFonts w:cs="B Mitra" w:hint="cs"/>
          <w:sz w:val="28"/>
          <w:szCs w:val="28"/>
          <w:rtl/>
        </w:rPr>
        <w:t>ی</w:t>
      </w:r>
      <w:r w:rsidRPr="0000691D">
        <w:rPr>
          <w:rFonts w:cs="B Mitra" w:hint="eastAsia"/>
          <w:sz w:val="28"/>
          <w:szCs w:val="28"/>
          <w:rtl/>
        </w:rPr>
        <w:t>چ‌وقت</w:t>
      </w:r>
      <w:r w:rsidRPr="0000691D">
        <w:rPr>
          <w:rFonts w:cs="B Mitra"/>
          <w:sz w:val="28"/>
          <w:szCs w:val="28"/>
          <w:rtl/>
        </w:rPr>
        <w:t xml:space="preserve"> به من نگفت </w:t>
      </w:r>
      <w:r w:rsidRPr="0000691D">
        <w:rPr>
          <w:rFonts w:cs="B Mitra" w:hint="cs"/>
          <w:sz w:val="28"/>
          <w:szCs w:val="28"/>
          <w:rtl/>
        </w:rPr>
        <w:t xml:space="preserve">که </w:t>
      </w:r>
      <w:r w:rsidRPr="0000691D">
        <w:rPr>
          <w:rFonts w:cs="B Mitra"/>
          <w:sz w:val="28"/>
          <w:szCs w:val="28"/>
          <w:rtl/>
        </w:rPr>
        <w:t>ک</w:t>
      </w:r>
      <w:r w:rsidRPr="0000691D">
        <w:rPr>
          <w:rFonts w:cs="B Mitra" w:hint="cs"/>
          <w:sz w:val="28"/>
          <w:szCs w:val="28"/>
          <w:rtl/>
        </w:rPr>
        <w:t>ی</w:t>
      </w:r>
      <w:r w:rsidRPr="0000691D">
        <w:rPr>
          <w:rFonts w:cs="B Mitra"/>
          <w:sz w:val="28"/>
          <w:szCs w:val="28"/>
          <w:rtl/>
        </w:rPr>
        <w:t xml:space="preserve"> راه‌رفتن را شروع کنم.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تصم</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متعلق به من بود؛ همان‌طور که هم</w:t>
      </w:r>
      <w:r w:rsidRPr="0000691D">
        <w:rPr>
          <w:rFonts w:cs="B Mitra" w:hint="cs"/>
          <w:sz w:val="28"/>
          <w:szCs w:val="28"/>
          <w:rtl/>
        </w:rPr>
        <w:t>ی</w:t>
      </w:r>
      <w:r w:rsidRPr="0000691D">
        <w:rPr>
          <w:rFonts w:cs="B Mitra" w:hint="eastAsia"/>
          <w:sz w:val="28"/>
          <w:szCs w:val="28"/>
          <w:rtl/>
        </w:rPr>
        <w:t>شه</w:t>
      </w:r>
      <w:r w:rsidRPr="0000691D">
        <w:rPr>
          <w:rFonts w:cs="B Mitra"/>
          <w:sz w:val="28"/>
          <w:szCs w:val="28"/>
          <w:rtl/>
        </w:rPr>
        <w:t xml:space="preserve"> بوده است. وقت</w:t>
      </w:r>
      <w:r w:rsidRPr="0000691D">
        <w:rPr>
          <w:rFonts w:cs="B Mitra" w:hint="cs"/>
          <w:sz w:val="28"/>
          <w:szCs w:val="28"/>
          <w:rtl/>
        </w:rPr>
        <w:t>ی</w:t>
      </w:r>
      <w:r w:rsidRPr="0000691D">
        <w:rPr>
          <w:rFonts w:cs="B Mitra"/>
          <w:sz w:val="28"/>
          <w:szCs w:val="28"/>
          <w:rtl/>
        </w:rPr>
        <w:t xml:space="preserve"> آماده شدم، دستگاه را در حالت عبور از خ</w:t>
      </w:r>
      <w:r w:rsidRPr="0000691D">
        <w:rPr>
          <w:rFonts w:cs="B Mitra" w:hint="cs"/>
          <w:sz w:val="28"/>
          <w:szCs w:val="28"/>
          <w:rtl/>
        </w:rPr>
        <w:t>ی</w:t>
      </w:r>
      <w:r w:rsidRPr="0000691D">
        <w:rPr>
          <w:rFonts w:cs="B Mitra" w:hint="eastAsia"/>
          <w:sz w:val="28"/>
          <w:szCs w:val="28"/>
          <w:rtl/>
        </w:rPr>
        <w:t>ابان</w:t>
      </w:r>
      <w:r w:rsidRPr="0000691D">
        <w:rPr>
          <w:rFonts w:cs="B Mitra"/>
          <w:sz w:val="28"/>
          <w:szCs w:val="28"/>
          <w:rtl/>
        </w:rPr>
        <w:t xml:space="preserve"> قرار دادم و از خ</w:t>
      </w:r>
      <w:r w:rsidRPr="0000691D">
        <w:rPr>
          <w:rFonts w:cs="B Mitra" w:hint="cs"/>
          <w:sz w:val="28"/>
          <w:szCs w:val="28"/>
          <w:rtl/>
        </w:rPr>
        <w:t>ی</w:t>
      </w:r>
      <w:r w:rsidRPr="0000691D">
        <w:rPr>
          <w:rFonts w:cs="B Mitra" w:hint="eastAsia"/>
          <w:sz w:val="28"/>
          <w:szCs w:val="28"/>
          <w:rtl/>
        </w:rPr>
        <w:t>ابان</w:t>
      </w:r>
      <w:r w:rsidRPr="0000691D">
        <w:rPr>
          <w:rFonts w:cs="B Mitra"/>
          <w:sz w:val="28"/>
          <w:szCs w:val="28"/>
          <w:rtl/>
        </w:rPr>
        <w:t xml:space="preserve"> رد شدم.</w:t>
      </w:r>
    </w:p>
    <w:p w:rsidR="00A75B1C" w:rsidRPr="0000691D" w:rsidRDefault="00A75B1C" w:rsidP="00DE310A">
      <w:pPr>
        <w:bidi/>
        <w:spacing w:line="360" w:lineRule="auto"/>
        <w:jc w:val="both"/>
        <w:rPr>
          <w:rFonts w:cs="B Mitra"/>
          <w:sz w:val="28"/>
          <w:szCs w:val="28"/>
          <w:rtl/>
        </w:rPr>
      </w:pPr>
      <w:r w:rsidRPr="0000691D">
        <w:rPr>
          <w:rFonts w:cs="B Mitra" w:hint="cs"/>
          <w:sz w:val="28"/>
          <w:szCs w:val="28"/>
          <w:rtl/>
        </w:rPr>
        <w:lastRenderedPageBreak/>
        <w:t>گاهی</w:t>
      </w:r>
      <w:r w:rsidRPr="0000691D">
        <w:rPr>
          <w:rFonts w:cs="B Mitra"/>
          <w:sz w:val="28"/>
          <w:szCs w:val="28"/>
          <w:rtl/>
        </w:rPr>
        <w:t xml:space="preserve"> اوقات در حاش</w:t>
      </w:r>
      <w:r w:rsidRPr="0000691D">
        <w:rPr>
          <w:rFonts w:cs="B Mitra" w:hint="cs"/>
          <w:sz w:val="28"/>
          <w:szCs w:val="28"/>
          <w:rtl/>
        </w:rPr>
        <w:t>ی</w:t>
      </w:r>
      <w:r w:rsidRPr="0000691D">
        <w:rPr>
          <w:rFonts w:cs="B Mitra" w:hint="eastAsia"/>
          <w:sz w:val="28"/>
          <w:szCs w:val="28"/>
          <w:rtl/>
        </w:rPr>
        <w:t>ه</w:t>
      </w:r>
      <w:r w:rsidRPr="0000691D">
        <w:rPr>
          <w:rFonts w:cs="B Mitra"/>
          <w:sz w:val="28"/>
          <w:szCs w:val="28"/>
          <w:rtl/>
        </w:rPr>
        <w:t xml:space="preserve"> آن طرف خ</w:t>
      </w:r>
      <w:r w:rsidRPr="0000691D">
        <w:rPr>
          <w:rFonts w:cs="B Mitra" w:hint="cs"/>
          <w:sz w:val="28"/>
          <w:szCs w:val="28"/>
          <w:rtl/>
        </w:rPr>
        <w:t>ی</w:t>
      </w:r>
      <w:r w:rsidRPr="0000691D">
        <w:rPr>
          <w:rFonts w:cs="B Mitra" w:hint="eastAsia"/>
          <w:sz w:val="28"/>
          <w:szCs w:val="28"/>
          <w:rtl/>
        </w:rPr>
        <w:t>ابان،</w:t>
      </w:r>
      <w:r w:rsidRPr="0000691D">
        <w:rPr>
          <w:rFonts w:cs="B Mitra"/>
          <w:sz w:val="28"/>
          <w:szCs w:val="28"/>
          <w:rtl/>
        </w:rPr>
        <w:t xml:space="preserve"> به‌جا</w:t>
      </w:r>
      <w:r w:rsidRPr="0000691D">
        <w:rPr>
          <w:rFonts w:cs="B Mitra" w:hint="cs"/>
          <w:sz w:val="28"/>
          <w:szCs w:val="28"/>
          <w:rtl/>
        </w:rPr>
        <w:t>ی</w:t>
      </w:r>
      <w:r w:rsidRPr="0000691D">
        <w:rPr>
          <w:rFonts w:cs="B Mitra"/>
          <w:sz w:val="28"/>
          <w:szCs w:val="28"/>
          <w:rtl/>
        </w:rPr>
        <w:t xml:space="preserve"> خود رمپ، به کنار رمپ م</w:t>
      </w:r>
      <w:r w:rsidRPr="0000691D">
        <w:rPr>
          <w:rFonts w:cs="B Mitra" w:hint="cs"/>
          <w:sz w:val="28"/>
          <w:szCs w:val="28"/>
          <w:rtl/>
        </w:rPr>
        <w:t>ی‌</w:t>
      </w:r>
      <w:r w:rsidRPr="0000691D">
        <w:rPr>
          <w:rFonts w:cs="B Mitra" w:hint="eastAsia"/>
          <w:sz w:val="28"/>
          <w:szCs w:val="28"/>
          <w:rtl/>
        </w:rPr>
        <w:t>رس</w:t>
      </w:r>
      <w:r w:rsidRPr="0000691D">
        <w:rPr>
          <w:rFonts w:cs="B Mitra" w:hint="cs"/>
          <w:sz w:val="28"/>
          <w:szCs w:val="28"/>
          <w:rtl/>
        </w:rPr>
        <w:t>ی</w:t>
      </w:r>
      <w:r w:rsidRPr="0000691D">
        <w:rPr>
          <w:rFonts w:cs="B Mitra" w:hint="eastAsia"/>
          <w:sz w:val="28"/>
          <w:szCs w:val="28"/>
          <w:rtl/>
        </w:rPr>
        <w:t>دم</w:t>
      </w:r>
      <w:r w:rsidRPr="0000691D">
        <w:rPr>
          <w:rFonts w:cs="B Mitra"/>
          <w:sz w:val="28"/>
          <w:szCs w:val="28"/>
          <w:rtl/>
        </w:rPr>
        <w:t xml:space="preserve"> و اصلاح مس</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به معنا</w:t>
      </w:r>
      <w:r w:rsidRPr="0000691D">
        <w:rPr>
          <w:rFonts w:cs="B Mitra" w:hint="cs"/>
          <w:sz w:val="28"/>
          <w:szCs w:val="28"/>
          <w:rtl/>
        </w:rPr>
        <w:t>ی</w:t>
      </w:r>
      <w:r w:rsidRPr="0000691D">
        <w:rPr>
          <w:rFonts w:cs="B Mitra"/>
          <w:sz w:val="28"/>
          <w:szCs w:val="28"/>
          <w:rtl/>
        </w:rPr>
        <w:t xml:space="preserve"> استفاده از دکمه‌ها</w:t>
      </w:r>
      <w:r w:rsidRPr="0000691D">
        <w:rPr>
          <w:rFonts w:cs="B Mitra" w:hint="cs"/>
          <w:sz w:val="28"/>
          <w:szCs w:val="28"/>
          <w:rtl/>
        </w:rPr>
        <w:t>ی</w:t>
      </w:r>
      <w:r w:rsidRPr="0000691D">
        <w:rPr>
          <w:rFonts w:cs="B Mitra"/>
          <w:sz w:val="28"/>
          <w:szCs w:val="28"/>
          <w:rtl/>
        </w:rPr>
        <w:t xml:space="preserve"> مربوط به تغ</w:t>
      </w:r>
      <w:r w:rsidRPr="0000691D">
        <w:rPr>
          <w:rFonts w:cs="B Mitra" w:hint="cs"/>
          <w:sz w:val="28"/>
          <w:szCs w:val="28"/>
          <w:rtl/>
        </w:rPr>
        <w:t>یی</w:t>
      </w:r>
      <w:r w:rsidRPr="0000691D">
        <w:rPr>
          <w:rFonts w:cs="B Mitra" w:hint="eastAsia"/>
          <w:sz w:val="28"/>
          <w:szCs w:val="28"/>
          <w:rtl/>
        </w:rPr>
        <w:t>ر</w:t>
      </w:r>
      <w:r w:rsidRPr="0000691D">
        <w:rPr>
          <w:rFonts w:cs="B Mitra"/>
          <w:sz w:val="28"/>
          <w:szCs w:val="28"/>
          <w:rtl/>
        </w:rPr>
        <w:t xml:space="preserve"> جهت بود. در مواقع د</w:t>
      </w:r>
      <w:r w:rsidRPr="0000691D">
        <w:rPr>
          <w:rFonts w:cs="B Mitra" w:hint="cs"/>
          <w:sz w:val="28"/>
          <w:szCs w:val="28"/>
          <w:rtl/>
        </w:rPr>
        <w:t>ی</w:t>
      </w:r>
      <w:r w:rsidRPr="0000691D">
        <w:rPr>
          <w:rFonts w:cs="B Mitra" w:hint="eastAsia"/>
          <w:sz w:val="28"/>
          <w:szCs w:val="28"/>
          <w:rtl/>
        </w:rPr>
        <w:t>گر</w:t>
      </w:r>
      <w:r w:rsidRPr="0000691D">
        <w:rPr>
          <w:rFonts w:cs="B Mitra" w:hint="cs"/>
          <w:sz w:val="28"/>
          <w:szCs w:val="28"/>
          <w:rtl/>
        </w:rPr>
        <w:t>،</w:t>
      </w:r>
      <w:r w:rsidRPr="0000691D">
        <w:rPr>
          <w:rFonts w:cs="B Mitra"/>
          <w:sz w:val="28"/>
          <w:szCs w:val="28"/>
          <w:rtl/>
        </w:rPr>
        <w:t xml:space="preserve"> گِلاید عبور از خ</w:t>
      </w:r>
      <w:r w:rsidRPr="0000691D">
        <w:rPr>
          <w:rFonts w:cs="B Mitra" w:hint="cs"/>
          <w:sz w:val="28"/>
          <w:szCs w:val="28"/>
          <w:rtl/>
        </w:rPr>
        <w:t>ی</w:t>
      </w:r>
      <w:r w:rsidRPr="0000691D">
        <w:rPr>
          <w:rFonts w:cs="B Mitra" w:hint="eastAsia"/>
          <w:sz w:val="28"/>
          <w:szCs w:val="28"/>
          <w:rtl/>
        </w:rPr>
        <w:t>ابان</w:t>
      </w:r>
      <w:r w:rsidRPr="0000691D">
        <w:rPr>
          <w:rFonts w:cs="B Mitra"/>
          <w:sz w:val="28"/>
          <w:szCs w:val="28"/>
          <w:rtl/>
        </w:rPr>
        <w:t xml:space="preserve"> را ب</w:t>
      </w:r>
      <w:r w:rsidRPr="0000691D">
        <w:rPr>
          <w:rFonts w:cs="B Mitra" w:hint="cs"/>
          <w:sz w:val="28"/>
          <w:szCs w:val="28"/>
          <w:rtl/>
        </w:rPr>
        <w:t>ی‌</w:t>
      </w:r>
      <w:r w:rsidRPr="0000691D">
        <w:rPr>
          <w:rFonts w:cs="B Mitra" w:hint="eastAsia"/>
          <w:sz w:val="28"/>
          <w:szCs w:val="28"/>
          <w:rtl/>
        </w:rPr>
        <w:t>نقص</w:t>
      </w:r>
      <w:r w:rsidRPr="0000691D">
        <w:rPr>
          <w:rFonts w:cs="B Mitra"/>
          <w:sz w:val="28"/>
          <w:szCs w:val="28"/>
          <w:rtl/>
        </w:rPr>
        <w:t xml:space="preserve"> انجام داد. ردشدن بدون مشکل از خ</w:t>
      </w:r>
      <w:r w:rsidRPr="0000691D">
        <w:rPr>
          <w:rFonts w:cs="B Mitra" w:hint="cs"/>
          <w:sz w:val="28"/>
          <w:szCs w:val="28"/>
          <w:rtl/>
        </w:rPr>
        <w:t>ی</w:t>
      </w:r>
      <w:r w:rsidRPr="0000691D">
        <w:rPr>
          <w:rFonts w:cs="B Mitra" w:hint="eastAsia"/>
          <w:sz w:val="28"/>
          <w:szCs w:val="28"/>
          <w:rtl/>
        </w:rPr>
        <w:t>ابان</w:t>
      </w:r>
      <w:r w:rsidRPr="0000691D">
        <w:rPr>
          <w:rFonts w:cs="B Mitra"/>
          <w:sz w:val="28"/>
          <w:szCs w:val="28"/>
          <w:rtl/>
        </w:rPr>
        <w:t xml:space="preserve"> احساس فوق‌العاده‌ا</w:t>
      </w:r>
      <w:r w:rsidRPr="0000691D">
        <w:rPr>
          <w:rFonts w:cs="B Mitra" w:hint="cs"/>
          <w:sz w:val="28"/>
          <w:szCs w:val="28"/>
          <w:rtl/>
        </w:rPr>
        <w:t>ی</w:t>
      </w:r>
      <w:r w:rsidRPr="0000691D">
        <w:rPr>
          <w:rFonts w:cs="B Mitra"/>
          <w:sz w:val="28"/>
          <w:szCs w:val="28"/>
          <w:rtl/>
        </w:rPr>
        <w:t xml:space="preserve"> داشت؛ چون به‌سا</w:t>
      </w:r>
      <w:r w:rsidRPr="0000691D">
        <w:rPr>
          <w:rFonts w:cs="B Mitra" w:hint="eastAsia"/>
          <w:sz w:val="28"/>
          <w:szCs w:val="28"/>
          <w:rtl/>
        </w:rPr>
        <w:t>دگ</w:t>
      </w:r>
      <w:r w:rsidRPr="0000691D">
        <w:rPr>
          <w:rFonts w:cs="B Mitra" w:hint="cs"/>
          <w:sz w:val="28"/>
          <w:szCs w:val="28"/>
          <w:rtl/>
        </w:rPr>
        <w:t>ی</w:t>
      </w:r>
      <w:r w:rsidRPr="0000691D">
        <w:rPr>
          <w:rFonts w:cs="B Mitra"/>
          <w:sz w:val="28"/>
          <w:szCs w:val="28"/>
          <w:rtl/>
        </w:rPr>
        <w:t xml:space="preserve"> از خ</w:t>
      </w:r>
      <w:r w:rsidRPr="0000691D">
        <w:rPr>
          <w:rFonts w:cs="B Mitra" w:hint="cs"/>
          <w:sz w:val="28"/>
          <w:szCs w:val="28"/>
          <w:rtl/>
        </w:rPr>
        <w:t>ی</w:t>
      </w:r>
      <w:r w:rsidRPr="0000691D">
        <w:rPr>
          <w:rFonts w:cs="B Mitra" w:hint="eastAsia"/>
          <w:sz w:val="28"/>
          <w:szCs w:val="28"/>
          <w:rtl/>
        </w:rPr>
        <w:t>ابان</w:t>
      </w:r>
      <w:r w:rsidRPr="0000691D">
        <w:rPr>
          <w:rFonts w:cs="B Mitra"/>
          <w:sz w:val="28"/>
          <w:szCs w:val="28"/>
          <w:rtl/>
        </w:rPr>
        <w:t xml:space="preserve"> عبور م</w:t>
      </w:r>
      <w:r w:rsidRPr="0000691D">
        <w:rPr>
          <w:rFonts w:cs="B Mitra" w:hint="cs"/>
          <w:sz w:val="28"/>
          <w:szCs w:val="28"/>
          <w:rtl/>
        </w:rPr>
        <w:t>ی‌</w:t>
      </w:r>
      <w:r w:rsidRPr="0000691D">
        <w:rPr>
          <w:rFonts w:cs="B Mitra" w:hint="eastAsia"/>
          <w:sz w:val="28"/>
          <w:szCs w:val="28"/>
          <w:rtl/>
        </w:rPr>
        <w:t>کردم</w:t>
      </w:r>
      <w:r w:rsidRPr="0000691D">
        <w:rPr>
          <w:rFonts w:cs="B Mitra"/>
          <w:sz w:val="28"/>
          <w:szCs w:val="28"/>
          <w:rtl/>
        </w:rPr>
        <w:t xml:space="preserve"> و م</w:t>
      </w:r>
      <w:r w:rsidRPr="0000691D">
        <w:rPr>
          <w:rFonts w:cs="B Mitra" w:hint="cs"/>
          <w:sz w:val="28"/>
          <w:szCs w:val="28"/>
          <w:rtl/>
        </w:rPr>
        <w:t>ی‌</w:t>
      </w:r>
      <w:r w:rsidRPr="0000691D">
        <w:rPr>
          <w:rFonts w:cs="B Mitra" w:hint="eastAsia"/>
          <w:sz w:val="28"/>
          <w:szCs w:val="28"/>
          <w:rtl/>
        </w:rPr>
        <w:t>توانستم</w:t>
      </w:r>
      <w:r w:rsidRPr="0000691D">
        <w:rPr>
          <w:rFonts w:cs="B Mitra"/>
          <w:sz w:val="28"/>
          <w:szCs w:val="28"/>
          <w:rtl/>
        </w:rPr>
        <w:t xml:space="preserve"> بدون انجام ه</w:t>
      </w:r>
      <w:r w:rsidRPr="0000691D">
        <w:rPr>
          <w:rFonts w:cs="B Mitra" w:hint="cs"/>
          <w:sz w:val="28"/>
          <w:szCs w:val="28"/>
          <w:rtl/>
        </w:rPr>
        <w:t>ی</w:t>
      </w:r>
      <w:r w:rsidRPr="0000691D">
        <w:rPr>
          <w:rFonts w:cs="B Mitra" w:hint="eastAsia"/>
          <w:sz w:val="28"/>
          <w:szCs w:val="28"/>
          <w:rtl/>
        </w:rPr>
        <w:t>چ</w:t>
      </w:r>
      <w:r w:rsidRPr="0000691D">
        <w:rPr>
          <w:rFonts w:cs="B Mitra"/>
          <w:sz w:val="28"/>
          <w:szCs w:val="28"/>
          <w:rtl/>
        </w:rPr>
        <w:t xml:space="preserve"> کار اضاف</w:t>
      </w:r>
      <w:r w:rsidRPr="0000691D">
        <w:rPr>
          <w:rFonts w:cs="B Mitra" w:hint="cs"/>
          <w:sz w:val="28"/>
          <w:szCs w:val="28"/>
          <w:rtl/>
        </w:rPr>
        <w:t>ی</w:t>
      </w:r>
      <w:r w:rsidRPr="0000691D">
        <w:rPr>
          <w:rFonts w:cs="B Mitra"/>
          <w:sz w:val="28"/>
          <w:szCs w:val="28"/>
          <w:rtl/>
        </w:rPr>
        <w:t xml:space="preserve"> د</w:t>
      </w:r>
      <w:r w:rsidRPr="0000691D">
        <w:rPr>
          <w:rFonts w:cs="B Mitra" w:hint="cs"/>
          <w:sz w:val="28"/>
          <w:szCs w:val="28"/>
          <w:rtl/>
        </w:rPr>
        <w:t>ی</w:t>
      </w:r>
      <w:r w:rsidRPr="0000691D">
        <w:rPr>
          <w:rFonts w:cs="B Mitra" w:hint="eastAsia"/>
          <w:sz w:val="28"/>
          <w:szCs w:val="28"/>
          <w:rtl/>
        </w:rPr>
        <w:t>گر</w:t>
      </w:r>
      <w:r w:rsidRPr="0000691D">
        <w:rPr>
          <w:rFonts w:cs="B Mitra" w:hint="cs"/>
          <w:sz w:val="28"/>
          <w:szCs w:val="28"/>
          <w:rtl/>
        </w:rPr>
        <w:t>ی</w:t>
      </w:r>
      <w:r w:rsidRPr="0000691D">
        <w:rPr>
          <w:rFonts w:cs="B Mitra"/>
          <w:sz w:val="28"/>
          <w:szCs w:val="28"/>
          <w:rtl/>
        </w:rPr>
        <w:t xml:space="preserve"> به کارم </w:t>
      </w:r>
      <w:r w:rsidRPr="0000691D">
        <w:rPr>
          <w:rFonts w:cs="B Mitra" w:hint="cs"/>
          <w:sz w:val="28"/>
          <w:szCs w:val="28"/>
          <w:rtl/>
        </w:rPr>
        <w:t>ادامه دهم</w:t>
      </w:r>
      <w:r w:rsidRPr="0000691D">
        <w:rPr>
          <w:rFonts w:cs="B Mitra"/>
          <w:sz w:val="28"/>
          <w:szCs w:val="28"/>
          <w:rtl/>
        </w:rPr>
        <w:t>.</w:t>
      </w:r>
    </w:p>
    <w:p w:rsidR="00A75B1C" w:rsidRPr="0000691D" w:rsidRDefault="00A75B1C" w:rsidP="00DE310A">
      <w:pPr>
        <w:bidi/>
        <w:spacing w:line="360" w:lineRule="auto"/>
        <w:jc w:val="both"/>
        <w:rPr>
          <w:rFonts w:cs="B Mitra"/>
          <w:sz w:val="28"/>
          <w:szCs w:val="28"/>
          <w:rtl/>
        </w:rPr>
      </w:pPr>
      <w:r w:rsidRPr="0000691D">
        <w:rPr>
          <w:rFonts w:cs="B Mitra" w:hint="cs"/>
          <w:sz w:val="28"/>
          <w:szCs w:val="28"/>
          <w:rtl/>
        </w:rPr>
        <w:t>ای</w:t>
      </w:r>
      <w:r w:rsidRPr="0000691D">
        <w:rPr>
          <w:rFonts w:cs="B Mitra" w:hint="eastAsia"/>
          <w:sz w:val="28"/>
          <w:szCs w:val="28"/>
          <w:rtl/>
        </w:rPr>
        <w:t>ن</w:t>
      </w:r>
      <w:r w:rsidRPr="0000691D">
        <w:rPr>
          <w:rFonts w:cs="B Mitra"/>
          <w:sz w:val="28"/>
          <w:szCs w:val="28"/>
          <w:rtl/>
        </w:rPr>
        <w:t xml:space="preserve"> کج از خ</w:t>
      </w:r>
      <w:r w:rsidRPr="0000691D">
        <w:rPr>
          <w:rFonts w:cs="B Mitra" w:hint="cs"/>
          <w:sz w:val="28"/>
          <w:szCs w:val="28"/>
          <w:rtl/>
        </w:rPr>
        <w:t>ی</w:t>
      </w:r>
      <w:r w:rsidRPr="0000691D">
        <w:rPr>
          <w:rFonts w:cs="B Mitra" w:hint="eastAsia"/>
          <w:sz w:val="28"/>
          <w:szCs w:val="28"/>
          <w:rtl/>
        </w:rPr>
        <w:t>ابان</w:t>
      </w:r>
      <w:r w:rsidRPr="0000691D">
        <w:rPr>
          <w:rFonts w:cs="B Mitra"/>
          <w:sz w:val="28"/>
          <w:szCs w:val="28"/>
          <w:rtl/>
        </w:rPr>
        <w:t xml:space="preserve"> ردشدن و در کنار هدف قرارگرفتن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مشکل شناخته‌شده است و راه‌حل</w:t>
      </w:r>
      <w:r w:rsidRPr="0000691D">
        <w:rPr>
          <w:rFonts w:cs="B Mitra" w:hint="cs"/>
          <w:sz w:val="28"/>
          <w:szCs w:val="28"/>
          <w:rtl/>
        </w:rPr>
        <w:t>ی</w:t>
      </w:r>
      <w:r w:rsidRPr="0000691D">
        <w:rPr>
          <w:rFonts w:cs="B Mitra"/>
          <w:sz w:val="28"/>
          <w:szCs w:val="28"/>
          <w:rtl/>
        </w:rPr>
        <w:t xml:space="preserve"> که شرکت گِلاید</w:t>
      </w:r>
      <w:r w:rsidRPr="0000691D">
        <w:rPr>
          <w:rFonts w:cs="B Mitra" w:hint="eastAsia"/>
          <w:sz w:val="28"/>
          <w:szCs w:val="28"/>
          <w:rtl/>
        </w:rPr>
        <w:t>نس</w:t>
      </w:r>
      <w:r w:rsidRPr="0000691D">
        <w:rPr>
          <w:rFonts w:cs="B Mitra"/>
          <w:sz w:val="28"/>
          <w:szCs w:val="28"/>
          <w:rtl/>
        </w:rPr>
        <w:t xml:space="preserve"> در حال کار رو</w:t>
      </w:r>
      <w:r w:rsidRPr="0000691D">
        <w:rPr>
          <w:rFonts w:cs="B Mitra" w:hint="cs"/>
          <w:sz w:val="28"/>
          <w:szCs w:val="28"/>
          <w:rtl/>
        </w:rPr>
        <w:t>ی</w:t>
      </w:r>
      <w:r w:rsidRPr="0000691D">
        <w:rPr>
          <w:rFonts w:cs="B Mitra"/>
          <w:sz w:val="28"/>
          <w:szCs w:val="28"/>
          <w:rtl/>
        </w:rPr>
        <w:t xml:space="preserve"> آن است</w:t>
      </w:r>
      <w:r w:rsidRPr="0000691D">
        <w:rPr>
          <w:rFonts w:cs="B Mitra" w:hint="cs"/>
          <w:sz w:val="28"/>
          <w:szCs w:val="28"/>
          <w:rtl/>
        </w:rPr>
        <w:t>،</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ک</w:t>
      </w:r>
      <w:r w:rsidRPr="0000691D">
        <w:rPr>
          <w:rFonts w:cs="B Mitra" w:hint="cs"/>
          <w:sz w:val="28"/>
          <w:szCs w:val="28"/>
          <w:rtl/>
        </w:rPr>
        <w:t>ی</w:t>
      </w:r>
      <w:r w:rsidRPr="0000691D">
        <w:rPr>
          <w:rFonts w:cs="B Mitra"/>
          <w:sz w:val="28"/>
          <w:szCs w:val="28"/>
          <w:rtl/>
        </w:rPr>
        <w:t xml:space="preserve"> از جذاب‌تر</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چ</w:t>
      </w:r>
      <w:r w:rsidRPr="0000691D">
        <w:rPr>
          <w:rFonts w:cs="B Mitra" w:hint="cs"/>
          <w:sz w:val="28"/>
          <w:szCs w:val="28"/>
          <w:rtl/>
        </w:rPr>
        <w:t>ی</w:t>
      </w:r>
      <w:r w:rsidRPr="0000691D">
        <w:rPr>
          <w:rFonts w:cs="B Mitra" w:hint="eastAsia"/>
          <w:sz w:val="28"/>
          <w:szCs w:val="28"/>
          <w:rtl/>
        </w:rPr>
        <w:t>زها</w:t>
      </w:r>
      <w:r w:rsidRPr="0000691D">
        <w:rPr>
          <w:rFonts w:cs="B Mitra" w:hint="cs"/>
          <w:sz w:val="28"/>
          <w:szCs w:val="28"/>
          <w:rtl/>
        </w:rPr>
        <w:t>یی</w:t>
      </w:r>
      <w:r w:rsidRPr="0000691D">
        <w:rPr>
          <w:rFonts w:cs="B Mitra"/>
          <w:sz w:val="28"/>
          <w:szCs w:val="28"/>
          <w:rtl/>
        </w:rPr>
        <w:t xml:space="preserve"> است که تا حالا شن</w:t>
      </w:r>
      <w:r w:rsidRPr="0000691D">
        <w:rPr>
          <w:rFonts w:cs="B Mitra" w:hint="cs"/>
          <w:sz w:val="28"/>
          <w:szCs w:val="28"/>
          <w:rtl/>
        </w:rPr>
        <w:t>ی</w:t>
      </w:r>
      <w:r w:rsidRPr="0000691D">
        <w:rPr>
          <w:rFonts w:cs="B Mitra" w:hint="eastAsia"/>
          <w:sz w:val="28"/>
          <w:szCs w:val="28"/>
          <w:rtl/>
        </w:rPr>
        <w:t>ده‌ام</w:t>
      </w:r>
      <w:r w:rsidRPr="0000691D">
        <w:rPr>
          <w:rFonts w:cs="B Mitra"/>
          <w:sz w:val="28"/>
          <w:szCs w:val="28"/>
          <w:rtl/>
        </w:rPr>
        <w:t>. شرکت گِلاید</w:t>
      </w:r>
      <w:r w:rsidRPr="0000691D">
        <w:rPr>
          <w:rFonts w:cs="B Mitra" w:hint="eastAsia"/>
          <w:sz w:val="28"/>
          <w:szCs w:val="28"/>
          <w:rtl/>
        </w:rPr>
        <w:t>نس</w:t>
      </w:r>
      <w:r w:rsidRPr="0000691D">
        <w:rPr>
          <w:rFonts w:cs="B Mitra"/>
          <w:sz w:val="28"/>
          <w:szCs w:val="28"/>
          <w:rtl/>
        </w:rPr>
        <w:t xml:space="preserve"> دارد به گِلاید آموزش م</w:t>
      </w:r>
      <w:r w:rsidRPr="0000691D">
        <w:rPr>
          <w:rFonts w:cs="B Mitra" w:hint="cs"/>
          <w:sz w:val="28"/>
          <w:szCs w:val="28"/>
          <w:rtl/>
        </w:rPr>
        <w:t>ی‌</w:t>
      </w:r>
      <w:r w:rsidRPr="0000691D">
        <w:rPr>
          <w:rFonts w:cs="B Mitra" w:hint="eastAsia"/>
          <w:sz w:val="28"/>
          <w:szCs w:val="28"/>
          <w:rtl/>
        </w:rPr>
        <w:t>دهد</w:t>
      </w:r>
      <w:r w:rsidRPr="0000691D">
        <w:rPr>
          <w:rFonts w:cs="B Mitra"/>
          <w:sz w:val="28"/>
          <w:szCs w:val="28"/>
          <w:rtl/>
        </w:rPr>
        <w:t xml:space="preserve"> که در صورت وجود رمپ رو به بالا</w:t>
      </w:r>
      <w:r w:rsidRPr="0000691D">
        <w:rPr>
          <w:rFonts w:cs="B Mitra" w:hint="cs"/>
          <w:sz w:val="28"/>
          <w:szCs w:val="28"/>
          <w:rtl/>
        </w:rPr>
        <w:t>یی</w:t>
      </w:r>
      <w:r w:rsidRPr="0000691D">
        <w:rPr>
          <w:rFonts w:cs="B Mitra"/>
          <w:sz w:val="28"/>
          <w:szCs w:val="28"/>
          <w:rtl/>
        </w:rPr>
        <w:t xml:space="preserve"> که ما را از خ</w:t>
      </w:r>
      <w:r w:rsidRPr="0000691D">
        <w:rPr>
          <w:rFonts w:cs="B Mitra" w:hint="cs"/>
          <w:sz w:val="28"/>
          <w:szCs w:val="28"/>
          <w:rtl/>
        </w:rPr>
        <w:t>ی</w:t>
      </w:r>
      <w:r w:rsidRPr="0000691D">
        <w:rPr>
          <w:rFonts w:cs="B Mitra"/>
          <w:sz w:val="28"/>
          <w:szCs w:val="28"/>
          <w:rtl/>
        </w:rPr>
        <w:t>ابان به پ</w:t>
      </w:r>
      <w:r w:rsidRPr="0000691D">
        <w:rPr>
          <w:rFonts w:cs="B Mitra" w:hint="cs"/>
          <w:sz w:val="28"/>
          <w:szCs w:val="28"/>
          <w:rtl/>
        </w:rPr>
        <w:t>ی</w:t>
      </w:r>
      <w:r w:rsidRPr="0000691D">
        <w:rPr>
          <w:rFonts w:cs="B Mitra" w:hint="eastAsia"/>
          <w:sz w:val="28"/>
          <w:szCs w:val="28"/>
          <w:rtl/>
        </w:rPr>
        <w:t>اده‌رو</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برد،</w:t>
      </w:r>
      <w:r w:rsidRPr="0000691D">
        <w:rPr>
          <w:rFonts w:cs="B Mitra"/>
          <w:sz w:val="28"/>
          <w:szCs w:val="28"/>
          <w:rtl/>
        </w:rPr>
        <w:t xml:space="preserve"> آن را تشخ</w:t>
      </w:r>
      <w:r w:rsidRPr="0000691D">
        <w:rPr>
          <w:rFonts w:cs="B Mitra" w:hint="cs"/>
          <w:sz w:val="28"/>
          <w:szCs w:val="28"/>
          <w:rtl/>
        </w:rPr>
        <w:t>ی</w:t>
      </w:r>
      <w:r w:rsidRPr="0000691D">
        <w:rPr>
          <w:rFonts w:cs="B Mitra" w:hint="eastAsia"/>
          <w:sz w:val="28"/>
          <w:szCs w:val="28"/>
          <w:rtl/>
        </w:rPr>
        <w:t>ص</w:t>
      </w:r>
      <w:r w:rsidRPr="0000691D">
        <w:rPr>
          <w:rFonts w:cs="B Mitra"/>
          <w:sz w:val="28"/>
          <w:szCs w:val="28"/>
          <w:rtl/>
        </w:rPr>
        <w:t xml:space="preserve"> دهد و از آن به‌عنوان هدف استفاده کند؛ بنابرا</w:t>
      </w:r>
      <w:r w:rsidRPr="0000691D">
        <w:rPr>
          <w:rFonts w:cs="B Mitra" w:hint="cs"/>
          <w:sz w:val="28"/>
          <w:szCs w:val="28"/>
          <w:rtl/>
        </w:rPr>
        <w:t>ی</w:t>
      </w:r>
      <w:r w:rsidRPr="0000691D">
        <w:rPr>
          <w:rFonts w:cs="B Mitra" w:hint="eastAsia"/>
          <w:sz w:val="28"/>
          <w:szCs w:val="28"/>
          <w:rtl/>
        </w:rPr>
        <w:t>ن</w:t>
      </w:r>
      <w:r w:rsidRPr="0000691D">
        <w:rPr>
          <w:rFonts w:cs="B Mitra" w:hint="cs"/>
          <w:sz w:val="28"/>
          <w:szCs w:val="28"/>
          <w:rtl/>
        </w:rPr>
        <w:t>،</w:t>
      </w:r>
      <w:r w:rsidRPr="0000691D">
        <w:rPr>
          <w:rFonts w:cs="B Mitra"/>
          <w:sz w:val="28"/>
          <w:szCs w:val="28"/>
          <w:rtl/>
        </w:rPr>
        <w:t xml:space="preserve"> کاربر</w:t>
      </w:r>
      <w:r w:rsidRPr="0000691D">
        <w:rPr>
          <w:rFonts w:cs="B Mitra" w:hint="cs"/>
          <w:sz w:val="28"/>
          <w:szCs w:val="28"/>
          <w:rtl/>
        </w:rPr>
        <w:t>ی</w:t>
      </w:r>
      <w:r w:rsidRPr="0000691D">
        <w:rPr>
          <w:rFonts w:cs="B Mitra"/>
          <w:sz w:val="28"/>
          <w:szCs w:val="28"/>
          <w:rtl/>
        </w:rPr>
        <w:t xml:space="preserve"> که کم</w:t>
      </w:r>
      <w:r w:rsidRPr="0000691D">
        <w:rPr>
          <w:rFonts w:cs="B Mitra" w:hint="cs"/>
          <w:sz w:val="28"/>
          <w:szCs w:val="28"/>
          <w:rtl/>
        </w:rPr>
        <w:t>ی</w:t>
      </w:r>
      <w:r w:rsidRPr="0000691D">
        <w:rPr>
          <w:rFonts w:cs="B Mitra"/>
          <w:sz w:val="28"/>
          <w:szCs w:val="28"/>
          <w:rtl/>
        </w:rPr>
        <w:t xml:space="preserve"> کج حرکت م</w:t>
      </w:r>
      <w:r w:rsidRPr="0000691D">
        <w:rPr>
          <w:rFonts w:cs="B Mitra" w:hint="cs"/>
          <w:sz w:val="28"/>
          <w:szCs w:val="28"/>
          <w:rtl/>
        </w:rPr>
        <w:t>ی‌</w:t>
      </w:r>
      <w:r w:rsidRPr="0000691D">
        <w:rPr>
          <w:rFonts w:cs="B Mitra" w:hint="eastAsia"/>
          <w:sz w:val="28"/>
          <w:szCs w:val="28"/>
          <w:rtl/>
        </w:rPr>
        <w:t>کند،</w:t>
      </w:r>
      <w:r w:rsidRPr="0000691D">
        <w:rPr>
          <w:rFonts w:cs="B Mitra"/>
          <w:sz w:val="28"/>
          <w:szCs w:val="28"/>
          <w:rtl/>
        </w:rPr>
        <w:t xml:space="preserve"> به‌جا</w:t>
      </w:r>
      <w:r w:rsidRPr="0000691D">
        <w:rPr>
          <w:rFonts w:cs="B Mitra" w:hint="cs"/>
          <w:sz w:val="28"/>
          <w:szCs w:val="28"/>
          <w:rtl/>
        </w:rPr>
        <w:t>ی</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نکه</w:t>
      </w:r>
      <w:r w:rsidRPr="0000691D">
        <w:rPr>
          <w:rFonts w:cs="B Mitra"/>
          <w:sz w:val="28"/>
          <w:szCs w:val="28"/>
          <w:rtl/>
        </w:rPr>
        <w:t xml:space="preserve"> به اصلاح مس</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متوسل شود تا رمپ را پ</w:t>
      </w:r>
      <w:r w:rsidRPr="0000691D">
        <w:rPr>
          <w:rFonts w:cs="B Mitra" w:hint="cs"/>
          <w:sz w:val="28"/>
          <w:szCs w:val="28"/>
          <w:rtl/>
        </w:rPr>
        <w:t>ی</w:t>
      </w:r>
      <w:r w:rsidRPr="0000691D">
        <w:rPr>
          <w:rFonts w:cs="B Mitra" w:hint="eastAsia"/>
          <w:sz w:val="28"/>
          <w:szCs w:val="28"/>
          <w:rtl/>
        </w:rPr>
        <w:t>دا</w:t>
      </w:r>
      <w:r w:rsidRPr="0000691D">
        <w:rPr>
          <w:rFonts w:cs="B Mitra"/>
          <w:sz w:val="28"/>
          <w:szCs w:val="28"/>
          <w:rtl/>
        </w:rPr>
        <w:t xml:space="preserve"> کند و از خ</w:t>
      </w:r>
      <w:r w:rsidRPr="0000691D">
        <w:rPr>
          <w:rFonts w:cs="B Mitra" w:hint="cs"/>
          <w:sz w:val="28"/>
          <w:szCs w:val="28"/>
          <w:rtl/>
        </w:rPr>
        <w:t>ی</w:t>
      </w:r>
      <w:r w:rsidRPr="0000691D">
        <w:rPr>
          <w:rFonts w:cs="B Mitra" w:hint="eastAsia"/>
          <w:sz w:val="28"/>
          <w:szCs w:val="28"/>
          <w:rtl/>
        </w:rPr>
        <w:t>ابان</w:t>
      </w:r>
      <w:r w:rsidRPr="0000691D">
        <w:rPr>
          <w:rFonts w:cs="B Mitra"/>
          <w:sz w:val="28"/>
          <w:szCs w:val="28"/>
          <w:rtl/>
        </w:rPr>
        <w:t xml:space="preserve"> خارج شود، به سمت رمپ هدا</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شود</w:t>
      </w:r>
      <w:r w:rsidRPr="0000691D">
        <w:rPr>
          <w:rFonts w:cs="B Mitra"/>
          <w:sz w:val="28"/>
          <w:szCs w:val="28"/>
          <w:rtl/>
        </w:rPr>
        <w:t>. صدها عبور از خ</w:t>
      </w:r>
      <w:r w:rsidRPr="0000691D">
        <w:rPr>
          <w:rFonts w:cs="B Mitra" w:hint="cs"/>
          <w:sz w:val="28"/>
          <w:szCs w:val="28"/>
          <w:rtl/>
        </w:rPr>
        <w:t>ی</w:t>
      </w:r>
      <w:r w:rsidRPr="0000691D">
        <w:rPr>
          <w:rFonts w:cs="B Mitra" w:hint="eastAsia"/>
          <w:sz w:val="28"/>
          <w:szCs w:val="28"/>
          <w:rtl/>
        </w:rPr>
        <w:t>ابان</w:t>
      </w:r>
      <w:r w:rsidRPr="0000691D">
        <w:rPr>
          <w:rFonts w:cs="B Mitra"/>
          <w:sz w:val="28"/>
          <w:szCs w:val="28"/>
          <w:rtl/>
        </w:rPr>
        <w:t xml:space="preserve"> واقع</w:t>
      </w:r>
      <w:r w:rsidRPr="0000691D">
        <w:rPr>
          <w:rFonts w:cs="B Mitra" w:hint="cs"/>
          <w:sz w:val="28"/>
          <w:szCs w:val="28"/>
          <w:rtl/>
        </w:rPr>
        <w:t>ی</w:t>
      </w:r>
      <w:r w:rsidRPr="0000691D">
        <w:rPr>
          <w:rFonts w:cs="B Mitra"/>
          <w:sz w:val="28"/>
          <w:szCs w:val="28"/>
          <w:rtl/>
        </w:rPr>
        <w:t xml:space="preserve"> </w:t>
      </w:r>
      <w:r w:rsidRPr="0000691D">
        <w:rPr>
          <w:rFonts w:cs="B Mitra" w:hint="cs"/>
          <w:sz w:val="28"/>
          <w:szCs w:val="28"/>
          <w:rtl/>
        </w:rPr>
        <w:t xml:space="preserve">به وسیله </w:t>
      </w:r>
      <w:r w:rsidRPr="0000691D">
        <w:rPr>
          <w:rFonts w:cs="B Mitra"/>
          <w:sz w:val="28"/>
          <w:szCs w:val="28"/>
          <w:rtl/>
        </w:rPr>
        <w:t>کاربران وا</w:t>
      </w:r>
      <w:r w:rsidRPr="0000691D">
        <w:rPr>
          <w:rFonts w:cs="B Mitra" w:hint="eastAsia"/>
          <w:sz w:val="28"/>
          <w:szCs w:val="28"/>
          <w:rtl/>
        </w:rPr>
        <w:t>قع</w:t>
      </w:r>
      <w:r w:rsidRPr="0000691D">
        <w:rPr>
          <w:rFonts w:cs="B Mitra" w:hint="cs"/>
          <w:sz w:val="28"/>
          <w:szCs w:val="28"/>
          <w:rtl/>
        </w:rPr>
        <w:t>ی،</w:t>
      </w:r>
      <w:r w:rsidRPr="0000691D">
        <w:rPr>
          <w:rFonts w:cs="B Mitra"/>
          <w:sz w:val="28"/>
          <w:szCs w:val="28"/>
          <w:rtl/>
        </w:rPr>
        <w:t xml:space="preserve"> چ</w:t>
      </w:r>
      <w:r w:rsidRPr="0000691D">
        <w:rPr>
          <w:rFonts w:cs="B Mitra" w:hint="cs"/>
          <w:sz w:val="28"/>
          <w:szCs w:val="28"/>
          <w:rtl/>
        </w:rPr>
        <w:t>ی</w:t>
      </w:r>
      <w:r w:rsidRPr="0000691D">
        <w:rPr>
          <w:rFonts w:cs="B Mitra" w:hint="eastAsia"/>
          <w:sz w:val="28"/>
          <w:szCs w:val="28"/>
          <w:rtl/>
        </w:rPr>
        <w:t>ز</w:t>
      </w:r>
      <w:r w:rsidRPr="0000691D">
        <w:rPr>
          <w:rFonts w:cs="B Mitra" w:hint="cs"/>
          <w:sz w:val="28"/>
          <w:szCs w:val="28"/>
          <w:rtl/>
        </w:rPr>
        <w:t>ی</w:t>
      </w:r>
      <w:r w:rsidRPr="0000691D">
        <w:rPr>
          <w:rFonts w:cs="B Mitra"/>
          <w:sz w:val="28"/>
          <w:szCs w:val="28"/>
          <w:rtl/>
        </w:rPr>
        <w:t xml:space="preserve"> است که </w:t>
      </w:r>
      <w:r w:rsidRPr="0000691D">
        <w:rPr>
          <w:rFonts w:cs="B Mitra" w:hint="cs"/>
          <w:sz w:val="28"/>
          <w:szCs w:val="28"/>
          <w:rtl/>
        </w:rPr>
        <w:t xml:space="preserve">نحوه انجام </w:t>
      </w:r>
      <w:r w:rsidRPr="0000691D">
        <w:rPr>
          <w:rFonts w:cs="B Mitra"/>
          <w:sz w:val="28"/>
          <w:szCs w:val="28"/>
          <w:rtl/>
        </w:rPr>
        <w:t>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w:t>
      </w:r>
      <w:r w:rsidRPr="0000691D">
        <w:rPr>
          <w:rFonts w:cs="B Mitra" w:hint="cs"/>
          <w:sz w:val="28"/>
          <w:szCs w:val="28"/>
          <w:rtl/>
        </w:rPr>
        <w:t xml:space="preserve">کار </w:t>
      </w:r>
      <w:r w:rsidRPr="0000691D">
        <w:rPr>
          <w:rFonts w:cs="B Mitra"/>
          <w:sz w:val="28"/>
          <w:szCs w:val="28"/>
          <w:rtl/>
        </w:rPr>
        <w:t>را به گِلاید م</w:t>
      </w:r>
      <w:r w:rsidRPr="0000691D">
        <w:rPr>
          <w:rFonts w:cs="B Mitra" w:hint="cs"/>
          <w:sz w:val="28"/>
          <w:szCs w:val="28"/>
          <w:rtl/>
        </w:rPr>
        <w:t>ی‌</w:t>
      </w:r>
      <w:r w:rsidRPr="0000691D">
        <w:rPr>
          <w:rFonts w:cs="B Mitra" w:hint="eastAsia"/>
          <w:sz w:val="28"/>
          <w:szCs w:val="28"/>
          <w:rtl/>
        </w:rPr>
        <w:t>آموزد</w:t>
      </w:r>
      <w:r w:rsidRPr="0000691D">
        <w:rPr>
          <w:rFonts w:cs="B Mitra"/>
          <w:sz w:val="28"/>
          <w:szCs w:val="28"/>
          <w:rtl/>
        </w:rPr>
        <w:t>.</w:t>
      </w:r>
    </w:p>
    <w:p w:rsidR="00A75B1C" w:rsidRPr="0000691D" w:rsidRDefault="00A75B1C" w:rsidP="00DE310A">
      <w:pPr>
        <w:bidi/>
        <w:spacing w:line="360" w:lineRule="auto"/>
        <w:jc w:val="both"/>
        <w:rPr>
          <w:rFonts w:cs="B Mitra"/>
          <w:sz w:val="28"/>
          <w:szCs w:val="28"/>
          <w:rtl/>
        </w:rPr>
      </w:pPr>
      <w:r w:rsidRPr="0000691D">
        <w:rPr>
          <w:rFonts w:cs="B Mitra"/>
          <w:sz w:val="28"/>
          <w:szCs w:val="28"/>
          <w:rtl/>
        </w:rPr>
        <w:t xml:space="preserve">منبع: </w:t>
      </w:r>
      <w:hyperlink r:id="rId19" w:history="1">
        <w:r w:rsidRPr="0000691D">
          <w:rPr>
            <w:rStyle w:val="Hyperlink"/>
            <w:rFonts w:cs="B Mitra"/>
            <w:sz w:val="28"/>
            <w:szCs w:val="28"/>
            <w:rtl/>
          </w:rPr>
          <w:t>وب‌سایت وِب فرِندلی اِلپ</w:t>
        </w:r>
      </w:hyperlink>
    </w:p>
    <w:p w:rsidR="00A75B1C" w:rsidRDefault="00A75B1C" w:rsidP="00DE310A">
      <w:pPr>
        <w:bidi/>
        <w:spacing w:line="360" w:lineRule="auto"/>
        <w:jc w:val="both"/>
        <w:rPr>
          <w:rFonts w:cs="B Mitra"/>
          <w:sz w:val="28"/>
          <w:szCs w:val="28"/>
        </w:rPr>
      </w:pPr>
      <w:r w:rsidRPr="0000691D">
        <w:rPr>
          <w:rFonts w:cs="B Mitra"/>
          <w:sz w:val="28"/>
          <w:szCs w:val="28"/>
          <w:rtl/>
        </w:rPr>
        <w:t>ترجمه و گردآور</w:t>
      </w:r>
      <w:r w:rsidRPr="0000691D">
        <w:rPr>
          <w:rFonts w:cs="B Mitra" w:hint="cs"/>
          <w:sz w:val="28"/>
          <w:szCs w:val="28"/>
          <w:rtl/>
        </w:rPr>
        <w:t>ی</w:t>
      </w:r>
      <w:r w:rsidRPr="0000691D">
        <w:rPr>
          <w:rFonts w:cs="B Mitra"/>
          <w:sz w:val="28"/>
          <w:szCs w:val="28"/>
          <w:rtl/>
        </w:rPr>
        <w:t>: م</w:t>
      </w:r>
      <w:r w:rsidRPr="0000691D">
        <w:rPr>
          <w:rFonts w:cs="B Mitra" w:hint="cs"/>
          <w:sz w:val="28"/>
          <w:szCs w:val="28"/>
          <w:rtl/>
        </w:rPr>
        <w:t>ی</w:t>
      </w:r>
      <w:r w:rsidRPr="0000691D">
        <w:rPr>
          <w:rFonts w:cs="B Mitra" w:hint="eastAsia"/>
          <w:sz w:val="28"/>
          <w:szCs w:val="28"/>
          <w:rtl/>
        </w:rPr>
        <w:t>ثم</w:t>
      </w:r>
      <w:r w:rsidRPr="0000691D">
        <w:rPr>
          <w:rFonts w:cs="B Mitra"/>
          <w:sz w:val="28"/>
          <w:szCs w:val="28"/>
          <w:rtl/>
        </w:rPr>
        <w:t xml:space="preserve"> ام</w:t>
      </w:r>
      <w:r w:rsidRPr="0000691D">
        <w:rPr>
          <w:rFonts w:cs="B Mitra" w:hint="cs"/>
          <w:sz w:val="28"/>
          <w:szCs w:val="28"/>
          <w:rtl/>
        </w:rPr>
        <w:t>ی</w:t>
      </w:r>
      <w:r w:rsidRPr="0000691D">
        <w:rPr>
          <w:rFonts w:cs="B Mitra" w:hint="eastAsia"/>
          <w:sz w:val="28"/>
          <w:szCs w:val="28"/>
          <w:rtl/>
        </w:rPr>
        <w:t>ن</w:t>
      </w:r>
      <w:r w:rsidRPr="0000691D">
        <w:rPr>
          <w:rFonts w:cs="B Mitra" w:hint="cs"/>
          <w:sz w:val="28"/>
          <w:szCs w:val="28"/>
          <w:rtl/>
        </w:rPr>
        <w:t>ی</w:t>
      </w:r>
    </w:p>
    <w:p w:rsidR="00343601" w:rsidRPr="0000691D" w:rsidRDefault="00343601" w:rsidP="00343601">
      <w:pPr>
        <w:bidi/>
        <w:spacing w:line="360" w:lineRule="auto"/>
        <w:jc w:val="both"/>
        <w:rPr>
          <w:rFonts w:cs="B Mitra"/>
          <w:sz w:val="28"/>
          <w:szCs w:val="28"/>
          <w:rtl/>
        </w:rPr>
      </w:pPr>
    </w:p>
    <w:p w:rsidR="00A75B1C" w:rsidRPr="00343601" w:rsidRDefault="00A75B1C" w:rsidP="00343601">
      <w:pPr>
        <w:pStyle w:val="Heading2"/>
        <w:bidi/>
        <w:rPr>
          <w:rFonts w:eastAsia="Times New Roman" w:cs="B Mitra"/>
          <w:color w:val="4472C4" w:themeColor="accent5"/>
          <w:sz w:val="32"/>
          <w:szCs w:val="32"/>
          <w:rtl/>
        </w:rPr>
      </w:pPr>
      <w:bookmarkStart w:id="42" w:name="_Toc243400549"/>
      <w:r w:rsidRPr="00343601">
        <w:rPr>
          <w:rFonts w:ascii="Arial" w:eastAsia="Times New Roman" w:hAnsi="Arial" w:cs="B Mitra"/>
          <w:color w:val="4472C4" w:themeColor="accent5"/>
          <w:sz w:val="32"/>
          <w:szCs w:val="32"/>
          <w:rtl/>
        </w:rPr>
        <w:t xml:space="preserve">پیک تندرستی </w:t>
      </w:r>
      <w:r w:rsidRPr="00343601">
        <w:rPr>
          <w:rFonts w:ascii="Arial" w:eastAsia="Times New Roman" w:hAnsi="Arial" w:cs="B Mitra" w:hint="cs"/>
          <w:color w:val="4472C4" w:themeColor="accent5"/>
          <w:sz w:val="32"/>
          <w:szCs w:val="32"/>
          <w:rtl/>
          <w:lang w:bidi="fa-IR"/>
        </w:rPr>
        <w:t>مهر</w:t>
      </w:r>
      <w:r w:rsidRPr="00343601">
        <w:rPr>
          <w:rFonts w:ascii="Arial" w:eastAsia="Times New Roman" w:hAnsi="Arial" w:cs="B Mitra"/>
          <w:color w:val="4472C4" w:themeColor="accent5"/>
          <w:sz w:val="32"/>
          <w:szCs w:val="32"/>
          <w:rtl/>
        </w:rPr>
        <w:t xml:space="preserve"> ماه</w:t>
      </w:r>
      <w:r w:rsidR="00343601" w:rsidRPr="00343601">
        <w:rPr>
          <w:rFonts w:ascii="Arial" w:eastAsia="Times New Roman" w:hAnsi="Arial" w:cs="B Mitra"/>
          <w:color w:val="4472C4" w:themeColor="accent5"/>
          <w:sz w:val="32"/>
          <w:szCs w:val="32"/>
        </w:rPr>
        <w:t xml:space="preserve"> </w:t>
      </w:r>
      <w:r w:rsidR="00343601" w:rsidRPr="00343601">
        <w:rPr>
          <w:rFonts w:ascii="Arial" w:eastAsia="Times New Roman" w:hAnsi="Arial" w:cs="B Mitra" w:hint="cs"/>
          <w:color w:val="4472C4" w:themeColor="accent5"/>
          <w:sz w:val="32"/>
          <w:szCs w:val="32"/>
          <w:rtl/>
          <w:lang w:bidi="fa-IR"/>
        </w:rPr>
        <w:t xml:space="preserve">، </w:t>
      </w:r>
      <w:r w:rsidRPr="00343601">
        <w:rPr>
          <w:rFonts w:eastAsia="Times New Roman" w:cs="B Mitra" w:hint="cs"/>
          <w:color w:val="4472C4" w:themeColor="accent5"/>
          <w:sz w:val="32"/>
          <w:szCs w:val="32"/>
          <w:rtl/>
        </w:rPr>
        <w:t xml:space="preserve">عضلات پنهان، قدرتی که دیده </w:t>
      </w:r>
      <w:r w:rsidRPr="00343601">
        <w:rPr>
          <w:rFonts w:eastAsia="Times New Roman" w:cs="B Mitra" w:hint="eastAsia"/>
          <w:color w:val="4472C4" w:themeColor="accent5"/>
          <w:sz w:val="32"/>
          <w:szCs w:val="32"/>
          <w:rtl/>
        </w:rPr>
        <w:t>نم</w:t>
      </w:r>
      <w:r w:rsidRPr="00343601">
        <w:rPr>
          <w:rFonts w:eastAsia="Times New Roman" w:cs="B Mitra" w:hint="cs"/>
          <w:color w:val="4472C4" w:themeColor="accent5"/>
          <w:sz w:val="32"/>
          <w:szCs w:val="32"/>
          <w:rtl/>
        </w:rPr>
        <w:t>ی‌</w:t>
      </w:r>
      <w:r w:rsidRPr="00343601">
        <w:rPr>
          <w:rFonts w:eastAsia="Times New Roman" w:cs="B Mitra" w:hint="eastAsia"/>
          <w:color w:val="4472C4" w:themeColor="accent5"/>
          <w:sz w:val="32"/>
          <w:szCs w:val="32"/>
          <w:rtl/>
        </w:rPr>
        <w:t>شود</w:t>
      </w:r>
      <w:bookmarkEnd w:id="42"/>
    </w:p>
    <w:p w:rsidR="00A75B1C" w:rsidRPr="0000691D" w:rsidRDefault="00A75B1C" w:rsidP="0000691D">
      <w:pPr>
        <w:bidi/>
        <w:spacing w:line="360" w:lineRule="auto"/>
        <w:jc w:val="both"/>
        <w:rPr>
          <w:rFonts w:cs="B Mitra"/>
          <w:b/>
          <w:bCs/>
          <w:sz w:val="28"/>
          <w:szCs w:val="28"/>
          <w:lang w:bidi="fa-IR"/>
        </w:rPr>
      </w:pPr>
      <w:r w:rsidRPr="0000691D">
        <w:rPr>
          <w:rFonts w:ascii="Arial" w:eastAsia="Times New Roman" w:hAnsi="Arial" w:cs="B Mitra"/>
          <w:b/>
          <w:bCs/>
          <w:color w:val="222222"/>
          <w:sz w:val="28"/>
          <w:szCs w:val="28"/>
          <w:rtl/>
        </w:rPr>
        <w:t>مینا خانی</w:t>
      </w:r>
      <w:r w:rsidRPr="0000691D">
        <w:rPr>
          <w:rFonts w:ascii="Arial" w:eastAsia="Times New Roman" w:hAnsi="Arial" w:cs="B Mitra" w:hint="cs"/>
          <w:b/>
          <w:bCs/>
          <w:color w:val="222222"/>
          <w:sz w:val="28"/>
          <w:szCs w:val="28"/>
          <w:rtl/>
        </w:rPr>
        <w:t>،</w:t>
      </w:r>
      <w:r w:rsidRPr="0000691D">
        <w:rPr>
          <w:rFonts w:ascii="Arial" w:eastAsia="Times New Roman" w:hAnsi="Arial" w:cs="B Mitra"/>
          <w:b/>
          <w:bCs/>
          <w:color w:val="222222"/>
          <w:sz w:val="28"/>
          <w:szCs w:val="28"/>
          <w:rtl/>
        </w:rPr>
        <w:t xml:space="preserve"> کارشناس ارشد حرکات اصلاح</w:t>
      </w:r>
      <w:r w:rsidRPr="0000691D">
        <w:rPr>
          <w:rFonts w:ascii="Arial" w:eastAsia="Times New Roman" w:hAnsi="Arial" w:cs="B Mitra" w:hint="cs"/>
          <w:b/>
          <w:bCs/>
          <w:color w:val="222222"/>
          <w:sz w:val="28"/>
          <w:szCs w:val="28"/>
          <w:rtl/>
          <w:lang w:bidi="fa-IR"/>
        </w:rPr>
        <w:t>ی</w:t>
      </w:r>
    </w:p>
    <w:p w:rsidR="00A75B1C" w:rsidRDefault="00A75B1C" w:rsidP="0000691D">
      <w:pPr>
        <w:shd w:val="clear" w:color="auto" w:fill="FFFFFF"/>
        <w:bidi/>
        <w:spacing w:before="100" w:beforeAutospacing="1" w:after="100" w:afterAutospacing="1" w:line="360" w:lineRule="auto"/>
        <w:jc w:val="both"/>
        <w:rPr>
          <w:rFonts w:cs="B Mitra"/>
          <w:sz w:val="28"/>
          <w:szCs w:val="28"/>
          <w:lang w:bidi="fa-IR"/>
        </w:rPr>
      </w:pPr>
      <w:r w:rsidRPr="0000691D">
        <w:rPr>
          <w:rFonts w:cs="B Mitra" w:hint="cs"/>
          <w:sz w:val="28"/>
          <w:szCs w:val="28"/>
          <w:rtl/>
          <w:lang w:bidi="fa-IR"/>
        </w:rPr>
        <w:t xml:space="preserve">همراهان همیشگی پیک تندرستی سلام! باز هم </w:t>
      </w:r>
      <w:r w:rsidRPr="0000691D">
        <w:rPr>
          <w:rFonts w:cs="B Mitra"/>
          <w:sz w:val="28"/>
          <w:szCs w:val="28"/>
          <w:rtl/>
          <w:lang w:bidi="fa-IR"/>
        </w:rPr>
        <w:t>کنار هم</w:t>
      </w:r>
      <w:r w:rsidRPr="0000691D">
        <w:rPr>
          <w:rFonts w:cs="B Mitra" w:hint="cs"/>
          <w:sz w:val="28"/>
          <w:szCs w:val="28"/>
          <w:rtl/>
          <w:lang w:bidi="fa-IR"/>
        </w:rPr>
        <w:t xml:space="preserve"> جمع شده‌ایم تا درباره یکی از موضوعات مهم سلامت بیشتر بدانیم و چند قدم به سوی بدن سالم‌تر برداریم.</w:t>
      </w:r>
    </w:p>
    <w:p w:rsidR="00E25F8A" w:rsidRPr="0000691D" w:rsidRDefault="00E25F8A" w:rsidP="00E25F8A">
      <w:pPr>
        <w:shd w:val="clear" w:color="auto" w:fill="FFFFFF"/>
        <w:bidi/>
        <w:spacing w:before="100" w:beforeAutospacing="1" w:after="100" w:afterAutospacing="1" w:line="360" w:lineRule="auto"/>
        <w:jc w:val="center"/>
        <w:rPr>
          <w:rFonts w:ascii="Arial" w:eastAsia="Times New Roman" w:hAnsi="Arial" w:cs="B Mitra"/>
          <w:color w:val="222222"/>
          <w:sz w:val="28"/>
          <w:szCs w:val="28"/>
          <w:rtl/>
        </w:rPr>
      </w:pPr>
      <w:r>
        <w:rPr>
          <w:rFonts w:ascii="Arial" w:eastAsia="Times New Roman" w:hAnsi="Arial" w:cs="B Mitra"/>
          <w:noProof/>
          <w:color w:val="222222"/>
          <w:sz w:val="28"/>
          <w:szCs w:val="28"/>
          <w:rtl/>
        </w:rPr>
        <w:lastRenderedPageBreak/>
        <w:drawing>
          <wp:inline distT="0" distB="0" distL="0" distR="0">
            <wp:extent cx="3914775" cy="1973726"/>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عضلات پنهان، قدرتی که دیده نمی‌شود.jpg"/>
                    <pic:cNvPicPr/>
                  </pic:nvPicPr>
                  <pic:blipFill>
                    <a:blip r:embed="rId20">
                      <a:extLst>
                        <a:ext uri="{28A0092B-C50C-407E-A947-70E740481C1C}">
                          <a14:useLocalDpi xmlns:a14="http://schemas.microsoft.com/office/drawing/2010/main" val="0"/>
                        </a:ext>
                      </a:extLst>
                    </a:blip>
                    <a:stretch>
                      <a:fillRect/>
                    </a:stretch>
                  </pic:blipFill>
                  <pic:spPr>
                    <a:xfrm>
                      <a:off x="0" y="0"/>
                      <a:ext cx="3928299" cy="1980545"/>
                    </a:xfrm>
                    <a:prstGeom prst="rect">
                      <a:avLst/>
                    </a:prstGeom>
                  </pic:spPr>
                </pic:pic>
              </a:graphicData>
            </a:graphic>
          </wp:inline>
        </w:drawing>
      </w:r>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tl/>
        </w:rPr>
      </w:pPr>
      <w:r w:rsidRPr="0000691D">
        <w:rPr>
          <w:rFonts w:ascii="Arial" w:eastAsia="Times New Roman" w:hAnsi="Arial" w:cs="B Mitra" w:hint="cs"/>
          <w:color w:val="222222"/>
          <w:sz w:val="28"/>
          <w:szCs w:val="28"/>
          <w:rtl/>
        </w:rPr>
        <w:t xml:space="preserve">وقتی صحبت از ورزش و تناسب اندام می‌شود، </w:t>
      </w:r>
      <w:r w:rsidRPr="0000691D">
        <w:rPr>
          <w:rFonts w:ascii="Arial" w:eastAsia="Times New Roman" w:hAnsi="Arial" w:cs="B Mitra"/>
          <w:color w:val="222222"/>
          <w:sz w:val="28"/>
          <w:szCs w:val="28"/>
          <w:rtl/>
        </w:rPr>
        <w:t>معمولاً</w:t>
      </w:r>
      <w:r w:rsidRPr="0000691D">
        <w:rPr>
          <w:rFonts w:ascii="Arial" w:eastAsia="Times New Roman" w:hAnsi="Arial" w:cs="B Mitra" w:hint="cs"/>
          <w:color w:val="222222"/>
          <w:sz w:val="28"/>
          <w:szCs w:val="28"/>
          <w:rtl/>
        </w:rPr>
        <w:t xml:space="preserve"> به شکم، پاها و بازوها فکر می‌کنیم؛ اما، عضلات کف لگن بخش مهمی از بدن هستند که کمتر به آن‌ها توجه می‌شود؛ شاید برای شما هم اتفاق افتاده باشد که در اثر خندیدن شدید، بلند کردن اجسام یا یک پرش ساده یا حتی با یک عطسه، ادرار شما به صورت قطره‌ای یا به طور کامل خارج شود، بدون اینکه شما کنترلی روی آن داشته باشید؛ اینجاست که ابتدا مشکلات مجاری ادرار باید بررسی شود. اگر مشکل از این قسمت بدن نباشد، باید به عضلات کف لگن توجه ویژه‌ای کرد.</w:t>
      </w:r>
    </w:p>
    <w:p w:rsidR="00A75B1C" w:rsidRPr="00892350" w:rsidRDefault="00A75B1C" w:rsidP="00892350">
      <w:pPr>
        <w:pStyle w:val="Heading3"/>
        <w:bidi/>
        <w:rPr>
          <w:rFonts w:eastAsia="Times New Roman" w:cs="B Mitra"/>
          <w:sz w:val="28"/>
          <w:szCs w:val="28"/>
          <w:rtl/>
        </w:rPr>
      </w:pPr>
      <w:bookmarkStart w:id="43" w:name="_Toc243400550"/>
      <w:r w:rsidRPr="00892350">
        <w:rPr>
          <w:rFonts w:eastAsia="Times New Roman" w:cs="B Mitra" w:hint="cs"/>
          <w:color w:val="70AD47" w:themeColor="accent6"/>
          <w:sz w:val="28"/>
          <w:szCs w:val="28"/>
          <w:rtl/>
        </w:rPr>
        <w:t>آشنایی با عضلات کف لگن</w:t>
      </w:r>
      <w:bookmarkEnd w:id="43"/>
      <w:r w:rsidRPr="00892350">
        <w:rPr>
          <w:rFonts w:eastAsia="Times New Roman" w:cs="B Mitra" w:hint="cs"/>
          <w:color w:val="70AD47" w:themeColor="accent6"/>
          <w:sz w:val="28"/>
          <w:szCs w:val="28"/>
          <w:rtl/>
        </w:rPr>
        <w:t xml:space="preserve"> </w:t>
      </w:r>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tl/>
        </w:rPr>
      </w:pPr>
      <w:r w:rsidRPr="0000691D">
        <w:rPr>
          <w:rFonts w:ascii="Arial" w:eastAsia="Times New Roman" w:hAnsi="Arial" w:cs="B Mitra" w:hint="cs"/>
          <w:color w:val="222222"/>
          <w:sz w:val="28"/>
          <w:szCs w:val="28"/>
          <w:rtl/>
        </w:rPr>
        <w:t xml:space="preserve">کف لگن، مجموعه‌ای از عضلات و </w:t>
      </w:r>
      <w:r w:rsidRPr="0000691D">
        <w:rPr>
          <w:rFonts w:ascii="Arial" w:eastAsia="Times New Roman" w:hAnsi="Arial" w:cs="B Mitra"/>
          <w:color w:val="222222"/>
          <w:sz w:val="28"/>
          <w:szCs w:val="28"/>
          <w:rtl/>
        </w:rPr>
        <w:t>بافت‌هاست</w:t>
      </w:r>
      <w:r w:rsidRPr="0000691D">
        <w:rPr>
          <w:rFonts w:ascii="Arial" w:eastAsia="Times New Roman" w:hAnsi="Arial" w:cs="B Mitra" w:hint="cs"/>
          <w:color w:val="222222"/>
          <w:sz w:val="28"/>
          <w:szCs w:val="28"/>
          <w:rtl/>
        </w:rPr>
        <w:t xml:space="preserve"> که در پایین لگن قرار گرفته و مثل یک تکیه‌گاه برای اندام‌های داخلی لگن عمل می‌کند؛ این عضلات در کنترل ادرار و مدفوع و همچنین عملکردهای جنسی نقش دارند. یک مثال ساده: هنگام ادرار کردن یک یا </w:t>
      </w:r>
      <w:r w:rsidRPr="0000691D">
        <w:rPr>
          <w:rFonts w:ascii="Arial" w:eastAsia="Times New Roman" w:hAnsi="Arial" w:cs="B Mitra"/>
          <w:color w:val="222222"/>
          <w:sz w:val="28"/>
          <w:szCs w:val="28"/>
          <w:rtl/>
        </w:rPr>
        <w:t>چند بار</w:t>
      </w:r>
      <w:r w:rsidRPr="0000691D">
        <w:rPr>
          <w:rFonts w:ascii="Arial" w:eastAsia="Times New Roman" w:hAnsi="Arial" w:cs="B Mitra" w:hint="cs"/>
          <w:color w:val="222222"/>
          <w:sz w:val="28"/>
          <w:szCs w:val="28"/>
          <w:rtl/>
        </w:rPr>
        <w:t xml:space="preserve"> تلاش کنید جریان ادرار خود را متوقف کنید؛ این انقباضات و حرکات همان کارکرد صحیح عضلات کف لگن است.</w:t>
      </w:r>
    </w:p>
    <w:p w:rsidR="00A75B1C" w:rsidRPr="0000691D" w:rsidRDefault="00A75B1C" w:rsidP="0000691D">
      <w:pPr>
        <w:bidi/>
        <w:spacing w:line="360" w:lineRule="auto"/>
        <w:jc w:val="both"/>
        <w:rPr>
          <w:rFonts w:cs="B Mitra"/>
          <w:sz w:val="28"/>
          <w:szCs w:val="28"/>
          <w:rtl/>
        </w:rPr>
      </w:pPr>
      <w:r w:rsidRPr="0000691D">
        <w:rPr>
          <w:rFonts w:ascii="Arial" w:hAnsi="Arial" w:cs="B Mitra" w:hint="cs"/>
          <w:color w:val="222222"/>
          <w:sz w:val="28"/>
          <w:szCs w:val="28"/>
          <w:rtl/>
        </w:rPr>
        <w:t xml:space="preserve">افزایش سن، جراحی، بارداری و زایمان، </w:t>
      </w:r>
      <w:r w:rsidRPr="0000691D">
        <w:rPr>
          <w:rFonts w:cs="B Mitra" w:hint="cs"/>
          <w:sz w:val="28"/>
          <w:szCs w:val="28"/>
          <w:rtl/>
        </w:rPr>
        <w:t>عوامل</w:t>
      </w:r>
      <w:r w:rsidRPr="0000691D">
        <w:rPr>
          <w:rFonts w:cs="B Mitra"/>
          <w:sz w:val="28"/>
          <w:szCs w:val="28"/>
        </w:rPr>
        <w:t xml:space="preserve"> </w:t>
      </w:r>
      <w:r w:rsidRPr="0000691D">
        <w:rPr>
          <w:rFonts w:cs="B Mitra" w:hint="cs"/>
          <w:sz w:val="28"/>
          <w:szCs w:val="28"/>
          <w:rtl/>
        </w:rPr>
        <w:t>تأثیرگذار بر ضعف بیشتر عضلات کف لگن هستند.</w:t>
      </w:r>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tl/>
        </w:rPr>
      </w:pPr>
      <w:r w:rsidRPr="0000691D">
        <w:rPr>
          <w:rFonts w:ascii="Arial" w:eastAsia="Times New Roman" w:hAnsi="Arial" w:cs="B Mitra" w:hint="cs"/>
          <w:color w:val="222222"/>
          <w:sz w:val="28"/>
          <w:szCs w:val="28"/>
          <w:rtl/>
        </w:rPr>
        <w:t xml:space="preserve">هشدار: این توضیح برای شناخت و آگاهی از عضلات کف لگن </w:t>
      </w:r>
      <w:r w:rsidRPr="0000691D">
        <w:rPr>
          <w:rFonts w:ascii="Arial" w:eastAsia="Times New Roman" w:hAnsi="Arial" w:cs="B Mitra"/>
          <w:color w:val="222222"/>
          <w:sz w:val="28"/>
          <w:szCs w:val="28"/>
          <w:rtl/>
        </w:rPr>
        <w:t>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باشد</w:t>
      </w:r>
      <w:r w:rsidRPr="0000691D">
        <w:rPr>
          <w:rFonts w:ascii="Arial" w:eastAsia="Times New Roman" w:hAnsi="Arial" w:cs="B Mitra" w:hint="cs"/>
          <w:color w:val="222222"/>
          <w:sz w:val="28"/>
          <w:szCs w:val="28"/>
          <w:rtl/>
          <w:lang w:bidi="fa-IR"/>
        </w:rPr>
        <w:t>.</w:t>
      </w:r>
      <w:r w:rsidRPr="0000691D">
        <w:rPr>
          <w:rFonts w:ascii="Arial" w:eastAsia="Times New Roman" w:hAnsi="Arial" w:cs="B Mitra" w:hint="cs"/>
          <w:color w:val="222222"/>
          <w:sz w:val="28"/>
          <w:szCs w:val="28"/>
          <w:rtl/>
        </w:rPr>
        <w:t xml:space="preserve"> توصیه </w:t>
      </w:r>
      <w:r w:rsidRPr="0000691D">
        <w:rPr>
          <w:rFonts w:ascii="Arial" w:eastAsia="Times New Roman" w:hAnsi="Arial" w:cs="B Mitra"/>
          <w:color w:val="222222"/>
          <w:sz w:val="28"/>
          <w:szCs w:val="28"/>
          <w:rtl/>
        </w:rPr>
        <w:t>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شود</w:t>
      </w:r>
      <w:r w:rsidRPr="0000691D">
        <w:rPr>
          <w:rFonts w:ascii="Arial" w:eastAsia="Times New Roman" w:hAnsi="Arial" w:cs="B Mitra" w:hint="cs"/>
          <w:color w:val="222222"/>
          <w:sz w:val="28"/>
          <w:szCs w:val="28"/>
          <w:rtl/>
        </w:rPr>
        <w:t xml:space="preserve"> </w:t>
      </w:r>
      <w:r w:rsidRPr="0000691D">
        <w:rPr>
          <w:rFonts w:ascii="Arial" w:eastAsia="Times New Roman" w:hAnsi="Arial" w:cs="B Mitra"/>
          <w:color w:val="222222"/>
          <w:sz w:val="28"/>
          <w:szCs w:val="28"/>
          <w:rtl/>
        </w:rPr>
        <w:t>دائماً</w:t>
      </w:r>
      <w:r w:rsidRPr="0000691D">
        <w:rPr>
          <w:rFonts w:ascii="Arial" w:eastAsia="Times New Roman" w:hAnsi="Arial" w:cs="B Mitra" w:hint="cs"/>
          <w:color w:val="222222"/>
          <w:sz w:val="28"/>
          <w:szCs w:val="28"/>
          <w:rtl/>
        </w:rPr>
        <w:t xml:space="preserve"> این کار تکرار نشود؛ زیرا، موجب اختلال عملکرد این عضلات یا بروز مشکلات ادراری </w:t>
      </w:r>
      <w:r w:rsidRPr="0000691D">
        <w:rPr>
          <w:rFonts w:ascii="Arial" w:eastAsia="Times New Roman" w:hAnsi="Arial" w:cs="B Mitra"/>
          <w:color w:val="222222"/>
          <w:sz w:val="28"/>
          <w:szCs w:val="28"/>
          <w:rtl/>
        </w:rPr>
        <w:t>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شود</w:t>
      </w:r>
      <w:r w:rsidRPr="0000691D">
        <w:rPr>
          <w:rFonts w:ascii="Arial" w:eastAsia="Times New Roman" w:hAnsi="Arial" w:cs="B Mitra" w:hint="cs"/>
          <w:color w:val="222222"/>
          <w:sz w:val="28"/>
          <w:szCs w:val="28"/>
          <w:rtl/>
        </w:rPr>
        <w:t>.</w:t>
      </w:r>
    </w:p>
    <w:p w:rsidR="00A75B1C" w:rsidRPr="00892350" w:rsidRDefault="00A75B1C" w:rsidP="00892350">
      <w:pPr>
        <w:pStyle w:val="Heading3"/>
        <w:bidi/>
        <w:rPr>
          <w:rFonts w:eastAsia="Times New Roman" w:cs="B Mitra"/>
          <w:color w:val="70AD47" w:themeColor="accent6"/>
          <w:sz w:val="28"/>
          <w:szCs w:val="28"/>
          <w:rtl/>
        </w:rPr>
      </w:pPr>
      <w:bookmarkStart w:id="44" w:name="_Toc243400551"/>
      <w:r w:rsidRPr="00892350">
        <w:rPr>
          <w:rFonts w:eastAsia="Times New Roman" w:cs="B Mitra" w:hint="cs"/>
          <w:color w:val="70AD47" w:themeColor="accent6"/>
          <w:sz w:val="28"/>
          <w:szCs w:val="28"/>
          <w:rtl/>
        </w:rPr>
        <w:lastRenderedPageBreak/>
        <w:t>درباره تمرینات کِگِل</w:t>
      </w:r>
      <w:bookmarkEnd w:id="44"/>
      <w:r w:rsidRPr="00892350">
        <w:rPr>
          <w:rFonts w:eastAsia="Times New Roman" w:cs="B Mitra" w:hint="cs"/>
          <w:color w:val="70AD47" w:themeColor="accent6"/>
          <w:sz w:val="28"/>
          <w:szCs w:val="28"/>
          <w:rtl/>
        </w:rPr>
        <w:t xml:space="preserve"> </w:t>
      </w:r>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tl/>
        </w:rPr>
      </w:pPr>
      <w:r w:rsidRPr="0000691D">
        <w:rPr>
          <w:rFonts w:ascii="Arial" w:eastAsia="Times New Roman" w:hAnsi="Arial" w:cs="B Mitra" w:hint="cs"/>
          <w:color w:val="222222"/>
          <w:sz w:val="28"/>
          <w:szCs w:val="28"/>
          <w:rtl/>
        </w:rPr>
        <w:t>برای تقویت عضلات کف لگن و اندام‌های لگنی، تمریناتی وجود دارد که کِگِل نامیده شده‌اند؛ این تمرینات نقش مهمی بر کنترل مثانه، روده و رحم دارند و برای هر دو جنسیت</w:t>
      </w:r>
      <w:r w:rsidRPr="0000691D">
        <w:rPr>
          <w:rFonts w:ascii="Arial" w:eastAsia="Times New Roman" w:hAnsi="Arial" w:cs="B Mitra"/>
          <w:color w:val="222222"/>
          <w:sz w:val="28"/>
          <w:szCs w:val="28"/>
          <w:rtl/>
        </w:rPr>
        <w:t xml:space="preserve"> (</w:t>
      </w:r>
      <w:r w:rsidRPr="0000691D">
        <w:rPr>
          <w:rFonts w:ascii="Arial" w:eastAsia="Times New Roman" w:hAnsi="Arial" w:cs="B Mitra" w:hint="cs"/>
          <w:color w:val="222222"/>
          <w:sz w:val="28"/>
          <w:szCs w:val="28"/>
          <w:rtl/>
        </w:rPr>
        <w:t xml:space="preserve">خانم/آقا)، قابل استفاده می‌باشند اما، در خانم‌ها کاربرد بیشتری دارند. تمرینات کِگِل، باید متناسب با وضعیت بدنی فرد طراحی شود. </w:t>
      </w:r>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tl/>
        </w:rPr>
      </w:pPr>
      <w:r w:rsidRPr="0000691D">
        <w:rPr>
          <w:rFonts w:ascii="Arial" w:eastAsia="Times New Roman" w:hAnsi="Arial" w:cs="B Mitra" w:hint="cs"/>
          <w:color w:val="222222"/>
          <w:sz w:val="28"/>
          <w:szCs w:val="28"/>
          <w:rtl/>
        </w:rPr>
        <w:t xml:space="preserve">همان گونه که گفته شد، نیاز افراد به تمرینات کِگِل متفاوت است؛ </w:t>
      </w:r>
      <w:r w:rsidRPr="0000691D">
        <w:rPr>
          <w:rFonts w:ascii="Arial" w:eastAsia="Times New Roman" w:hAnsi="Arial" w:cs="B Mitra"/>
          <w:color w:val="222222"/>
          <w:sz w:val="28"/>
          <w:szCs w:val="28"/>
          <w:rtl/>
        </w:rPr>
        <w:t>مثلاً</w:t>
      </w:r>
      <w:r w:rsidRPr="0000691D">
        <w:rPr>
          <w:rFonts w:ascii="Arial" w:eastAsia="Times New Roman" w:hAnsi="Arial" w:cs="B Mitra" w:hint="cs"/>
          <w:color w:val="222222"/>
          <w:sz w:val="28"/>
          <w:szCs w:val="28"/>
          <w:rtl/>
        </w:rPr>
        <w:t xml:space="preserve"> نوع تمرینات در فردی که پس از زایمان دچار ضعف عضلات </w:t>
      </w:r>
      <w:r w:rsidRPr="0000691D">
        <w:rPr>
          <w:rFonts w:ascii="Arial" w:eastAsia="Times New Roman" w:hAnsi="Arial" w:cs="B Mitra"/>
          <w:color w:val="222222"/>
          <w:sz w:val="28"/>
          <w:szCs w:val="28"/>
          <w:rtl/>
        </w:rPr>
        <w:t>شده است</w:t>
      </w:r>
      <w:r w:rsidRPr="0000691D">
        <w:rPr>
          <w:rFonts w:ascii="Arial" w:eastAsia="Times New Roman" w:hAnsi="Arial" w:cs="B Mitra" w:hint="cs"/>
          <w:color w:val="222222"/>
          <w:sz w:val="28"/>
          <w:szCs w:val="28"/>
          <w:rtl/>
        </w:rPr>
        <w:t>، با تمرین‌های فردی که به علت افزایش سن یا دردهای لگنی دچار مشکل شده، تفاوت دارد.</w:t>
      </w:r>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tl/>
        </w:rPr>
      </w:pPr>
      <w:r w:rsidRPr="0000691D">
        <w:rPr>
          <w:rFonts w:ascii="Arial" w:eastAsia="Times New Roman" w:hAnsi="Arial" w:cs="B Mitra" w:hint="cs"/>
          <w:color w:val="222222"/>
          <w:sz w:val="28"/>
          <w:szCs w:val="28"/>
          <w:rtl/>
        </w:rPr>
        <w:t xml:space="preserve">نکته مهم اینجاست که انجام صحیح کِگِل، فقط به منقبض کردن عضلات خلاصه نمی‌شود؛ شناخت عضلات، اجرای صحیح و </w:t>
      </w:r>
      <w:r w:rsidRPr="0000691D">
        <w:rPr>
          <w:rFonts w:ascii="Arial" w:eastAsia="Times New Roman" w:hAnsi="Arial" w:cs="B Mitra"/>
          <w:color w:val="222222"/>
          <w:sz w:val="28"/>
          <w:szCs w:val="28"/>
          <w:rtl/>
        </w:rPr>
        <w:t>همچن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hint="cs"/>
          <w:color w:val="222222"/>
          <w:sz w:val="28"/>
          <w:szCs w:val="28"/>
          <w:rtl/>
        </w:rPr>
        <w:t xml:space="preserve"> استراحت دادن به آن‌ها اهمیت زیادی دارد. گاهی چیزی که بدن نیاز دارد، به جای انقباض بیشتر، یادگیری صحیح رها کردن و شل کردن عضلات در این تمرین‌ها است؛ طبق مطالعات، حداقل 8 هفته به اجرای تمرینات کِگِل توصیه می‌شود؛  همچنین، استمرار در انجام این تمرینات برای همیشه موضوع بسیار مهمی است.</w:t>
      </w:r>
    </w:p>
    <w:p w:rsidR="00A75B1C" w:rsidRPr="00892350" w:rsidRDefault="00A75B1C" w:rsidP="00892350">
      <w:pPr>
        <w:pStyle w:val="Heading3"/>
        <w:bidi/>
        <w:rPr>
          <w:rFonts w:eastAsia="Times New Roman" w:cs="B Mitra"/>
          <w:color w:val="70AD47" w:themeColor="accent6"/>
          <w:sz w:val="28"/>
          <w:szCs w:val="28"/>
          <w:rtl/>
        </w:rPr>
      </w:pPr>
      <w:bookmarkStart w:id="45" w:name="_Toc243400552"/>
      <w:r w:rsidRPr="00892350">
        <w:rPr>
          <w:rFonts w:eastAsia="Times New Roman" w:cs="B Mitra" w:hint="cs"/>
          <w:color w:val="70AD47" w:themeColor="accent6"/>
          <w:sz w:val="28"/>
          <w:szCs w:val="28"/>
          <w:rtl/>
        </w:rPr>
        <w:t>مزایای اجرای تمرینات کِگِل</w:t>
      </w:r>
      <w:bookmarkEnd w:id="45"/>
    </w:p>
    <w:p w:rsidR="00A75B1C" w:rsidRPr="0000691D" w:rsidRDefault="00A75B1C" w:rsidP="0000691D">
      <w:pPr>
        <w:pStyle w:val="ListParagraph"/>
        <w:shd w:val="clear" w:color="auto" w:fill="FFFFFF"/>
        <w:bidi/>
        <w:spacing w:before="100" w:beforeAutospacing="1" w:after="100" w:afterAutospacing="1" w:line="360" w:lineRule="auto"/>
        <w:ind w:left="360"/>
        <w:jc w:val="both"/>
        <w:rPr>
          <w:rFonts w:ascii="Arial" w:eastAsia="Times New Roman" w:hAnsi="Arial" w:cs="B Mitra"/>
          <w:color w:val="222222"/>
          <w:sz w:val="28"/>
          <w:szCs w:val="28"/>
        </w:rPr>
      </w:pPr>
      <w:r w:rsidRPr="0000691D">
        <w:rPr>
          <w:rFonts w:ascii="Arial" w:eastAsia="Times New Roman" w:hAnsi="Arial" w:cs="B Mitra" w:hint="cs"/>
          <w:color w:val="222222"/>
          <w:sz w:val="28"/>
          <w:szCs w:val="28"/>
          <w:rtl/>
        </w:rPr>
        <w:t>موارد زیر از مزایای این تمرین‌ها هستند:</w:t>
      </w:r>
    </w:p>
    <w:p w:rsidR="00A75B1C" w:rsidRPr="0000691D" w:rsidRDefault="00A75B1C" w:rsidP="0000691D">
      <w:pPr>
        <w:pStyle w:val="ListParagraph"/>
        <w:numPr>
          <w:ilvl w:val="0"/>
          <w:numId w:val="15"/>
        </w:num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hint="cs"/>
          <w:color w:val="222222"/>
          <w:sz w:val="28"/>
          <w:szCs w:val="28"/>
          <w:rtl/>
        </w:rPr>
        <w:t>پیشگیری و کاهش بی‌اختیاری استرسی ادرار</w:t>
      </w:r>
      <w:r w:rsidRPr="0000691D">
        <w:rPr>
          <w:rFonts w:ascii="Arial" w:eastAsia="Times New Roman" w:hAnsi="Arial" w:cs="B Mitra"/>
          <w:color w:val="222222"/>
          <w:sz w:val="28"/>
          <w:szCs w:val="28"/>
        </w:rPr>
        <w:t xml:space="preserve"> </w:t>
      </w:r>
      <w:r w:rsidRPr="0000691D">
        <w:rPr>
          <w:rFonts w:ascii="Arial" w:eastAsia="Times New Roman" w:hAnsi="Arial" w:cs="B Mitra" w:hint="cs"/>
          <w:color w:val="222222"/>
          <w:sz w:val="28"/>
          <w:szCs w:val="28"/>
          <w:rtl/>
        </w:rPr>
        <w:t>و افتادگی اندام تناسلی در زنان</w:t>
      </w:r>
    </w:p>
    <w:p w:rsidR="00A75B1C" w:rsidRPr="0000691D" w:rsidRDefault="00A75B1C" w:rsidP="0000691D">
      <w:pPr>
        <w:pStyle w:val="ListParagraph"/>
        <w:numPr>
          <w:ilvl w:val="0"/>
          <w:numId w:val="15"/>
        </w:num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hint="cs"/>
          <w:color w:val="222222"/>
          <w:sz w:val="28"/>
          <w:szCs w:val="28"/>
          <w:rtl/>
        </w:rPr>
        <w:t>جلوگیری از بی‌اختیاری دفع ادرار و مدفوع در دوران بارداری و پس از آن</w:t>
      </w:r>
    </w:p>
    <w:p w:rsidR="00A75B1C" w:rsidRPr="0000691D" w:rsidRDefault="00A75B1C" w:rsidP="0000691D">
      <w:pPr>
        <w:pStyle w:val="ListParagraph"/>
        <w:numPr>
          <w:ilvl w:val="0"/>
          <w:numId w:val="15"/>
        </w:num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hint="cs"/>
          <w:color w:val="222222"/>
          <w:sz w:val="28"/>
          <w:szCs w:val="28"/>
          <w:rtl/>
        </w:rPr>
        <w:t>بهبود بی‌اختیاری ادرار در مردان پس از جراحی پروستات</w:t>
      </w:r>
    </w:p>
    <w:p w:rsidR="00A75B1C" w:rsidRPr="0000691D" w:rsidRDefault="00A75B1C" w:rsidP="0000691D">
      <w:pPr>
        <w:pStyle w:val="ListParagraph"/>
        <w:numPr>
          <w:ilvl w:val="0"/>
          <w:numId w:val="15"/>
        </w:num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hint="cs"/>
          <w:color w:val="222222"/>
          <w:sz w:val="28"/>
          <w:szCs w:val="28"/>
          <w:rtl/>
        </w:rPr>
        <w:t xml:space="preserve">کاهش مشکلات هموروئید و بواسیر </w:t>
      </w:r>
    </w:p>
    <w:p w:rsidR="00A75B1C" w:rsidRPr="0000691D" w:rsidRDefault="00A75B1C" w:rsidP="0000691D">
      <w:pPr>
        <w:pStyle w:val="ListParagraph"/>
        <w:numPr>
          <w:ilvl w:val="0"/>
          <w:numId w:val="15"/>
        </w:num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hint="cs"/>
          <w:color w:val="222222"/>
          <w:sz w:val="28"/>
          <w:szCs w:val="28"/>
          <w:rtl/>
        </w:rPr>
        <w:t xml:space="preserve">کاهش دردهای قاعدگی در بعضی از افراد، بر اساس برخی شواهد علمی جدید </w:t>
      </w:r>
    </w:p>
    <w:p w:rsidR="00A75B1C" w:rsidRPr="0000691D" w:rsidRDefault="00A75B1C" w:rsidP="0000691D">
      <w:pPr>
        <w:pStyle w:val="ListParagraph"/>
        <w:numPr>
          <w:ilvl w:val="0"/>
          <w:numId w:val="15"/>
        </w:num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hint="cs"/>
          <w:color w:val="222222"/>
          <w:sz w:val="28"/>
          <w:szCs w:val="28"/>
          <w:rtl/>
        </w:rPr>
        <w:t xml:space="preserve">کاهش دردهای لگنی </w:t>
      </w:r>
    </w:p>
    <w:p w:rsidR="00A75B1C" w:rsidRPr="0000691D" w:rsidRDefault="00A75B1C" w:rsidP="0000691D">
      <w:pPr>
        <w:pStyle w:val="ListParagraph"/>
        <w:numPr>
          <w:ilvl w:val="0"/>
          <w:numId w:val="15"/>
        </w:num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hint="cs"/>
          <w:color w:val="222222"/>
          <w:sz w:val="28"/>
          <w:szCs w:val="28"/>
          <w:rtl/>
        </w:rPr>
        <w:t xml:space="preserve">کاهش و بهبود ضعف عضلات لگن و عضلات </w:t>
      </w:r>
      <w:r w:rsidRPr="0000691D">
        <w:rPr>
          <w:rFonts w:ascii="Arial" w:eastAsia="Times New Roman" w:hAnsi="Arial" w:cs="B Mitra"/>
          <w:color w:val="222222"/>
          <w:sz w:val="28"/>
          <w:szCs w:val="28"/>
          <w:rtl/>
        </w:rPr>
        <w:t>ثبات‌دهنده</w:t>
      </w:r>
      <w:r w:rsidRPr="0000691D">
        <w:rPr>
          <w:rFonts w:ascii="Arial" w:eastAsia="Times New Roman" w:hAnsi="Arial" w:cs="B Mitra" w:hint="cs"/>
          <w:color w:val="222222"/>
          <w:sz w:val="28"/>
          <w:szCs w:val="28"/>
          <w:rtl/>
        </w:rPr>
        <w:t xml:space="preserve"> مرکزی بدن</w:t>
      </w:r>
    </w:p>
    <w:p w:rsidR="00A75B1C" w:rsidRPr="0000691D" w:rsidRDefault="00A75B1C" w:rsidP="0000691D">
      <w:pPr>
        <w:pStyle w:val="ListParagraph"/>
        <w:numPr>
          <w:ilvl w:val="0"/>
          <w:numId w:val="15"/>
        </w:num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hint="cs"/>
          <w:color w:val="222222"/>
          <w:sz w:val="28"/>
          <w:szCs w:val="28"/>
          <w:rtl/>
        </w:rPr>
        <w:t>بهبود و رضایت جنسی بیشتر در زنان</w:t>
      </w:r>
    </w:p>
    <w:p w:rsidR="00A75B1C" w:rsidRPr="0000691D" w:rsidRDefault="00A75B1C" w:rsidP="0000691D">
      <w:pPr>
        <w:pStyle w:val="ListParagraph"/>
        <w:shd w:val="clear" w:color="auto" w:fill="FFFFFF"/>
        <w:bidi/>
        <w:spacing w:before="100" w:beforeAutospacing="1" w:after="100" w:afterAutospacing="1" w:line="360" w:lineRule="auto"/>
        <w:ind w:left="360"/>
        <w:jc w:val="both"/>
        <w:rPr>
          <w:rFonts w:ascii="Arial" w:eastAsia="Times New Roman" w:hAnsi="Arial" w:cs="B Mitra"/>
          <w:color w:val="222222"/>
          <w:sz w:val="28"/>
          <w:szCs w:val="28"/>
          <w:rtl/>
        </w:rPr>
      </w:pPr>
      <w:r w:rsidRPr="0000691D">
        <w:rPr>
          <w:rFonts w:ascii="Arial" w:eastAsia="Times New Roman" w:hAnsi="Arial" w:cs="B Mitra" w:hint="cs"/>
          <w:color w:val="222222"/>
          <w:sz w:val="28"/>
          <w:szCs w:val="28"/>
          <w:rtl/>
        </w:rPr>
        <w:lastRenderedPageBreak/>
        <w:t xml:space="preserve">ساده‌ترین تمرین، در حالت نشسته یا خوابیده اجرا </w:t>
      </w:r>
      <w:r w:rsidRPr="0000691D">
        <w:rPr>
          <w:rFonts w:ascii="Arial" w:eastAsia="Times New Roman" w:hAnsi="Arial" w:cs="B Mitra"/>
          <w:color w:val="222222"/>
          <w:sz w:val="28"/>
          <w:szCs w:val="28"/>
          <w:rtl/>
        </w:rPr>
        <w:t>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شود</w:t>
      </w:r>
      <w:r w:rsidRPr="0000691D">
        <w:rPr>
          <w:rFonts w:ascii="Arial" w:eastAsia="Times New Roman" w:hAnsi="Arial" w:cs="B Mitra" w:hint="cs"/>
          <w:color w:val="222222"/>
          <w:sz w:val="28"/>
          <w:szCs w:val="28"/>
          <w:rtl/>
        </w:rPr>
        <w:t xml:space="preserve">؛ </w:t>
      </w:r>
      <w:r w:rsidRPr="0000691D">
        <w:rPr>
          <w:rFonts w:ascii="Arial" w:eastAsia="Times New Roman" w:hAnsi="Arial" w:cs="B Mitra"/>
          <w:color w:val="222222"/>
          <w:sz w:val="28"/>
          <w:szCs w:val="28"/>
          <w:rtl/>
        </w:rPr>
        <w:t>درحال</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که</w:t>
      </w:r>
      <w:r w:rsidRPr="0000691D">
        <w:rPr>
          <w:rFonts w:ascii="Arial" w:eastAsia="Times New Roman" w:hAnsi="Arial" w:cs="B Mitra" w:hint="cs"/>
          <w:color w:val="222222"/>
          <w:sz w:val="28"/>
          <w:szCs w:val="28"/>
          <w:rtl/>
        </w:rPr>
        <w:t xml:space="preserve"> بدن در حالت ریلکس قرار دارد، عضلات کف لگن را به آرامی به سمت بالا و داخل جمع کنید. وقتی می‌خواهم برای بچه‌های خودم توضیح بدهم، طوری که راحت و قابل درک باشد، می‌گویم: «نافتون رو به سمت داخل و پایین شکم بکشید و گودی کمر رو به سمت زمین نزدیک کنید». چند ثانیه در این حالت بمانید و سپس عضلات را رها کنید. چندین بار این مراحل را تکرار کنید. در آغاز، ممکن است این فشردگی و انقباض را یکی دو ثانیه بتوانید نگه دارید اما کم‌کم آن را افزایش دهید. نکته مهم این است که </w:t>
      </w:r>
      <w:r w:rsidRPr="0000691D">
        <w:rPr>
          <w:rFonts w:ascii="Arial" w:eastAsia="Times New Roman" w:hAnsi="Arial" w:cs="B Mitra"/>
          <w:color w:val="222222"/>
          <w:sz w:val="28"/>
          <w:szCs w:val="28"/>
          <w:rtl/>
        </w:rPr>
        <w:t>حتماً</w:t>
      </w:r>
      <w:r w:rsidRPr="0000691D">
        <w:rPr>
          <w:rFonts w:ascii="Arial" w:eastAsia="Times New Roman" w:hAnsi="Arial" w:cs="B Mitra" w:hint="cs"/>
          <w:color w:val="222222"/>
          <w:sz w:val="28"/>
          <w:szCs w:val="28"/>
          <w:rtl/>
        </w:rPr>
        <w:t xml:space="preserve"> باید عضلات کف لگن منقبض شود. </w:t>
      </w:r>
    </w:p>
    <w:p w:rsidR="00A75B1C" w:rsidRPr="0000691D" w:rsidRDefault="00A75B1C" w:rsidP="0000691D">
      <w:pPr>
        <w:pStyle w:val="ListParagraph"/>
        <w:shd w:val="clear" w:color="auto" w:fill="FFFFFF"/>
        <w:bidi/>
        <w:spacing w:before="100" w:beforeAutospacing="1" w:after="100" w:afterAutospacing="1" w:line="360" w:lineRule="auto"/>
        <w:ind w:left="360"/>
        <w:jc w:val="both"/>
        <w:rPr>
          <w:rFonts w:ascii="Arial" w:eastAsia="Times New Roman" w:hAnsi="Arial" w:cs="B Mitra"/>
          <w:color w:val="222222"/>
          <w:sz w:val="28"/>
          <w:szCs w:val="28"/>
          <w:rtl/>
        </w:rPr>
      </w:pPr>
      <w:r w:rsidRPr="0000691D">
        <w:rPr>
          <w:rFonts w:ascii="Arial" w:eastAsia="Times New Roman" w:hAnsi="Arial" w:cs="B Mitra" w:hint="cs"/>
          <w:color w:val="222222"/>
          <w:sz w:val="28"/>
          <w:szCs w:val="28"/>
          <w:rtl/>
        </w:rPr>
        <w:t xml:space="preserve">دو مدل انقباض داریم: انقباض آهسته و انقباض سریع؛ انقباض آهسته در تمرینات پیش رو باید انجام شود که نیازمند قدرت، استقامت و زمان کافی است. انقباضات سریع در مواقع مواجهه با عطسه یا سرفه و بلند کردن اشیا که به زمان کمی احتیاج دارد اجرا </w:t>
      </w:r>
      <w:r w:rsidRPr="0000691D">
        <w:rPr>
          <w:rFonts w:ascii="Arial" w:eastAsia="Times New Roman" w:hAnsi="Arial" w:cs="B Mitra"/>
          <w:color w:val="222222"/>
          <w:sz w:val="28"/>
          <w:szCs w:val="28"/>
          <w:rtl/>
        </w:rPr>
        <w:t>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شود</w:t>
      </w:r>
      <w:r w:rsidRPr="0000691D">
        <w:rPr>
          <w:rFonts w:ascii="Arial" w:eastAsia="Times New Roman" w:hAnsi="Arial" w:cs="B Mitra" w:hint="cs"/>
          <w:color w:val="222222"/>
          <w:sz w:val="28"/>
          <w:szCs w:val="28"/>
          <w:rtl/>
        </w:rPr>
        <w:t>.</w:t>
      </w:r>
    </w:p>
    <w:p w:rsidR="00A75B1C" w:rsidRPr="00892350" w:rsidRDefault="00A75B1C" w:rsidP="00892350">
      <w:pPr>
        <w:pStyle w:val="Heading3"/>
        <w:bidi/>
        <w:rPr>
          <w:rFonts w:eastAsia="Times New Roman" w:cs="B Mitra"/>
          <w:color w:val="70AD47" w:themeColor="accent6"/>
          <w:sz w:val="28"/>
          <w:szCs w:val="28"/>
          <w:rtl/>
        </w:rPr>
      </w:pPr>
      <w:bookmarkStart w:id="46" w:name="_Toc243400553"/>
      <w:r w:rsidRPr="00892350">
        <w:rPr>
          <w:rFonts w:eastAsia="Times New Roman" w:cs="B Mitra" w:hint="cs"/>
          <w:color w:val="70AD47" w:themeColor="accent6"/>
          <w:sz w:val="28"/>
          <w:szCs w:val="28"/>
          <w:rtl/>
        </w:rPr>
        <w:t>اشتباهات رایج در اجرا</w:t>
      </w:r>
      <w:bookmarkEnd w:id="46"/>
    </w:p>
    <w:p w:rsidR="00A75B1C" w:rsidRPr="0000691D" w:rsidRDefault="00A75B1C" w:rsidP="0000691D">
      <w:pPr>
        <w:pStyle w:val="ListParagraph"/>
        <w:shd w:val="clear" w:color="auto" w:fill="FFFFFF"/>
        <w:bidi/>
        <w:spacing w:before="100" w:beforeAutospacing="1" w:after="100" w:afterAutospacing="1" w:line="360" w:lineRule="auto"/>
        <w:ind w:left="360"/>
        <w:jc w:val="both"/>
        <w:rPr>
          <w:rFonts w:ascii="Arial" w:eastAsia="Times New Roman" w:hAnsi="Arial" w:cs="B Mitra"/>
          <w:color w:val="222222"/>
          <w:sz w:val="28"/>
          <w:szCs w:val="28"/>
          <w:rtl/>
        </w:rPr>
      </w:pPr>
      <w:r w:rsidRPr="0000691D">
        <w:rPr>
          <w:rFonts w:ascii="Arial" w:eastAsia="Times New Roman" w:hAnsi="Arial" w:cs="B Mitra" w:hint="cs"/>
          <w:color w:val="222222"/>
          <w:sz w:val="28"/>
          <w:szCs w:val="28"/>
          <w:rtl/>
        </w:rPr>
        <w:t>حبس کردن نفس،  انقباض اشتباه در لگن</w:t>
      </w:r>
      <w:r w:rsidRPr="0000691D">
        <w:rPr>
          <w:rFonts w:ascii="Arial" w:eastAsia="Times New Roman" w:hAnsi="Arial" w:cs="B Mitra"/>
          <w:color w:val="222222"/>
          <w:sz w:val="28"/>
          <w:szCs w:val="28"/>
          <w:rtl/>
        </w:rPr>
        <w:t>،</w:t>
      </w:r>
      <w:r w:rsidRPr="0000691D">
        <w:rPr>
          <w:rFonts w:ascii="Arial" w:eastAsia="Times New Roman" w:hAnsi="Arial" w:cs="B Mitra" w:hint="cs"/>
          <w:color w:val="222222"/>
          <w:sz w:val="28"/>
          <w:szCs w:val="28"/>
          <w:rtl/>
        </w:rPr>
        <w:t xml:space="preserve"> شکم و قسمت داخلی ران پا و ایجاد انقباض بدون مرحله رها سازی  از اشتباهات رایج در انجام این تمرین‌ها هستند.</w:t>
      </w:r>
    </w:p>
    <w:p w:rsidR="00A75B1C" w:rsidRPr="00892350" w:rsidRDefault="00A75B1C" w:rsidP="00892350">
      <w:pPr>
        <w:pStyle w:val="Heading3"/>
        <w:bidi/>
        <w:rPr>
          <w:rFonts w:eastAsia="Times New Roman" w:cs="B Mitra"/>
          <w:color w:val="70AD47" w:themeColor="accent6"/>
          <w:sz w:val="28"/>
          <w:szCs w:val="28"/>
          <w:rtl/>
        </w:rPr>
      </w:pPr>
      <w:bookmarkStart w:id="47" w:name="_Toc243400554"/>
      <w:r w:rsidRPr="00892350">
        <w:rPr>
          <w:rFonts w:eastAsia="Times New Roman" w:cs="B Mitra" w:hint="cs"/>
          <w:color w:val="70AD47" w:themeColor="accent6"/>
          <w:sz w:val="28"/>
          <w:szCs w:val="28"/>
          <w:rtl/>
        </w:rPr>
        <w:t>چه کسانی برای انجام تمرینات به اجازه پزشک نیاز دارند؟</w:t>
      </w:r>
      <w:bookmarkEnd w:id="47"/>
    </w:p>
    <w:p w:rsidR="00A75B1C" w:rsidRPr="0000691D" w:rsidRDefault="00A75B1C" w:rsidP="0000691D">
      <w:pPr>
        <w:shd w:val="clear" w:color="auto" w:fill="FFFFFF"/>
        <w:bidi/>
        <w:spacing w:before="100" w:beforeAutospacing="1" w:after="100" w:afterAutospacing="1" w:line="360" w:lineRule="auto"/>
        <w:ind w:left="360"/>
        <w:jc w:val="both"/>
        <w:rPr>
          <w:rFonts w:ascii="Arial" w:eastAsia="Times New Roman" w:hAnsi="Arial" w:cs="B Mitra"/>
          <w:color w:val="222222"/>
          <w:sz w:val="28"/>
          <w:szCs w:val="28"/>
        </w:rPr>
      </w:pPr>
      <w:r w:rsidRPr="0000691D">
        <w:rPr>
          <w:rFonts w:ascii="Arial" w:eastAsia="Times New Roman" w:hAnsi="Arial" w:cs="B Mitra" w:hint="cs"/>
          <w:color w:val="222222"/>
          <w:sz w:val="28"/>
          <w:szCs w:val="28"/>
          <w:rtl/>
        </w:rPr>
        <w:t>کسانی که در لگن یا نواحی تناسلی درد مداوم دارند؛ آن‌هایی که در حین رابطه جنسی و ادرار، درد احساس می‌کنند؛ افرادی که دچار عفونت ادراری هستند؛ اشخاصی که در ادرار یا مدفوع خود خون می‌بینند؛ کسانی که در نواحی لگن، پروستات</w:t>
      </w:r>
      <w:r w:rsidRPr="0000691D">
        <w:rPr>
          <w:rFonts w:ascii="Arial" w:eastAsia="Times New Roman" w:hAnsi="Arial" w:cs="B Mitra"/>
          <w:color w:val="222222"/>
          <w:sz w:val="28"/>
          <w:szCs w:val="28"/>
          <w:rtl/>
        </w:rPr>
        <w:t>،</w:t>
      </w:r>
      <w:r w:rsidRPr="0000691D">
        <w:rPr>
          <w:rFonts w:ascii="Arial" w:eastAsia="Times New Roman" w:hAnsi="Arial" w:cs="B Mitra" w:hint="cs"/>
          <w:color w:val="222222"/>
          <w:sz w:val="28"/>
          <w:szCs w:val="28"/>
          <w:rtl/>
        </w:rPr>
        <w:t xml:space="preserve"> شکم و رحم سابقه جراحی مثل سزارین دارند و در نهایت، بیماران عصبی مثل آسیب‌های نخاعی یا </w:t>
      </w:r>
      <w:r w:rsidRPr="0000691D">
        <w:rPr>
          <w:rFonts w:ascii="Arial" w:eastAsia="Times New Roman" w:hAnsi="Arial" w:cs="B Mitra"/>
          <w:color w:val="222222"/>
          <w:sz w:val="28"/>
          <w:szCs w:val="28"/>
          <w:rtl/>
        </w:rPr>
        <w:t>ب</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مار</w:t>
      </w:r>
      <w:r w:rsidRPr="0000691D">
        <w:rPr>
          <w:rFonts w:ascii="Arial" w:eastAsia="Times New Roman" w:hAnsi="Arial" w:cs="B Mitra" w:hint="cs"/>
          <w:color w:val="222222"/>
          <w:sz w:val="28"/>
          <w:szCs w:val="28"/>
          <w:rtl/>
        </w:rPr>
        <w:t>ی ‌</w:t>
      </w:r>
      <w:r w:rsidRPr="0000691D">
        <w:rPr>
          <w:rFonts w:ascii="Arial" w:eastAsia="Times New Roman" w:hAnsi="Arial" w:cs="B Mitra" w:hint="eastAsia"/>
          <w:color w:val="222222"/>
          <w:sz w:val="28"/>
          <w:szCs w:val="28"/>
          <w:rtl/>
        </w:rPr>
        <w:t>ام</w:t>
      </w:r>
      <w:r w:rsidRPr="0000691D">
        <w:rPr>
          <w:rFonts w:ascii="Arial" w:eastAsia="Times New Roman" w:hAnsi="Arial" w:cs="B Mitra" w:hint="cs"/>
          <w:color w:val="222222"/>
          <w:sz w:val="28"/>
          <w:szCs w:val="28"/>
          <w:rtl/>
        </w:rPr>
        <w:t>‌اس، سکته مغزی و  بارداری‌های پر خطر.</w:t>
      </w:r>
    </w:p>
    <w:p w:rsidR="00A75B1C" w:rsidRPr="00892350" w:rsidRDefault="00A75B1C" w:rsidP="00892350">
      <w:pPr>
        <w:pStyle w:val="Heading3"/>
        <w:bidi/>
        <w:rPr>
          <w:rFonts w:eastAsia="Times New Roman" w:cs="B Mitra"/>
          <w:color w:val="70AD47" w:themeColor="accent6"/>
          <w:sz w:val="28"/>
          <w:szCs w:val="28"/>
        </w:rPr>
      </w:pPr>
      <w:bookmarkStart w:id="48" w:name="_Toc243400555"/>
      <w:r w:rsidRPr="00892350">
        <w:rPr>
          <w:rFonts w:eastAsia="Times New Roman" w:cs="B Mitra"/>
          <w:color w:val="70AD47" w:themeColor="accent6"/>
          <w:sz w:val="28"/>
          <w:szCs w:val="28"/>
          <w:rtl/>
        </w:rPr>
        <w:lastRenderedPageBreak/>
        <w:t>قبل از شروع</w:t>
      </w:r>
      <w:bookmarkEnd w:id="48"/>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color w:val="222222"/>
          <w:sz w:val="28"/>
          <w:szCs w:val="28"/>
          <w:rtl/>
        </w:rPr>
        <w:t>برا</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پ</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دا</w:t>
      </w:r>
      <w:r w:rsidRPr="0000691D">
        <w:rPr>
          <w:rFonts w:ascii="Arial" w:eastAsia="Times New Roman" w:hAnsi="Arial" w:cs="B Mitra"/>
          <w:color w:val="222222"/>
          <w:sz w:val="28"/>
          <w:szCs w:val="28"/>
          <w:rtl/>
        </w:rPr>
        <w:t xml:space="preserve"> کردن عضلات کف لگن، تصور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خواه</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هم‌زمان جلو</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خروج ادرار و گاز را بگ</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ر</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هنگام انقباض، احساس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عضلات کف لگن به سمت داخل و بالا جمع 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شوند</w:t>
      </w:r>
      <w:r w:rsidRPr="0000691D">
        <w:rPr>
          <w:rFonts w:ascii="Arial" w:eastAsia="Times New Roman" w:hAnsi="Arial" w:cs="B Mitra"/>
          <w:color w:val="222222"/>
          <w:sz w:val="28"/>
          <w:szCs w:val="28"/>
          <w:rtl/>
        </w:rPr>
        <w:t>. در طول تمر</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color w:val="222222"/>
          <w:sz w:val="28"/>
          <w:szCs w:val="28"/>
          <w:rtl/>
        </w:rPr>
        <w:t xml:space="preserve"> تنفس را طب</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ع</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نگه دار</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و شکم، باسن و ران‌ها را تا حد امکان بدون انقباض اضاف</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رها </w:t>
      </w:r>
      <w:r w:rsidRPr="0000691D">
        <w:rPr>
          <w:rFonts w:ascii="Arial" w:eastAsia="Times New Roman" w:hAnsi="Arial" w:cs="B Mitra" w:hint="eastAsia"/>
          <w:color w:val="222222"/>
          <w:sz w:val="28"/>
          <w:szCs w:val="28"/>
          <w:rtl/>
        </w:rPr>
        <w:t>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w:t>
      </w:r>
    </w:p>
    <w:p w:rsidR="00A75B1C" w:rsidRPr="00892350" w:rsidRDefault="00A75B1C" w:rsidP="00892350">
      <w:pPr>
        <w:pStyle w:val="Heading4"/>
        <w:bidi/>
        <w:rPr>
          <w:rFonts w:eastAsia="Times New Roman" w:cs="B Mitra"/>
          <w:i w:val="0"/>
          <w:iCs w:val="0"/>
          <w:color w:val="7030A0"/>
          <w:sz w:val="28"/>
          <w:szCs w:val="28"/>
        </w:rPr>
      </w:pPr>
      <w:r w:rsidRPr="00892350">
        <w:rPr>
          <w:rFonts w:eastAsia="Times New Roman" w:cs="B Mitra"/>
          <w:i w:val="0"/>
          <w:iCs w:val="0"/>
          <w:color w:val="7030A0"/>
          <w:sz w:val="28"/>
          <w:szCs w:val="28"/>
          <w:rtl/>
          <w:lang w:bidi="fa-IR"/>
        </w:rPr>
        <w:t xml:space="preserve">۱. </w:t>
      </w:r>
      <w:r w:rsidRPr="00892350">
        <w:rPr>
          <w:rFonts w:eastAsia="Times New Roman" w:cs="B Mitra"/>
          <w:i w:val="0"/>
          <w:iCs w:val="0"/>
          <w:color w:val="7030A0"/>
          <w:sz w:val="28"/>
          <w:szCs w:val="28"/>
          <w:rtl/>
        </w:rPr>
        <w:t>انقباض ساده عضلات کف لگن</w:t>
      </w:r>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hint="eastAsia"/>
          <w:color w:val="222222"/>
          <w:sz w:val="28"/>
          <w:szCs w:val="28"/>
          <w:rtl/>
        </w:rPr>
        <w:t>رو</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ک</w:t>
      </w:r>
      <w:r w:rsidRPr="0000691D">
        <w:rPr>
          <w:rFonts w:ascii="Arial" w:eastAsia="Times New Roman" w:hAnsi="Arial" w:cs="B Mitra"/>
          <w:color w:val="222222"/>
          <w:sz w:val="28"/>
          <w:szCs w:val="28"/>
          <w:rtl/>
        </w:rPr>
        <w:t xml:space="preserve"> صندل</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بنش</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و هر دو پا را راحت رو</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زم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color w:val="222222"/>
          <w:sz w:val="28"/>
          <w:szCs w:val="28"/>
          <w:rtl/>
        </w:rPr>
        <w:t xml:space="preserve"> قرار ده</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عضلات کف لگن را به‌آرام</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به سمت داخل و بالا منقبض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چند ثان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ه</w:t>
      </w:r>
      <w:r w:rsidRPr="0000691D">
        <w:rPr>
          <w:rFonts w:ascii="Arial" w:eastAsia="Times New Roman" w:hAnsi="Arial" w:cs="B Mitra"/>
          <w:color w:val="222222"/>
          <w:sz w:val="28"/>
          <w:szCs w:val="28"/>
          <w:rtl/>
        </w:rPr>
        <w:t xml:space="preserve"> انقباض را حفظ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سپس کاملاً رها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و استراحت کوتاه</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داشته باش</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w:t>
      </w:r>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hint="eastAsia"/>
          <w:color w:val="222222"/>
          <w:sz w:val="28"/>
          <w:szCs w:val="28"/>
          <w:rtl/>
        </w:rPr>
        <w:t>ا</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color w:val="222222"/>
          <w:sz w:val="28"/>
          <w:szCs w:val="28"/>
          <w:rtl/>
        </w:rPr>
        <w:t xml:space="preserve"> حرکت را </w:t>
      </w:r>
      <w:r w:rsidRPr="0000691D">
        <w:rPr>
          <w:rFonts w:ascii="Arial" w:eastAsia="Times New Roman" w:hAnsi="Arial" w:cs="B Mitra"/>
          <w:color w:val="222222"/>
          <w:sz w:val="28"/>
          <w:szCs w:val="28"/>
          <w:rtl/>
          <w:lang w:bidi="fa-IR"/>
        </w:rPr>
        <w:t>۵</w:t>
      </w:r>
      <w:r w:rsidRPr="0000691D">
        <w:rPr>
          <w:rFonts w:ascii="Arial" w:eastAsia="Times New Roman" w:hAnsi="Arial" w:cs="B Mitra"/>
          <w:color w:val="222222"/>
          <w:sz w:val="28"/>
          <w:szCs w:val="28"/>
          <w:rtl/>
        </w:rPr>
        <w:t xml:space="preserve"> تا </w:t>
      </w:r>
      <w:r w:rsidRPr="0000691D">
        <w:rPr>
          <w:rFonts w:ascii="Arial" w:eastAsia="Times New Roman" w:hAnsi="Arial" w:cs="B Mitra"/>
          <w:color w:val="222222"/>
          <w:sz w:val="28"/>
          <w:szCs w:val="28"/>
          <w:rtl/>
          <w:lang w:bidi="fa-IR"/>
        </w:rPr>
        <w:t>۱۰</w:t>
      </w:r>
      <w:r w:rsidRPr="0000691D">
        <w:rPr>
          <w:rFonts w:ascii="Arial" w:eastAsia="Times New Roman" w:hAnsi="Arial" w:cs="B Mitra"/>
          <w:color w:val="222222"/>
          <w:sz w:val="28"/>
          <w:szCs w:val="28"/>
          <w:rtl/>
        </w:rPr>
        <w:t xml:space="preserve"> بار تکرار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hint="cs"/>
          <w:color w:val="222222"/>
          <w:sz w:val="28"/>
          <w:szCs w:val="28"/>
          <w:rtl/>
        </w:rPr>
        <w:t>؛</w:t>
      </w:r>
      <w:r w:rsidRPr="0000691D">
        <w:rPr>
          <w:rFonts w:ascii="Arial" w:eastAsia="Times New Roman" w:hAnsi="Arial" w:cs="B Mitra"/>
          <w:color w:val="222222"/>
          <w:sz w:val="28"/>
          <w:szCs w:val="28"/>
          <w:rtl/>
        </w:rPr>
        <w:t xml:space="preserve"> پس از ا</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نکه</w:t>
      </w:r>
      <w:r w:rsidRPr="0000691D">
        <w:rPr>
          <w:rFonts w:ascii="Arial" w:eastAsia="Times New Roman" w:hAnsi="Arial" w:cs="B Mitra"/>
          <w:color w:val="222222"/>
          <w:sz w:val="28"/>
          <w:szCs w:val="28"/>
          <w:rtl/>
        </w:rPr>
        <w:t xml:space="preserve"> کنترل عضلات بهتر شد، 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توان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چند انقباض کوتاه و سر</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ع</w:t>
      </w:r>
      <w:r w:rsidRPr="0000691D">
        <w:rPr>
          <w:rFonts w:ascii="Arial" w:eastAsia="Times New Roman" w:hAnsi="Arial" w:cs="B Mitra"/>
          <w:color w:val="222222"/>
          <w:sz w:val="28"/>
          <w:szCs w:val="28"/>
          <w:rtl/>
        </w:rPr>
        <w:t xml:space="preserve"> 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ز</w:t>
      </w:r>
      <w:r w:rsidRPr="0000691D">
        <w:rPr>
          <w:rFonts w:ascii="Arial" w:eastAsia="Times New Roman" w:hAnsi="Arial" w:cs="B Mitra"/>
          <w:color w:val="222222"/>
          <w:sz w:val="28"/>
          <w:szCs w:val="28"/>
          <w:rtl/>
        </w:rPr>
        <w:t xml:space="preserve"> انجام ده</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w:t>
      </w:r>
    </w:p>
    <w:p w:rsidR="00A75B1C" w:rsidRPr="00892350" w:rsidRDefault="00A75B1C" w:rsidP="00892350">
      <w:pPr>
        <w:pStyle w:val="Heading4"/>
        <w:bidi/>
        <w:rPr>
          <w:rFonts w:eastAsia="Times New Roman" w:cs="B Mitra"/>
          <w:i w:val="0"/>
          <w:iCs w:val="0"/>
          <w:color w:val="7030A0"/>
          <w:sz w:val="28"/>
          <w:szCs w:val="28"/>
        </w:rPr>
      </w:pPr>
      <w:r w:rsidRPr="00892350">
        <w:rPr>
          <w:rFonts w:eastAsia="Times New Roman" w:cs="B Mitra"/>
          <w:i w:val="0"/>
          <w:iCs w:val="0"/>
          <w:color w:val="7030A0"/>
          <w:sz w:val="28"/>
          <w:szCs w:val="28"/>
          <w:rtl/>
          <w:lang w:bidi="fa-IR"/>
        </w:rPr>
        <w:t xml:space="preserve">۲. </w:t>
      </w:r>
      <w:r w:rsidRPr="00892350">
        <w:rPr>
          <w:rFonts w:eastAsia="Times New Roman" w:cs="B Mitra"/>
          <w:i w:val="0"/>
          <w:iCs w:val="0"/>
          <w:color w:val="7030A0"/>
          <w:sz w:val="28"/>
          <w:szCs w:val="28"/>
          <w:rtl/>
        </w:rPr>
        <w:t>ک</w:t>
      </w:r>
      <w:r w:rsidRPr="00892350">
        <w:rPr>
          <w:rFonts w:eastAsia="Times New Roman" w:cs="B Mitra" w:hint="cs"/>
          <w:i w:val="0"/>
          <w:iCs w:val="0"/>
          <w:color w:val="7030A0"/>
          <w:sz w:val="28"/>
          <w:szCs w:val="28"/>
          <w:rtl/>
        </w:rPr>
        <w:t>ِ</w:t>
      </w:r>
      <w:r w:rsidRPr="00892350">
        <w:rPr>
          <w:rFonts w:eastAsia="Times New Roman" w:cs="B Mitra"/>
          <w:i w:val="0"/>
          <w:iCs w:val="0"/>
          <w:color w:val="7030A0"/>
          <w:sz w:val="28"/>
          <w:szCs w:val="28"/>
          <w:rtl/>
        </w:rPr>
        <w:t>گ</w:t>
      </w:r>
      <w:r w:rsidRPr="00892350">
        <w:rPr>
          <w:rFonts w:eastAsia="Times New Roman" w:cs="B Mitra" w:hint="cs"/>
          <w:i w:val="0"/>
          <w:iCs w:val="0"/>
          <w:color w:val="7030A0"/>
          <w:sz w:val="28"/>
          <w:szCs w:val="28"/>
          <w:rtl/>
        </w:rPr>
        <w:t>ِ</w:t>
      </w:r>
      <w:r w:rsidRPr="00892350">
        <w:rPr>
          <w:rFonts w:eastAsia="Times New Roman" w:cs="B Mitra"/>
          <w:i w:val="0"/>
          <w:iCs w:val="0"/>
          <w:color w:val="7030A0"/>
          <w:sz w:val="28"/>
          <w:szCs w:val="28"/>
          <w:rtl/>
        </w:rPr>
        <w:t>ل همراه با تنفس</w:t>
      </w:r>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hint="eastAsia"/>
          <w:color w:val="222222"/>
          <w:sz w:val="28"/>
          <w:szCs w:val="28"/>
          <w:rtl/>
        </w:rPr>
        <w:t>در</w:t>
      </w:r>
      <w:r w:rsidRPr="0000691D">
        <w:rPr>
          <w:rFonts w:ascii="Arial" w:eastAsia="Times New Roman" w:hAnsi="Arial" w:cs="B Mitra"/>
          <w:color w:val="222222"/>
          <w:sz w:val="28"/>
          <w:szCs w:val="28"/>
          <w:rtl/>
        </w:rPr>
        <w:t xml:space="preserve"> وضع</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ت</w:t>
      </w:r>
      <w:r w:rsidRPr="0000691D">
        <w:rPr>
          <w:rFonts w:ascii="Arial" w:eastAsia="Times New Roman" w:hAnsi="Arial" w:cs="B Mitra"/>
          <w:color w:val="222222"/>
          <w:sz w:val="28"/>
          <w:szCs w:val="28"/>
          <w:rtl/>
        </w:rPr>
        <w:t xml:space="preserve"> راحت بنش</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ا</w:t>
      </w:r>
      <w:r w:rsidRPr="0000691D">
        <w:rPr>
          <w:rFonts w:ascii="Arial" w:eastAsia="Times New Roman" w:hAnsi="Arial" w:cs="B Mitra"/>
          <w:color w:val="222222"/>
          <w:sz w:val="28"/>
          <w:szCs w:val="28"/>
          <w:rtl/>
        </w:rPr>
        <w:t xml:space="preserve"> دراز بکش</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ابتدا </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ک</w:t>
      </w:r>
      <w:r w:rsidRPr="0000691D">
        <w:rPr>
          <w:rFonts w:ascii="Arial" w:eastAsia="Times New Roman" w:hAnsi="Arial" w:cs="B Mitra"/>
          <w:color w:val="222222"/>
          <w:sz w:val="28"/>
          <w:szCs w:val="28"/>
          <w:rtl/>
        </w:rPr>
        <w:t xml:space="preserve"> دم آرام انجام ده</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هنگام بازدم، عضلات کف لگن را به‌آرام</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منقبض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و سپس با ادامه تنفس، عضلات را رها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w:t>
      </w:r>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hint="eastAsia"/>
          <w:color w:val="222222"/>
          <w:sz w:val="28"/>
          <w:szCs w:val="28"/>
          <w:rtl/>
        </w:rPr>
        <w:t>هدف</w:t>
      </w:r>
      <w:r w:rsidRPr="0000691D">
        <w:rPr>
          <w:rFonts w:ascii="Arial" w:eastAsia="Times New Roman" w:hAnsi="Arial" w:cs="B Mitra"/>
          <w:color w:val="222222"/>
          <w:sz w:val="28"/>
          <w:szCs w:val="28"/>
          <w:rtl/>
        </w:rPr>
        <w:t xml:space="preserve"> ا</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color w:val="222222"/>
          <w:sz w:val="28"/>
          <w:szCs w:val="28"/>
          <w:rtl/>
        </w:rPr>
        <w:t xml:space="preserve"> تمر</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color w:val="222222"/>
          <w:sz w:val="28"/>
          <w:szCs w:val="28"/>
          <w:rtl/>
        </w:rPr>
        <w:t xml:space="preserve"> هماهنگ کردن تنفس و عملکرد عضلات کف لگن است؛ بنابرا</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hint="cs"/>
          <w:color w:val="222222"/>
          <w:sz w:val="28"/>
          <w:szCs w:val="28"/>
          <w:rtl/>
        </w:rPr>
        <w:t>،</w:t>
      </w:r>
      <w:r w:rsidRPr="0000691D">
        <w:rPr>
          <w:rFonts w:ascii="Arial" w:eastAsia="Times New Roman" w:hAnsi="Arial" w:cs="B Mitra"/>
          <w:color w:val="222222"/>
          <w:sz w:val="28"/>
          <w:szCs w:val="28"/>
          <w:rtl/>
        </w:rPr>
        <w:t xml:space="preserve"> از حبس کردن نفس خوددار</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w:t>
      </w:r>
    </w:p>
    <w:p w:rsidR="00A75B1C" w:rsidRPr="00892350" w:rsidRDefault="00A75B1C" w:rsidP="00892350">
      <w:pPr>
        <w:pStyle w:val="Heading4"/>
        <w:bidi/>
        <w:rPr>
          <w:rFonts w:eastAsia="Times New Roman" w:cs="B Mitra"/>
          <w:i w:val="0"/>
          <w:iCs w:val="0"/>
          <w:color w:val="7030A0"/>
          <w:sz w:val="28"/>
          <w:szCs w:val="28"/>
        </w:rPr>
      </w:pPr>
      <w:r w:rsidRPr="00892350">
        <w:rPr>
          <w:rFonts w:eastAsia="Times New Roman" w:cs="B Mitra"/>
          <w:i w:val="0"/>
          <w:iCs w:val="0"/>
          <w:color w:val="7030A0"/>
          <w:sz w:val="28"/>
          <w:szCs w:val="28"/>
          <w:rtl/>
          <w:lang w:bidi="fa-IR"/>
        </w:rPr>
        <w:t xml:space="preserve">۳. </w:t>
      </w:r>
      <w:r w:rsidRPr="00892350">
        <w:rPr>
          <w:rFonts w:eastAsia="Times New Roman" w:cs="B Mitra"/>
          <w:i w:val="0"/>
          <w:iCs w:val="0"/>
          <w:color w:val="7030A0"/>
          <w:sz w:val="28"/>
          <w:szCs w:val="28"/>
          <w:rtl/>
        </w:rPr>
        <w:t>استفاده از انقباض کف لگن در فعال</w:t>
      </w:r>
      <w:r w:rsidRPr="00892350">
        <w:rPr>
          <w:rFonts w:eastAsia="Times New Roman" w:cs="B Mitra" w:hint="cs"/>
          <w:i w:val="0"/>
          <w:iCs w:val="0"/>
          <w:color w:val="7030A0"/>
          <w:sz w:val="28"/>
          <w:szCs w:val="28"/>
          <w:rtl/>
        </w:rPr>
        <w:t>ی</w:t>
      </w:r>
      <w:r w:rsidRPr="00892350">
        <w:rPr>
          <w:rFonts w:eastAsia="Times New Roman" w:cs="B Mitra" w:hint="eastAsia"/>
          <w:i w:val="0"/>
          <w:iCs w:val="0"/>
          <w:color w:val="7030A0"/>
          <w:sz w:val="28"/>
          <w:szCs w:val="28"/>
          <w:rtl/>
        </w:rPr>
        <w:t>ت‌ها</w:t>
      </w:r>
      <w:r w:rsidRPr="00892350">
        <w:rPr>
          <w:rFonts w:eastAsia="Times New Roman" w:cs="B Mitra" w:hint="cs"/>
          <w:i w:val="0"/>
          <w:iCs w:val="0"/>
          <w:color w:val="7030A0"/>
          <w:sz w:val="28"/>
          <w:szCs w:val="28"/>
          <w:rtl/>
        </w:rPr>
        <w:t>ی</w:t>
      </w:r>
      <w:r w:rsidRPr="00892350">
        <w:rPr>
          <w:rFonts w:eastAsia="Times New Roman" w:cs="B Mitra"/>
          <w:i w:val="0"/>
          <w:iCs w:val="0"/>
          <w:color w:val="7030A0"/>
          <w:sz w:val="28"/>
          <w:szCs w:val="28"/>
          <w:rtl/>
        </w:rPr>
        <w:t xml:space="preserve"> روزمره</w:t>
      </w:r>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hint="eastAsia"/>
          <w:color w:val="222222"/>
          <w:sz w:val="28"/>
          <w:szCs w:val="28"/>
          <w:rtl/>
        </w:rPr>
        <w:t>پس</w:t>
      </w:r>
      <w:r w:rsidRPr="0000691D">
        <w:rPr>
          <w:rFonts w:ascii="Arial" w:eastAsia="Times New Roman" w:hAnsi="Arial" w:cs="B Mitra"/>
          <w:color w:val="222222"/>
          <w:sz w:val="28"/>
          <w:szCs w:val="28"/>
          <w:rtl/>
        </w:rPr>
        <w:t xml:space="preserve"> از ا</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نکه</w:t>
      </w:r>
      <w:r w:rsidRPr="0000691D">
        <w:rPr>
          <w:rFonts w:ascii="Arial" w:eastAsia="Times New Roman" w:hAnsi="Arial" w:cs="B Mitra"/>
          <w:color w:val="222222"/>
          <w:sz w:val="28"/>
          <w:szCs w:val="28"/>
          <w:rtl/>
        </w:rPr>
        <w:t xml:space="preserve"> در انجام دو تمر</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color w:val="222222"/>
          <w:sz w:val="28"/>
          <w:szCs w:val="28"/>
          <w:rtl/>
        </w:rPr>
        <w:t xml:space="preserve"> قبل مهارت پ</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دا</w:t>
      </w:r>
      <w:r w:rsidRPr="0000691D">
        <w:rPr>
          <w:rFonts w:ascii="Arial" w:eastAsia="Times New Roman" w:hAnsi="Arial" w:cs="B Mitra"/>
          <w:color w:val="222222"/>
          <w:sz w:val="28"/>
          <w:szCs w:val="28"/>
          <w:rtl/>
        </w:rPr>
        <w:t xml:space="preserve"> کرد</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توان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انقباض کوتاه عضلات کف لگن را در حالت ا</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ستاده</w:t>
      </w:r>
      <w:r w:rsidRPr="0000691D">
        <w:rPr>
          <w:rFonts w:ascii="Arial" w:eastAsia="Times New Roman" w:hAnsi="Arial" w:cs="B Mitra"/>
          <w:color w:val="222222"/>
          <w:sz w:val="28"/>
          <w:szCs w:val="28"/>
          <w:rtl/>
        </w:rPr>
        <w:t xml:space="preserve"> و هنگام فعال</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ت‌ها</w:t>
      </w:r>
      <w:r w:rsidRPr="0000691D">
        <w:rPr>
          <w:rFonts w:ascii="Arial" w:eastAsia="Times New Roman" w:hAnsi="Arial" w:cs="B Mitra" w:hint="cs"/>
          <w:color w:val="222222"/>
          <w:sz w:val="28"/>
          <w:szCs w:val="28"/>
          <w:rtl/>
        </w:rPr>
        <w:t>یی</w:t>
      </w:r>
      <w:r w:rsidRPr="0000691D">
        <w:rPr>
          <w:rFonts w:ascii="Arial" w:eastAsia="Times New Roman" w:hAnsi="Arial" w:cs="B Mitra"/>
          <w:color w:val="222222"/>
          <w:sz w:val="28"/>
          <w:szCs w:val="28"/>
          <w:rtl/>
        </w:rPr>
        <w:t xml:space="preserve"> مانند سرفه </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ا</w:t>
      </w:r>
      <w:r w:rsidRPr="0000691D">
        <w:rPr>
          <w:rFonts w:ascii="Arial" w:eastAsia="Times New Roman" w:hAnsi="Arial" w:cs="B Mitra"/>
          <w:color w:val="222222"/>
          <w:sz w:val="28"/>
          <w:szCs w:val="28"/>
          <w:rtl/>
        </w:rPr>
        <w:t xml:space="preserve"> عطسه تمر</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color w:val="222222"/>
          <w:sz w:val="28"/>
          <w:szCs w:val="28"/>
          <w:rtl/>
        </w:rPr>
        <w:t xml:space="preserve">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w:t>
      </w:r>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hint="eastAsia"/>
          <w:color w:val="222222"/>
          <w:sz w:val="28"/>
          <w:szCs w:val="28"/>
          <w:rtl/>
        </w:rPr>
        <w:t>ا</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color w:val="222222"/>
          <w:sz w:val="28"/>
          <w:szCs w:val="28"/>
          <w:rtl/>
        </w:rPr>
        <w:t xml:space="preserve"> مهارت به مرور زمان و با تکرار بهتر 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شود؛</w:t>
      </w:r>
      <w:r w:rsidRPr="0000691D">
        <w:rPr>
          <w:rFonts w:ascii="Arial" w:eastAsia="Times New Roman" w:hAnsi="Arial" w:cs="B Mitra"/>
          <w:color w:val="222222"/>
          <w:sz w:val="28"/>
          <w:szCs w:val="28"/>
          <w:rtl/>
        </w:rPr>
        <w:t xml:space="preserve"> بنابرا</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color w:val="222222"/>
          <w:sz w:val="28"/>
          <w:szCs w:val="28"/>
          <w:rtl/>
        </w:rPr>
        <w:t xml:space="preserve"> اگر در ابتدا کنترل کامل عضلات برا</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تان</w:t>
      </w:r>
      <w:r w:rsidRPr="0000691D">
        <w:rPr>
          <w:rFonts w:ascii="Arial" w:eastAsia="Times New Roman" w:hAnsi="Arial" w:cs="B Mitra"/>
          <w:color w:val="222222"/>
          <w:sz w:val="28"/>
          <w:szCs w:val="28"/>
          <w:rtl/>
        </w:rPr>
        <w:t xml:space="preserve"> دشوار بود، ناام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نشو</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w:t>
      </w:r>
    </w:p>
    <w:p w:rsidR="00A75B1C" w:rsidRPr="0000691D" w:rsidRDefault="00C449BE" w:rsidP="0000691D">
      <w:pPr>
        <w:pStyle w:val="Heading1"/>
        <w:bidi/>
        <w:spacing w:line="360" w:lineRule="auto"/>
        <w:jc w:val="both"/>
        <w:rPr>
          <w:rFonts w:eastAsia="Times New Roman" w:cs="B Mitra"/>
        </w:rPr>
      </w:pPr>
      <w:bookmarkStart w:id="49" w:name="_Toc243400556"/>
      <w:r>
        <w:rPr>
          <w:rFonts w:eastAsia="Times New Roman" w:cs="B Mitra"/>
        </w:rPr>
        <w:lastRenderedPageBreak/>
        <w:t>*</w:t>
      </w:r>
      <w:r w:rsidR="00A75B1C" w:rsidRPr="0000691D">
        <w:rPr>
          <w:rFonts w:eastAsia="Times New Roman" w:cs="B Mitra" w:hint="eastAsia"/>
          <w:rtl/>
        </w:rPr>
        <w:t>نکته</w:t>
      </w:r>
      <w:r w:rsidR="00A75B1C" w:rsidRPr="0000691D">
        <w:rPr>
          <w:rFonts w:eastAsia="Times New Roman" w:cs="B Mitra"/>
          <w:rtl/>
        </w:rPr>
        <w:t>:</w:t>
      </w:r>
      <w:bookmarkEnd w:id="49"/>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hint="eastAsia"/>
          <w:color w:val="222222"/>
          <w:sz w:val="28"/>
          <w:szCs w:val="28"/>
          <w:rtl/>
        </w:rPr>
        <w:t>سه</w:t>
      </w:r>
      <w:r w:rsidRPr="0000691D">
        <w:rPr>
          <w:rFonts w:ascii="Arial" w:eastAsia="Times New Roman" w:hAnsi="Arial" w:cs="B Mitra"/>
          <w:color w:val="222222"/>
          <w:sz w:val="28"/>
          <w:szCs w:val="28"/>
          <w:rtl/>
        </w:rPr>
        <w:t xml:space="preserve"> تمر</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color w:val="222222"/>
          <w:sz w:val="28"/>
          <w:szCs w:val="28"/>
          <w:rtl/>
        </w:rPr>
        <w:t xml:space="preserve"> اول، به‌و</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ژه</w:t>
      </w:r>
      <w:r w:rsidRPr="0000691D">
        <w:rPr>
          <w:rFonts w:ascii="Arial" w:eastAsia="Times New Roman" w:hAnsi="Arial" w:cs="B Mitra"/>
          <w:color w:val="222222"/>
          <w:sz w:val="28"/>
          <w:szCs w:val="28"/>
          <w:rtl/>
        </w:rPr>
        <w:t xml:space="preserve"> برا</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افراد مبتد</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w:t>
      </w:r>
      <w:r w:rsidRPr="0000691D">
        <w:rPr>
          <w:rFonts w:ascii="Arial" w:eastAsia="Times New Roman" w:hAnsi="Arial" w:cs="B Mitra"/>
          <w:color w:val="222222"/>
          <w:sz w:val="28"/>
          <w:szCs w:val="28"/>
          <w:rtl/>
        </w:rPr>
        <w:t xml:space="preserve"> به شناخت و کنترل بهتر عضلات کف لگن کمک 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کنند</w:t>
      </w:r>
      <w:r w:rsidRPr="0000691D">
        <w:rPr>
          <w:rFonts w:ascii="Arial" w:eastAsia="Times New Roman" w:hAnsi="Arial" w:cs="B Mitra" w:hint="cs"/>
          <w:color w:val="222222"/>
          <w:sz w:val="28"/>
          <w:szCs w:val="28"/>
          <w:rtl/>
        </w:rPr>
        <w:t>؛</w:t>
      </w:r>
      <w:r w:rsidRPr="0000691D">
        <w:rPr>
          <w:rFonts w:ascii="Arial" w:eastAsia="Times New Roman" w:hAnsi="Arial" w:cs="B Mitra"/>
          <w:color w:val="222222"/>
          <w:sz w:val="28"/>
          <w:szCs w:val="28"/>
          <w:rtl/>
        </w:rPr>
        <w:t xml:space="preserve"> پس از کسب مهارت کاف</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w:t>
      </w:r>
      <w:r w:rsidRPr="0000691D">
        <w:rPr>
          <w:rFonts w:ascii="Arial" w:eastAsia="Times New Roman" w:hAnsi="Arial" w:cs="B Mitra"/>
          <w:color w:val="222222"/>
          <w:sz w:val="28"/>
          <w:szCs w:val="28"/>
          <w:rtl/>
        </w:rPr>
        <w:t xml:space="preserve"> 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توان</w:t>
      </w:r>
      <w:r w:rsidRPr="0000691D">
        <w:rPr>
          <w:rFonts w:ascii="Arial" w:eastAsia="Times New Roman" w:hAnsi="Arial" w:cs="B Mitra"/>
          <w:color w:val="222222"/>
          <w:sz w:val="28"/>
          <w:szCs w:val="28"/>
          <w:rtl/>
        </w:rPr>
        <w:t xml:space="preserve"> ا</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color w:val="222222"/>
          <w:sz w:val="28"/>
          <w:szCs w:val="28"/>
          <w:rtl/>
        </w:rPr>
        <w:t xml:space="preserve"> انقباض‌ها را در کنار حرکات قدرت</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و عملکرد</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مانند اسکوات، سگ پرنده و پل باسن 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ز</w:t>
      </w:r>
      <w:r w:rsidRPr="0000691D">
        <w:rPr>
          <w:rFonts w:ascii="Arial" w:eastAsia="Times New Roman" w:hAnsi="Arial" w:cs="B Mitra"/>
          <w:color w:val="222222"/>
          <w:sz w:val="28"/>
          <w:szCs w:val="28"/>
          <w:rtl/>
        </w:rPr>
        <w:t xml:space="preserve"> تمر</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color w:val="222222"/>
          <w:sz w:val="28"/>
          <w:szCs w:val="28"/>
          <w:rtl/>
        </w:rPr>
        <w:t xml:space="preserve"> کرد.</w:t>
      </w:r>
    </w:p>
    <w:p w:rsidR="00A75B1C" w:rsidRPr="00892350" w:rsidRDefault="00A75B1C" w:rsidP="00892350">
      <w:pPr>
        <w:pStyle w:val="Heading4"/>
        <w:bidi/>
        <w:rPr>
          <w:rFonts w:eastAsia="Times New Roman" w:cs="B Mitra"/>
          <w:i w:val="0"/>
          <w:iCs w:val="0"/>
          <w:color w:val="7030A0"/>
          <w:sz w:val="28"/>
          <w:szCs w:val="28"/>
        </w:rPr>
      </w:pPr>
      <w:r w:rsidRPr="00892350">
        <w:rPr>
          <w:rFonts w:eastAsia="Times New Roman" w:cs="B Mitra"/>
          <w:i w:val="0"/>
          <w:iCs w:val="0"/>
          <w:color w:val="7030A0"/>
          <w:sz w:val="28"/>
          <w:szCs w:val="28"/>
          <w:rtl/>
          <w:lang w:bidi="fa-IR"/>
        </w:rPr>
        <w:t xml:space="preserve">۴. </w:t>
      </w:r>
      <w:r w:rsidRPr="00892350">
        <w:rPr>
          <w:rFonts w:eastAsia="Times New Roman" w:cs="B Mitra"/>
          <w:i w:val="0"/>
          <w:iCs w:val="0"/>
          <w:color w:val="7030A0"/>
          <w:sz w:val="28"/>
          <w:szCs w:val="28"/>
          <w:rtl/>
        </w:rPr>
        <w:t>نشستن و برخاستن از صندل</w:t>
      </w:r>
      <w:r w:rsidRPr="00892350">
        <w:rPr>
          <w:rFonts w:eastAsia="Times New Roman" w:cs="B Mitra" w:hint="cs"/>
          <w:i w:val="0"/>
          <w:iCs w:val="0"/>
          <w:color w:val="7030A0"/>
          <w:sz w:val="28"/>
          <w:szCs w:val="28"/>
          <w:rtl/>
        </w:rPr>
        <w:t>ی</w:t>
      </w:r>
      <w:r w:rsidRPr="00892350">
        <w:rPr>
          <w:rFonts w:eastAsia="Times New Roman" w:cs="B Mitra"/>
          <w:i w:val="0"/>
          <w:iCs w:val="0"/>
          <w:color w:val="7030A0"/>
          <w:sz w:val="28"/>
          <w:szCs w:val="28"/>
          <w:rtl/>
        </w:rPr>
        <w:t xml:space="preserve"> همراه با انقباض کف لگن</w:t>
      </w:r>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hint="eastAsia"/>
          <w:color w:val="222222"/>
          <w:sz w:val="28"/>
          <w:szCs w:val="28"/>
          <w:rtl/>
        </w:rPr>
        <w:t>رو</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صندل</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بنش</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و پاها را رو</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زم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color w:val="222222"/>
          <w:sz w:val="28"/>
          <w:szCs w:val="28"/>
          <w:rtl/>
        </w:rPr>
        <w:t xml:space="preserve"> قرار ده</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پ</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ش</w:t>
      </w:r>
      <w:r w:rsidRPr="0000691D">
        <w:rPr>
          <w:rFonts w:ascii="Arial" w:eastAsia="Times New Roman" w:hAnsi="Arial" w:cs="B Mitra"/>
          <w:color w:val="222222"/>
          <w:sz w:val="28"/>
          <w:szCs w:val="28"/>
          <w:rtl/>
        </w:rPr>
        <w:t xml:space="preserve"> از بلند شدن، عضلات کف لگن را به‌آرام</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منقبض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و درحال</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که</w:t>
      </w:r>
      <w:r w:rsidRPr="0000691D">
        <w:rPr>
          <w:rFonts w:ascii="Arial" w:eastAsia="Times New Roman" w:hAnsi="Arial" w:cs="B Mitra"/>
          <w:color w:val="222222"/>
          <w:sz w:val="28"/>
          <w:szCs w:val="28"/>
          <w:rtl/>
        </w:rPr>
        <w:t xml:space="preserve"> تنفس طب</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ع</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دار</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از رو</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صندل</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بلند شو</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hint="cs"/>
          <w:color w:val="222222"/>
          <w:sz w:val="28"/>
          <w:szCs w:val="28"/>
          <w:rtl/>
        </w:rPr>
        <w:t>؛</w:t>
      </w:r>
      <w:r w:rsidRPr="0000691D">
        <w:rPr>
          <w:rFonts w:ascii="Arial" w:eastAsia="Times New Roman" w:hAnsi="Arial" w:cs="B Mitra"/>
          <w:color w:val="222222"/>
          <w:sz w:val="28"/>
          <w:szCs w:val="28"/>
          <w:rtl/>
        </w:rPr>
        <w:t xml:space="preserve"> سپس هنگام بازگشت به حالت نشسته، عضلات را رها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w:t>
      </w:r>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hint="eastAsia"/>
          <w:color w:val="222222"/>
          <w:sz w:val="28"/>
          <w:szCs w:val="28"/>
          <w:rtl/>
        </w:rPr>
        <w:t>حرکت</w:t>
      </w:r>
      <w:r w:rsidRPr="0000691D">
        <w:rPr>
          <w:rFonts w:ascii="Arial" w:eastAsia="Times New Roman" w:hAnsi="Arial" w:cs="B Mitra"/>
          <w:color w:val="222222"/>
          <w:sz w:val="28"/>
          <w:szCs w:val="28"/>
          <w:rtl/>
        </w:rPr>
        <w:t xml:space="preserve"> را به‌آرام</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و با کنترل انجام ده</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w:t>
      </w:r>
    </w:p>
    <w:p w:rsidR="00A75B1C" w:rsidRPr="00892350" w:rsidRDefault="00A75B1C" w:rsidP="00892350">
      <w:pPr>
        <w:pStyle w:val="Heading4"/>
        <w:bidi/>
        <w:rPr>
          <w:rFonts w:eastAsia="Times New Roman" w:cs="B Mitra"/>
          <w:i w:val="0"/>
          <w:iCs w:val="0"/>
          <w:color w:val="7030A0"/>
          <w:sz w:val="28"/>
          <w:szCs w:val="28"/>
        </w:rPr>
      </w:pPr>
      <w:r w:rsidRPr="00892350">
        <w:rPr>
          <w:rFonts w:eastAsia="Times New Roman" w:cs="B Mitra"/>
          <w:i w:val="0"/>
          <w:iCs w:val="0"/>
          <w:color w:val="7030A0"/>
          <w:sz w:val="28"/>
          <w:szCs w:val="28"/>
          <w:rtl/>
          <w:lang w:bidi="fa-IR"/>
        </w:rPr>
        <w:t xml:space="preserve">۵. </w:t>
      </w:r>
      <w:r w:rsidRPr="00892350">
        <w:rPr>
          <w:rFonts w:eastAsia="Times New Roman" w:cs="B Mitra"/>
          <w:i w:val="0"/>
          <w:iCs w:val="0"/>
          <w:color w:val="7030A0"/>
          <w:sz w:val="28"/>
          <w:szCs w:val="28"/>
          <w:rtl/>
        </w:rPr>
        <w:t>حرکت سگ پرنده همراه با انقباض کف لگن</w:t>
      </w:r>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hint="eastAsia"/>
          <w:color w:val="222222"/>
          <w:sz w:val="28"/>
          <w:szCs w:val="28"/>
          <w:rtl/>
        </w:rPr>
        <w:t>در</w:t>
      </w:r>
      <w:r w:rsidRPr="0000691D">
        <w:rPr>
          <w:rFonts w:ascii="Arial" w:eastAsia="Times New Roman" w:hAnsi="Arial" w:cs="B Mitra"/>
          <w:color w:val="222222"/>
          <w:sz w:val="28"/>
          <w:szCs w:val="28"/>
          <w:rtl/>
        </w:rPr>
        <w:t xml:space="preserve"> وضع</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ت</w:t>
      </w:r>
      <w:r w:rsidRPr="0000691D">
        <w:rPr>
          <w:rFonts w:ascii="Arial" w:eastAsia="Times New Roman" w:hAnsi="Arial" w:cs="B Mitra"/>
          <w:color w:val="222222"/>
          <w:sz w:val="28"/>
          <w:szCs w:val="28"/>
          <w:rtl/>
        </w:rPr>
        <w:t xml:space="preserve"> چهاردست‌وپا قرار بگ</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ر</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دست‌ها ز</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ر</w:t>
      </w:r>
      <w:r w:rsidRPr="0000691D">
        <w:rPr>
          <w:rFonts w:ascii="Arial" w:eastAsia="Times New Roman" w:hAnsi="Arial" w:cs="B Mitra"/>
          <w:color w:val="222222"/>
          <w:sz w:val="28"/>
          <w:szCs w:val="28"/>
          <w:rtl/>
        </w:rPr>
        <w:t xml:space="preserve"> شانه‌ها و زانوها ز</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ر</w:t>
      </w:r>
      <w:r w:rsidRPr="0000691D">
        <w:rPr>
          <w:rFonts w:ascii="Arial" w:eastAsia="Times New Roman" w:hAnsi="Arial" w:cs="B Mitra"/>
          <w:color w:val="222222"/>
          <w:sz w:val="28"/>
          <w:szCs w:val="28"/>
          <w:rtl/>
        </w:rPr>
        <w:t xml:space="preserve"> لگن باشند</w:t>
      </w:r>
      <w:r w:rsidRPr="0000691D">
        <w:rPr>
          <w:rFonts w:ascii="Arial" w:eastAsia="Times New Roman" w:hAnsi="Arial" w:cs="B Mitra" w:hint="cs"/>
          <w:color w:val="222222"/>
          <w:sz w:val="28"/>
          <w:szCs w:val="28"/>
          <w:rtl/>
        </w:rPr>
        <w:t>؛</w:t>
      </w:r>
      <w:r w:rsidRPr="0000691D">
        <w:rPr>
          <w:rFonts w:ascii="Arial" w:eastAsia="Times New Roman" w:hAnsi="Arial" w:cs="B Mitra"/>
          <w:color w:val="222222"/>
          <w:sz w:val="28"/>
          <w:szCs w:val="28"/>
          <w:rtl/>
        </w:rPr>
        <w:t xml:space="preserve"> عضلات کف لگن را به‌آرام</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منقبض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hint="cs"/>
          <w:color w:val="222222"/>
          <w:sz w:val="28"/>
          <w:szCs w:val="28"/>
          <w:rtl/>
        </w:rPr>
        <w:t>؛</w:t>
      </w:r>
      <w:r w:rsidRPr="0000691D">
        <w:rPr>
          <w:rFonts w:ascii="Arial" w:eastAsia="Times New Roman" w:hAnsi="Arial" w:cs="B Mitra"/>
          <w:color w:val="222222"/>
          <w:sz w:val="28"/>
          <w:szCs w:val="28"/>
          <w:rtl/>
        </w:rPr>
        <w:t xml:space="preserve"> سپس دست و پا</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مخالف را هم‌زمان از زم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color w:val="222222"/>
          <w:sz w:val="28"/>
          <w:szCs w:val="28"/>
          <w:rtl/>
        </w:rPr>
        <w:t xml:space="preserve"> جدا کرده</w:t>
      </w:r>
      <w:r w:rsidRPr="0000691D">
        <w:rPr>
          <w:rFonts w:ascii="Arial" w:eastAsia="Times New Roman" w:hAnsi="Arial" w:cs="B Mitra" w:hint="cs"/>
          <w:color w:val="222222"/>
          <w:sz w:val="28"/>
          <w:szCs w:val="28"/>
          <w:rtl/>
        </w:rPr>
        <w:t>،</w:t>
      </w:r>
      <w:r w:rsidRPr="0000691D">
        <w:rPr>
          <w:rFonts w:ascii="Arial" w:eastAsia="Times New Roman" w:hAnsi="Arial" w:cs="B Mitra"/>
          <w:color w:val="222222"/>
          <w:sz w:val="28"/>
          <w:szCs w:val="28"/>
          <w:rtl/>
        </w:rPr>
        <w:t xml:space="preserve"> دست را به سمت جلو و پا را به سمت عقب بکش</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hint="cs"/>
          <w:color w:val="222222"/>
          <w:sz w:val="28"/>
          <w:szCs w:val="28"/>
          <w:rtl/>
        </w:rPr>
        <w:t>؛</w:t>
      </w:r>
      <w:r w:rsidRPr="0000691D">
        <w:rPr>
          <w:rFonts w:ascii="Arial" w:eastAsia="Times New Roman" w:hAnsi="Arial" w:cs="B Mitra"/>
          <w:color w:val="222222"/>
          <w:sz w:val="28"/>
          <w:szCs w:val="28"/>
          <w:rtl/>
        </w:rPr>
        <w:t xml:space="preserve"> چند لحظه وضع</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ت</w:t>
      </w:r>
      <w:r w:rsidRPr="0000691D">
        <w:rPr>
          <w:rFonts w:ascii="Arial" w:eastAsia="Times New Roman" w:hAnsi="Arial" w:cs="B Mitra"/>
          <w:color w:val="222222"/>
          <w:sz w:val="28"/>
          <w:szCs w:val="28"/>
          <w:rtl/>
        </w:rPr>
        <w:t xml:space="preserve"> را حفظ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سپس به حالت شروع باز</w:t>
      </w:r>
      <w:r w:rsidRPr="0000691D">
        <w:rPr>
          <w:rFonts w:ascii="Arial" w:eastAsia="Times New Roman" w:hAnsi="Arial" w:cs="B Mitra" w:hint="eastAsia"/>
          <w:color w:val="222222"/>
          <w:sz w:val="28"/>
          <w:szCs w:val="28"/>
          <w:rtl/>
        </w:rPr>
        <w:t>گرد</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و عضلات کف لگن را رها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w:t>
      </w:r>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hint="eastAsia"/>
          <w:color w:val="222222"/>
          <w:sz w:val="28"/>
          <w:szCs w:val="28"/>
          <w:rtl/>
        </w:rPr>
        <w:t>حرکت</w:t>
      </w:r>
      <w:r w:rsidRPr="0000691D">
        <w:rPr>
          <w:rFonts w:ascii="Arial" w:eastAsia="Times New Roman" w:hAnsi="Arial" w:cs="B Mitra"/>
          <w:color w:val="222222"/>
          <w:sz w:val="28"/>
          <w:szCs w:val="28"/>
          <w:rtl/>
        </w:rPr>
        <w:t xml:space="preserve"> را برا</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سمت د</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گر</w:t>
      </w:r>
      <w:r w:rsidRPr="0000691D">
        <w:rPr>
          <w:rFonts w:ascii="Arial" w:eastAsia="Times New Roman" w:hAnsi="Arial" w:cs="B Mitra"/>
          <w:color w:val="222222"/>
          <w:sz w:val="28"/>
          <w:szCs w:val="28"/>
          <w:rtl/>
        </w:rPr>
        <w:t xml:space="preserve"> 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ز</w:t>
      </w:r>
      <w:r w:rsidRPr="0000691D">
        <w:rPr>
          <w:rFonts w:ascii="Arial" w:eastAsia="Times New Roman" w:hAnsi="Arial" w:cs="B Mitra"/>
          <w:color w:val="222222"/>
          <w:sz w:val="28"/>
          <w:szCs w:val="28"/>
          <w:rtl/>
        </w:rPr>
        <w:t xml:space="preserve"> انجام ده</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w:t>
      </w:r>
    </w:p>
    <w:p w:rsidR="00A75B1C" w:rsidRPr="00892350" w:rsidRDefault="00A75B1C" w:rsidP="00892350">
      <w:pPr>
        <w:pStyle w:val="Heading4"/>
        <w:bidi/>
        <w:rPr>
          <w:rFonts w:eastAsia="Times New Roman" w:cs="B Mitra"/>
          <w:i w:val="0"/>
          <w:iCs w:val="0"/>
          <w:color w:val="7030A0"/>
          <w:sz w:val="28"/>
          <w:szCs w:val="28"/>
        </w:rPr>
      </w:pPr>
      <w:r w:rsidRPr="00892350">
        <w:rPr>
          <w:rFonts w:eastAsia="Times New Roman" w:cs="B Mitra"/>
          <w:i w:val="0"/>
          <w:iCs w:val="0"/>
          <w:color w:val="7030A0"/>
          <w:sz w:val="28"/>
          <w:szCs w:val="28"/>
          <w:rtl/>
          <w:lang w:bidi="fa-IR"/>
        </w:rPr>
        <w:t xml:space="preserve">۶. </w:t>
      </w:r>
      <w:r w:rsidRPr="00892350">
        <w:rPr>
          <w:rFonts w:eastAsia="Times New Roman" w:cs="B Mitra"/>
          <w:i w:val="0"/>
          <w:iCs w:val="0"/>
          <w:color w:val="7030A0"/>
          <w:sz w:val="28"/>
          <w:szCs w:val="28"/>
          <w:rtl/>
        </w:rPr>
        <w:t>پل باسن همراه با ک</w:t>
      </w:r>
      <w:r w:rsidRPr="00892350">
        <w:rPr>
          <w:rFonts w:eastAsia="Times New Roman" w:cs="B Mitra" w:hint="cs"/>
          <w:i w:val="0"/>
          <w:iCs w:val="0"/>
          <w:color w:val="7030A0"/>
          <w:sz w:val="28"/>
          <w:szCs w:val="28"/>
          <w:rtl/>
        </w:rPr>
        <w:t>ِ</w:t>
      </w:r>
      <w:r w:rsidRPr="00892350">
        <w:rPr>
          <w:rFonts w:eastAsia="Times New Roman" w:cs="B Mitra"/>
          <w:i w:val="0"/>
          <w:iCs w:val="0"/>
          <w:color w:val="7030A0"/>
          <w:sz w:val="28"/>
          <w:szCs w:val="28"/>
          <w:rtl/>
        </w:rPr>
        <w:t>گ</w:t>
      </w:r>
      <w:r w:rsidRPr="00892350">
        <w:rPr>
          <w:rFonts w:eastAsia="Times New Roman" w:cs="B Mitra" w:hint="cs"/>
          <w:i w:val="0"/>
          <w:iCs w:val="0"/>
          <w:color w:val="7030A0"/>
          <w:sz w:val="28"/>
          <w:szCs w:val="28"/>
          <w:rtl/>
        </w:rPr>
        <w:t>ِ</w:t>
      </w:r>
      <w:r w:rsidRPr="00892350">
        <w:rPr>
          <w:rFonts w:eastAsia="Times New Roman" w:cs="B Mitra"/>
          <w:i w:val="0"/>
          <w:iCs w:val="0"/>
          <w:color w:val="7030A0"/>
          <w:sz w:val="28"/>
          <w:szCs w:val="28"/>
          <w:rtl/>
        </w:rPr>
        <w:t>ل</w:t>
      </w:r>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hint="eastAsia"/>
          <w:color w:val="222222"/>
          <w:sz w:val="28"/>
          <w:szCs w:val="28"/>
          <w:rtl/>
        </w:rPr>
        <w:t>به</w:t>
      </w:r>
      <w:r w:rsidRPr="0000691D">
        <w:rPr>
          <w:rFonts w:ascii="Arial" w:eastAsia="Times New Roman" w:hAnsi="Arial" w:cs="B Mitra"/>
          <w:color w:val="222222"/>
          <w:sz w:val="28"/>
          <w:szCs w:val="28"/>
          <w:rtl/>
        </w:rPr>
        <w:t xml:space="preserve"> پشت دراز بکش</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زانوها را خم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و کف پاها را رو</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زم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color w:val="222222"/>
          <w:sz w:val="28"/>
          <w:szCs w:val="28"/>
          <w:rtl/>
        </w:rPr>
        <w:t xml:space="preserve"> قرار ده</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ابتدا عضلات کف لگن را منقبض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hint="cs"/>
          <w:color w:val="222222"/>
          <w:sz w:val="28"/>
          <w:szCs w:val="28"/>
          <w:rtl/>
        </w:rPr>
        <w:t>؛</w:t>
      </w:r>
      <w:r w:rsidRPr="0000691D">
        <w:rPr>
          <w:rFonts w:ascii="Arial" w:eastAsia="Times New Roman" w:hAnsi="Arial" w:cs="B Mitra"/>
          <w:color w:val="222222"/>
          <w:sz w:val="28"/>
          <w:szCs w:val="28"/>
          <w:rtl/>
        </w:rPr>
        <w:t xml:space="preserve"> سپس با فشار دادن کف پاها به زم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color w:val="222222"/>
          <w:sz w:val="28"/>
          <w:szCs w:val="28"/>
          <w:rtl/>
        </w:rPr>
        <w:t xml:space="preserve"> لگن را به‌آرام</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از زم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color w:val="222222"/>
          <w:sz w:val="28"/>
          <w:szCs w:val="28"/>
          <w:rtl/>
        </w:rPr>
        <w:t xml:space="preserve"> بلند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تا بدن در راستا</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مناسب</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قرار بگ</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رد</w:t>
      </w:r>
      <w:r w:rsidRPr="0000691D">
        <w:rPr>
          <w:rFonts w:ascii="Arial" w:eastAsia="Times New Roman" w:hAnsi="Arial" w:cs="B Mitra"/>
          <w:color w:val="222222"/>
          <w:sz w:val="28"/>
          <w:szCs w:val="28"/>
          <w:rtl/>
        </w:rPr>
        <w:t>. چند لحظه مکث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سپس لگن را به‌آرام</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پا</w:t>
      </w:r>
      <w:r w:rsidRPr="0000691D">
        <w:rPr>
          <w:rFonts w:ascii="Arial" w:eastAsia="Times New Roman" w:hAnsi="Arial" w:cs="B Mitra" w:hint="cs"/>
          <w:color w:val="222222"/>
          <w:sz w:val="28"/>
          <w:szCs w:val="28"/>
          <w:rtl/>
        </w:rPr>
        <w:t>یی</w:t>
      </w:r>
      <w:r w:rsidRPr="0000691D">
        <w:rPr>
          <w:rFonts w:ascii="Arial" w:eastAsia="Times New Roman" w:hAnsi="Arial" w:cs="B Mitra" w:hint="eastAsia"/>
          <w:color w:val="222222"/>
          <w:sz w:val="28"/>
          <w:szCs w:val="28"/>
          <w:rtl/>
        </w:rPr>
        <w:t>ن</w:t>
      </w:r>
      <w:r w:rsidRPr="0000691D">
        <w:rPr>
          <w:rFonts w:ascii="Arial" w:eastAsia="Times New Roman" w:hAnsi="Arial" w:cs="B Mitra"/>
          <w:color w:val="222222"/>
          <w:sz w:val="28"/>
          <w:szCs w:val="28"/>
          <w:rtl/>
        </w:rPr>
        <w:t xml:space="preserve"> ب</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اور</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و عضلات کف لگن را رها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w:t>
      </w:r>
    </w:p>
    <w:p w:rsidR="00A75B1C" w:rsidRPr="00892350" w:rsidRDefault="00A75B1C" w:rsidP="00892350">
      <w:pPr>
        <w:pStyle w:val="Heading4"/>
        <w:bidi/>
        <w:rPr>
          <w:rFonts w:eastAsia="Times New Roman" w:cs="B Mitra"/>
          <w:i w:val="0"/>
          <w:iCs w:val="0"/>
          <w:color w:val="7030A0"/>
          <w:sz w:val="28"/>
          <w:szCs w:val="28"/>
        </w:rPr>
      </w:pPr>
      <w:r w:rsidRPr="00892350">
        <w:rPr>
          <w:rFonts w:eastAsia="Times New Roman" w:cs="B Mitra"/>
          <w:i w:val="0"/>
          <w:iCs w:val="0"/>
          <w:color w:val="7030A0"/>
          <w:sz w:val="28"/>
          <w:szCs w:val="28"/>
          <w:rtl/>
          <w:lang w:bidi="fa-IR"/>
        </w:rPr>
        <w:lastRenderedPageBreak/>
        <w:t xml:space="preserve">۷. </w:t>
      </w:r>
      <w:r w:rsidRPr="00892350">
        <w:rPr>
          <w:rFonts w:eastAsia="Times New Roman" w:cs="B Mitra"/>
          <w:i w:val="0"/>
          <w:iCs w:val="0"/>
          <w:color w:val="7030A0"/>
          <w:sz w:val="28"/>
          <w:szCs w:val="28"/>
          <w:rtl/>
        </w:rPr>
        <w:t>تمر</w:t>
      </w:r>
      <w:r w:rsidRPr="00892350">
        <w:rPr>
          <w:rFonts w:eastAsia="Times New Roman" w:cs="B Mitra" w:hint="cs"/>
          <w:i w:val="0"/>
          <w:iCs w:val="0"/>
          <w:color w:val="7030A0"/>
          <w:sz w:val="28"/>
          <w:szCs w:val="28"/>
          <w:rtl/>
        </w:rPr>
        <w:t>ی</w:t>
      </w:r>
      <w:r w:rsidRPr="00892350">
        <w:rPr>
          <w:rFonts w:eastAsia="Times New Roman" w:cs="B Mitra" w:hint="eastAsia"/>
          <w:i w:val="0"/>
          <w:iCs w:val="0"/>
          <w:color w:val="7030A0"/>
          <w:sz w:val="28"/>
          <w:szCs w:val="28"/>
          <w:rtl/>
        </w:rPr>
        <w:t>ن</w:t>
      </w:r>
      <w:r w:rsidRPr="00892350">
        <w:rPr>
          <w:rFonts w:eastAsia="Times New Roman" w:cs="B Mitra"/>
          <w:i w:val="0"/>
          <w:iCs w:val="0"/>
          <w:color w:val="7030A0"/>
          <w:sz w:val="28"/>
          <w:szCs w:val="28"/>
          <w:rtl/>
        </w:rPr>
        <w:t xml:space="preserve"> در حالت نشسته و همراه با تمر</w:t>
      </w:r>
      <w:r w:rsidRPr="00892350">
        <w:rPr>
          <w:rFonts w:eastAsia="Times New Roman" w:cs="B Mitra" w:hint="cs"/>
          <w:i w:val="0"/>
          <w:iCs w:val="0"/>
          <w:color w:val="7030A0"/>
          <w:sz w:val="28"/>
          <w:szCs w:val="28"/>
          <w:rtl/>
        </w:rPr>
        <w:t>ی</w:t>
      </w:r>
      <w:r w:rsidRPr="00892350">
        <w:rPr>
          <w:rFonts w:eastAsia="Times New Roman" w:cs="B Mitra" w:hint="eastAsia"/>
          <w:i w:val="0"/>
          <w:iCs w:val="0"/>
          <w:color w:val="7030A0"/>
          <w:sz w:val="28"/>
          <w:szCs w:val="28"/>
          <w:rtl/>
        </w:rPr>
        <w:t>نات</w:t>
      </w:r>
      <w:r w:rsidRPr="00892350">
        <w:rPr>
          <w:rFonts w:eastAsia="Times New Roman" w:cs="B Mitra"/>
          <w:i w:val="0"/>
          <w:iCs w:val="0"/>
          <w:color w:val="7030A0"/>
          <w:sz w:val="28"/>
          <w:szCs w:val="28"/>
          <w:rtl/>
        </w:rPr>
        <w:t xml:space="preserve"> مرکز</w:t>
      </w:r>
      <w:r w:rsidRPr="00892350">
        <w:rPr>
          <w:rFonts w:eastAsia="Times New Roman" w:cs="B Mitra" w:hint="cs"/>
          <w:i w:val="0"/>
          <w:iCs w:val="0"/>
          <w:color w:val="7030A0"/>
          <w:sz w:val="28"/>
          <w:szCs w:val="28"/>
          <w:rtl/>
        </w:rPr>
        <w:t>ی</w:t>
      </w:r>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tl/>
        </w:rPr>
      </w:pPr>
      <w:r w:rsidRPr="0000691D">
        <w:rPr>
          <w:rFonts w:ascii="Arial" w:eastAsia="Times New Roman" w:hAnsi="Arial" w:cs="B Mitra" w:hint="eastAsia"/>
          <w:color w:val="222222"/>
          <w:sz w:val="28"/>
          <w:szCs w:val="28"/>
          <w:rtl/>
        </w:rPr>
        <w:t>در</w:t>
      </w:r>
      <w:r w:rsidRPr="0000691D">
        <w:rPr>
          <w:rFonts w:ascii="Arial" w:eastAsia="Times New Roman" w:hAnsi="Arial" w:cs="B Mitra"/>
          <w:color w:val="222222"/>
          <w:sz w:val="28"/>
          <w:szCs w:val="28"/>
          <w:rtl/>
        </w:rPr>
        <w:t xml:space="preserve"> حالت نشسته و با وضع</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ت</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راحت، کف پاها را 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توان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به </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کد</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گر</w:t>
      </w:r>
      <w:r w:rsidRPr="0000691D">
        <w:rPr>
          <w:rFonts w:ascii="Arial" w:eastAsia="Times New Roman" w:hAnsi="Arial" w:cs="B Mitra"/>
          <w:color w:val="222222"/>
          <w:sz w:val="28"/>
          <w:szCs w:val="28"/>
          <w:rtl/>
        </w:rPr>
        <w:t xml:space="preserve"> نزد</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ک</w:t>
      </w:r>
      <w:r w:rsidRPr="0000691D">
        <w:rPr>
          <w:rFonts w:ascii="Arial" w:eastAsia="Times New Roman" w:hAnsi="Arial" w:cs="B Mitra"/>
          <w:color w:val="222222"/>
          <w:sz w:val="28"/>
          <w:szCs w:val="28"/>
          <w:rtl/>
        </w:rPr>
        <w:t xml:space="preserve"> </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ا</w:t>
      </w:r>
      <w:r w:rsidRPr="0000691D">
        <w:rPr>
          <w:rFonts w:ascii="Arial" w:eastAsia="Times New Roman" w:hAnsi="Arial" w:cs="B Mitra"/>
          <w:color w:val="222222"/>
          <w:sz w:val="28"/>
          <w:szCs w:val="28"/>
          <w:rtl/>
        </w:rPr>
        <w:t xml:space="preserve"> در صورت راحت</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به هم بچسبان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عضلات کف لگن را به‌آرام</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منقبض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چند لحظه نگه دار</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و سپس کاملاً رها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w:t>
      </w:r>
      <w:r w:rsidRPr="0000691D">
        <w:rPr>
          <w:rFonts w:ascii="Arial" w:eastAsia="Times New Roman" w:hAnsi="Arial" w:cs="B Mitra" w:hint="cs"/>
          <w:color w:val="222222"/>
          <w:sz w:val="28"/>
          <w:szCs w:val="28"/>
          <w:rtl/>
        </w:rPr>
        <w:t xml:space="preserve"> </w:t>
      </w:r>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tl/>
        </w:rPr>
      </w:pPr>
      <w:r w:rsidRPr="0000691D">
        <w:rPr>
          <w:rFonts w:ascii="Arial" w:eastAsia="Times New Roman" w:hAnsi="Arial" w:cs="B Mitra" w:hint="eastAsia"/>
          <w:color w:val="222222"/>
          <w:sz w:val="28"/>
          <w:szCs w:val="28"/>
          <w:rtl/>
        </w:rPr>
        <w:t>پس</w:t>
      </w:r>
      <w:r w:rsidRPr="0000691D">
        <w:rPr>
          <w:rFonts w:ascii="Arial" w:eastAsia="Times New Roman" w:hAnsi="Arial" w:cs="B Mitra"/>
          <w:color w:val="222222"/>
          <w:sz w:val="28"/>
          <w:szCs w:val="28"/>
          <w:rtl/>
        </w:rPr>
        <w:t xml:space="preserve"> از کسب مهارت، 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توان</w:t>
      </w:r>
      <w:r w:rsidRPr="0000691D">
        <w:rPr>
          <w:rFonts w:ascii="Arial" w:eastAsia="Times New Roman" w:hAnsi="Arial" w:cs="B Mitra"/>
          <w:color w:val="222222"/>
          <w:sz w:val="28"/>
          <w:szCs w:val="28"/>
          <w:rtl/>
        </w:rPr>
        <w:t xml:space="preserve"> هماهنگ</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عضلات کف لگن را با برخ</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تمر</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نات</w:t>
      </w:r>
      <w:r w:rsidRPr="0000691D">
        <w:rPr>
          <w:rFonts w:ascii="Arial" w:eastAsia="Times New Roman" w:hAnsi="Arial" w:cs="B Mitra"/>
          <w:color w:val="222222"/>
          <w:sz w:val="28"/>
          <w:szCs w:val="28"/>
          <w:rtl/>
        </w:rPr>
        <w:t xml:space="preserve"> عضلات مرکز</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بدن 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ز</w:t>
      </w:r>
      <w:r w:rsidRPr="0000691D">
        <w:rPr>
          <w:rFonts w:ascii="Arial" w:eastAsia="Times New Roman" w:hAnsi="Arial" w:cs="B Mitra"/>
          <w:color w:val="222222"/>
          <w:sz w:val="28"/>
          <w:szCs w:val="28"/>
          <w:rtl/>
        </w:rPr>
        <w:t xml:space="preserve"> تمر</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color w:val="222222"/>
          <w:sz w:val="28"/>
          <w:szCs w:val="28"/>
          <w:rtl/>
        </w:rPr>
        <w:t xml:space="preserve"> کرد. با ا</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color w:val="222222"/>
          <w:sz w:val="28"/>
          <w:szCs w:val="28"/>
          <w:rtl/>
        </w:rPr>
        <w:t xml:space="preserve"> حال، هدف ا</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w:t>
      </w:r>
      <w:r w:rsidRPr="0000691D">
        <w:rPr>
          <w:rFonts w:ascii="Arial" w:eastAsia="Times New Roman" w:hAnsi="Arial" w:cs="B Mitra"/>
          <w:color w:val="222222"/>
          <w:sz w:val="28"/>
          <w:szCs w:val="28"/>
          <w:rtl/>
        </w:rPr>
        <w:t xml:space="preserve"> 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ست</w:t>
      </w:r>
      <w:r w:rsidRPr="0000691D">
        <w:rPr>
          <w:rFonts w:ascii="Arial" w:eastAsia="Times New Roman" w:hAnsi="Arial" w:cs="B Mitra"/>
          <w:color w:val="222222"/>
          <w:sz w:val="28"/>
          <w:szCs w:val="28"/>
          <w:rtl/>
        </w:rPr>
        <w:t xml:space="preserve"> که در تمام حرکات شکم، کف لگن را دائماً و با شدت ز</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اد</w:t>
      </w:r>
      <w:r w:rsidRPr="0000691D">
        <w:rPr>
          <w:rFonts w:ascii="Arial" w:eastAsia="Times New Roman" w:hAnsi="Arial" w:cs="B Mitra"/>
          <w:color w:val="222222"/>
          <w:sz w:val="28"/>
          <w:szCs w:val="28"/>
          <w:rtl/>
        </w:rPr>
        <w:t xml:space="preserve"> منقبض نگه دار</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م؛</w:t>
      </w:r>
      <w:r w:rsidRPr="0000691D">
        <w:rPr>
          <w:rFonts w:ascii="Arial" w:eastAsia="Times New Roman" w:hAnsi="Arial" w:cs="B Mitra"/>
          <w:color w:val="222222"/>
          <w:sz w:val="28"/>
          <w:szCs w:val="28"/>
          <w:rtl/>
        </w:rPr>
        <w:t xml:space="preserve"> انقباض با</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د</w:t>
      </w:r>
      <w:r w:rsidRPr="0000691D">
        <w:rPr>
          <w:rFonts w:ascii="Arial" w:eastAsia="Times New Roman" w:hAnsi="Arial" w:cs="B Mitra"/>
          <w:color w:val="222222"/>
          <w:sz w:val="28"/>
          <w:szCs w:val="28"/>
          <w:rtl/>
        </w:rPr>
        <w:t xml:space="preserve"> متناسب با حرکت و همراه با تنفس طب</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ع</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باشد.</w:t>
      </w:r>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tl/>
        </w:rPr>
      </w:pPr>
      <w:r w:rsidRPr="0000691D">
        <w:rPr>
          <w:rFonts w:ascii="Arial" w:eastAsia="Times New Roman" w:hAnsi="Arial" w:cs="B Mitra" w:hint="eastAsia"/>
          <w:color w:val="222222"/>
          <w:sz w:val="28"/>
          <w:szCs w:val="28"/>
          <w:rtl/>
        </w:rPr>
        <w:t>در</w:t>
      </w:r>
      <w:r w:rsidRPr="0000691D">
        <w:rPr>
          <w:rFonts w:ascii="Arial" w:eastAsia="Times New Roman" w:hAnsi="Arial" w:cs="B Mitra"/>
          <w:color w:val="222222"/>
          <w:sz w:val="28"/>
          <w:szCs w:val="28"/>
          <w:rtl/>
        </w:rPr>
        <w:t xml:space="preserve"> صورت استقبال شما، در شماره‌ها</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آ</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نده</w:t>
      </w:r>
      <w:r w:rsidRPr="0000691D">
        <w:rPr>
          <w:rFonts w:ascii="Arial" w:eastAsia="Times New Roman" w:hAnsi="Arial" w:cs="B Mitra"/>
          <w:color w:val="222222"/>
          <w:sz w:val="28"/>
          <w:szCs w:val="28"/>
          <w:rtl/>
        </w:rPr>
        <w:t xml:space="preserve"> 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توان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م</w:t>
      </w:r>
      <w:r w:rsidRPr="0000691D">
        <w:rPr>
          <w:rFonts w:ascii="Arial" w:eastAsia="Times New Roman" w:hAnsi="Arial" w:cs="B Mitra"/>
          <w:color w:val="222222"/>
          <w:sz w:val="28"/>
          <w:szCs w:val="28"/>
          <w:rtl/>
        </w:rPr>
        <w:t xml:space="preserve"> به سراغ </w:t>
      </w:r>
      <w:r w:rsidRPr="0000691D">
        <w:rPr>
          <w:rFonts w:ascii="Cambria" w:eastAsia="Times New Roman" w:hAnsi="Cambria" w:cs="Cambria" w:hint="cs"/>
          <w:color w:val="222222"/>
          <w:sz w:val="28"/>
          <w:szCs w:val="28"/>
          <w:rtl/>
        </w:rPr>
        <w:t> </w:t>
      </w:r>
      <w:r w:rsidRPr="0000691D">
        <w:rPr>
          <w:rFonts w:ascii="Arial" w:eastAsia="Times New Roman" w:hAnsi="Arial" w:cs="B Mitra" w:hint="cs"/>
          <w:color w:val="222222"/>
          <w:sz w:val="28"/>
          <w:szCs w:val="28"/>
          <w:rtl/>
        </w:rPr>
        <w:t>تقوی</w:t>
      </w:r>
      <w:r w:rsidRPr="0000691D">
        <w:rPr>
          <w:rFonts w:ascii="Arial" w:eastAsia="Times New Roman" w:hAnsi="Arial" w:cs="B Mitra" w:hint="eastAsia"/>
          <w:color w:val="222222"/>
          <w:sz w:val="28"/>
          <w:szCs w:val="28"/>
          <w:rtl/>
        </w:rPr>
        <w:t>ت</w:t>
      </w:r>
      <w:r w:rsidRPr="0000691D">
        <w:rPr>
          <w:rFonts w:ascii="Arial" w:eastAsia="Times New Roman" w:hAnsi="Arial" w:cs="B Mitra"/>
          <w:color w:val="222222"/>
          <w:sz w:val="28"/>
          <w:szCs w:val="28"/>
          <w:rtl/>
        </w:rPr>
        <w:t xml:space="preserve"> عضلات مرکز</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بدن و تمر</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نات</w:t>
      </w:r>
      <w:r w:rsidRPr="0000691D">
        <w:rPr>
          <w:rFonts w:ascii="Arial" w:eastAsia="Times New Roman" w:hAnsi="Arial" w:cs="B Mitra"/>
          <w:color w:val="222222"/>
          <w:sz w:val="28"/>
          <w:szCs w:val="28"/>
          <w:rtl/>
        </w:rPr>
        <w:t xml:space="preserve"> شکم برو</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م</w:t>
      </w:r>
      <w:r w:rsidRPr="0000691D">
        <w:rPr>
          <w:rFonts w:ascii="Arial" w:eastAsia="Times New Roman" w:hAnsi="Arial" w:cs="B Mitra"/>
          <w:color w:val="222222"/>
          <w:sz w:val="28"/>
          <w:szCs w:val="28"/>
          <w:rtl/>
        </w:rPr>
        <w:t xml:space="preserve"> و </w:t>
      </w:r>
      <w:r w:rsidRPr="0000691D">
        <w:rPr>
          <w:rFonts w:ascii="Cambria" w:eastAsia="Times New Roman" w:hAnsi="Cambria" w:cs="Cambria" w:hint="cs"/>
          <w:color w:val="222222"/>
          <w:sz w:val="28"/>
          <w:szCs w:val="28"/>
          <w:rtl/>
        </w:rPr>
        <w:t> </w:t>
      </w:r>
      <w:r w:rsidRPr="0000691D">
        <w:rPr>
          <w:rFonts w:ascii="Arial" w:eastAsia="Times New Roman" w:hAnsi="Arial" w:cs="B Mitra" w:hint="cs"/>
          <w:color w:val="222222"/>
          <w:sz w:val="28"/>
          <w:szCs w:val="28"/>
          <w:rtl/>
        </w:rPr>
        <w:t>تمری</w:t>
      </w:r>
      <w:r w:rsidRPr="0000691D">
        <w:rPr>
          <w:rFonts w:ascii="Arial" w:eastAsia="Times New Roman" w:hAnsi="Arial" w:cs="B Mitra" w:hint="eastAsia"/>
          <w:color w:val="222222"/>
          <w:sz w:val="28"/>
          <w:szCs w:val="28"/>
          <w:rtl/>
        </w:rPr>
        <w:t>ن‌ها</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مناسب آن را به‌صورت مرحله‌به‌مرحله معرف</w:t>
      </w:r>
      <w:r w:rsidRPr="0000691D">
        <w:rPr>
          <w:rFonts w:ascii="Arial" w:eastAsia="Times New Roman" w:hAnsi="Arial" w:cs="B Mitra" w:hint="cs"/>
          <w:color w:val="222222"/>
          <w:sz w:val="28"/>
          <w:szCs w:val="28"/>
          <w:rtl/>
        </w:rPr>
        <w:t>ی</w:t>
      </w:r>
      <w:r w:rsidRPr="0000691D">
        <w:rPr>
          <w:rFonts w:ascii="Arial" w:eastAsia="Times New Roman" w:hAnsi="Arial" w:cs="B Mitra"/>
          <w:color w:val="222222"/>
          <w:sz w:val="28"/>
          <w:szCs w:val="28"/>
          <w:rtl/>
        </w:rPr>
        <w:t xml:space="preserve"> کن</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م</w:t>
      </w:r>
      <w:r w:rsidRPr="0000691D">
        <w:rPr>
          <w:rFonts w:ascii="Arial" w:eastAsia="Times New Roman" w:hAnsi="Arial" w:cs="B Mitra" w:hint="cs"/>
          <w:color w:val="222222"/>
          <w:sz w:val="28"/>
          <w:szCs w:val="28"/>
          <w:rtl/>
        </w:rPr>
        <w:t>.</w:t>
      </w:r>
    </w:p>
    <w:p w:rsidR="00A75B1C" w:rsidRPr="00892350" w:rsidRDefault="00A75B1C" w:rsidP="00892350">
      <w:pPr>
        <w:pStyle w:val="Heading3"/>
        <w:bidi/>
        <w:rPr>
          <w:rFonts w:eastAsia="Times New Roman" w:cs="B Mitra"/>
          <w:color w:val="70AD47" w:themeColor="accent6"/>
          <w:sz w:val="28"/>
          <w:szCs w:val="28"/>
          <w:rtl/>
        </w:rPr>
      </w:pPr>
      <w:bookmarkStart w:id="50" w:name="_Toc243400557"/>
      <w:r w:rsidRPr="00892350">
        <w:rPr>
          <w:rFonts w:eastAsia="Times New Roman" w:cs="B Mitra"/>
          <w:color w:val="70AD47" w:themeColor="accent6"/>
          <w:sz w:val="28"/>
          <w:szCs w:val="28"/>
          <w:rtl/>
        </w:rPr>
        <w:t>جمع‌بند</w:t>
      </w:r>
      <w:r w:rsidRPr="00892350">
        <w:rPr>
          <w:rFonts w:eastAsia="Times New Roman" w:cs="B Mitra" w:hint="cs"/>
          <w:color w:val="70AD47" w:themeColor="accent6"/>
          <w:sz w:val="28"/>
          <w:szCs w:val="28"/>
          <w:rtl/>
        </w:rPr>
        <w:t>ی:</w:t>
      </w:r>
      <w:bookmarkEnd w:id="50"/>
      <w:r w:rsidRPr="00892350">
        <w:rPr>
          <w:rFonts w:eastAsia="Times New Roman" w:cs="B Mitra" w:hint="cs"/>
          <w:color w:val="70AD47" w:themeColor="accent6"/>
          <w:sz w:val="28"/>
          <w:szCs w:val="28"/>
          <w:rtl/>
        </w:rPr>
        <w:t xml:space="preserve"> </w:t>
      </w:r>
    </w:p>
    <w:p w:rsidR="00A75B1C" w:rsidRPr="0000691D"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tl/>
        </w:rPr>
      </w:pPr>
      <w:r w:rsidRPr="0000691D">
        <w:rPr>
          <w:rFonts w:ascii="Arial" w:eastAsia="Times New Roman" w:hAnsi="Arial" w:cs="B Mitra" w:hint="cs"/>
          <w:color w:val="222222"/>
          <w:sz w:val="28"/>
          <w:szCs w:val="28"/>
          <w:rtl/>
        </w:rPr>
        <w:t xml:space="preserve">تمرینات کِگِل روشی علمی </w:t>
      </w:r>
      <w:r w:rsidRPr="0000691D">
        <w:rPr>
          <w:rFonts w:ascii="Arial" w:eastAsia="Times New Roman" w:hAnsi="Arial" w:cs="B Mitra"/>
          <w:color w:val="222222"/>
          <w:sz w:val="28"/>
          <w:szCs w:val="28"/>
          <w:rtl/>
        </w:rPr>
        <w:t>و غ</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رتهاجم</w:t>
      </w:r>
      <w:r w:rsidRPr="0000691D">
        <w:rPr>
          <w:rFonts w:ascii="Arial" w:eastAsia="Times New Roman" w:hAnsi="Arial" w:cs="B Mitra" w:hint="cs"/>
          <w:color w:val="222222"/>
          <w:sz w:val="28"/>
          <w:szCs w:val="28"/>
          <w:rtl/>
        </w:rPr>
        <w:t xml:space="preserve">ی برای تقویت قدرت، استقامت و هماهنگی عضلات هستند که در کنترل ادرار و مدفوع و حمایت از اندام‌های لگنی نقش دارند؛ بنابراین، توصیه </w:t>
      </w:r>
      <w:r w:rsidRPr="0000691D">
        <w:rPr>
          <w:rFonts w:ascii="Arial" w:eastAsia="Times New Roman" w:hAnsi="Arial" w:cs="B Mitra"/>
          <w:color w:val="222222"/>
          <w:sz w:val="28"/>
          <w:szCs w:val="28"/>
          <w:rtl/>
        </w:rPr>
        <w:t>م</w:t>
      </w:r>
      <w:r w:rsidRPr="0000691D">
        <w:rPr>
          <w:rFonts w:ascii="Arial" w:eastAsia="Times New Roman" w:hAnsi="Arial" w:cs="B Mitra" w:hint="cs"/>
          <w:color w:val="222222"/>
          <w:sz w:val="28"/>
          <w:szCs w:val="28"/>
          <w:rtl/>
        </w:rPr>
        <w:t>ی‌</w:t>
      </w:r>
      <w:r w:rsidRPr="0000691D">
        <w:rPr>
          <w:rFonts w:ascii="Arial" w:eastAsia="Times New Roman" w:hAnsi="Arial" w:cs="B Mitra" w:hint="eastAsia"/>
          <w:color w:val="222222"/>
          <w:sz w:val="28"/>
          <w:szCs w:val="28"/>
          <w:rtl/>
        </w:rPr>
        <w:t>شود</w:t>
      </w:r>
      <w:r w:rsidRPr="0000691D">
        <w:rPr>
          <w:rFonts w:ascii="Arial" w:eastAsia="Times New Roman" w:hAnsi="Arial" w:cs="B Mitra" w:hint="cs"/>
          <w:color w:val="222222"/>
          <w:sz w:val="28"/>
          <w:szCs w:val="28"/>
          <w:rtl/>
        </w:rPr>
        <w:t xml:space="preserve"> که تمرینات در سِت‌های 5 الی 10 تایی، 3 الی 4 بار در روز اجرا شود که باز هم این تکرار‌ها در افراد با توجه به شرایط زندگی قابل تغییر می‌باشد. مهم‌ترین موضوع، منظم بودن تمرینات و استمرار در اجرای آن است. </w:t>
      </w:r>
    </w:p>
    <w:p w:rsidR="00A75B1C" w:rsidRDefault="00A75B1C" w:rsidP="0000691D">
      <w:pPr>
        <w:shd w:val="clear" w:color="auto" w:fill="FFFFFF"/>
        <w:bidi/>
        <w:spacing w:before="100" w:beforeAutospacing="1" w:after="100" w:afterAutospacing="1" w:line="360" w:lineRule="auto"/>
        <w:jc w:val="both"/>
        <w:rPr>
          <w:rFonts w:ascii="Arial" w:eastAsia="Times New Roman" w:hAnsi="Arial" w:cs="B Mitra"/>
          <w:color w:val="222222"/>
          <w:sz w:val="28"/>
          <w:szCs w:val="28"/>
        </w:rPr>
      </w:pPr>
      <w:r w:rsidRPr="0000691D">
        <w:rPr>
          <w:rFonts w:ascii="Arial" w:eastAsia="Times New Roman" w:hAnsi="Arial" w:cs="B Mitra" w:hint="cs"/>
          <w:color w:val="222222"/>
          <w:sz w:val="28"/>
          <w:szCs w:val="28"/>
          <w:rtl/>
        </w:rPr>
        <w:t xml:space="preserve">در آخر خوشحالم که ماهی دیگر با مطالبی کاربردی </w:t>
      </w:r>
      <w:r w:rsidRPr="0000691D">
        <w:rPr>
          <w:rFonts w:ascii="Arial" w:eastAsia="Times New Roman" w:hAnsi="Arial" w:cs="B Mitra"/>
          <w:color w:val="222222"/>
          <w:sz w:val="28"/>
          <w:szCs w:val="28"/>
          <w:rtl/>
        </w:rPr>
        <w:t>در کنار</w:t>
      </w:r>
      <w:r w:rsidRPr="0000691D">
        <w:rPr>
          <w:rFonts w:ascii="Arial" w:eastAsia="Times New Roman" w:hAnsi="Arial" w:cs="B Mitra" w:hint="cs"/>
          <w:color w:val="222222"/>
          <w:sz w:val="28"/>
          <w:szCs w:val="28"/>
          <w:rtl/>
        </w:rPr>
        <w:t xml:space="preserve"> شما بودم. تندرست، پویا و پرنشاط بمانید.</w:t>
      </w:r>
    </w:p>
    <w:p w:rsidR="00E25F8A" w:rsidRPr="0000691D" w:rsidRDefault="00E25F8A" w:rsidP="00E25F8A">
      <w:pPr>
        <w:shd w:val="clear" w:color="auto" w:fill="FFFFFF"/>
        <w:bidi/>
        <w:spacing w:before="100" w:beforeAutospacing="1" w:after="100" w:afterAutospacing="1" w:line="360" w:lineRule="auto"/>
        <w:jc w:val="both"/>
        <w:rPr>
          <w:rFonts w:ascii="Arial" w:eastAsia="Times New Roman" w:hAnsi="Arial" w:cs="B Mitra"/>
          <w:color w:val="222222"/>
          <w:sz w:val="28"/>
          <w:szCs w:val="28"/>
          <w:rtl/>
        </w:rPr>
      </w:pPr>
    </w:p>
    <w:p w:rsidR="00A75B1C" w:rsidRPr="00C675C0" w:rsidRDefault="00A75B1C" w:rsidP="00C675C0">
      <w:pPr>
        <w:pStyle w:val="Heading2"/>
        <w:bidi/>
        <w:rPr>
          <w:rFonts w:eastAsia="Times New Roman" w:cs="B Mitra"/>
          <w:color w:val="4472C4" w:themeColor="accent5"/>
          <w:sz w:val="32"/>
          <w:szCs w:val="32"/>
          <w:rtl/>
        </w:rPr>
      </w:pPr>
      <w:bookmarkStart w:id="51" w:name="_Toc243400558"/>
      <w:r w:rsidRPr="00C675C0">
        <w:rPr>
          <w:rFonts w:eastAsia="Times New Roman" w:cs="B Mitra" w:hint="cs"/>
          <w:color w:val="4472C4" w:themeColor="accent5"/>
          <w:sz w:val="32"/>
          <w:szCs w:val="32"/>
          <w:rtl/>
        </w:rPr>
        <w:t>ردپای نابینایان در آثار ادبی</w:t>
      </w:r>
      <w:r w:rsidR="00C675C0" w:rsidRPr="00C675C0">
        <w:rPr>
          <w:rFonts w:eastAsia="Times New Roman" w:cs="B Mitra"/>
          <w:color w:val="4472C4" w:themeColor="accent5"/>
          <w:sz w:val="32"/>
          <w:szCs w:val="32"/>
        </w:rPr>
        <w:t xml:space="preserve"> </w:t>
      </w:r>
      <w:r w:rsidR="00C675C0" w:rsidRPr="00C675C0">
        <w:rPr>
          <w:rFonts w:eastAsia="Times New Roman" w:cs="B Mitra" w:hint="cs"/>
          <w:color w:val="4472C4" w:themeColor="accent5"/>
          <w:sz w:val="32"/>
          <w:szCs w:val="32"/>
          <w:rtl/>
          <w:lang w:bidi="fa-IR"/>
        </w:rPr>
        <w:t xml:space="preserve">، </w:t>
      </w:r>
      <w:r w:rsidRPr="00C675C0">
        <w:rPr>
          <w:rFonts w:eastAsia="Times New Roman" w:cs="B Mitra" w:hint="cs"/>
          <w:color w:val="4472C4" w:themeColor="accent5"/>
          <w:sz w:val="32"/>
          <w:szCs w:val="32"/>
          <w:rtl/>
        </w:rPr>
        <w:t>معرفی نمایش‌نامه شاه لیر</w:t>
      </w:r>
      <w:bookmarkEnd w:id="51"/>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b/>
          <w:bCs/>
          <w:sz w:val="28"/>
          <w:szCs w:val="28"/>
          <w:rtl/>
        </w:rPr>
      </w:pPr>
      <w:r w:rsidRPr="0000691D">
        <w:rPr>
          <w:rFonts w:ascii="Times New Roman" w:eastAsia="Times New Roman" w:hAnsi="Times New Roman" w:cs="B Mitra" w:hint="cs"/>
          <w:b/>
          <w:bCs/>
          <w:sz w:val="28"/>
          <w:szCs w:val="28"/>
          <w:rtl/>
        </w:rPr>
        <w:t>حسین آگاهی، دانشجوی دکترای زبان و ادبیات فارسی</w:t>
      </w:r>
    </w:p>
    <w:p w:rsidR="00A75B1C"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hint="cs"/>
          <w:sz w:val="28"/>
          <w:szCs w:val="28"/>
          <w:rtl/>
        </w:rPr>
        <w:lastRenderedPageBreak/>
        <w:t xml:space="preserve">در یک اثر ادبی، </w:t>
      </w:r>
      <w:r w:rsidRPr="0000691D">
        <w:rPr>
          <w:rFonts w:ascii="Times New Roman" w:eastAsia="Times New Roman" w:hAnsi="Times New Roman" w:cs="B Mitra"/>
          <w:sz w:val="28"/>
          <w:szCs w:val="28"/>
          <w:rtl/>
        </w:rPr>
        <w:t>گاهی نویسنده چشم‌های شخصیتی را می‌گیرد تا چیزی را به او نشان دهد که پیش از آن، با چشم‌های سالمش قادر به دیدنش نبوده است</w:t>
      </w:r>
      <w:r w:rsidRPr="0000691D">
        <w:rPr>
          <w:rFonts w:ascii="Times New Roman" w:eastAsia="Times New Roman" w:hAnsi="Times New Roman" w:cs="B Mitra" w:hint="cs"/>
          <w:sz w:val="28"/>
          <w:szCs w:val="28"/>
          <w:rtl/>
        </w:rPr>
        <w:t>؛</w:t>
      </w:r>
      <w:r w:rsidRPr="0000691D">
        <w:rPr>
          <w:rFonts w:ascii="Times New Roman" w:eastAsia="Times New Roman" w:hAnsi="Times New Roman" w:cs="B Mitra"/>
          <w:sz w:val="28"/>
          <w:szCs w:val="28"/>
          <w:rtl/>
        </w:rPr>
        <w:t xml:space="preserve"> گاهی نابینا شدن یک شخصیت، بیش از آنکه درباره چشم باشد، درباره شناختن است؛ درباره اینکه ممکن است انسان سال‌ها ببیند و با این حال چیزی را که درست در برابر چشمانش قرار دارد،</w:t>
      </w:r>
      <w:r w:rsidRPr="0000691D">
        <w:rPr>
          <w:rFonts w:ascii="Times New Roman" w:eastAsia="Times New Roman" w:hAnsi="Times New Roman" w:cs="B Mitra" w:hint="cs"/>
          <w:sz w:val="28"/>
          <w:szCs w:val="28"/>
          <w:rtl/>
        </w:rPr>
        <w:t xml:space="preserve"> ندیده باش</w:t>
      </w:r>
      <w:r w:rsidRPr="0000691D">
        <w:rPr>
          <w:rFonts w:ascii="Times New Roman" w:eastAsia="Times New Roman" w:hAnsi="Times New Roman" w:cs="B Mitra"/>
          <w:sz w:val="28"/>
          <w:szCs w:val="28"/>
          <w:rtl/>
        </w:rPr>
        <w:t>د</w:t>
      </w:r>
      <w:r w:rsidRPr="0000691D">
        <w:rPr>
          <w:rFonts w:ascii="Times New Roman" w:eastAsia="Times New Roman" w:hAnsi="Times New Roman" w:cs="B Mitra"/>
          <w:sz w:val="28"/>
          <w:szCs w:val="28"/>
        </w:rPr>
        <w:t>.</w:t>
      </w:r>
    </w:p>
    <w:p w:rsidR="00E25F8A" w:rsidRPr="0000691D" w:rsidRDefault="00E25F8A" w:rsidP="00E25F8A">
      <w:pPr>
        <w:bidi/>
        <w:spacing w:before="100" w:beforeAutospacing="1" w:after="100" w:afterAutospacing="1" w:line="360" w:lineRule="auto"/>
        <w:jc w:val="center"/>
        <w:rPr>
          <w:rFonts w:ascii="Times New Roman" w:eastAsia="Times New Roman" w:hAnsi="Times New Roman" w:cs="B Mitra"/>
          <w:sz w:val="28"/>
          <w:szCs w:val="28"/>
        </w:rPr>
      </w:pPr>
      <w:r>
        <w:rPr>
          <w:rFonts w:ascii="Times New Roman" w:eastAsia="Times New Roman" w:hAnsi="Times New Roman" w:cs="B Mitra"/>
          <w:noProof/>
          <w:sz w:val="28"/>
          <w:szCs w:val="28"/>
        </w:rPr>
        <w:drawing>
          <wp:inline distT="0" distB="0" distL="0" distR="0">
            <wp:extent cx="2371725" cy="2978031"/>
            <wp:effectExtent l="152400" t="152400" r="352425" b="3562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نمایش‌نامه شاه لیر.jpg"/>
                    <pic:cNvPicPr/>
                  </pic:nvPicPr>
                  <pic:blipFill>
                    <a:blip r:embed="rId21">
                      <a:extLst>
                        <a:ext uri="{28A0092B-C50C-407E-A947-70E740481C1C}">
                          <a14:useLocalDpi xmlns:a14="http://schemas.microsoft.com/office/drawing/2010/main" val="0"/>
                        </a:ext>
                      </a:extLst>
                    </a:blip>
                    <a:stretch>
                      <a:fillRect/>
                    </a:stretch>
                  </pic:blipFill>
                  <pic:spPr>
                    <a:xfrm>
                      <a:off x="0" y="0"/>
                      <a:ext cx="2375749" cy="2983084"/>
                    </a:xfrm>
                    <a:prstGeom prst="rect">
                      <a:avLst/>
                    </a:prstGeom>
                    <a:ln>
                      <a:noFill/>
                    </a:ln>
                    <a:effectLst>
                      <a:outerShdw blurRad="292100" dist="139700" dir="2700000" algn="tl" rotWithShape="0">
                        <a:srgbClr val="333333">
                          <a:alpha val="65000"/>
                        </a:srgbClr>
                      </a:outerShdw>
                    </a:effectLst>
                  </pic:spPr>
                </pic:pic>
              </a:graphicData>
            </a:graphic>
          </wp:inline>
        </w:drawing>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sz w:val="28"/>
          <w:szCs w:val="28"/>
          <w:rtl/>
        </w:rPr>
        <w:t>یکی از درخشان‌ترین نمونه‌های این موضوع را می‌توان در «شاه لیر» ویلیام شکسپیر دید؛ جایی که گلاستر، یکی از شخصیت‌های مهم نمایشنامه، در میانه داستان به شکلی هولناک نابینا می‌شود</w:t>
      </w:r>
      <w:r w:rsidRPr="0000691D">
        <w:rPr>
          <w:rFonts w:ascii="Times New Roman" w:eastAsia="Times New Roman" w:hAnsi="Times New Roman" w:cs="B Mitra"/>
          <w:sz w:val="28"/>
          <w:szCs w:val="28"/>
        </w:rPr>
        <w:t>.</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hint="cs"/>
          <w:sz w:val="28"/>
          <w:szCs w:val="28"/>
          <w:rtl/>
        </w:rPr>
        <w:t>«</w:t>
      </w:r>
      <w:r w:rsidRPr="0000691D">
        <w:rPr>
          <w:rFonts w:ascii="Times New Roman" w:eastAsia="Times New Roman" w:hAnsi="Times New Roman" w:cs="B Mitra"/>
          <w:sz w:val="28"/>
          <w:szCs w:val="28"/>
          <w:rtl/>
        </w:rPr>
        <w:t>شاه لیر» داستان پادشاه سالخورده‌ای است که تصمیم می‌گیرد قلمرو خود را میان سه دخترش تقسیم کند</w:t>
      </w:r>
      <w:r w:rsidRPr="0000691D">
        <w:rPr>
          <w:rFonts w:ascii="Times New Roman" w:eastAsia="Times New Roman" w:hAnsi="Times New Roman" w:cs="B Mitra" w:hint="cs"/>
          <w:sz w:val="28"/>
          <w:szCs w:val="28"/>
          <w:rtl/>
        </w:rPr>
        <w:t>؛</w:t>
      </w:r>
      <w:r w:rsidRPr="0000691D">
        <w:rPr>
          <w:rFonts w:ascii="Times New Roman" w:eastAsia="Times New Roman" w:hAnsi="Times New Roman" w:cs="B Mitra"/>
          <w:sz w:val="28"/>
          <w:szCs w:val="28"/>
          <w:rtl/>
        </w:rPr>
        <w:t xml:space="preserve"> او پیش از این کار از آنان می‌خواهد میزان عشق و وفاداری‌شان به او را بیان کنند. گونریل و ریگان، دو دختر بزرگ‌تر، با سخنان اغراق‌آمیز پدر را می‌ستایند و کوردلیا، دختر کوچک‌تر، از گفتن آنچه لیر انتظار دارد سر باز می‌زند. لیر هم او را طرد می‌کند</w:t>
      </w:r>
      <w:r w:rsidRPr="0000691D">
        <w:rPr>
          <w:rFonts w:ascii="Times New Roman" w:eastAsia="Times New Roman" w:hAnsi="Times New Roman" w:cs="B Mitra"/>
          <w:sz w:val="28"/>
          <w:szCs w:val="28"/>
        </w:rPr>
        <w:t>.</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sz w:val="28"/>
          <w:szCs w:val="28"/>
          <w:rtl/>
        </w:rPr>
        <w:t>در کنار داستان لیر، داستان دیگری نیز در نمایشنامه پیش می‌رود؛ داستان گلاستر و دو پسرش، ادگار و ادموند</w:t>
      </w:r>
      <w:r w:rsidRPr="0000691D">
        <w:rPr>
          <w:rFonts w:ascii="Times New Roman" w:eastAsia="Times New Roman" w:hAnsi="Times New Roman" w:cs="B Mitra" w:hint="cs"/>
          <w:sz w:val="28"/>
          <w:szCs w:val="28"/>
          <w:rtl/>
        </w:rPr>
        <w:t xml:space="preserve">؛ </w:t>
      </w:r>
      <w:r w:rsidRPr="0000691D">
        <w:rPr>
          <w:rFonts w:ascii="Times New Roman" w:eastAsia="Times New Roman" w:hAnsi="Times New Roman" w:cs="B Mitra"/>
          <w:sz w:val="28"/>
          <w:szCs w:val="28"/>
          <w:rtl/>
        </w:rPr>
        <w:t xml:space="preserve">گلاستر نیز مانند لیر، در تشخیص حقیقت دچار خطا می‌شود. ادموند، پسر نامشروع او، با نیرنگ کاری می‌کند که پدرش به پسر دیگرش، </w:t>
      </w:r>
      <w:r w:rsidRPr="0000691D">
        <w:rPr>
          <w:rFonts w:ascii="Times New Roman" w:eastAsia="Times New Roman" w:hAnsi="Times New Roman" w:cs="B Mitra"/>
          <w:sz w:val="28"/>
          <w:szCs w:val="28"/>
          <w:rtl/>
        </w:rPr>
        <w:lastRenderedPageBreak/>
        <w:t>ادگار، بدگمان شود. گلاستر به جای آنکه خیانت را در چهره کسی ببیند که واقعاً به او خیانت کرده، به کسی اعتماد می‌کند که بیش از همه دروغ گفته است</w:t>
      </w:r>
      <w:r w:rsidRPr="0000691D">
        <w:rPr>
          <w:rFonts w:ascii="Times New Roman" w:eastAsia="Times New Roman" w:hAnsi="Times New Roman" w:cs="B Mitra" w:hint="cs"/>
          <w:sz w:val="28"/>
          <w:szCs w:val="28"/>
          <w:rtl/>
        </w:rPr>
        <w:t>. گلاستر</w:t>
      </w:r>
      <w:r w:rsidRPr="0000691D">
        <w:rPr>
          <w:rFonts w:ascii="Times New Roman" w:eastAsia="Times New Roman" w:hAnsi="Times New Roman" w:cs="B Mitra"/>
          <w:sz w:val="28"/>
          <w:szCs w:val="28"/>
          <w:rtl/>
        </w:rPr>
        <w:t xml:space="preserve"> چشم دارد، اما حقیقت را نمی‌بیند</w:t>
      </w:r>
      <w:r w:rsidRPr="0000691D">
        <w:rPr>
          <w:rFonts w:ascii="Times New Roman" w:eastAsia="Times New Roman" w:hAnsi="Times New Roman" w:cs="B Mitra"/>
          <w:sz w:val="28"/>
          <w:szCs w:val="28"/>
        </w:rPr>
        <w:t xml:space="preserve"> </w:t>
      </w:r>
      <w:r w:rsidRPr="0000691D">
        <w:rPr>
          <w:rFonts w:ascii="Times New Roman" w:eastAsia="Times New Roman" w:hAnsi="Times New Roman" w:cs="B Mitra"/>
          <w:sz w:val="28"/>
          <w:szCs w:val="28"/>
          <w:rtl/>
        </w:rPr>
        <w:t>و</w:t>
      </w:r>
      <w:r w:rsidRPr="0000691D">
        <w:rPr>
          <w:rFonts w:ascii="Times New Roman" w:eastAsia="Times New Roman" w:hAnsi="Times New Roman" w:cs="B Mitra"/>
          <w:sz w:val="28"/>
          <w:szCs w:val="28"/>
        </w:rPr>
        <w:t xml:space="preserve"> </w:t>
      </w:r>
      <w:r w:rsidRPr="0000691D">
        <w:rPr>
          <w:rFonts w:ascii="Times New Roman" w:eastAsia="Times New Roman" w:hAnsi="Times New Roman" w:cs="B Mitra"/>
          <w:sz w:val="28"/>
          <w:szCs w:val="28"/>
          <w:rtl/>
        </w:rPr>
        <w:t>سرانجام، در یکی از خشن‌ترین صحنه‌های نمایشنامه، این نابینایی ذهنی به نابینایی جسمانی تبدیل می‌شود</w:t>
      </w:r>
      <w:r w:rsidRPr="0000691D">
        <w:rPr>
          <w:rFonts w:ascii="Times New Roman" w:eastAsia="Times New Roman" w:hAnsi="Times New Roman" w:cs="B Mitra"/>
          <w:sz w:val="28"/>
          <w:szCs w:val="28"/>
        </w:rPr>
        <w:t>.</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sz w:val="28"/>
          <w:szCs w:val="28"/>
          <w:rtl/>
        </w:rPr>
        <w:t>گلاستر که به لیر کمک کرده است، از سوی ادموند مورد خیانت قرار می‌گیرد و به دست کورنوال و ریگان گرفتار می‌شود</w:t>
      </w:r>
      <w:r w:rsidRPr="0000691D">
        <w:rPr>
          <w:rFonts w:ascii="Times New Roman" w:eastAsia="Times New Roman" w:hAnsi="Times New Roman" w:cs="B Mitra" w:hint="cs"/>
          <w:sz w:val="28"/>
          <w:szCs w:val="28"/>
          <w:rtl/>
        </w:rPr>
        <w:t>؛</w:t>
      </w:r>
      <w:r w:rsidRPr="0000691D">
        <w:rPr>
          <w:rFonts w:ascii="Times New Roman" w:eastAsia="Times New Roman" w:hAnsi="Times New Roman" w:cs="B Mitra"/>
          <w:sz w:val="28"/>
          <w:szCs w:val="28"/>
          <w:rtl/>
        </w:rPr>
        <w:t xml:space="preserve"> گونریل پیش‌تر دستور داده است: «چشم‌هایش را بیرون بیاورید»</w:t>
      </w:r>
      <w:r w:rsidRPr="0000691D">
        <w:rPr>
          <w:rFonts w:ascii="Times New Roman" w:eastAsia="Times New Roman" w:hAnsi="Times New Roman" w:cs="B Mitra" w:hint="cs"/>
          <w:sz w:val="28"/>
          <w:szCs w:val="28"/>
          <w:rtl/>
        </w:rPr>
        <w:t>.</w:t>
      </w:r>
      <w:r w:rsidRPr="0000691D">
        <w:rPr>
          <w:rFonts w:ascii="Times New Roman" w:eastAsia="Times New Roman" w:hAnsi="Times New Roman" w:cs="B Mitra"/>
          <w:sz w:val="28"/>
          <w:szCs w:val="28"/>
          <w:rtl/>
        </w:rPr>
        <w:t xml:space="preserve"> سپس کورنوال شکنجه او را آغاز می‌کند. نخست یک چشم گلاستر را از حدقه بیرون می‌آورد. یکی از خدمتکاران که تحمل این جنایت را ندارد، در برابر ارباب خود می‌ایستد و تلاش می‌کند مانع او شود؛ ریگان آن خدمتکار را می‌کشد و کورنوال چشم دوم گلاستر را نیز از بین می‌برد</w:t>
      </w:r>
      <w:r w:rsidRPr="0000691D">
        <w:rPr>
          <w:rFonts w:ascii="Times New Roman" w:eastAsia="Times New Roman" w:hAnsi="Times New Roman" w:cs="B Mitra"/>
          <w:sz w:val="28"/>
          <w:szCs w:val="28"/>
        </w:rPr>
        <w:t>.</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sz w:val="28"/>
          <w:szCs w:val="28"/>
          <w:rtl/>
        </w:rPr>
        <w:t>گلاستر پس از نابینا شدن می‌گوی</w:t>
      </w:r>
      <w:r w:rsidRPr="0000691D">
        <w:rPr>
          <w:rFonts w:ascii="Times New Roman" w:eastAsia="Times New Roman" w:hAnsi="Times New Roman" w:cs="B Mitra" w:hint="cs"/>
          <w:sz w:val="28"/>
          <w:szCs w:val="28"/>
          <w:rtl/>
        </w:rPr>
        <w:t>د: «</w:t>
      </w:r>
      <w:r w:rsidRPr="0000691D">
        <w:rPr>
          <w:rFonts w:ascii="Times New Roman" w:eastAsia="Times New Roman" w:hAnsi="Times New Roman" w:cs="B Mitra"/>
          <w:sz w:val="28"/>
          <w:szCs w:val="28"/>
          <w:rtl/>
        </w:rPr>
        <w:t>همه‌جا تاریک و بی‌پناه است</w:t>
      </w:r>
      <w:r w:rsidRPr="0000691D">
        <w:rPr>
          <w:rFonts w:ascii="Times New Roman" w:eastAsia="Times New Roman" w:hAnsi="Times New Roman" w:cs="B Mitra" w:hint="cs"/>
          <w:sz w:val="28"/>
          <w:szCs w:val="28"/>
          <w:rtl/>
        </w:rPr>
        <w:t>!»</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sz w:val="28"/>
          <w:szCs w:val="28"/>
          <w:rtl/>
        </w:rPr>
        <w:t>و شاید این جمله را بتوان یکی از کلیدهای فهم این شخصیت دانست</w:t>
      </w:r>
      <w:r w:rsidRPr="0000691D">
        <w:rPr>
          <w:rFonts w:ascii="Times New Roman" w:eastAsia="Times New Roman" w:hAnsi="Times New Roman" w:cs="B Mitra" w:hint="cs"/>
          <w:sz w:val="28"/>
          <w:szCs w:val="28"/>
          <w:rtl/>
        </w:rPr>
        <w:t xml:space="preserve">؛ </w:t>
      </w:r>
      <w:r w:rsidRPr="0000691D">
        <w:rPr>
          <w:rFonts w:ascii="Times New Roman" w:eastAsia="Times New Roman" w:hAnsi="Times New Roman" w:cs="B Mitra"/>
          <w:sz w:val="28"/>
          <w:szCs w:val="28"/>
          <w:rtl/>
        </w:rPr>
        <w:t xml:space="preserve">او تازه اکنون، پس از آنکه دیگر چیزی نمی‌بیند، شروع به دیدن </w:t>
      </w:r>
      <w:r w:rsidRPr="0000691D">
        <w:rPr>
          <w:rFonts w:ascii="Times New Roman" w:eastAsia="Times New Roman" w:hAnsi="Times New Roman" w:cs="B Mitra" w:hint="cs"/>
          <w:sz w:val="28"/>
          <w:szCs w:val="28"/>
          <w:rtl/>
        </w:rPr>
        <w:t xml:space="preserve">و فهمیدن </w:t>
      </w:r>
      <w:r w:rsidRPr="0000691D">
        <w:rPr>
          <w:rFonts w:ascii="Times New Roman" w:eastAsia="Times New Roman" w:hAnsi="Times New Roman" w:cs="B Mitra"/>
          <w:sz w:val="28"/>
          <w:szCs w:val="28"/>
          <w:rtl/>
        </w:rPr>
        <w:t>می‌کند</w:t>
      </w:r>
      <w:r w:rsidRPr="0000691D">
        <w:rPr>
          <w:rFonts w:ascii="Times New Roman" w:eastAsia="Times New Roman" w:hAnsi="Times New Roman" w:cs="B Mitra"/>
          <w:sz w:val="28"/>
          <w:szCs w:val="28"/>
        </w:rPr>
        <w:t>.</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sz w:val="28"/>
          <w:szCs w:val="28"/>
          <w:rtl/>
        </w:rPr>
        <w:t>گلاستر پیش از نابینا شدن، پسر خوبش ادگار را از خود رانده و به ادموند اعتماد کرده بود</w:t>
      </w:r>
      <w:r w:rsidRPr="0000691D">
        <w:rPr>
          <w:rFonts w:ascii="Times New Roman" w:eastAsia="Times New Roman" w:hAnsi="Times New Roman" w:cs="B Mitra" w:hint="cs"/>
          <w:sz w:val="28"/>
          <w:szCs w:val="28"/>
          <w:rtl/>
        </w:rPr>
        <w:t>؛</w:t>
      </w:r>
      <w:r w:rsidRPr="0000691D">
        <w:rPr>
          <w:rFonts w:ascii="Times New Roman" w:eastAsia="Times New Roman" w:hAnsi="Times New Roman" w:cs="B Mitra"/>
          <w:sz w:val="28"/>
          <w:szCs w:val="28"/>
          <w:rtl/>
        </w:rPr>
        <w:t xml:space="preserve"> اما پس از آنکه چشمانش را از دست می‌دهد، حقیقت خیانت ادموند را درمی‌یابد</w:t>
      </w:r>
      <w:r w:rsidRPr="0000691D">
        <w:rPr>
          <w:rFonts w:ascii="Times New Roman" w:eastAsia="Times New Roman" w:hAnsi="Times New Roman" w:cs="B Mitra" w:hint="cs"/>
          <w:sz w:val="28"/>
          <w:szCs w:val="28"/>
          <w:rtl/>
        </w:rPr>
        <w:t>؛</w:t>
      </w:r>
      <w:r w:rsidRPr="0000691D">
        <w:rPr>
          <w:rFonts w:ascii="Times New Roman" w:eastAsia="Times New Roman" w:hAnsi="Times New Roman" w:cs="B Mitra"/>
          <w:sz w:val="28"/>
          <w:szCs w:val="28"/>
          <w:rtl/>
        </w:rPr>
        <w:t xml:space="preserve"> او تازه متوجه می‌شود کسی که تصور می‌کرد پناه اوست، همان کسی بوده که او را به نابودی کشانده است</w:t>
      </w:r>
      <w:r w:rsidRPr="0000691D">
        <w:rPr>
          <w:rFonts w:ascii="Times New Roman" w:eastAsia="Times New Roman" w:hAnsi="Times New Roman" w:cs="B Mitra"/>
          <w:sz w:val="28"/>
          <w:szCs w:val="28"/>
        </w:rPr>
        <w:t>.</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bCs/>
          <w:sz w:val="28"/>
          <w:szCs w:val="28"/>
          <w:rtl/>
        </w:rPr>
        <w:t>گلاستر وقتی چشم داشت، نمی‌دید</w:t>
      </w:r>
      <w:r w:rsidRPr="0000691D">
        <w:rPr>
          <w:rFonts w:ascii="Times New Roman" w:eastAsia="Times New Roman" w:hAnsi="Times New Roman" w:cs="B Mitra" w:hint="cs"/>
          <w:bCs/>
          <w:sz w:val="28"/>
          <w:szCs w:val="28"/>
          <w:rtl/>
        </w:rPr>
        <w:t xml:space="preserve"> </w:t>
      </w:r>
      <w:r w:rsidRPr="0000691D">
        <w:rPr>
          <w:rFonts w:ascii="Times New Roman" w:eastAsia="Times New Roman" w:hAnsi="Times New Roman" w:cs="B Mitra"/>
          <w:bCs/>
          <w:sz w:val="28"/>
          <w:szCs w:val="28"/>
          <w:rtl/>
        </w:rPr>
        <w:t>و وقتی چشم‌هایش را از دست داد، دیدن</w:t>
      </w:r>
      <w:r w:rsidRPr="0000691D">
        <w:rPr>
          <w:rFonts w:ascii="Times New Roman" w:eastAsia="Times New Roman" w:hAnsi="Times New Roman" w:cs="B Mitra" w:hint="cs"/>
          <w:bCs/>
          <w:sz w:val="28"/>
          <w:szCs w:val="28"/>
          <w:rtl/>
        </w:rPr>
        <w:t>ِ</w:t>
      </w:r>
      <w:r w:rsidRPr="0000691D">
        <w:rPr>
          <w:rFonts w:ascii="Times New Roman" w:eastAsia="Times New Roman" w:hAnsi="Times New Roman" w:cs="B Mitra"/>
          <w:bCs/>
          <w:sz w:val="28"/>
          <w:szCs w:val="28"/>
          <w:rtl/>
        </w:rPr>
        <w:t xml:space="preserve"> </w:t>
      </w:r>
      <w:r w:rsidRPr="0000691D">
        <w:rPr>
          <w:rFonts w:ascii="Times New Roman" w:eastAsia="Times New Roman" w:hAnsi="Times New Roman" w:cs="B Mitra" w:hint="cs"/>
          <w:bCs/>
          <w:sz w:val="28"/>
          <w:szCs w:val="28"/>
          <w:rtl/>
        </w:rPr>
        <w:t xml:space="preserve">واقعیت </w:t>
      </w:r>
      <w:r w:rsidRPr="0000691D">
        <w:rPr>
          <w:rFonts w:ascii="Times New Roman" w:eastAsia="Times New Roman" w:hAnsi="Times New Roman" w:cs="B Mitra"/>
          <w:bCs/>
          <w:sz w:val="28"/>
          <w:szCs w:val="28"/>
          <w:rtl/>
        </w:rPr>
        <w:t>را آغاز کرد</w:t>
      </w:r>
      <w:r w:rsidRPr="0000691D">
        <w:rPr>
          <w:rFonts w:ascii="Times New Roman" w:eastAsia="Times New Roman" w:hAnsi="Times New Roman" w:cs="B Mitra"/>
          <w:bCs/>
          <w:sz w:val="28"/>
          <w:szCs w:val="28"/>
        </w:rPr>
        <w:t>.</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sz w:val="28"/>
          <w:szCs w:val="28"/>
          <w:rtl/>
        </w:rPr>
        <w:t>البته این به آن معنا نیست که شکسپیر نابینایی را مجازات یا وسیله‌ای برای رسیدن به کمال معرفی می‌کند</w:t>
      </w:r>
      <w:r w:rsidRPr="0000691D">
        <w:rPr>
          <w:rFonts w:ascii="Times New Roman" w:eastAsia="Times New Roman" w:hAnsi="Times New Roman" w:cs="B Mitra" w:hint="cs"/>
          <w:sz w:val="28"/>
          <w:szCs w:val="28"/>
          <w:rtl/>
        </w:rPr>
        <w:t>؛</w:t>
      </w:r>
      <w:r w:rsidRPr="0000691D">
        <w:rPr>
          <w:rFonts w:ascii="Times New Roman" w:eastAsia="Times New Roman" w:hAnsi="Times New Roman" w:cs="B Mitra"/>
          <w:sz w:val="28"/>
          <w:szCs w:val="28"/>
          <w:rtl/>
        </w:rPr>
        <w:t xml:space="preserve"> اتفاقاً خشونت صحنه نابینا کردن گلاستر چنان شدید است که نمی‌توان آن را به یک استعاره ساده و زیبا تقلیل داد</w:t>
      </w:r>
      <w:r w:rsidRPr="0000691D">
        <w:rPr>
          <w:rFonts w:ascii="Times New Roman" w:eastAsia="Times New Roman" w:hAnsi="Times New Roman" w:cs="B Mitra" w:hint="cs"/>
          <w:sz w:val="28"/>
          <w:szCs w:val="28"/>
          <w:rtl/>
        </w:rPr>
        <w:t>؛</w:t>
      </w:r>
      <w:r w:rsidRPr="0000691D">
        <w:rPr>
          <w:rFonts w:ascii="Times New Roman" w:eastAsia="Times New Roman" w:hAnsi="Times New Roman" w:cs="B Mitra"/>
          <w:sz w:val="28"/>
          <w:szCs w:val="28"/>
          <w:rtl/>
        </w:rPr>
        <w:t xml:space="preserve"> او واقعاً قربانی خشونت می‌شود و زندگی‌اش پس از آن با رنجی عمیق همراه است</w:t>
      </w:r>
      <w:r w:rsidRPr="0000691D">
        <w:rPr>
          <w:rFonts w:ascii="Times New Roman" w:eastAsia="Times New Roman" w:hAnsi="Times New Roman" w:cs="B Mitra" w:hint="cs"/>
          <w:sz w:val="28"/>
          <w:szCs w:val="28"/>
          <w:rtl/>
        </w:rPr>
        <w:t xml:space="preserve">؛ </w:t>
      </w:r>
      <w:r w:rsidRPr="0000691D">
        <w:rPr>
          <w:rFonts w:ascii="Times New Roman" w:eastAsia="Times New Roman" w:hAnsi="Times New Roman" w:cs="B Mitra"/>
          <w:sz w:val="28"/>
          <w:szCs w:val="28"/>
          <w:rtl/>
        </w:rPr>
        <w:t xml:space="preserve">اما شکسپیر از همین فاجعه استفاده می‌کند تا پرسشی درباره معنای «دیدن» مطرح </w:t>
      </w:r>
      <w:r w:rsidRPr="0000691D">
        <w:rPr>
          <w:rFonts w:ascii="Times New Roman" w:eastAsia="Times New Roman" w:hAnsi="Times New Roman" w:cs="B Mitra" w:hint="cs"/>
          <w:sz w:val="28"/>
          <w:szCs w:val="28"/>
          <w:rtl/>
        </w:rPr>
        <w:t>ساز</w:t>
      </w:r>
      <w:r w:rsidRPr="0000691D">
        <w:rPr>
          <w:rFonts w:ascii="Times New Roman" w:eastAsia="Times New Roman" w:hAnsi="Times New Roman" w:cs="B Mitra"/>
          <w:sz w:val="28"/>
          <w:szCs w:val="28"/>
          <w:rtl/>
        </w:rPr>
        <w:t>د</w:t>
      </w:r>
      <w:r w:rsidRPr="0000691D">
        <w:rPr>
          <w:rFonts w:ascii="Times New Roman" w:eastAsia="Times New Roman" w:hAnsi="Times New Roman" w:cs="B Mitra" w:hint="cs"/>
          <w:sz w:val="28"/>
          <w:szCs w:val="28"/>
          <w:rtl/>
        </w:rPr>
        <w:t xml:space="preserve">: </w:t>
      </w:r>
      <w:r w:rsidRPr="0000691D">
        <w:rPr>
          <w:rFonts w:ascii="Times New Roman" w:eastAsia="Times New Roman" w:hAnsi="Times New Roman" w:cs="B Mitra"/>
          <w:sz w:val="28"/>
          <w:szCs w:val="28"/>
          <w:rtl/>
        </w:rPr>
        <w:t xml:space="preserve">آیا دیدن فقط به </w:t>
      </w:r>
      <w:r w:rsidRPr="0000691D">
        <w:rPr>
          <w:rFonts w:ascii="Times New Roman" w:eastAsia="Times New Roman" w:hAnsi="Times New Roman" w:cs="B Mitra" w:hint="cs"/>
          <w:sz w:val="28"/>
          <w:szCs w:val="28"/>
          <w:rtl/>
        </w:rPr>
        <w:t xml:space="preserve">معنای </w:t>
      </w:r>
      <w:r w:rsidRPr="0000691D">
        <w:rPr>
          <w:rFonts w:ascii="Times New Roman" w:eastAsia="Times New Roman" w:hAnsi="Times New Roman" w:cs="B Mitra"/>
          <w:sz w:val="28"/>
          <w:szCs w:val="28"/>
          <w:rtl/>
        </w:rPr>
        <w:t xml:space="preserve">داشتن </w:t>
      </w:r>
      <w:r w:rsidRPr="0000691D">
        <w:rPr>
          <w:rFonts w:ascii="Times New Roman" w:eastAsia="Times New Roman" w:hAnsi="Times New Roman" w:cs="B Mitra" w:hint="cs"/>
          <w:sz w:val="28"/>
          <w:szCs w:val="28"/>
          <w:rtl/>
        </w:rPr>
        <w:t xml:space="preserve">چشم </w:t>
      </w:r>
      <w:r w:rsidRPr="0000691D">
        <w:rPr>
          <w:rFonts w:ascii="Times New Roman" w:eastAsia="Times New Roman" w:hAnsi="Times New Roman" w:cs="B Mitra"/>
          <w:sz w:val="28"/>
          <w:szCs w:val="28"/>
          <w:rtl/>
        </w:rPr>
        <w:t>است؟</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sz w:val="28"/>
          <w:szCs w:val="28"/>
          <w:rtl/>
        </w:rPr>
        <w:lastRenderedPageBreak/>
        <w:t>اگر چنین باشد، گلاستر پیش از نابینایی بینا بوده است و پس از آن نابینا</w:t>
      </w:r>
      <w:r w:rsidRPr="0000691D">
        <w:rPr>
          <w:rFonts w:ascii="Times New Roman" w:eastAsia="Times New Roman" w:hAnsi="Times New Roman" w:cs="B Mitra" w:hint="cs"/>
          <w:sz w:val="28"/>
          <w:szCs w:val="28"/>
          <w:rtl/>
        </w:rPr>
        <w:t xml:space="preserve"> شده؛ </w:t>
      </w:r>
      <w:r w:rsidRPr="0000691D">
        <w:rPr>
          <w:rFonts w:ascii="Times New Roman" w:eastAsia="Times New Roman" w:hAnsi="Times New Roman" w:cs="B Mitra"/>
          <w:sz w:val="28"/>
          <w:szCs w:val="28"/>
          <w:rtl/>
        </w:rPr>
        <w:t>اما اگر دیدن را توانایی شناختن حقیقت بدانیم، ماجرا پیچیده‌تر می‌شود</w:t>
      </w:r>
      <w:r w:rsidRPr="0000691D">
        <w:rPr>
          <w:rFonts w:ascii="Times New Roman" w:eastAsia="Times New Roman" w:hAnsi="Times New Roman" w:cs="B Mitra"/>
          <w:sz w:val="28"/>
          <w:szCs w:val="28"/>
        </w:rPr>
        <w:t>.</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sz w:val="28"/>
          <w:szCs w:val="28"/>
          <w:rtl/>
        </w:rPr>
        <w:t>گلاستر پیش از آنکه چشم‌هایش را از دست بدهد، حقیقت نزدیک‌ترین آدم‌های زندگی‌اش را نمی‌دید. ادموند را نمی‌شناخت، ادگار را بد می‌فهمید و فریب ظاهری ماجراها را می‌خورد. پس از نابینا شدن، ناگهان جهان بیرونی برای او تاریک می‌شود، اما جهان درونی و اخلاقی‌اش روشن‌تر می‌</w:t>
      </w:r>
      <w:r w:rsidRPr="0000691D">
        <w:rPr>
          <w:rFonts w:ascii="Times New Roman" w:eastAsia="Times New Roman" w:hAnsi="Times New Roman" w:cs="B Mitra" w:hint="cs"/>
          <w:sz w:val="28"/>
          <w:szCs w:val="28"/>
          <w:rtl/>
        </w:rPr>
        <w:t>گرد</w:t>
      </w:r>
      <w:r w:rsidRPr="0000691D">
        <w:rPr>
          <w:rFonts w:ascii="Times New Roman" w:eastAsia="Times New Roman" w:hAnsi="Times New Roman" w:cs="B Mitra"/>
          <w:sz w:val="28"/>
          <w:szCs w:val="28"/>
          <w:rtl/>
        </w:rPr>
        <w:t>د</w:t>
      </w:r>
      <w:r w:rsidRPr="0000691D">
        <w:rPr>
          <w:rFonts w:ascii="Times New Roman" w:eastAsia="Times New Roman" w:hAnsi="Times New Roman" w:cs="B Mitra"/>
          <w:sz w:val="28"/>
          <w:szCs w:val="28"/>
        </w:rPr>
        <w:t>.</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sz w:val="28"/>
          <w:szCs w:val="28"/>
          <w:rtl/>
        </w:rPr>
        <w:t>شاید یکی از مهم‌ترین نکته‌های «شاه لیر» همین باشد که انسان می‌تواند هم‌زمان در جهانی پر از نور زندگی کند و در حقیقت نابینا باشد</w:t>
      </w:r>
      <w:r w:rsidRPr="0000691D">
        <w:rPr>
          <w:rFonts w:ascii="Times New Roman" w:eastAsia="Times New Roman" w:hAnsi="Times New Roman" w:cs="B Mitra"/>
          <w:sz w:val="28"/>
          <w:szCs w:val="28"/>
        </w:rPr>
        <w:t>.</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hint="cs"/>
          <w:sz w:val="28"/>
          <w:szCs w:val="28"/>
          <w:rtl/>
        </w:rPr>
        <w:t xml:space="preserve">از سوی دیگر، </w:t>
      </w:r>
      <w:r w:rsidRPr="0000691D">
        <w:rPr>
          <w:rFonts w:ascii="Times New Roman" w:eastAsia="Times New Roman" w:hAnsi="Times New Roman" w:cs="B Mitra"/>
          <w:sz w:val="28"/>
          <w:szCs w:val="28"/>
          <w:rtl/>
        </w:rPr>
        <w:t xml:space="preserve">خودِ لیر نیز در ابتدای نمایش، حقیقت دخترانش را نمی‌بیند. او آنکه بیش از همه دوستش دارد، کوردلیا، را به خاطر اینکه حاضر نیست عشقش را در قالب سخنان اغراق‌آمیز ثابت کند، </w:t>
      </w:r>
      <w:r w:rsidRPr="0000691D">
        <w:rPr>
          <w:rFonts w:ascii="Times New Roman" w:eastAsia="Times New Roman" w:hAnsi="Times New Roman" w:cs="B Mitra" w:hint="cs"/>
          <w:sz w:val="28"/>
          <w:szCs w:val="28"/>
          <w:rtl/>
        </w:rPr>
        <w:t xml:space="preserve">از خود دور می‌سازد </w:t>
      </w:r>
      <w:r w:rsidRPr="0000691D">
        <w:rPr>
          <w:rFonts w:ascii="Times New Roman" w:eastAsia="Times New Roman" w:hAnsi="Times New Roman" w:cs="B Mitra"/>
          <w:sz w:val="28"/>
          <w:szCs w:val="28"/>
          <w:rtl/>
        </w:rPr>
        <w:t>و به دو دختر دیگر اعتماد می‌کند. بعد، وقتی قدرتش را از دست می‌دهد و در طوفان سرگردان می‌شود، آرام‌آرام درمی‌یابد که چه اشتباهی کرده است</w:t>
      </w:r>
      <w:r w:rsidRPr="0000691D">
        <w:rPr>
          <w:rFonts w:ascii="Times New Roman" w:eastAsia="Times New Roman" w:hAnsi="Times New Roman" w:cs="B Mitra"/>
          <w:sz w:val="28"/>
          <w:szCs w:val="28"/>
        </w:rPr>
        <w:t>.</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sz w:val="28"/>
          <w:szCs w:val="28"/>
          <w:rtl/>
        </w:rPr>
        <w:t>در داستان گلاستر، چشم‌ها از او گرفته می‌شوند؛ در داستان لیر، قدرت و جایگاهش</w:t>
      </w:r>
      <w:r w:rsidRPr="0000691D">
        <w:rPr>
          <w:rFonts w:ascii="Times New Roman" w:eastAsia="Times New Roman" w:hAnsi="Times New Roman" w:cs="B Mitra"/>
          <w:sz w:val="28"/>
          <w:szCs w:val="28"/>
        </w:rPr>
        <w:t>.</w:t>
      </w:r>
      <w:r w:rsidRPr="0000691D">
        <w:rPr>
          <w:rFonts w:ascii="Times New Roman" w:eastAsia="Times New Roman" w:hAnsi="Times New Roman" w:cs="B Mitra" w:hint="cs"/>
          <w:sz w:val="28"/>
          <w:szCs w:val="28"/>
          <w:rtl/>
        </w:rPr>
        <w:t xml:space="preserve"> </w:t>
      </w:r>
      <w:r w:rsidRPr="0000691D">
        <w:rPr>
          <w:rFonts w:ascii="Times New Roman" w:eastAsia="Times New Roman" w:hAnsi="Times New Roman" w:cs="B Mitra"/>
          <w:sz w:val="28"/>
          <w:szCs w:val="28"/>
          <w:rtl/>
        </w:rPr>
        <w:t>اما هر دو، به شکلی دردناک، مجبور می‌شوند چیزهایی را ببینند که پیش از آن نمی‌دیدند</w:t>
      </w:r>
      <w:r w:rsidRPr="0000691D">
        <w:rPr>
          <w:rFonts w:ascii="Times New Roman" w:eastAsia="Times New Roman" w:hAnsi="Times New Roman" w:cs="B Mitra"/>
          <w:sz w:val="28"/>
          <w:szCs w:val="28"/>
        </w:rPr>
        <w:t>.</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sz w:val="28"/>
          <w:szCs w:val="28"/>
          <w:rtl/>
        </w:rPr>
        <w:t>از این منظر، نابینایی گلاستر صرفاً یک حادثه در پیرنگ نمایشنامه نیست</w:t>
      </w:r>
      <w:r w:rsidRPr="0000691D">
        <w:rPr>
          <w:rFonts w:ascii="Times New Roman" w:eastAsia="Times New Roman" w:hAnsi="Times New Roman" w:cs="B Mitra" w:hint="cs"/>
          <w:sz w:val="28"/>
          <w:szCs w:val="28"/>
          <w:rtl/>
        </w:rPr>
        <w:t>؛</w:t>
      </w:r>
      <w:r w:rsidRPr="0000691D">
        <w:rPr>
          <w:rFonts w:ascii="Times New Roman" w:eastAsia="Times New Roman" w:hAnsi="Times New Roman" w:cs="B Mitra"/>
          <w:sz w:val="28"/>
          <w:szCs w:val="28"/>
          <w:rtl/>
        </w:rPr>
        <w:t xml:space="preserve"> شکسپیر از آن برای ساختن یکی از مهم‌ترین دوگانه‌های اثر استفاده می‌کند</w:t>
      </w:r>
      <w:r w:rsidRPr="0000691D">
        <w:rPr>
          <w:rFonts w:ascii="Times New Roman" w:eastAsia="Times New Roman" w:hAnsi="Times New Roman" w:cs="B Mitra"/>
          <w:sz w:val="28"/>
          <w:szCs w:val="28"/>
        </w:rPr>
        <w:t xml:space="preserve">: </w:t>
      </w:r>
      <w:r w:rsidRPr="0000691D">
        <w:rPr>
          <w:rFonts w:ascii="Times New Roman" w:eastAsia="Times New Roman" w:hAnsi="Times New Roman" w:cs="B Mitra"/>
          <w:bCs/>
          <w:sz w:val="28"/>
          <w:szCs w:val="28"/>
          <w:rtl/>
        </w:rPr>
        <w:t>دیدن و شناختن</w:t>
      </w:r>
      <w:r w:rsidRPr="0000691D">
        <w:rPr>
          <w:rFonts w:ascii="Times New Roman" w:eastAsia="Times New Roman" w:hAnsi="Times New Roman" w:cs="B Mitra"/>
          <w:bCs/>
          <w:sz w:val="28"/>
          <w:szCs w:val="28"/>
        </w:rPr>
        <w:t>.</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sz w:val="28"/>
          <w:szCs w:val="28"/>
          <w:rtl/>
        </w:rPr>
        <w:t>و شاید جالب‌ترین نکته برای من این باشد که شکسپیر</w:t>
      </w:r>
      <w:r w:rsidRPr="0000691D">
        <w:rPr>
          <w:rFonts w:ascii="Times New Roman" w:eastAsia="Times New Roman" w:hAnsi="Times New Roman" w:cs="B Mitra" w:hint="cs"/>
          <w:sz w:val="28"/>
          <w:szCs w:val="28"/>
          <w:rtl/>
        </w:rPr>
        <w:t>،</w:t>
      </w:r>
      <w:r w:rsidRPr="0000691D">
        <w:rPr>
          <w:rFonts w:ascii="Times New Roman" w:eastAsia="Times New Roman" w:hAnsi="Times New Roman" w:cs="B Mitra"/>
          <w:sz w:val="28"/>
          <w:szCs w:val="28"/>
          <w:rtl/>
        </w:rPr>
        <w:t xml:space="preserve"> نابینایی را فقط به عنوان فقدان مطرح نمی‌کند؛ بلکه شخصیت نابینا را همچنان در مرکز تجربه انسانی نگه می‌دارد</w:t>
      </w:r>
      <w:r w:rsidRPr="0000691D">
        <w:rPr>
          <w:rFonts w:ascii="Times New Roman" w:eastAsia="Times New Roman" w:hAnsi="Times New Roman" w:cs="B Mitra"/>
          <w:sz w:val="28"/>
          <w:szCs w:val="28"/>
        </w:rPr>
        <w:t>.</w:t>
      </w:r>
      <w:r w:rsidRPr="0000691D">
        <w:rPr>
          <w:rFonts w:ascii="Times New Roman" w:eastAsia="Times New Roman" w:hAnsi="Times New Roman" w:cs="B Mitra" w:hint="cs"/>
          <w:sz w:val="28"/>
          <w:szCs w:val="28"/>
          <w:rtl/>
        </w:rPr>
        <w:t xml:space="preserve"> </w:t>
      </w:r>
      <w:r w:rsidRPr="0000691D">
        <w:rPr>
          <w:rFonts w:ascii="Times New Roman" w:eastAsia="Times New Roman" w:hAnsi="Times New Roman" w:cs="B Mitra"/>
          <w:sz w:val="28"/>
          <w:szCs w:val="28"/>
          <w:rtl/>
        </w:rPr>
        <w:t>گلاستر پس از نابینا شدن از داستان حذف نمی‌شود</w:t>
      </w:r>
      <w:r w:rsidRPr="0000691D">
        <w:rPr>
          <w:rFonts w:ascii="Times New Roman" w:eastAsia="Times New Roman" w:hAnsi="Times New Roman" w:cs="B Mitra" w:hint="cs"/>
          <w:sz w:val="28"/>
          <w:szCs w:val="28"/>
          <w:rtl/>
          <w:lang w:bidi="fa-IR"/>
        </w:rPr>
        <w:t xml:space="preserve">؛ </w:t>
      </w:r>
      <w:r w:rsidRPr="0000691D">
        <w:rPr>
          <w:rFonts w:ascii="Times New Roman" w:eastAsia="Times New Roman" w:hAnsi="Times New Roman" w:cs="B Mitra"/>
          <w:sz w:val="28"/>
          <w:szCs w:val="28"/>
          <w:rtl/>
        </w:rPr>
        <w:t>همچنان می‌اندیشد، تصمیم می‌گیرد، می‌ترسد، امید می‌بندد، اشتباه می‌کند و رنج می‌کشد. حتی در صحنه‌هایی که ادگار او را همراهی می‌کند، نابینایی او صرفاً وسیله‌ای برای ایجاد ترحم نیست؛ بخشی از موقعیت تازه‌ای است که شخصیت باید در آن زندگی کند</w:t>
      </w:r>
      <w:r w:rsidRPr="0000691D">
        <w:rPr>
          <w:rFonts w:ascii="Times New Roman" w:eastAsia="Times New Roman" w:hAnsi="Times New Roman" w:cs="B Mitra"/>
          <w:sz w:val="28"/>
          <w:szCs w:val="28"/>
        </w:rPr>
        <w:t>.</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sz w:val="28"/>
          <w:szCs w:val="28"/>
          <w:rtl/>
        </w:rPr>
        <w:lastRenderedPageBreak/>
        <w:t>در پرده چهارم، گلاستر با مردی روبه‌رو می‌شود که خود را «تام بیچاره» معرفی می‌کند؛ اما آن مرد در واقع ادگار، همان پسری است که گلاستر پیش‌تر او را از خود رانده بود. گلاستر نمی‌تواند چهره او را ببیند و ادگار نیز هویت واقعی خود را آشکار نمی‌</w:t>
      </w:r>
      <w:r w:rsidRPr="0000691D">
        <w:rPr>
          <w:rFonts w:ascii="Times New Roman" w:eastAsia="Times New Roman" w:hAnsi="Times New Roman" w:cs="B Mitra" w:hint="cs"/>
          <w:sz w:val="28"/>
          <w:szCs w:val="28"/>
          <w:rtl/>
        </w:rPr>
        <w:t>ساز</w:t>
      </w:r>
      <w:r w:rsidRPr="0000691D">
        <w:rPr>
          <w:rFonts w:ascii="Times New Roman" w:eastAsia="Times New Roman" w:hAnsi="Times New Roman" w:cs="B Mitra"/>
          <w:sz w:val="28"/>
          <w:szCs w:val="28"/>
          <w:rtl/>
        </w:rPr>
        <w:t>د</w:t>
      </w:r>
      <w:r w:rsidRPr="0000691D">
        <w:rPr>
          <w:rFonts w:ascii="Times New Roman" w:eastAsia="Times New Roman" w:hAnsi="Times New Roman" w:cs="B Mitra"/>
          <w:sz w:val="28"/>
          <w:szCs w:val="28"/>
        </w:rPr>
        <w:t>.</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tl/>
        </w:rPr>
      </w:pPr>
      <w:r w:rsidRPr="0000691D">
        <w:rPr>
          <w:rFonts w:ascii="Times New Roman" w:eastAsia="Times New Roman" w:hAnsi="Times New Roman" w:cs="B Mitra"/>
          <w:sz w:val="28"/>
          <w:szCs w:val="28"/>
          <w:rtl/>
        </w:rPr>
        <w:t>ا</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ن</w:t>
      </w:r>
      <w:r w:rsidRPr="0000691D">
        <w:rPr>
          <w:rFonts w:ascii="Times New Roman" w:eastAsia="Times New Roman" w:hAnsi="Times New Roman" w:cs="B Mitra"/>
          <w:sz w:val="28"/>
          <w:szCs w:val="28"/>
          <w:rtl/>
        </w:rPr>
        <w:t xml:space="preserve"> صحنه از ا</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ن</w:t>
      </w:r>
      <w:r w:rsidRPr="0000691D">
        <w:rPr>
          <w:rFonts w:ascii="Times New Roman" w:eastAsia="Times New Roman" w:hAnsi="Times New Roman" w:cs="B Mitra"/>
          <w:sz w:val="28"/>
          <w:szCs w:val="28"/>
          <w:rtl/>
        </w:rPr>
        <w:t xml:space="preserve"> جهت دردناک است که پدر و پسر سرانجام دوباره کنار </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کد</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گر</w:t>
      </w:r>
      <w:r w:rsidRPr="0000691D">
        <w:rPr>
          <w:rFonts w:ascii="Times New Roman" w:eastAsia="Times New Roman" w:hAnsi="Times New Roman" w:cs="B Mitra"/>
          <w:sz w:val="28"/>
          <w:szCs w:val="28"/>
          <w:rtl/>
        </w:rPr>
        <w:t xml:space="preserve"> قرار گرفته‌اند، اما درست در لحظه‌ا</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sz w:val="28"/>
          <w:szCs w:val="28"/>
          <w:rtl/>
        </w:rPr>
        <w:t xml:space="preserve"> که گلاستر با</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د</w:t>
      </w:r>
      <w:r w:rsidRPr="0000691D">
        <w:rPr>
          <w:rFonts w:ascii="Times New Roman" w:eastAsia="Times New Roman" w:hAnsi="Times New Roman" w:cs="B Mitra"/>
          <w:sz w:val="28"/>
          <w:szCs w:val="28"/>
          <w:rtl/>
        </w:rPr>
        <w:t xml:space="preserve"> چهره پسرش را بب</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ند،</w:t>
      </w:r>
      <w:r w:rsidRPr="0000691D">
        <w:rPr>
          <w:rFonts w:ascii="Times New Roman" w:eastAsia="Times New Roman" w:hAnsi="Times New Roman" w:cs="B Mitra"/>
          <w:sz w:val="28"/>
          <w:szCs w:val="28"/>
          <w:rtl/>
        </w:rPr>
        <w:t xml:space="preserve"> د</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گر</w:t>
      </w:r>
      <w:r w:rsidRPr="0000691D">
        <w:rPr>
          <w:rFonts w:ascii="Times New Roman" w:eastAsia="Times New Roman" w:hAnsi="Times New Roman" w:cs="B Mitra"/>
          <w:sz w:val="28"/>
          <w:szCs w:val="28"/>
          <w:rtl/>
        </w:rPr>
        <w:t xml:space="preserve"> توان د</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دن</w:t>
      </w:r>
      <w:r w:rsidRPr="0000691D">
        <w:rPr>
          <w:rFonts w:ascii="Times New Roman" w:eastAsia="Times New Roman" w:hAnsi="Times New Roman" w:cs="B Mitra"/>
          <w:sz w:val="28"/>
          <w:szCs w:val="28"/>
          <w:rtl/>
        </w:rPr>
        <w:t xml:space="preserve"> ندارد. با ‌ا</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ن‌حال،</w:t>
      </w:r>
      <w:r w:rsidRPr="0000691D">
        <w:rPr>
          <w:rFonts w:ascii="Times New Roman" w:eastAsia="Times New Roman" w:hAnsi="Times New Roman" w:cs="B Mitra"/>
          <w:sz w:val="28"/>
          <w:szCs w:val="28"/>
          <w:rtl/>
        </w:rPr>
        <w:t xml:space="preserve"> در هم</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ن</w:t>
      </w:r>
      <w:r w:rsidRPr="0000691D">
        <w:rPr>
          <w:rFonts w:ascii="Times New Roman" w:eastAsia="Times New Roman" w:hAnsi="Times New Roman" w:cs="B Mitra"/>
          <w:sz w:val="28"/>
          <w:szCs w:val="28"/>
          <w:rtl/>
        </w:rPr>
        <w:t xml:space="preserve"> ند</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دن،</w:t>
      </w:r>
      <w:r w:rsidRPr="0000691D">
        <w:rPr>
          <w:rFonts w:ascii="Times New Roman" w:eastAsia="Times New Roman" w:hAnsi="Times New Roman" w:cs="B Mitra"/>
          <w:sz w:val="28"/>
          <w:szCs w:val="28"/>
          <w:rtl/>
        </w:rPr>
        <w:t xml:space="preserve"> نوع د</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گر</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sz w:val="28"/>
          <w:szCs w:val="28"/>
          <w:rtl/>
        </w:rPr>
        <w:t xml:space="preserve"> از شناخت شکل م</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گ</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رد؛</w:t>
      </w:r>
      <w:r w:rsidRPr="0000691D">
        <w:rPr>
          <w:rFonts w:ascii="Times New Roman" w:eastAsia="Times New Roman" w:hAnsi="Times New Roman" w:cs="B Mitra"/>
          <w:sz w:val="28"/>
          <w:szCs w:val="28"/>
          <w:rtl/>
        </w:rPr>
        <w:t xml:space="preserve"> گلاستر د</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گر</w:t>
      </w:r>
      <w:r w:rsidRPr="0000691D">
        <w:rPr>
          <w:rFonts w:ascii="Times New Roman" w:eastAsia="Times New Roman" w:hAnsi="Times New Roman" w:cs="B Mitra"/>
          <w:sz w:val="28"/>
          <w:szCs w:val="28"/>
          <w:rtl/>
        </w:rPr>
        <w:t xml:space="preserve"> فر</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بِ</w:t>
      </w:r>
      <w:r w:rsidRPr="0000691D">
        <w:rPr>
          <w:rFonts w:ascii="Times New Roman" w:eastAsia="Times New Roman" w:hAnsi="Times New Roman" w:cs="B Mitra"/>
          <w:sz w:val="28"/>
          <w:szCs w:val="28"/>
          <w:rtl/>
        </w:rPr>
        <w:t xml:space="preserve"> چهره‌ها را نم</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خورد؛</w:t>
      </w:r>
      <w:r w:rsidRPr="0000691D">
        <w:rPr>
          <w:rFonts w:ascii="Times New Roman" w:eastAsia="Times New Roman" w:hAnsi="Times New Roman" w:cs="B Mitra"/>
          <w:sz w:val="28"/>
          <w:szCs w:val="28"/>
          <w:rtl/>
        </w:rPr>
        <w:t xml:space="preserve"> بلکه به صدا، رفتار و حضور انسان</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sz w:val="28"/>
          <w:szCs w:val="28"/>
          <w:rtl/>
        </w:rPr>
        <w:t xml:space="preserve"> اعتماد م</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کند</w:t>
      </w:r>
      <w:r w:rsidRPr="0000691D">
        <w:rPr>
          <w:rFonts w:ascii="Times New Roman" w:eastAsia="Times New Roman" w:hAnsi="Times New Roman" w:cs="B Mitra"/>
          <w:sz w:val="28"/>
          <w:szCs w:val="28"/>
          <w:rtl/>
        </w:rPr>
        <w:t xml:space="preserve">. </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sz w:val="28"/>
          <w:szCs w:val="28"/>
          <w:rtl/>
        </w:rPr>
        <w:t>و اینجا «شاه لیر» از یک نمایشنامه قدیمی درباره پادشاهی در بریتانیای افسانه‌ای فراتر می‌رود</w:t>
      </w:r>
      <w:r w:rsidRPr="0000691D">
        <w:rPr>
          <w:rFonts w:ascii="Times New Roman" w:eastAsia="Times New Roman" w:hAnsi="Times New Roman" w:cs="B Mitra"/>
          <w:sz w:val="28"/>
          <w:szCs w:val="28"/>
        </w:rPr>
        <w:t>.</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sz w:val="28"/>
          <w:szCs w:val="28"/>
          <w:rtl/>
        </w:rPr>
        <w:t>شکسپیر از ما می‌پرسد</w:t>
      </w:r>
      <w:r w:rsidRPr="0000691D">
        <w:rPr>
          <w:rFonts w:ascii="Times New Roman" w:eastAsia="Times New Roman" w:hAnsi="Times New Roman" w:cs="B Mitra" w:hint="cs"/>
          <w:sz w:val="28"/>
          <w:szCs w:val="28"/>
          <w:rtl/>
        </w:rPr>
        <w:t>:</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sz w:val="28"/>
          <w:szCs w:val="28"/>
          <w:rtl/>
        </w:rPr>
        <w:t>چقدر از آدم‌های اطرافمان را به‌درستی می‌شناسیم؟</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sz w:val="28"/>
          <w:szCs w:val="28"/>
          <w:rtl/>
        </w:rPr>
        <w:t>آیا ممکن است سال‌ها به چهره کسی نگاه کنیم و حقیقت او را نبینیم؟</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sz w:val="28"/>
          <w:szCs w:val="28"/>
          <w:rtl/>
        </w:rPr>
        <w:t xml:space="preserve">و آیا ممکن است چیزی را که واقعاً مهم است، نه با چشم، بلکه با تجربه، رنج، شناخت و گذشت زمان </w:t>
      </w:r>
      <w:r w:rsidRPr="0000691D">
        <w:rPr>
          <w:rFonts w:ascii="Times New Roman" w:eastAsia="Times New Roman" w:hAnsi="Times New Roman" w:cs="B Mitra" w:hint="cs"/>
          <w:sz w:val="28"/>
          <w:szCs w:val="28"/>
          <w:rtl/>
        </w:rPr>
        <w:t>دریاب</w:t>
      </w:r>
      <w:r w:rsidRPr="0000691D">
        <w:rPr>
          <w:rFonts w:ascii="Times New Roman" w:eastAsia="Times New Roman" w:hAnsi="Times New Roman" w:cs="B Mitra"/>
          <w:sz w:val="28"/>
          <w:szCs w:val="28"/>
          <w:rtl/>
        </w:rPr>
        <w:t>یم؟</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sz w:val="28"/>
          <w:szCs w:val="28"/>
          <w:rtl/>
        </w:rPr>
        <w:t>با این حال، شاید لازم باشد در خواندن گلاستر مراقب یک دام نیز باشیم</w:t>
      </w:r>
      <w:r w:rsidRPr="0000691D">
        <w:rPr>
          <w:rFonts w:ascii="Times New Roman" w:eastAsia="Times New Roman" w:hAnsi="Times New Roman" w:cs="B Mitra" w:hint="cs"/>
          <w:sz w:val="28"/>
          <w:szCs w:val="28"/>
          <w:rtl/>
        </w:rPr>
        <w:t xml:space="preserve">؛ </w:t>
      </w:r>
      <w:r w:rsidRPr="0000691D">
        <w:rPr>
          <w:rFonts w:ascii="Times New Roman" w:eastAsia="Times New Roman" w:hAnsi="Times New Roman" w:cs="B Mitra"/>
          <w:sz w:val="28"/>
          <w:szCs w:val="28"/>
          <w:rtl/>
        </w:rPr>
        <w:t>نابینایی او نباید به این نتیجه منتهی شود که «نابینا شدن باعث شد حقیقت را بفهمد» یا اینکه نابینایی نوعی موهبت برای رسیدن به بصیرت است</w:t>
      </w:r>
      <w:r w:rsidRPr="0000691D">
        <w:rPr>
          <w:rFonts w:ascii="Times New Roman" w:eastAsia="Times New Roman" w:hAnsi="Times New Roman" w:cs="B Mitra" w:hint="cs"/>
          <w:sz w:val="28"/>
          <w:szCs w:val="28"/>
          <w:rtl/>
        </w:rPr>
        <w:t>؛</w:t>
      </w:r>
      <w:r w:rsidRPr="0000691D">
        <w:rPr>
          <w:rFonts w:ascii="Times New Roman" w:eastAsia="Times New Roman" w:hAnsi="Times New Roman" w:cs="B Mitra"/>
          <w:sz w:val="28"/>
          <w:szCs w:val="28"/>
          <w:rtl/>
        </w:rPr>
        <w:t xml:space="preserve"> چنین برداشتی، اگرچه ممکن است در خوانش نمادین اثر جذاب به نظر </w:t>
      </w:r>
      <w:r w:rsidRPr="0000691D">
        <w:rPr>
          <w:rFonts w:ascii="Times New Roman" w:eastAsia="Times New Roman" w:hAnsi="Times New Roman" w:cs="B Mitra" w:hint="cs"/>
          <w:sz w:val="28"/>
          <w:szCs w:val="28"/>
          <w:rtl/>
        </w:rPr>
        <w:t>آید</w:t>
      </w:r>
      <w:r w:rsidRPr="0000691D">
        <w:rPr>
          <w:rFonts w:ascii="Times New Roman" w:eastAsia="Times New Roman" w:hAnsi="Times New Roman" w:cs="B Mitra"/>
          <w:sz w:val="28"/>
          <w:szCs w:val="28"/>
          <w:rtl/>
        </w:rPr>
        <w:t>، می‌تواند تجربه واقعی نابینایی را به یک استعاره اخلاقی تقلیل دهد</w:t>
      </w:r>
      <w:r w:rsidRPr="0000691D">
        <w:rPr>
          <w:rFonts w:ascii="Times New Roman" w:eastAsia="Times New Roman" w:hAnsi="Times New Roman" w:cs="B Mitra"/>
          <w:sz w:val="28"/>
          <w:szCs w:val="28"/>
        </w:rPr>
        <w:t>.</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sz w:val="28"/>
          <w:szCs w:val="28"/>
          <w:rtl/>
        </w:rPr>
        <w:t>گلاستر نخست قربانی یک خشونت هولناک است؛ نابینایی او یک فقدان واقعی است. اما شکسپیر از این فقدان واقعی، برای طرح پرسشی درباره «دیدن» استفاده می‌کند</w:t>
      </w:r>
      <w:r w:rsidRPr="0000691D">
        <w:rPr>
          <w:rFonts w:ascii="Times New Roman" w:eastAsia="Times New Roman" w:hAnsi="Times New Roman" w:cs="B Mitra"/>
          <w:sz w:val="28"/>
          <w:szCs w:val="28"/>
        </w:rPr>
        <w:t>.</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tl/>
        </w:rPr>
      </w:pPr>
      <w:r w:rsidRPr="0000691D">
        <w:rPr>
          <w:rFonts w:ascii="Times New Roman" w:eastAsia="Times New Roman" w:hAnsi="Times New Roman" w:cs="B Mitra"/>
          <w:sz w:val="28"/>
          <w:szCs w:val="28"/>
          <w:rtl/>
        </w:rPr>
        <w:t xml:space="preserve">او نه شخصیتی است که نابینایی‌اش تمام هویت او را تشکیل دهد و نه صرفاً نمادی بی‌جان برای بیان یک مفهوم فلسفی. او انسانی است که نابینا می‌شود و بعد باید </w:t>
      </w:r>
      <w:r w:rsidRPr="0000691D">
        <w:rPr>
          <w:rFonts w:ascii="Times New Roman" w:eastAsia="Times New Roman" w:hAnsi="Times New Roman" w:cs="B Mitra" w:hint="cs"/>
          <w:sz w:val="28"/>
          <w:szCs w:val="28"/>
          <w:rtl/>
        </w:rPr>
        <w:t xml:space="preserve">در </w:t>
      </w:r>
      <w:r w:rsidRPr="0000691D">
        <w:rPr>
          <w:rFonts w:ascii="Times New Roman" w:eastAsia="Times New Roman" w:hAnsi="Times New Roman" w:cs="B Mitra"/>
          <w:sz w:val="28"/>
          <w:szCs w:val="28"/>
          <w:rtl/>
        </w:rPr>
        <w:t>جهانی که دیگر نمی‌تواند ببیند، زندگ</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اش</w:t>
      </w:r>
      <w:r w:rsidRPr="0000691D">
        <w:rPr>
          <w:rFonts w:ascii="Times New Roman" w:eastAsia="Times New Roman" w:hAnsi="Times New Roman" w:cs="B Mitra" w:hint="cs"/>
          <w:sz w:val="28"/>
          <w:szCs w:val="28"/>
          <w:rtl/>
        </w:rPr>
        <w:t xml:space="preserve"> را </w:t>
      </w:r>
      <w:r w:rsidRPr="0000691D">
        <w:rPr>
          <w:rFonts w:ascii="Times New Roman" w:eastAsia="Times New Roman" w:hAnsi="Times New Roman" w:cs="B Mitra"/>
          <w:sz w:val="28"/>
          <w:szCs w:val="28"/>
          <w:rtl/>
        </w:rPr>
        <w:t xml:space="preserve">ادامه دهد؛ انسانی که پیش از نابینایی </w:t>
      </w:r>
      <w:r w:rsidRPr="0000691D">
        <w:rPr>
          <w:rFonts w:ascii="Times New Roman" w:eastAsia="Times New Roman" w:hAnsi="Times New Roman" w:cs="B Mitra"/>
          <w:sz w:val="28"/>
          <w:szCs w:val="28"/>
          <w:rtl/>
        </w:rPr>
        <w:lastRenderedPageBreak/>
        <w:t>خطا کرده، پس از آن نیز خطا می‌کند، می‌ترسد، امیدوار می‌شود و در نهایت با سرنوشت خود روبه‌رو می‌شود</w:t>
      </w:r>
      <w:r w:rsidRPr="0000691D">
        <w:rPr>
          <w:rFonts w:ascii="Times New Roman" w:eastAsia="Times New Roman" w:hAnsi="Times New Roman" w:cs="B Mitra"/>
          <w:sz w:val="28"/>
          <w:szCs w:val="28"/>
        </w:rPr>
        <w:t>.</w:t>
      </w:r>
      <w:r w:rsidRPr="0000691D">
        <w:rPr>
          <w:rFonts w:ascii="Times New Roman" w:eastAsia="Times New Roman" w:hAnsi="Times New Roman" w:cs="B Mitra" w:hint="cs"/>
          <w:sz w:val="28"/>
          <w:szCs w:val="28"/>
          <w:rtl/>
        </w:rPr>
        <w:t xml:space="preserve"> </w:t>
      </w:r>
      <w:r w:rsidRPr="0000691D">
        <w:rPr>
          <w:rFonts w:ascii="Times New Roman" w:eastAsia="Times New Roman" w:hAnsi="Times New Roman" w:cs="B Mitra"/>
          <w:sz w:val="28"/>
          <w:szCs w:val="28"/>
          <w:rtl/>
        </w:rPr>
        <w:t xml:space="preserve">شاید به همین دلیل است که </w:t>
      </w:r>
      <w:r w:rsidRPr="0000691D">
        <w:rPr>
          <w:rFonts w:ascii="Times New Roman" w:eastAsia="Times New Roman" w:hAnsi="Times New Roman" w:cs="B Mitra" w:hint="cs"/>
          <w:sz w:val="28"/>
          <w:szCs w:val="28"/>
          <w:rtl/>
        </w:rPr>
        <w:t xml:space="preserve">بیش از </w:t>
      </w:r>
      <w:r w:rsidRPr="0000691D">
        <w:rPr>
          <w:rFonts w:ascii="Times New Roman" w:eastAsia="Times New Roman" w:hAnsi="Times New Roman" w:cs="B Mitra"/>
          <w:sz w:val="28"/>
          <w:szCs w:val="28"/>
          <w:rtl/>
        </w:rPr>
        <w:t>چهارصد سال بعد، هنوز می‌توان از گلاستر پرسید</w:t>
      </w:r>
      <w:r w:rsidRPr="0000691D">
        <w:rPr>
          <w:rFonts w:ascii="Times New Roman" w:eastAsia="Times New Roman" w:hAnsi="Times New Roman" w:cs="B Mitra" w:hint="cs"/>
          <w:sz w:val="28"/>
          <w:szCs w:val="28"/>
          <w:rtl/>
        </w:rPr>
        <w:t>:</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bCs/>
          <w:sz w:val="28"/>
          <w:szCs w:val="28"/>
          <w:rtl/>
        </w:rPr>
      </w:pPr>
      <w:r w:rsidRPr="0000691D">
        <w:rPr>
          <w:rFonts w:ascii="Times New Roman" w:eastAsia="Times New Roman" w:hAnsi="Times New Roman" w:cs="B Mitra"/>
          <w:bCs/>
          <w:sz w:val="28"/>
          <w:szCs w:val="28"/>
          <w:rtl/>
        </w:rPr>
        <w:t>آیا برای دیدن حقیقت، همیشه به چشم نیاز داریم؟</w:t>
      </w:r>
    </w:p>
    <w:p w:rsidR="00A75B1C" w:rsidRPr="0000691D" w:rsidRDefault="00A75B1C" w:rsidP="0000691D">
      <w:pPr>
        <w:bidi/>
        <w:spacing w:before="100" w:beforeAutospacing="1" w:after="100" w:afterAutospacing="1" w:line="360" w:lineRule="auto"/>
        <w:jc w:val="both"/>
        <w:rPr>
          <w:rFonts w:ascii="Times New Roman" w:eastAsia="Times New Roman" w:hAnsi="Times New Roman" w:cs="B Mitra"/>
          <w:sz w:val="28"/>
          <w:szCs w:val="28"/>
        </w:rPr>
      </w:pPr>
      <w:r w:rsidRPr="0000691D">
        <w:rPr>
          <w:rFonts w:ascii="Times New Roman" w:eastAsia="Times New Roman" w:hAnsi="Times New Roman" w:cs="B Mitra" w:hint="cs"/>
          <w:sz w:val="28"/>
          <w:szCs w:val="28"/>
          <w:rtl/>
        </w:rPr>
        <w:t xml:space="preserve">در طول سال‌ها، مترجمان زیادی از قبیل </w:t>
      </w:r>
      <w:r w:rsidRPr="0000691D">
        <w:rPr>
          <w:rFonts w:ascii="Times New Roman" w:eastAsia="Times New Roman" w:hAnsi="Times New Roman" w:cs="B Mitra"/>
          <w:sz w:val="28"/>
          <w:szCs w:val="28"/>
          <w:rtl/>
        </w:rPr>
        <w:t>محمود اعتمادزاده (م.ا.به</w:t>
      </w:r>
      <w:r w:rsidRPr="0000691D">
        <w:rPr>
          <w:rFonts w:ascii="Times New Roman" w:eastAsia="Times New Roman" w:hAnsi="Times New Roman" w:cs="B Mitra" w:hint="cs"/>
          <w:sz w:val="28"/>
          <w:szCs w:val="28"/>
          <w:rtl/>
        </w:rPr>
        <w:t>‌</w:t>
      </w:r>
      <w:r w:rsidRPr="0000691D">
        <w:rPr>
          <w:rFonts w:ascii="Times New Roman" w:eastAsia="Times New Roman" w:hAnsi="Times New Roman" w:cs="B Mitra"/>
          <w:sz w:val="28"/>
          <w:szCs w:val="28"/>
          <w:rtl/>
        </w:rPr>
        <w:t>آذ</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ن</w:t>
      </w:r>
      <w:r w:rsidRPr="0000691D">
        <w:rPr>
          <w:rFonts w:ascii="Times New Roman" w:eastAsia="Times New Roman" w:hAnsi="Times New Roman" w:cs="B Mitra" w:hint="cs"/>
          <w:sz w:val="28"/>
          <w:szCs w:val="28"/>
          <w:rtl/>
        </w:rPr>
        <w:t xml:space="preserve">)، رضا اسکندری آذر، </w:t>
      </w:r>
      <w:r w:rsidRPr="0000691D">
        <w:rPr>
          <w:rFonts w:ascii="Times New Roman" w:eastAsia="Times New Roman" w:hAnsi="Times New Roman" w:cs="B Mitra"/>
          <w:sz w:val="28"/>
          <w:szCs w:val="28"/>
          <w:rtl/>
        </w:rPr>
        <w:t>علاءالد</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ن</w:t>
      </w:r>
      <w:r w:rsidRPr="0000691D">
        <w:rPr>
          <w:rFonts w:ascii="Times New Roman" w:eastAsia="Times New Roman" w:hAnsi="Times New Roman" w:cs="B Mitra"/>
          <w:sz w:val="28"/>
          <w:szCs w:val="28"/>
          <w:rtl/>
        </w:rPr>
        <w:t xml:space="preserve"> پازارگاد</w:t>
      </w:r>
      <w:r w:rsidRPr="0000691D">
        <w:rPr>
          <w:rFonts w:ascii="Times New Roman" w:eastAsia="Times New Roman" w:hAnsi="Times New Roman" w:cs="B Mitra" w:hint="cs"/>
          <w:sz w:val="28"/>
          <w:szCs w:val="28"/>
          <w:rtl/>
        </w:rPr>
        <w:t xml:space="preserve">ی، </w:t>
      </w:r>
      <w:r w:rsidRPr="0000691D">
        <w:rPr>
          <w:rFonts w:ascii="Times New Roman" w:eastAsia="Times New Roman" w:hAnsi="Times New Roman" w:cs="B Mitra"/>
          <w:sz w:val="28"/>
          <w:szCs w:val="28"/>
          <w:rtl/>
        </w:rPr>
        <w:t>جواد پ</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ما</w:t>
      </w:r>
      <w:r w:rsidRPr="0000691D">
        <w:rPr>
          <w:rFonts w:ascii="Times New Roman" w:eastAsia="Times New Roman" w:hAnsi="Times New Roman" w:cs="B Mitra" w:hint="cs"/>
          <w:sz w:val="28"/>
          <w:szCs w:val="28"/>
          <w:rtl/>
        </w:rPr>
        <w:t xml:space="preserve">ن، </w:t>
      </w:r>
      <w:r w:rsidRPr="0000691D">
        <w:rPr>
          <w:rFonts w:ascii="Times New Roman" w:eastAsia="Times New Roman" w:hAnsi="Times New Roman" w:cs="B Mitra"/>
          <w:sz w:val="28"/>
          <w:szCs w:val="28"/>
          <w:rtl/>
        </w:rPr>
        <w:t>ابوالحسن تهام</w:t>
      </w:r>
      <w:r w:rsidRPr="0000691D">
        <w:rPr>
          <w:rFonts w:ascii="Times New Roman" w:eastAsia="Times New Roman" w:hAnsi="Times New Roman" w:cs="B Mitra" w:hint="cs"/>
          <w:sz w:val="28"/>
          <w:szCs w:val="28"/>
          <w:rtl/>
        </w:rPr>
        <w:t xml:space="preserve">ی، </w:t>
      </w:r>
      <w:r w:rsidRPr="0000691D">
        <w:rPr>
          <w:rFonts w:ascii="Times New Roman" w:eastAsia="Times New Roman" w:hAnsi="Times New Roman" w:cs="B Mitra"/>
          <w:sz w:val="28"/>
          <w:szCs w:val="28"/>
          <w:rtl/>
        </w:rPr>
        <w:t>سپ</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ده</w:t>
      </w:r>
      <w:r w:rsidRPr="0000691D">
        <w:rPr>
          <w:rFonts w:ascii="Times New Roman" w:eastAsia="Times New Roman" w:hAnsi="Times New Roman" w:cs="B Mitra"/>
          <w:sz w:val="28"/>
          <w:szCs w:val="28"/>
          <w:rtl/>
        </w:rPr>
        <w:t xml:space="preserve"> مرو</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ان</w:t>
      </w:r>
      <w:r w:rsidRPr="0000691D">
        <w:rPr>
          <w:rFonts w:ascii="Times New Roman" w:eastAsia="Times New Roman" w:hAnsi="Times New Roman" w:cs="B Mitra" w:hint="cs"/>
          <w:sz w:val="28"/>
          <w:szCs w:val="28"/>
          <w:rtl/>
        </w:rPr>
        <w:t xml:space="preserve">، مهدی سجودی مقدم، </w:t>
      </w:r>
      <w:r w:rsidRPr="0000691D">
        <w:rPr>
          <w:rFonts w:ascii="Times New Roman" w:eastAsia="Times New Roman" w:hAnsi="Times New Roman" w:cs="B Mitra"/>
          <w:sz w:val="28"/>
          <w:szCs w:val="28"/>
          <w:rtl/>
        </w:rPr>
        <w:t>مهتا عاف</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ت</w:t>
      </w:r>
      <w:r w:rsidRPr="0000691D">
        <w:rPr>
          <w:rFonts w:ascii="Times New Roman" w:eastAsia="Times New Roman" w:hAnsi="Times New Roman" w:cs="B Mitra"/>
          <w:sz w:val="28"/>
          <w:szCs w:val="28"/>
          <w:rtl/>
        </w:rPr>
        <w:t xml:space="preserve"> طلب</w:t>
      </w:r>
      <w:r w:rsidRPr="0000691D">
        <w:rPr>
          <w:rFonts w:ascii="Times New Roman" w:eastAsia="Times New Roman" w:hAnsi="Times New Roman" w:cs="B Mitra" w:hint="cs"/>
          <w:sz w:val="28"/>
          <w:szCs w:val="28"/>
          <w:rtl/>
        </w:rPr>
        <w:t xml:space="preserve">، </w:t>
      </w:r>
      <w:r w:rsidRPr="0000691D">
        <w:rPr>
          <w:rFonts w:ascii="Times New Roman" w:eastAsia="Times New Roman" w:hAnsi="Times New Roman" w:cs="B Mitra"/>
          <w:sz w:val="28"/>
          <w:szCs w:val="28"/>
          <w:rtl/>
        </w:rPr>
        <w:t>م</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لاد</w:t>
      </w:r>
      <w:r w:rsidRPr="0000691D">
        <w:rPr>
          <w:rFonts w:ascii="Times New Roman" w:eastAsia="Times New Roman" w:hAnsi="Times New Roman" w:cs="B Mitra"/>
          <w:sz w:val="28"/>
          <w:szCs w:val="28"/>
          <w:rtl/>
        </w:rPr>
        <w:t xml:space="preserve"> م</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ناکار</w:t>
      </w:r>
      <w:r w:rsidRPr="0000691D">
        <w:rPr>
          <w:rFonts w:ascii="Times New Roman" w:eastAsia="Times New Roman" w:hAnsi="Times New Roman" w:cs="B Mitra" w:hint="cs"/>
          <w:sz w:val="28"/>
          <w:szCs w:val="28"/>
          <w:rtl/>
        </w:rPr>
        <w:t xml:space="preserve">، </w:t>
      </w:r>
      <w:r w:rsidRPr="0000691D">
        <w:rPr>
          <w:rFonts w:ascii="Times New Roman" w:eastAsia="Times New Roman" w:hAnsi="Times New Roman" w:cs="B Mitra"/>
          <w:sz w:val="28"/>
          <w:szCs w:val="28"/>
          <w:rtl/>
        </w:rPr>
        <w:t>عل</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sz w:val="28"/>
          <w:szCs w:val="28"/>
          <w:rtl/>
        </w:rPr>
        <w:t xml:space="preserve"> سلام</w:t>
      </w:r>
      <w:r w:rsidRPr="0000691D">
        <w:rPr>
          <w:rFonts w:ascii="Times New Roman" w:eastAsia="Times New Roman" w:hAnsi="Times New Roman" w:cs="B Mitra" w:hint="cs"/>
          <w:sz w:val="28"/>
          <w:szCs w:val="28"/>
          <w:rtl/>
        </w:rPr>
        <w:t xml:space="preserve">ی و دیگران، این </w:t>
      </w:r>
      <w:r w:rsidRPr="0000691D">
        <w:rPr>
          <w:rFonts w:ascii="Times New Roman" w:eastAsia="Times New Roman" w:hAnsi="Times New Roman" w:cs="B Mitra"/>
          <w:sz w:val="28"/>
          <w:szCs w:val="28"/>
          <w:rtl/>
        </w:rPr>
        <w:t>نما</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شنامه</w:t>
      </w:r>
      <w:r w:rsidRPr="0000691D">
        <w:rPr>
          <w:rFonts w:ascii="Times New Roman" w:eastAsia="Times New Roman" w:hAnsi="Times New Roman" w:cs="B Mitra" w:hint="cs"/>
          <w:sz w:val="28"/>
          <w:szCs w:val="28"/>
          <w:rtl/>
        </w:rPr>
        <w:t xml:space="preserve"> جذاب را به فارسی برگردانده‌اند. به شخصه، ترجمه </w:t>
      </w:r>
      <w:r w:rsidRPr="0000691D">
        <w:rPr>
          <w:rFonts w:ascii="Times New Roman" w:eastAsia="Times New Roman" w:hAnsi="Times New Roman" w:cs="B Mitra"/>
          <w:sz w:val="28"/>
          <w:szCs w:val="28"/>
          <w:rtl/>
        </w:rPr>
        <w:t>علاءالد</w:t>
      </w:r>
      <w:r w:rsidRPr="0000691D">
        <w:rPr>
          <w:rFonts w:ascii="Times New Roman" w:eastAsia="Times New Roman" w:hAnsi="Times New Roman" w:cs="B Mitra" w:hint="cs"/>
          <w:sz w:val="28"/>
          <w:szCs w:val="28"/>
          <w:rtl/>
        </w:rPr>
        <w:t>ی</w:t>
      </w:r>
      <w:r w:rsidRPr="0000691D">
        <w:rPr>
          <w:rFonts w:ascii="Times New Roman" w:eastAsia="Times New Roman" w:hAnsi="Times New Roman" w:cs="B Mitra" w:hint="eastAsia"/>
          <w:sz w:val="28"/>
          <w:szCs w:val="28"/>
          <w:rtl/>
        </w:rPr>
        <w:t>ن</w:t>
      </w:r>
      <w:r w:rsidRPr="0000691D">
        <w:rPr>
          <w:rFonts w:ascii="Times New Roman" w:eastAsia="Times New Roman" w:hAnsi="Times New Roman" w:cs="B Mitra" w:hint="cs"/>
          <w:sz w:val="28"/>
          <w:szCs w:val="28"/>
          <w:rtl/>
        </w:rPr>
        <w:t xml:space="preserve"> پازارگادی را که در انتشارات سروش به چاپ رسیده را بیشتر از سایر ترجمه‌ها دوست داشتم.</w:t>
      </w:r>
    </w:p>
    <w:p w:rsidR="00A75B1C" w:rsidRPr="0000691D" w:rsidRDefault="00A75B1C" w:rsidP="00BB2D4E">
      <w:pPr>
        <w:bidi/>
        <w:spacing w:line="360" w:lineRule="auto"/>
        <w:jc w:val="both"/>
        <w:rPr>
          <w:rFonts w:cs="B Mitra"/>
          <w:sz w:val="28"/>
          <w:szCs w:val="28"/>
          <w:rtl/>
        </w:rPr>
      </w:pPr>
    </w:p>
    <w:p w:rsidR="00A75B1C" w:rsidRPr="00145293" w:rsidRDefault="00A75B1C" w:rsidP="00145293">
      <w:pPr>
        <w:pStyle w:val="Heading2"/>
        <w:bidi/>
        <w:rPr>
          <w:rFonts w:cs="B Mitra"/>
          <w:color w:val="4472C4" w:themeColor="accent5"/>
          <w:sz w:val="32"/>
          <w:szCs w:val="32"/>
          <w:rtl/>
        </w:rPr>
      </w:pPr>
      <w:bookmarkStart w:id="52" w:name="_Toc243400559"/>
      <w:r w:rsidRPr="00145293">
        <w:rPr>
          <w:rFonts w:cs="B Mitra" w:hint="cs"/>
          <w:color w:val="4472C4" w:themeColor="accent5"/>
          <w:sz w:val="32"/>
          <w:szCs w:val="32"/>
          <w:rtl/>
        </w:rPr>
        <w:t>ترجمه</w:t>
      </w:r>
      <w:r w:rsidR="00145293" w:rsidRPr="00145293">
        <w:rPr>
          <w:rFonts w:cs="B Mitra"/>
          <w:color w:val="4472C4" w:themeColor="accent5"/>
          <w:sz w:val="32"/>
          <w:szCs w:val="32"/>
        </w:rPr>
        <w:t xml:space="preserve"> </w:t>
      </w:r>
      <w:r w:rsidR="00145293" w:rsidRPr="00145293">
        <w:rPr>
          <w:rFonts w:cs="B Mitra" w:hint="cs"/>
          <w:color w:val="4472C4" w:themeColor="accent5"/>
          <w:sz w:val="32"/>
          <w:szCs w:val="32"/>
          <w:rtl/>
          <w:lang w:bidi="fa-IR"/>
        </w:rPr>
        <w:t xml:space="preserve">، </w:t>
      </w:r>
      <w:r w:rsidRPr="00145293">
        <w:rPr>
          <w:rFonts w:cs="B Mitra" w:hint="cs"/>
          <w:color w:val="4472C4" w:themeColor="accent5"/>
          <w:sz w:val="32"/>
          <w:szCs w:val="32"/>
          <w:rtl/>
        </w:rPr>
        <w:t>آشپزی</w:t>
      </w:r>
      <w:r w:rsidRPr="00145293">
        <w:rPr>
          <w:rFonts w:cs="B Mitra"/>
          <w:color w:val="4472C4" w:themeColor="accent5"/>
          <w:sz w:val="32"/>
          <w:szCs w:val="32"/>
          <w:rtl/>
        </w:rPr>
        <w:t xml:space="preserve"> </w:t>
      </w:r>
      <w:r w:rsidRPr="00145293">
        <w:rPr>
          <w:rFonts w:cs="B Mitra" w:hint="cs"/>
          <w:color w:val="4472C4" w:themeColor="accent5"/>
          <w:sz w:val="32"/>
          <w:szCs w:val="32"/>
          <w:rtl/>
        </w:rPr>
        <w:t>پس</w:t>
      </w:r>
      <w:r w:rsidRPr="00145293">
        <w:rPr>
          <w:rFonts w:cs="B Mitra"/>
          <w:color w:val="4472C4" w:themeColor="accent5"/>
          <w:sz w:val="32"/>
          <w:szCs w:val="32"/>
          <w:rtl/>
        </w:rPr>
        <w:t xml:space="preserve"> </w:t>
      </w:r>
      <w:r w:rsidRPr="00145293">
        <w:rPr>
          <w:rFonts w:cs="B Mitra" w:hint="cs"/>
          <w:color w:val="4472C4" w:themeColor="accent5"/>
          <w:sz w:val="32"/>
          <w:szCs w:val="32"/>
          <w:rtl/>
        </w:rPr>
        <w:t>از</w:t>
      </w:r>
      <w:r w:rsidRPr="00145293">
        <w:rPr>
          <w:rFonts w:cs="B Mitra"/>
          <w:color w:val="4472C4" w:themeColor="accent5"/>
          <w:sz w:val="32"/>
          <w:szCs w:val="32"/>
          <w:rtl/>
        </w:rPr>
        <w:t xml:space="preserve"> </w:t>
      </w:r>
      <w:r w:rsidRPr="00145293">
        <w:rPr>
          <w:rFonts w:cs="B Mitra" w:hint="cs"/>
          <w:color w:val="4472C4" w:themeColor="accent5"/>
          <w:sz w:val="32"/>
          <w:szCs w:val="32"/>
          <w:rtl/>
        </w:rPr>
        <w:t>آسیب</w:t>
      </w:r>
      <w:r w:rsidRPr="00145293">
        <w:rPr>
          <w:rFonts w:cs="B Mitra"/>
          <w:color w:val="4472C4" w:themeColor="accent5"/>
          <w:sz w:val="32"/>
          <w:szCs w:val="32"/>
          <w:rtl/>
        </w:rPr>
        <w:t xml:space="preserve"> </w:t>
      </w:r>
      <w:r w:rsidRPr="00145293">
        <w:rPr>
          <w:rFonts w:cs="B Mitra" w:hint="cs"/>
          <w:color w:val="4472C4" w:themeColor="accent5"/>
          <w:sz w:val="32"/>
          <w:szCs w:val="32"/>
          <w:rtl/>
        </w:rPr>
        <w:t>بینایی؛</w:t>
      </w:r>
      <w:r w:rsidRPr="00145293">
        <w:rPr>
          <w:rFonts w:cs="B Mitra"/>
          <w:color w:val="4472C4" w:themeColor="accent5"/>
          <w:sz w:val="32"/>
          <w:szCs w:val="32"/>
          <w:rtl/>
        </w:rPr>
        <w:t xml:space="preserve"> </w:t>
      </w:r>
      <w:r w:rsidRPr="00145293">
        <w:rPr>
          <w:rFonts w:cs="B Mitra" w:hint="cs"/>
          <w:color w:val="4472C4" w:themeColor="accent5"/>
          <w:sz w:val="32"/>
          <w:szCs w:val="32"/>
          <w:rtl/>
        </w:rPr>
        <w:t>راهکارها،</w:t>
      </w:r>
      <w:r w:rsidRPr="00145293">
        <w:rPr>
          <w:rFonts w:cs="B Mitra"/>
          <w:color w:val="4472C4" w:themeColor="accent5"/>
          <w:sz w:val="32"/>
          <w:szCs w:val="32"/>
          <w:rtl/>
        </w:rPr>
        <w:t xml:space="preserve"> </w:t>
      </w:r>
      <w:r w:rsidRPr="00145293">
        <w:rPr>
          <w:rFonts w:cs="B Mitra" w:hint="cs"/>
          <w:color w:val="4472C4" w:themeColor="accent5"/>
          <w:sz w:val="32"/>
          <w:szCs w:val="32"/>
          <w:rtl/>
        </w:rPr>
        <w:t>چالش‌ها</w:t>
      </w:r>
      <w:r w:rsidRPr="00145293">
        <w:rPr>
          <w:rFonts w:cs="B Mitra"/>
          <w:color w:val="4472C4" w:themeColor="accent5"/>
          <w:sz w:val="32"/>
          <w:szCs w:val="32"/>
          <w:rtl/>
        </w:rPr>
        <w:t xml:space="preserve"> </w:t>
      </w:r>
      <w:r w:rsidRPr="00145293">
        <w:rPr>
          <w:rFonts w:cs="B Mitra" w:hint="cs"/>
          <w:color w:val="4472C4" w:themeColor="accent5"/>
          <w:sz w:val="32"/>
          <w:szCs w:val="32"/>
          <w:rtl/>
        </w:rPr>
        <w:t>و</w:t>
      </w:r>
      <w:r w:rsidRPr="00145293">
        <w:rPr>
          <w:rFonts w:cs="B Mitra"/>
          <w:color w:val="4472C4" w:themeColor="accent5"/>
          <w:sz w:val="32"/>
          <w:szCs w:val="32"/>
          <w:rtl/>
        </w:rPr>
        <w:t xml:space="preserve"> </w:t>
      </w:r>
      <w:r w:rsidRPr="00145293">
        <w:rPr>
          <w:rFonts w:cs="B Mitra" w:hint="cs"/>
          <w:color w:val="4472C4" w:themeColor="accent5"/>
          <w:sz w:val="32"/>
          <w:szCs w:val="32"/>
          <w:rtl/>
        </w:rPr>
        <w:t>تجربه‌های</w:t>
      </w:r>
      <w:r w:rsidRPr="00145293">
        <w:rPr>
          <w:rFonts w:cs="B Mitra"/>
          <w:color w:val="4472C4" w:themeColor="accent5"/>
          <w:sz w:val="32"/>
          <w:szCs w:val="32"/>
          <w:rtl/>
        </w:rPr>
        <w:t xml:space="preserve"> </w:t>
      </w:r>
      <w:r w:rsidRPr="00145293">
        <w:rPr>
          <w:rFonts w:cs="B Mitra" w:hint="cs"/>
          <w:color w:val="4472C4" w:themeColor="accent5"/>
          <w:sz w:val="32"/>
          <w:szCs w:val="32"/>
          <w:rtl/>
        </w:rPr>
        <w:t>زیسته</w:t>
      </w:r>
      <w:r w:rsidRPr="00145293">
        <w:rPr>
          <w:rFonts w:cs="B Mitra"/>
          <w:color w:val="4472C4" w:themeColor="accent5"/>
          <w:sz w:val="32"/>
          <w:szCs w:val="32"/>
          <w:rtl/>
        </w:rPr>
        <w:t xml:space="preserve"> (</w:t>
      </w:r>
      <w:r w:rsidRPr="00145293">
        <w:rPr>
          <w:rFonts w:cs="B Mitra" w:hint="cs"/>
          <w:color w:val="4472C4" w:themeColor="accent5"/>
          <w:sz w:val="32"/>
          <w:szCs w:val="32"/>
          <w:rtl/>
        </w:rPr>
        <w:t>بخش</w:t>
      </w:r>
      <w:r w:rsidRPr="00145293">
        <w:rPr>
          <w:rFonts w:cs="B Mitra"/>
          <w:color w:val="4472C4" w:themeColor="accent5"/>
          <w:sz w:val="32"/>
          <w:szCs w:val="32"/>
          <w:rtl/>
        </w:rPr>
        <w:t xml:space="preserve"> </w:t>
      </w:r>
      <w:r w:rsidRPr="00145293">
        <w:rPr>
          <w:rFonts w:cs="B Mitra" w:hint="cs"/>
          <w:color w:val="4472C4" w:themeColor="accent5"/>
          <w:sz w:val="32"/>
          <w:szCs w:val="32"/>
          <w:rtl/>
        </w:rPr>
        <w:t>اول</w:t>
      </w:r>
      <w:r w:rsidRPr="00145293">
        <w:rPr>
          <w:rFonts w:cs="B Mitra"/>
          <w:color w:val="4472C4" w:themeColor="accent5"/>
          <w:sz w:val="32"/>
          <w:szCs w:val="32"/>
          <w:rtl/>
        </w:rPr>
        <w:t>)</w:t>
      </w:r>
      <w:bookmarkEnd w:id="52"/>
    </w:p>
    <w:p w:rsidR="00A75B1C" w:rsidRPr="00C449BE" w:rsidRDefault="00A75B1C" w:rsidP="00C449BE">
      <w:pPr>
        <w:pStyle w:val="Heading3"/>
        <w:bidi/>
        <w:rPr>
          <w:rFonts w:cs="B Mitra"/>
          <w:color w:val="70AD47" w:themeColor="accent6"/>
          <w:sz w:val="28"/>
          <w:szCs w:val="28"/>
        </w:rPr>
      </w:pPr>
      <w:r w:rsidRPr="00C449BE">
        <w:rPr>
          <w:rFonts w:cs="B Mitra" w:hint="cs"/>
          <w:color w:val="70AD47" w:themeColor="accent6"/>
          <w:sz w:val="28"/>
          <w:szCs w:val="28"/>
          <w:rtl/>
        </w:rPr>
        <w:t>مقدمه</w:t>
      </w:r>
    </w:p>
    <w:p w:rsidR="00A75B1C" w:rsidRDefault="00A75B1C" w:rsidP="0000691D">
      <w:pPr>
        <w:bidi/>
        <w:spacing w:line="360" w:lineRule="auto"/>
        <w:jc w:val="both"/>
        <w:rPr>
          <w:rFonts w:cs="B Mitra"/>
          <w:sz w:val="28"/>
          <w:szCs w:val="28"/>
        </w:rPr>
      </w:pPr>
      <w:r w:rsidRPr="0000691D">
        <w:rPr>
          <w:rFonts w:cs="B Mitra" w:hint="cs"/>
          <w:sz w:val="28"/>
          <w:szCs w:val="28"/>
          <w:rtl/>
        </w:rPr>
        <w:t>آشپزی</w:t>
      </w:r>
      <w:r w:rsidRPr="0000691D">
        <w:rPr>
          <w:rFonts w:cs="B Mitra"/>
          <w:sz w:val="28"/>
          <w:szCs w:val="28"/>
          <w:rtl/>
        </w:rPr>
        <w:t xml:space="preserve"> </w:t>
      </w:r>
      <w:r w:rsidRPr="0000691D">
        <w:rPr>
          <w:rFonts w:cs="B Mitra" w:hint="cs"/>
          <w:sz w:val="28"/>
          <w:szCs w:val="28"/>
          <w:rtl/>
        </w:rPr>
        <w:t>برای</w:t>
      </w:r>
      <w:r w:rsidRPr="0000691D">
        <w:rPr>
          <w:rFonts w:cs="B Mitra"/>
          <w:sz w:val="28"/>
          <w:szCs w:val="28"/>
          <w:rtl/>
        </w:rPr>
        <w:t xml:space="preserve"> </w:t>
      </w:r>
      <w:r w:rsidRPr="0000691D">
        <w:rPr>
          <w:rFonts w:cs="B Mitra" w:hint="cs"/>
          <w:sz w:val="28"/>
          <w:szCs w:val="28"/>
          <w:rtl/>
        </w:rPr>
        <w:t>بسیاری</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ما</w:t>
      </w:r>
      <w:r w:rsidRPr="0000691D">
        <w:rPr>
          <w:rFonts w:cs="B Mitra"/>
          <w:sz w:val="28"/>
          <w:szCs w:val="28"/>
          <w:rtl/>
        </w:rPr>
        <w:t xml:space="preserve"> </w:t>
      </w:r>
      <w:r w:rsidRPr="0000691D">
        <w:rPr>
          <w:rFonts w:cs="B Mitra" w:hint="cs"/>
          <w:sz w:val="28"/>
          <w:szCs w:val="28"/>
          <w:rtl/>
        </w:rPr>
        <w:t>فراتر</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رفع</w:t>
      </w:r>
      <w:r w:rsidRPr="0000691D">
        <w:rPr>
          <w:rFonts w:cs="B Mitra"/>
          <w:sz w:val="28"/>
          <w:szCs w:val="28"/>
          <w:rtl/>
        </w:rPr>
        <w:t xml:space="preserve"> </w:t>
      </w:r>
      <w:r w:rsidRPr="0000691D">
        <w:rPr>
          <w:rFonts w:cs="B Mitra" w:hint="cs"/>
          <w:sz w:val="28"/>
          <w:szCs w:val="28"/>
          <w:rtl/>
        </w:rPr>
        <w:t>یک</w:t>
      </w:r>
      <w:r w:rsidRPr="0000691D">
        <w:rPr>
          <w:rFonts w:cs="B Mitra"/>
          <w:sz w:val="28"/>
          <w:szCs w:val="28"/>
          <w:rtl/>
        </w:rPr>
        <w:t xml:space="preserve"> </w:t>
      </w:r>
      <w:r w:rsidRPr="0000691D">
        <w:rPr>
          <w:rFonts w:cs="B Mitra" w:hint="cs"/>
          <w:sz w:val="28"/>
          <w:szCs w:val="28"/>
          <w:rtl/>
        </w:rPr>
        <w:t>نیاز</w:t>
      </w:r>
      <w:r w:rsidRPr="0000691D">
        <w:rPr>
          <w:rFonts w:cs="B Mitra"/>
          <w:sz w:val="28"/>
          <w:szCs w:val="28"/>
          <w:rtl/>
        </w:rPr>
        <w:t xml:space="preserve"> </w:t>
      </w:r>
      <w:r w:rsidRPr="0000691D">
        <w:rPr>
          <w:rFonts w:cs="B Mitra" w:hint="cs"/>
          <w:sz w:val="28"/>
          <w:szCs w:val="28"/>
          <w:rtl/>
        </w:rPr>
        <w:t>روزمره،</w:t>
      </w:r>
      <w:r w:rsidRPr="0000691D">
        <w:rPr>
          <w:rFonts w:cs="B Mitra"/>
          <w:sz w:val="28"/>
          <w:szCs w:val="28"/>
          <w:rtl/>
        </w:rPr>
        <w:t xml:space="preserve"> </w:t>
      </w:r>
      <w:r w:rsidRPr="0000691D">
        <w:rPr>
          <w:rFonts w:cs="B Mitra" w:hint="cs"/>
          <w:sz w:val="28"/>
          <w:szCs w:val="28"/>
          <w:rtl/>
        </w:rPr>
        <w:t>جلوه‌ای</w:t>
      </w:r>
      <w:r w:rsidRPr="0000691D">
        <w:rPr>
          <w:rFonts w:cs="B Mitra"/>
          <w:sz w:val="28"/>
          <w:szCs w:val="28"/>
          <w:rtl/>
        </w:rPr>
        <w:t xml:space="preserve"> </w:t>
      </w:r>
      <w:r w:rsidRPr="0000691D">
        <w:rPr>
          <w:rFonts w:cs="B Mitra" w:hint="cs"/>
          <w:sz w:val="28"/>
          <w:szCs w:val="28"/>
          <w:rtl/>
        </w:rPr>
        <w:t>روشن</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استقلال</w:t>
      </w:r>
      <w:r w:rsidRPr="0000691D">
        <w:rPr>
          <w:rFonts w:cs="B Mitra"/>
          <w:sz w:val="28"/>
          <w:szCs w:val="28"/>
          <w:rtl/>
        </w:rPr>
        <w:t xml:space="preserve"> </w:t>
      </w:r>
      <w:r w:rsidRPr="0000691D">
        <w:rPr>
          <w:rFonts w:cs="B Mitra" w:hint="cs"/>
          <w:sz w:val="28"/>
          <w:szCs w:val="28"/>
          <w:rtl/>
        </w:rPr>
        <w:t>فردی،</w:t>
      </w:r>
      <w:r w:rsidRPr="0000691D">
        <w:rPr>
          <w:rFonts w:cs="B Mitra"/>
          <w:sz w:val="28"/>
          <w:szCs w:val="28"/>
          <w:rtl/>
        </w:rPr>
        <w:t xml:space="preserve"> </w:t>
      </w:r>
      <w:r w:rsidRPr="0000691D">
        <w:rPr>
          <w:rFonts w:cs="B Mitra" w:hint="cs"/>
          <w:sz w:val="28"/>
          <w:szCs w:val="28"/>
          <w:rtl/>
        </w:rPr>
        <w:t>مدیریت</w:t>
      </w:r>
      <w:r w:rsidRPr="0000691D">
        <w:rPr>
          <w:rFonts w:cs="B Mitra"/>
          <w:sz w:val="28"/>
          <w:szCs w:val="28"/>
          <w:rtl/>
        </w:rPr>
        <w:t xml:space="preserve"> </w:t>
      </w:r>
      <w:r w:rsidRPr="0000691D">
        <w:rPr>
          <w:rFonts w:cs="B Mitra" w:hint="cs"/>
          <w:sz w:val="28"/>
          <w:szCs w:val="28"/>
          <w:rtl/>
        </w:rPr>
        <w:t>خانه</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پیوند</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خانواده</w:t>
      </w:r>
      <w:r w:rsidRPr="0000691D">
        <w:rPr>
          <w:rFonts w:cs="B Mitra"/>
          <w:sz w:val="28"/>
          <w:szCs w:val="28"/>
          <w:rtl/>
        </w:rPr>
        <w:t xml:space="preserve"> </w:t>
      </w:r>
      <w:r w:rsidRPr="0000691D">
        <w:rPr>
          <w:rFonts w:cs="B Mitra" w:hint="cs"/>
          <w:sz w:val="28"/>
          <w:szCs w:val="28"/>
          <w:rtl/>
        </w:rPr>
        <w:t>است</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بروز</w:t>
      </w:r>
      <w:r w:rsidRPr="0000691D">
        <w:rPr>
          <w:rFonts w:cs="B Mitra"/>
          <w:sz w:val="28"/>
          <w:szCs w:val="28"/>
          <w:rtl/>
        </w:rPr>
        <w:t xml:space="preserve"> </w:t>
      </w:r>
      <w:r w:rsidRPr="0000691D">
        <w:rPr>
          <w:rFonts w:cs="B Mitra" w:hint="cs"/>
          <w:sz w:val="28"/>
          <w:szCs w:val="28"/>
          <w:rtl/>
        </w:rPr>
        <w:t>آسیب</w:t>
      </w:r>
      <w:r w:rsidRPr="0000691D">
        <w:rPr>
          <w:rFonts w:cs="B Mitra"/>
          <w:sz w:val="28"/>
          <w:szCs w:val="28"/>
          <w:rtl/>
        </w:rPr>
        <w:t xml:space="preserve"> </w:t>
      </w:r>
      <w:r w:rsidRPr="0000691D">
        <w:rPr>
          <w:rFonts w:cs="B Mitra" w:hint="cs"/>
          <w:sz w:val="28"/>
          <w:szCs w:val="28"/>
          <w:rtl/>
        </w:rPr>
        <w:t>بینایی،</w:t>
      </w:r>
      <w:r w:rsidRPr="0000691D">
        <w:rPr>
          <w:rFonts w:cs="B Mitra"/>
          <w:sz w:val="28"/>
          <w:szCs w:val="28"/>
          <w:rtl/>
        </w:rPr>
        <w:t xml:space="preserve"> </w:t>
      </w:r>
      <w:r w:rsidRPr="0000691D">
        <w:rPr>
          <w:rFonts w:cs="B Mitra" w:hint="cs"/>
          <w:sz w:val="28"/>
          <w:szCs w:val="28"/>
          <w:rtl/>
        </w:rPr>
        <w:t>آشپزخانه</w:t>
      </w:r>
      <w:r w:rsidRPr="0000691D">
        <w:rPr>
          <w:rFonts w:cs="B Mitra"/>
          <w:sz w:val="28"/>
          <w:szCs w:val="28"/>
          <w:rtl/>
        </w:rPr>
        <w:t xml:space="preserve"> </w:t>
      </w:r>
      <w:r w:rsidRPr="0000691D">
        <w:rPr>
          <w:rFonts w:cs="B Mitra" w:hint="cs"/>
          <w:sz w:val="28"/>
          <w:szCs w:val="28"/>
          <w:rtl/>
        </w:rPr>
        <w:t>اغلب</w:t>
      </w:r>
      <w:r w:rsidRPr="0000691D">
        <w:rPr>
          <w:rFonts w:cs="B Mitra"/>
          <w:sz w:val="28"/>
          <w:szCs w:val="28"/>
          <w:rtl/>
        </w:rPr>
        <w:t xml:space="preserve"> </w:t>
      </w:r>
      <w:r w:rsidRPr="0000691D">
        <w:rPr>
          <w:rFonts w:cs="B Mitra" w:hint="cs"/>
          <w:sz w:val="28"/>
          <w:szCs w:val="28"/>
          <w:rtl/>
        </w:rPr>
        <w:t>به</w:t>
      </w:r>
      <w:r w:rsidRPr="0000691D">
        <w:rPr>
          <w:rFonts w:cs="B Mitra"/>
          <w:sz w:val="28"/>
          <w:szCs w:val="28"/>
          <w:rtl/>
        </w:rPr>
        <w:t xml:space="preserve"> </w:t>
      </w:r>
      <w:r w:rsidRPr="0000691D">
        <w:rPr>
          <w:rFonts w:cs="B Mitra" w:hint="cs"/>
          <w:sz w:val="28"/>
          <w:szCs w:val="28"/>
          <w:rtl/>
        </w:rPr>
        <w:t>عنوان</w:t>
      </w:r>
      <w:r w:rsidRPr="0000691D">
        <w:rPr>
          <w:rFonts w:cs="B Mitra"/>
          <w:sz w:val="28"/>
          <w:szCs w:val="28"/>
          <w:rtl/>
        </w:rPr>
        <w:t xml:space="preserve"> </w:t>
      </w:r>
      <w:r w:rsidRPr="0000691D">
        <w:rPr>
          <w:rFonts w:cs="B Mitra" w:hint="cs"/>
          <w:sz w:val="28"/>
          <w:szCs w:val="28"/>
          <w:rtl/>
        </w:rPr>
        <w:t>یکی</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چالش‌برانگیزترین</w:t>
      </w:r>
      <w:r w:rsidRPr="0000691D">
        <w:rPr>
          <w:rFonts w:cs="B Mitra"/>
          <w:sz w:val="28"/>
          <w:szCs w:val="28"/>
          <w:rtl/>
        </w:rPr>
        <w:t xml:space="preserve"> </w:t>
      </w:r>
      <w:r w:rsidRPr="0000691D">
        <w:rPr>
          <w:rFonts w:cs="B Mitra" w:hint="cs"/>
          <w:sz w:val="28"/>
          <w:szCs w:val="28"/>
          <w:rtl/>
        </w:rPr>
        <w:t>بخش‌های</w:t>
      </w:r>
      <w:r w:rsidRPr="0000691D">
        <w:rPr>
          <w:rFonts w:cs="B Mitra"/>
          <w:sz w:val="28"/>
          <w:szCs w:val="28"/>
          <w:rtl/>
        </w:rPr>
        <w:t xml:space="preserve"> </w:t>
      </w:r>
      <w:r w:rsidRPr="0000691D">
        <w:rPr>
          <w:rFonts w:cs="B Mitra" w:hint="cs"/>
          <w:sz w:val="28"/>
          <w:szCs w:val="28"/>
          <w:rtl/>
        </w:rPr>
        <w:t>منزل</w:t>
      </w:r>
      <w:r w:rsidRPr="0000691D">
        <w:rPr>
          <w:rFonts w:cs="B Mitra"/>
          <w:sz w:val="28"/>
          <w:szCs w:val="28"/>
          <w:rtl/>
        </w:rPr>
        <w:t xml:space="preserve"> </w:t>
      </w:r>
      <w:r w:rsidRPr="0000691D">
        <w:rPr>
          <w:rFonts w:cs="B Mitra" w:hint="cs"/>
          <w:sz w:val="28"/>
          <w:szCs w:val="28"/>
          <w:rtl/>
        </w:rPr>
        <w:t>جلوه</w:t>
      </w:r>
      <w:r w:rsidRPr="0000691D">
        <w:rPr>
          <w:rFonts w:cs="B Mitra"/>
          <w:sz w:val="28"/>
          <w:szCs w:val="28"/>
          <w:rtl/>
        </w:rPr>
        <w:t xml:space="preserve"> </w:t>
      </w:r>
      <w:r w:rsidRPr="0000691D">
        <w:rPr>
          <w:rFonts w:cs="B Mitra" w:hint="cs"/>
          <w:sz w:val="28"/>
          <w:szCs w:val="28"/>
          <w:rtl/>
        </w:rPr>
        <w:t>می‌کند؛</w:t>
      </w:r>
      <w:r w:rsidRPr="0000691D">
        <w:rPr>
          <w:rFonts w:cs="B Mitra"/>
          <w:sz w:val="28"/>
          <w:szCs w:val="28"/>
          <w:rtl/>
        </w:rPr>
        <w:t xml:space="preserve"> </w:t>
      </w:r>
      <w:r w:rsidRPr="0000691D">
        <w:rPr>
          <w:rFonts w:cs="B Mitra" w:hint="cs"/>
          <w:sz w:val="28"/>
          <w:szCs w:val="28"/>
          <w:rtl/>
        </w:rPr>
        <w:t>محیطی</w:t>
      </w:r>
      <w:r w:rsidRPr="0000691D">
        <w:rPr>
          <w:rFonts w:cs="B Mitra"/>
          <w:sz w:val="28"/>
          <w:szCs w:val="28"/>
          <w:rtl/>
        </w:rPr>
        <w:t xml:space="preserve"> </w:t>
      </w:r>
      <w:r w:rsidRPr="0000691D">
        <w:rPr>
          <w:rFonts w:cs="B Mitra" w:hint="cs"/>
          <w:sz w:val="28"/>
          <w:szCs w:val="28"/>
          <w:rtl/>
        </w:rPr>
        <w:t>آمیخته</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حرارت،</w:t>
      </w:r>
      <w:r w:rsidRPr="0000691D">
        <w:rPr>
          <w:rFonts w:cs="B Mitra"/>
          <w:sz w:val="28"/>
          <w:szCs w:val="28"/>
          <w:rtl/>
        </w:rPr>
        <w:t xml:space="preserve"> </w:t>
      </w:r>
      <w:r w:rsidRPr="0000691D">
        <w:rPr>
          <w:rFonts w:cs="B Mitra" w:hint="cs"/>
          <w:sz w:val="28"/>
          <w:szCs w:val="28"/>
          <w:rtl/>
        </w:rPr>
        <w:t>آتش،</w:t>
      </w:r>
      <w:r w:rsidRPr="0000691D">
        <w:rPr>
          <w:rFonts w:cs="B Mitra"/>
          <w:sz w:val="28"/>
          <w:szCs w:val="28"/>
          <w:rtl/>
        </w:rPr>
        <w:t xml:space="preserve"> </w:t>
      </w:r>
      <w:r w:rsidRPr="0000691D">
        <w:rPr>
          <w:rFonts w:cs="B Mitra" w:hint="cs"/>
          <w:sz w:val="28"/>
          <w:szCs w:val="28"/>
          <w:rtl/>
        </w:rPr>
        <w:t>لبه‌های</w:t>
      </w:r>
      <w:r w:rsidRPr="0000691D">
        <w:rPr>
          <w:rFonts w:cs="B Mitra"/>
          <w:sz w:val="28"/>
          <w:szCs w:val="28"/>
          <w:rtl/>
        </w:rPr>
        <w:t xml:space="preserve"> </w:t>
      </w:r>
      <w:r w:rsidRPr="0000691D">
        <w:rPr>
          <w:rFonts w:cs="B Mitra" w:hint="cs"/>
          <w:sz w:val="28"/>
          <w:szCs w:val="28"/>
          <w:rtl/>
        </w:rPr>
        <w:t>تیز</w:t>
      </w:r>
      <w:r w:rsidRPr="0000691D">
        <w:rPr>
          <w:rFonts w:cs="B Mitra"/>
          <w:sz w:val="28"/>
          <w:szCs w:val="28"/>
          <w:rtl/>
        </w:rPr>
        <w:t xml:space="preserve"> </w:t>
      </w:r>
      <w:r w:rsidRPr="0000691D">
        <w:rPr>
          <w:rFonts w:cs="B Mitra" w:hint="cs"/>
          <w:sz w:val="28"/>
          <w:szCs w:val="28"/>
          <w:rtl/>
        </w:rPr>
        <w:t>چاقو</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ظروف</w:t>
      </w:r>
      <w:r w:rsidRPr="0000691D">
        <w:rPr>
          <w:rFonts w:cs="B Mitra"/>
          <w:sz w:val="28"/>
          <w:szCs w:val="28"/>
          <w:rtl/>
        </w:rPr>
        <w:t xml:space="preserve"> </w:t>
      </w:r>
      <w:r w:rsidRPr="0000691D">
        <w:rPr>
          <w:rFonts w:cs="B Mitra" w:hint="cs"/>
          <w:sz w:val="28"/>
          <w:szCs w:val="28"/>
          <w:rtl/>
        </w:rPr>
        <w:t>جوشان؛ با این</w:t>
      </w:r>
      <w:r w:rsidRPr="0000691D">
        <w:rPr>
          <w:rFonts w:cs="B Mitra"/>
          <w:sz w:val="28"/>
          <w:szCs w:val="28"/>
          <w:rtl/>
        </w:rPr>
        <w:t xml:space="preserve"> </w:t>
      </w:r>
      <w:r w:rsidRPr="0000691D">
        <w:rPr>
          <w:rFonts w:cs="B Mitra" w:hint="cs"/>
          <w:sz w:val="28"/>
          <w:szCs w:val="28"/>
          <w:rtl/>
        </w:rPr>
        <w:t>حال،</w:t>
      </w:r>
      <w:r w:rsidRPr="0000691D">
        <w:rPr>
          <w:rFonts w:cs="B Mitra"/>
          <w:sz w:val="28"/>
          <w:szCs w:val="28"/>
          <w:rtl/>
        </w:rPr>
        <w:t xml:space="preserve"> </w:t>
      </w:r>
      <w:r w:rsidRPr="0000691D">
        <w:rPr>
          <w:rFonts w:cs="B Mitra" w:hint="cs"/>
          <w:sz w:val="28"/>
          <w:szCs w:val="28"/>
          <w:rtl/>
        </w:rPr>
        <w:t>تجربه</w:t>
      </w:r>
      <w:r w:rsidRPr="0000691D">
        <w:rPr>
          <w:rFonts w:cs="B Mitra"/>
          <w:sz w:val="28"/>
          <w:szCs w:val="28"/>
          <w:rtl/>
        </w:rPr>
        <w:t xml:space="preserve"> </w:t>
      </w:r>
      <w:r w:rsidRPr="0000691D">
        <w:rPr>
          <w:rFonts w:cs="B Mitra" w:hint="cs"/>
          <w:sz w:val="28"/>
          <w:szCs w:val="28"/>
          <w:rtl/>
        </w:rPr>
        <w:t>نشان</w:t>
      </w:r>
      <w:r w:rsidRPr="0000691D">
        <w:rPr>
          <w:rFonts w:cs="B Mitra"/>
          <w:sz w:val="28"/>
          <w:szCs w:val="28"/>
          <w:rtl/>
        </w:rPr>
        <w:t xml:space="preserve"> </w:t>
      </w:r>
      <w:r w:rsidRPr="0000691D">
        <w:rPr>
          <w:rFonts w:cs="B Mitra" w:hint="cs"/>
          <w:sz w:val="28"/>
          <w:szCs w:val="28"/>
          <w:rtl/>
        </w:rPr>
        <w:t>داده</w:t>
      </w:r>
      <w:r w:rsidRPr="0000691D">
        <w:rPr>
          <w:rFonts w:cs="B Mitra"/>
          <w:sz w:val="28"/>
          <w:szCs w:val="28"/>
          <w:rtl/>
        </w:rPr>
        <w:t xml:space="preserve"> </w:t>
      </w:r>
      <w:r w:rsidRPr="0000691D">
        <w:rPr>
          <w:rFonts w:cs="B Mitra" w:hint="cs"/>
          <w:sz w:val="28"/>
          <w:szCs w:val="28"/>
          <w:rtl/>
        </w:rPr>
        <w:t>است</w:t>
      </w:r>
      <w:r w:rsidRPr="0000691D">
        <w:rPr>
          <w:rFonts w:cs="B Mitra"/>
          <w:sz w:val="28"/>
          <w:szCs w:val="28"/>
          <w:rtl/>
        </w:rPr>
        <w:t xml:space="preserve"> </w:t>
      </w:r>
      <w:r w:rsidRPr="0000691D">
        <w:rPr>
          <w:rFonts w:cs="B Mitra" w:hint="cs"/>
          <w:sz w:val="28"/>
          <w:szCs w:val="28"/>
          <w:rtl/>
        </w:rPr>
        <w:t>که</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تغییر</w:t>
      </w:r>
      <w:r w:rsidRPr="0000691D">
        <w:rPr>
          <w:rFonts w:cs="B Mitra"/>
          <w:sz w:val="28"/>
          <w:szCs w:val="28"/>
          <w:rtl/>
        </w:rPr>
        <w:t xml:space="preserve"> </w:t>
      </w:r>
      <w:r w:rsidRPr="0000691D">
        <w:rPr>
          <w:rFonts w:cs="B Mitra" w:hint="cs"/>
          <w:sz w:val="28"/>
          <w:szCs w:val="28"/>
          <w:rtl/>
        </w:rPr>
        <w:t>نگرش،</w:t>
      </w:r>
      <w:r w:rsidRPr="0000691D">
        <w:rPr>
          <w:rFonts w:cs="B Mitra"/>
          <w:sz w:val="28"/>
          <w:szCs w:val="28"/>
          <w:rtl/>
        </w:rPr>
        <w:t xml:space="preserve"> </w:t>
      </w:r>
      <w:r w:rsidRPr="0000691D">
        <w:rPr>
          <w:rFonts w:cs="B Mitra" w:hint="cs"/>
          <w:sz w:val="28"/>
          <w:szCs w:val="28"/>
          <w:rtl/>
        </w:rPr>
        <w:t>بازتعریف</w:t>
      </w:r>
      <w:r w:rsidRPr="0000691D">
        <w:rPr>
          <w:rFonts w:cs="B Mitra"/>
          <w:sz w:val="28"/>
          <w:szCs w:val="28"/>
          <w:rtl/>
        </w:rPr>
        <w:t xml:space="preserve"> </w:t>
      </w:r>
      <w:r w:rsidRPr="0000691D">
        <w:rPr>
          <w:rFonts w:cs="B Mitra" w:hint="cs"/>
          <w:sz w:val="28"/>
          <w:szCs w:val="28"/>
          <w:rtl/>
        </w:rPr>
        <w:t>روش‌ها،</w:t>
      </w:r>
      <w:r w:rsidRPr="0000691D">
        <w:rPr>
          <w:rFonts w:cs="B Mitra"/>
          <w:sz w:val="28"/>
          <w:szCs w:val="28"/>
          <w:rtl/>
        </w:rPr>
        <w:t xml:space="preserve"> </w:t>
      </w:r>
      <w:r w:rsidRPr="0000691D">
        <w:rPr>
          <w:rFonts w:cs="B Mitra" w:hint="cs"/>
          <w:sz w:val="28"/>
          <w:szCs w:val="28"/>
          <w:rtl/>
        </w:rPr>
        <w:t>بهره‌گیری</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ابزارهای</w:t>
      </w:r>
      <w:r w:rsidRPr="0000691D">
        <w:rPr>
          <w:rFonts w:cs="B Mitra"/>
          <w:sz w:val="28"/>
          <w:szCs w:val="28"/>
          <w:rtl/>
        </w:rPr>
        <w:t xml:space="preserve"> </w:t>
      </w:r>
      <w:r w:rsidRPr="0000691D">
        <w:rPr>
          <w:rFonts w:cs="B Mitra" w:hint="cs"/>
          <w:sz w:val="28"/>
          <w:szCs w:val="28"/>
          <w:rtl/>
        </w:rPr>
        <w:t>مناسب</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صبوری،</w:t>
      </w:r>
      <w:r w:rsidRPr="0000691D">
        <w:rPr>
          <w:rFonts w:cs="B Mitra"/>
          <w:sz w:val="28"/>
          <w:szCs w:val="28"/>
          <w:rtl/>
        </w:rPr>
        <w:t xml:space="preserve"> </w:t>
      </w:r>
      <w:r w:rsidRPr="0000691D">
        <w:rPr>
          <w:rFonts w:cs="B Mitra" w:hint="cs"/>
          <w:sz w:val="28"/>
          <w:szCs w:val="28"/>
          <w:rtl/>
        </w:rPr>
        <w:t>می‌توان</w:t>
      </w:r>
      <w:r w:rsidRPr="0000691D">
        <w:rPr>
          <w:rFonts w:cs="B Mitra"/>
          <w:sz w:val="28"/>
          <w:szCs w:val="28"/>
          <w:rtl/>
        </w:rPr>
        <w:t xml:space="preserve"> </w:t>
      </w:r>
      <w:r w:rsidRPr="0000691D">
        <w:rPr>
          <w:rFonts w:cs="B Mitra" w:hint="cs"/>
          <w:sz w:val="28"/>
          <w:szCs w:val="28"/>
          <w:rtl/>
        </w:rPr>
        <w:t>بار</w:t>
      </w:r>
      <w:r w:rsidRPr="0000691D">
        <w:rPr>
          <w:rFonts w:cs="B Mitra"/>
          <w:sz w:val="28"/>
          <w:szCs w:val="28"/>
          <w:rtl/>
        </w:rPr>
        <w:t xml:space="preserve"> </w:t>
      </w:r>
      <w:r w:rsidRPr="0000691D">
        <w:rPr>
          <w:rFonts w:cs="B Mitra" w:hint="cs"/>
          <w:sz w:val="28"/>
          <w:szCs w:val="28"/>
          <w:rtl/>
        </w:rPr>
        <w:t>دیگر</w:t>
      </w:r>
      <w:r w:rsidRPr="0000691D">
        <w:rPr>
          <w:rFonts w:cs="B Mitra"/>
          <w:sz w:val="28"/>
          <w:szCs w:val="28"/>
          <w:rtl/>
        </w:rPr>
        <w:t xml:space="preserve"> </w:t>
      </w:r>
      <w:r w:rsidRPr="0000691D">
        <w:rPr>
          <w:rFonts w:cs="B Mitra" w:hint="cs"/>
          <w:sz w:val="28"/>
          <w:szCs w:val="28"/>
          <w:rtl/>
        </w:rPr>
        <w:t>این</w:t>
      </w:r>
      <w:r w:rsidRPr="0000691D">
        <w:rPr>
          <w:rFonts w:cs="B Mitra"/>
          <w:sz w:val="28"/>
          <w:szCs w:val="28"/>
          <w:rtl/>
        </w:rPr>
        <w:t xml:space="preserve"> </w:t>
      </w:r>
      <w:r w:rsidRPr="0000691D">
        <w:rPr>
          <w:rFonts w:cs="B Mitra" w:hint="cs"/>
          <w:sz w:val="28"/>
          <w:szCs w:val="28"/>
          <w:rtl/>
        </w:rPr>
        <w:t>فضا</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به</w:t>
      </w:r>
      <w:r w:rsidRPr="0000691D">
        <w:rPr>
          <w:rFonts w:cs="B Mitra"/>
          <w:sz w:val="28"/>
          <w:szCs w:val="28"/>
          <w:rtl/>
        </w:rPr>
        <w:t xml:space="preserve"> </w:t>
      </w:r>
      <w:r w:rsidRPr="0000691D">
        <w:rPr>
          <w:rFonts w:cs="B Mitra" w:hint="cs"/>
          <w:sz w:val="28"/>
          <w:szCs w:val="28"/>
          <w:rtl/>
        </w:rPr>
        <w:t>محیطی</w:t>
      </w:r>
      <w:r w:rsidRPr="0000691D">
        <w:rPr>
          <w:rFonts w:cs="B Mitra"/>
          <w:sz w:val="28"/>
          <w:szCs w:val="28"/>
          <w:rtl/>
        </w:rPr>
        <w:t xml:space="preserve"> </w:t>
      </w:r>
      <w:r w:rsidRPr="0000691D">
        <w:rPr>
          <w:rFonts w:cs="B Mitra" w:hint="cs"/>
          <w:sz w:val="28"/>
          <w:szCs w:val="28"/>
          <w:rtl/>
        </w:rPr>
        <w:t>امن</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لذت‌بخش</w:t>
      </w:r>
      <w:r w:rsidRPr="0000691D">
        <w:rPr>
          <w:rFonts w:cs="B Mitra"/>
          <w:sz w:val="28"/>
          <w:szCs w:val="28"/>
          <w:rtl/>
        </w:rPr>
        <w:t xml:space="preserve"> </w:t>
      </w:r>
      <w:r w:rsidRPr="0000691D">
        <w:rPr>
          <w:rFonts w:cs="B Mitra" w:hint="cs"/>
          <w:sz w:val="28"/>
          <w:szCs w:val="28"/>
          <w:rtl/>
        </w:rPr>
        <w:t>تبدیل</w:t>
      </w:r>
      <w:r w:rsidRPr="0000691D">
        <w:rPr>
          <w:rFonts w:cs="B Mitra"/>
          <w:sz w:val="28"/>
          <w:szCs w:val="28"/>
          <w:rtl/>
        </w:rPr>
        <w:t xml:space="preserve"> </w:t>
      </w:r>
      <w:r w:rsidRPr="0000691D">
        <w:rPr>
          <w:rFonts w:cs="B Mitra" w:hint="cs"/>
          <w:sz w:val="28"/>
          <w:szCs w:val="28"/>
          <w:rtl/>
        </w:rPr>
        <w:t>کرد</w:t>
      </w:r>
      <w:r w:rsidRPr="0000691D">
        <w:rPr>
          <w:rFonts w:cs="B Mitra"/>
          <w:sz w:val="28"/>
          <w:szCs w:val="28"/>
          <w:rtl/>
        </w:rPr>
        <w:t>.</w:t>
      </w:r>
    </w:p>
    <w:p w:rsidR="003D64D2" w:rsidRPr="0000691D" w:rsidRDefault="003D64D2" w:rsidP="003D64D2">
      <w:pPr>
        <w:bidi/>
        <w:spacing w:line="360" w:lineRule="auto"/>
        <w:jc w:val="center"/>
        <w:rPr>
          <w:rFonts w:cs="B Mitra"/>
          <w:sz w:val="28"/>
          <w:szCs w:val="28"/>
        </w:rPr>
      </w:pPr>
      <w:r>
        <w:rPr>
          <w:rFonts w:cs="B Mitra"/>
          <w:noProof/>
          <w:sz w:val="28"/>
          <w:szCs w:val="28"/>
        </w:rPr>
        <w:lastRenderedPageBreak/>
        <w:drawing>
          <wp:inline distT="0" distB="0" distL="0" distR="0">
            <wp:extent cx="3562350" cy="2374900"/>
            <wp:effectExtent l="152400" t="152400" r="361950" b="36830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آشپزی پس از آسیب بینایی.jpg"/>
                    <pic:cNvPicPr/>
                  </pic:nvPicPr>
                  <pic:blipFill>
                    <a:blip r:embed="rId22">
                      <a:extLst>
                        <a:ext uri="{28A0092B-C50C-407E-A947-70E740481C1C}">
                          <a14:useLocalDpi xmlns:a14="http://schemas.microsoft.com/office/drawing/2010/main" val="0"/>
                        </a:ext>
                      </a:extLst>
                    </a:blip>
                    <a:stretch>
                      <a:fillRect/>
                    </a:stretch>
                  </pic:blipFill>
                  <pic:spPr>
                    <a:xfrm>
                      <a:off x="0" y="0"/>
                      <a:ext cx="3562796" cy="2375197"/>
                    </a:xfrm>
                    <a:prstGeom prst="rect">
                      <a:avLst/>
                    </a:prstGeom>
                    <a:ln>
                      <a:noFill/>
                    </a:ln>
                    <a:effectLst>
                      <a:outerShdw blurRad="292100" dist="139700" dir="2700000" algn="tl" rotWithShape="0">
                        <a:srgbClr val="333333">
                          <a:alpha val="65000"/>
                        </a:srgbClr>
                      </a:outerShdw>
                    </a:effectLst>
                  </pic:spPr>
                </pic:pic>
              </a:graphicData>
            </a:graphic>
          </wp:inline>
        </w:drawing>
      </w:r>
    </w:p>
    <w:p w:rsidR="00A75B1C" w:rsidRPr="0000691D" w:rsidRDefault="00A75B1C" w:rsidP="0000691D">
      <w:pPr>
        <w:bidi/>
        <w:spacing w:line="360" w:lineRule="auto"/>
        <w:jc w:val="both"/>
        <w:rPr>
          <w:rFonts w:cs="B Mitra"/>
          <w:sz w:val="28"/>
          <w:szCs w:val="28"/>
        </w:rPr>
      </w:pP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این</w:t>
      </w:r>
      <w:r w:rsidRPr="0000691D">
        <w:rPr>
          <w:rFonts w:cs="B Mitra"/>
          <w:sz w:val="28"/>
          <w:szCs w:val="28"/>
          <w:rtl/>
        </w:rPr>
        <w:t xml:space="preserve"> </w:t>
      </w:r>
      <w:r w:rsidRPr="0000691D">
        <w:rPr>
          <w:rFonts w:cs="B Mitra" w:hint="cs"/>
          <w:sz w:val="28"/>
          <w:szCs w:val="28"/>
          <w:rtl/>
        </w:rPr>
        <w:t>شماره</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نشریه</w:t>
      </w:r>
      <w:r w:rsidRPr="0000691D">
        <w:rPr>
          <w:rFonts w:cs="B Mitra"/>
          <w:sz w:val="28"/>
          <w:szCs w:val="28"/>
          <w:rtl/>
        </w:rPr>
        <w:t xml:space="preserve"> </w:t>
      </w:r>
      <w:r w:rsidRPr="0000691D">
        <w:rPr>
          <w:rFonts w:cs="B Mitra" w:hint="cs"/>
          <w:sz w:val="28"/>
          <w:szCs w:val="28"/>
          <w:rtl/>
        </w:rPr>
        <w:t>نسل</w:t>
      </w:r>
      <w:r w:rsidRPr="0000691D">
        <w:rPr>
          <w:rFonts w:cs="B Mitra"/>
          <w:sz w:val="28"/>
          <w:szCs w:val="28"/>
          <w:rtl/>
        </w:rPr>
        <w:t xml:space="preserve"> </w:t>
      </w:r>
      <w:r w:rsidRPr="0000691D">
        <w:rPr>
          <w:rFonts w:cs="B Mitra" w:hint="cs"/>
          <w:sz w:val="28"/>
          <w:szCs w:val="28"/>
          <w:rtl/>
        </w:rPr>
        <w:t>مانا،</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اپیزود</w:t>
      </w:r>
      <w:r w:rsidRPr="0000691D">
        <w:rPr>
          <w:rFonts w:cs="B Mitra"/>
          <w:sz w:val="28"/>
          <w:szCs w:val="28"/>
          <w:rtl/>
        </w:rPr>
        <w:t xml:space="preserve"> </w:t>
      </w:r>
      <w:r w:rsidRPr="0000691D">
        <w:rPr>
          <w:rFonts w:cs="B Mitra" w:hint="cs"/>
          <w:sz w:val="28"/>
          <w:szCs w:val="28"/>
          <w:rtl/>
        </w:rPr>
        <w:t>دیگری</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پادکست</w:t>
      </w:r>
      <w:r w:rsidRPr="0000691D">
        <w:rPr>
          <w:rFonts w:cs="B Mitra"/>
          <w:sz w:val="28"/>
          <w:szCs w:val="28"/>
          <w:rtl/>
        </w:rPr>
        <w:t xml:space="preserve"> </w:t>
      </w:r>
      <w:r w:rsidRPr="0000691D">
        <w:rPr>
          <w:rFonts w:cs="B Mitra" w:hint="cs"/>
          <w:sz w:val="28"/>
          <w:szCs w:val="28"/>
          <w:rtl/>
        </w:rPr>
        <w:t>هدلی</w:t>
      </w:r>
      <w:r w:rsidRPr="0000691D">
        <w:rPr>
          <w:rFonts w:cs="B Mitra"/>
          <w:sz w:val="28"/>
          <w:szCs w:val="28"/>
          <w:rtl/>
        </w:rPr>
        <w:t xml:space="preserve"> </w:t>
      </w:r>
      <w:r w:rsidRPr="0000691D">
        <w:rPr>
          <w:rFonts w:cs="B Mitra" w:hint="cs"/>
          <w:sz w:val="28"/>
          <w:szCs w:val="28"/>
          <w:rtl/>
        </w:rPr>
        <w:t>پرزنت</w:t>
      </w:r>
      <w:r w:rsidRPr="0000691D">
        <w:rPr>
          <w:rFonts w:cs="B Mitra"/>
          <w:sz w:val="28"/>
          <w:szCs w:val="28"/>
          <w:rtl/>
        </w:rPr>
        <w:t xml:space="preserve"> </w:t>
      </w:r>
      <w:r w:rsidRPr="0000691D">
        <w:rPr>
          <w:rFonts w:cs="B Mitra" w:hint="cs"/>
          <w:sz w:val="28"/>
          <w:szCs w:val="28"/>
          <w:rtl/>
        </w:rPr>
        <w:t>همراه</w:t>
      </w:r>
      <w:r w:rsidRPr="0000691D">
        <w:rPr>
          <w:rFonts w:cs="B Mitra"/>
          <w:sz w:val="28"/>
          <w:szCs w:val="28"/>
          <w:rtl/>
        </w:rPr>
        <w:t xml:space="preserve"> </w:t>
      </w:r>
      <w:r w:rsidRPr="0000691D">
        <w:rPr>
          <w:rFonts w:cs="B Mitra" w:hint="cs"/>
          <w:sz w:val="28"/>
          <w:szCs w:val="28"/>
          <w:rtl/>
        </w:rPr>
        <w:t>می‌شویم</w:t>
      </w:r>
      <w:r w:rsidRPr="0000691D">
        <w:rPr>
          <w:rFonts w:cs="B Mitra"/>
          <w:sz w:val="28"/>
          <w:szCs w:val="28"/>
          <w:rtl/>
        </w:rPr>
        <w:t xml:space="preserve"> </w:t>
      </w:r>
      <w:r w:rsidRPr="0000691D">
        <w:rPr>
          <w:rFonts w:cs="B Mitra" w:hint="cs"/>
          <w:sz w:val="28"/>
          <w:szCs w:val="28"/>
          <w:rtl/>
        </w:rPr>
        <w:t>که</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آن،</w:t>
      </w:r>
      <w:r w:rsidRPr="0000691D">
        <w:rPr>
          <w:rFonts w:cs="B Mitra"/>
          <w:sz w:val="28"/>
          <w:szCs w:val="28"/>
          <w:rtl/>
        </w:rPr>
        <w:t xml:space="preserve"> </w:t>
      </w:r>
      <w:r w:rsidRPr="0000691D">
        <w:rPr>
          <w:rFonts w:cs="B Mitra" w:hint="cs"/>
          <w:sz w:val="28"/>
          <w:szCs w:val="28"/>
          <w:rtl/>
        </w:rPr>
        <w:t>ریکی</w:t>
      </w:r>
      <w:r w:rsidRPr="0000691D">
        <w:rPr>
          <w:rFonts w:cs="B Mitra"/>
          <w:sz w:val="28"/>
          <w:szCs w:val="28"/>
          <w:rtl/>
        </w:rPr>
        <w:t xml:space="preserve"> </w:t>
      </w:r>
      <w:r w:rsidRPr="0000691D">
        <w:rPr>
          <w:rFonts w:cs="B Mitra" w:hint="cs"/>
          <w:sz w:val="28"/>
          <w:szCs w:val="28"/>
          <w:rtl/>
        </w:rPr>
        <w:t>انگر</w:t>
      </w:r>
      <w:r w:rsidRPr="0000691D">
        <w:rPr>
          <w:rFonts w:cs="B Mitra"/>
          <w:sz w:val="28"/>
          <w:szCs w:val="28"/>
          <w:rtl/>
        </w:rPr>
        <w:t xml:space="preserve"> </w:t>
      </w:r>
      <w:r w:rsidRPr="0000691D">
        <w:rPr>
          <w:rFonts w:cs="B Mitra" w:hint="cs"/>
          <w:sz w:val="28"/>
          <w:szCs w:val="28"/>
          <w:rtl/>
        </w:rPr>
        <w:t>میزبان</w:t>
      </w:r>
      <w:r w:rsidRPr="0000691D">
        <w:rPr>
          <w:rFonts w:cs="B Mitra"/>
          <w:sz w:val="28"/>
          <w:szCs w:val="28"/>
          <w:rtl/>
        </w:rPr>
        <w:t xml:space="preserve"> </w:t>
      </w:r>
      <w:r w:rsidRPr="0000691D">
        <w:rPr>
          <w:rFonts w:cs="B Mitra" w:hint="cs"/>
          <w:sz w:val="28"/>
          <w:szCs w:val="28"/>
          <w:rtl/>
        </w:rPr>
        <w:t>دیا</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دان</w:t>
      </w:r>
      <w:r w:rsidRPr="0000691D">
        <w:rPr>
          <w:rFonts w:cs="B Mitra"/>
          <w:sz w:val="28"/>
          <w:szCs w:val="28"/>
          <w:rtl/>
        </w:rPr>
        <w:t xml:space="preserve"> </w:t>
      </w:r>
      <w:r w:rsidRPr="0000691D">
        <w:rPr>
          <w:rFonts w:cs="B Mitra" w:hint="cs"/>
          <w:sz w:val="28"/>
          <w:szCs w:val="28"/>
          <w:rtl/>
        </w:rPr>
        <w:t>پوینتمن،</w:t>
      </w:r>
      <w:r w:rsidRPr="0000691D">
        <w:rPr>
          <w:rFonts w:cs="B Mitra"/>
          <w:sz w:val="28"/>
          <w:szCs w:val="28"/>
          <w:rtl/>
        </w:rPr>
        <w:t xml:space="preserve"> </w:t>
      </w:r>
      <w:r w:rsidRPr="0000691D">
        <w:rPr>
          <w:rFonts w:cs="B Mitra" w:hint="cs"/>
          <w:sz w:val="28"/>
          <w:szCs w:val="28"/>
          <w:rtl/>
        </w:rPr>
        <w:t>دو</w:t>
      </w:r>
      <w:r w:rsidRPr="0000691D">
        <w:rPr>
          <w:rFonts w:cs="B Mitra"/>
          <w:sz w:val="28"/>
          <w:szCs w:val="28"/>
          <w:rtl/>
        </w:rPr>
        <w:t xml:space="preserve"> </w:t>
      </w:r>
      <w:r w:rsidRPr="0000691D">
        <w:rPr>
          <w:rFonts w:cs="B Mitra" w:hint="cs"/>
          <w:sz w:val="28"/>
          <w:szCs w:val="28"/>
          <w:rtl/>
        </w:rPr>
        <w:t>تن</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اعضای</w:t>
      </w:r>
      <w:r w:rsidRPr="0000691D">
        <w:rPr>
          <w:rFonts w:cs="B Mitra"/>
          <w:sz w:val="28"/>
          <w:szCs w:val="28"/>
          <w:rtl/>
        </w:rPr>
        <w:t xml:space="preserve"> </w:t>
      </w:r>
      <w:r w:rsidRPr="0000691D">
        <w:rPr>
          <w:rFonts w:cs="B Mitra" w:hint="cs"/>
          <w:sz w:val="28"/>
          <w:szCs w:val="28"/>
          <w:rtl/>
        </w:rPr>
        <w:t>باسابقه</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علاقه‌مند</w:t>
      </w:r>
      <w:r w:rsidRPr="0000691D">
        <w:rPr>
          <w:rFonts w:cs="B Mitra"/>
          <w:sz w:val="28"/>
          <w:szCs w:val="28"/>
          <w:rtl/>
        </w:rPr>
        <w:t xml:space="preserve"> </w:t>
      </w:r>
      <w:r w:rsidRPr="0000691D">
        <w:rPr>
          <w:rFonts w:cs="B Mitra" w:hint="cs"/>
          <w:sz w:val="28"/>
          <w:szCs w:val="28"/>
          <w:rtl/>
        </w:rPr>
        <w:t>به</w:t>
      </w:r>
      <w:r w:rsidRPr="0000691D">
        <w:rPr>
          <w:rFonts w:cs="B Mitra"/>
          <w:sz w:val="28"/>
          <w:szCs w:val="28"/>
          <w:rtl/>
        </w:rPr>
        <w:t xml:space="preserve"> </w:t>
      </w:r>
      <w:r w:rsidRPr="0000691D">
        <w:rPr>
          <w:rFonts w:cs="B Mitra" w:hint="cs"/>
          <w:sz w:val="28"/>
          <w:szCs w:val="28"/>
          <w:rtl/>
        </w:rPr>
        <w:t>آشپزی</w:t>
      </w:r>
      <w:r w:rsidRPr="0000691D">
        <w:rPr>
          <w:rFonts w:cs="B Mitra"/>
          <w:sz w:val="28"/>
          <w:szCs w:val="28"/>
          <w:rtl/>
        </w:rPr>
        <w:t xml:space="preserve"> </w:t>
      </w:r>
      <w:r w:rsidRPr="0000691D">
        <w:rPr>
          <w:rFonts w:cs="B Mitra" w:hint="cs"/>
          <w:sz w:val="28"/>
          <w:szCs w:val="28"/>
          <w:rtl/>
        </w:rPr>
        <w:t>است،</w:t>
      </w:r>
      <w:r w:rsidRPr="0000691D">
        <w:rPr>
          <w:rFonts w:cs="B Mitra"/>
          <w:sz w:val="28"/>
          <w:szCs w:val="28"/>
          <w:rtl/>
        </w:rPr>
        <w:t xml:space="preserve"> </w:t>
      </w:r>
      <w:r w:rsidRPr="0000691D">
        <w:rPr>
          <w:rFonts w:cs="B Mitra" w:hint="cs"/>
          <w:sz w:val="28"/>
          <w:szCs w:val="28"/>
          <w:rtl/>
        </w:rPr>
        <w:t>تا</w:t>
      </w:r>
      <w:r w:rsidRPr="0000691D">
        <w:rPr>
          <w:rFonts w:cs="B Mitra"/>
          <w:sz w:val="28"/>
          <w:szCs w:val="28"/>
          <w:rtl/>
        </w:rPr>
        <w:t xml:space="preserve"> </w:t>
      </w:r>
      <w:r w:rsidRPr="0000691D">
        <w:rPr>
          <w:rFonts w:cs="B Mitra" w:hint="cs"/>
          <w:sz w:val="28"/>
          <w:szCs w:val="28"/>
          <w:rtl/>
        </w:rPr>
        <w:t>درباره</w:t>
      </w:r>
      <w:r w:rsidRPr="0000691D">
        <w:rPr>
          <w:rFonts w:cs="B Mitra"/>
          <w:sz w:val="28"/>
          <w:szCs w:val="28"/>
          <w:rtl/>
        </w:rPr>
        <w:t xml:space="preserve"> </w:t>
      </w:r>
      <w:r w:rsidRPr="0000691D">
        <w:rPr>
          <w:rFonts w:cs="B Mitra" w:hint="cs"/>
          <w:sz w:val="28"/>
          <w:szCs w:val="28"/>
          <w:rtl/>
        </w:rPr>
        <w:t>چالش‌ها</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راهکارهای</w:t>
      </w:r>
      <w:r w:rsidRPr="0000691D">
        <w:rPr>
          <w:rFonts w:cs="B Mitra"/>
          <w:sz w:val="28"/>
          <w:szCs w:val="28"/>
          <w:rtl/>
        </w:rPr>
        <w:t xml:space="preserve"> </w:t>
      </w:r>
      <w:r w:rsidRPr="0000691D">
        <w:rPr>
          <w:rFonts w:cs="B Mitra" w:hint="cs"/>
          <w:sz w:val="28"/>
          <w:szCs w:val="28"/>
          <w:rtl/>
        </w:rPr>
        <w:t>عملی</w:t>
      </w:r>
      <w:r w:rsidRPr="0000691D">
        <w:rPr>
          <w:rFonts w:cs="B Mitra"/>
          <w:sz w:val="28"/>
          <w:szCs w:val="28"/>
          <w:rtl/>
        </w:rPr>
        <w:t xml:space="preserve"> </w:t>
      </w:r>
      <w:r w:rsidRPr="0000691D">
        <w:rPr>
          <w:rFonts w:cs="B Mitra" w:hint="cs"/>
          <w:sz w:val="28"/>
          <w:szCs w:val="28"/>
          <w:rtl/>
        </w:rPr>
        <w:t>آشپزی</w:t>
      </w:r>
      <w:r w:rsidRPr="0000691D">
        <w:rPr>
          <w:rFonts w:cs="B Mitra"/>
          <w:sz w:val="28"/>
          <w:szCs w:val="28"/>
          <w:rtl/>
        </w:rPr>
        <w:t xml:space="preserve"> </w:t>
      </w:r>
      <w:r w:rsidRPr="0000691D">
        <w:rPr>
          <w:rFonts w:cs="B Mitra" w:hint="cs"/>
          <w:sz w:val="28"/>
          <w:szCs w:val="28"/>
          <w:rtl/>
        </w:rPr>
        <w:t>پس</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آسیب</w:t>
      </w:r>
      <w:r w:rsidRPr="0000691D">
        <w:rPr>
          <w:rFonts w:cs="B Mitra"/>
          <w:sz w:val="28"/>
          <w:szCs w:val="28"/>
          <w:rtl/>
        </w:rPr>
        <w:t xml:space="preserve"> </w:t>
      </w:r>
      <w:r w:rsidRPr="0000691D">
        <w:rPr>
          <w:rFonts w:cs="B Mitra" w:hint="cs"/>
          <w:sz w:val="28"/>
          <w:szCs w:val="28"/>
          <w:rtl/>
        </w:rPr>
        <w:t>بینایی</w:t>
      </w:r>
      <w:r w:rsidRPr="0000691D">
        <w:rPr>
          <w:rFonts w:cs="B Mitra"/>
          <w:sz w:val="28"/>
          <w:szCs w:val="28"/>
          <w:rtl/>
        </w:rPr>
        <w:t xml:space="preserve"> </w:t>
      </w:r>
      <w:r w:rsidRPr="0000691D">
        <w:rPr>
          <w:rFonts w:cs="B Mitra" w:hint="cs"/>
          <w:sz w:val="28"/>
          <w:szCs w:val="28"/>
          <w:rtl/>
        </w:rPr>
        <w:t>گفتگو</w:t>
      </w:r>
      <w:r w:rsidRPr="0000691D">
        <w:rPr>
          <w:rFonts w:cs="B Mitra"/>
          <w:sz w:val="28"/>
          <w:szCs w:val="28"/>
          <w:rtl/>
        </w:rPr>
        <w:t xml:space="preserve"> </w:t>
      </w:r>
      <w:r w:rsidRPr="0000691D">
        <w:rPr>
          <w:rFonts w:cs="B Mitra" w:hint="cs"/>
          <w:sz w:val="28"/>
          <w:szCs w:val="28"/>
          <w:rtl/>
        </w:rPr>
        <w:t>کنند</w:t>
      </w:r>
      <w:r w:rsidRPr="0000691D">
        <w:rPr>
          <w:rFonts w:cs="B Mitra"/>
          <w:sz w:val="28"/>
          <w:szCs w:val="28"/>
          <w:rtl/>
        </w:rPr>
        <w:t xml:space="preserve">. </w:t>
      </w:r>
      <w:r w:rsidRPr="0000691D">
        <w:rPr>
          <w:rFonts w:cs="B Mitra" w:hint="cs"/>
          <w:sz w:val="28"/>
          <w:szCs w:val="28"/>
          <w:rtl/>
        </w:rPr>
        <w:t>این</w:t>
      </w:r>
      <w:r w:rsidRPr="0000691D">
        <w:rPr>
          <w:rFonts w:cs="B Mitra"/>
          <w:sz w:val="28"/>
          <w:szCs w:val="28"/>
          <w:rtl/>
        </w:rPr>
        <w:t xml:space="preserve"> </w:t>
      </w:r>
      <w:r w:rsidRPr="0000691D">
        <w:rPr>
          <w:rFonts w:cs="B Mitra" w:hint="cs"/>
          <w:sz w:val="28"/>
          <w:szCs w:val="28"/>
          <w:rtl/>
        </w:rPr>
        <w:t>مطلب</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دو</w:t>
      </w:r>
      <w:r w:rsidRPr="0000691D">
        <w:rPr>
          <w:rFonts w:cs="B Mitra"/>
          <w:sz w:val="28"/>
          <w:szCs w:val="28"/>
          <w:rtl/>
        </w:rPr>
        <w:t xml:space="preserve"> </w:t>
      </w:r>
      <w:r w:rsidRPr="0000691D">
        <w:rPr>
          <w:rFonts w:cs="B Mitra" w:hint="cs"/>
          <w:sz w:val="28"/>
          <w:szCs w:val="28"/>
          <w:rtl/>
        </w:rPr>
        <w:t>بخش</w:t>
      </w:r>
      <w:r w:rsidRPr="0000691D">
        <w:rPr>
          <w:rFonts w:cs="B Mitra"/>
          <w:sz w:val="28"/>
          <w:szCs w:val="28"/>
          <w:rtl/>
        </w:rPr>
        <w:t xml:space="preserve"> </w:t>
      </w:r>
      <w:r w:rsidRPr="0000691D">
        <w:rPr>
          <w:rFonts w:cs="B Mitra" w:hint="cs"/>
          <w:sz w:val="28"/>
          <w:szCs w:val="28"/>
          <w:rtl/>
        </w:rPr>
        <w:t>تقدیم</w:t>
      </w:r>
      <w:r w:rsidRPr="0000691D">
        <w:rPr>
          <w:rFonts w:cs="B Mitra"/>
          <w:sz w:val="28"/>
          <w:szCs w:val="28"/>
          <w:rtl/>
        </w:rPr>
        <w:t xml:space="preserve"> </w:t>
      </w:r>
      <w:r w:rsidRPr="0000691D">
        <w:rPr>
          <w:rFonts w:cs="B Mitra" w:hint="cs"/>
          <w:sz w:val="28"/>
          <w:szCs w:val="28"/>
          <w:rtl/>
        </w:rPr>
        <w:t>خوانندگان</w:t>
      </w:r>
      <w:r w:rsidRPr="0000691D">
        <w:rPr>
          <w:rFonts w:cs="B Mitra"/>
          <w:sz w:val="28"/>
          <w:szCs w:val="28"/>
          <w:rtl/>
        </w:rPr>
        <w:t xml:space="preserve"> </w:t>
      </w:r>
      <w:r w:rsidRPr="0000691D">
        <w:rPr>
          <w:rFonts w:cs="B Mitra" w:hint="cs"/>
          <w:sz w:val="28"/>
          <w:szCs w:val="28"/>
          <w:rtl/>
        </w:rPr>
        <w:t>گرامی</w:t>
      </w:r>
      <w:r w:rsidRPr="0000691D">
        <w:rPr>
          <w:rFonts w:cs="B Mitra"/>
          <w:sz w:val="28"/>
          <w:szCs w:val="28"/>
          <w:rtl/>
        </w:rPr>
        <w:t xml:space="preserve"> </w:t>
      </w:r>
      <w:r w:rsidRPr="0000691D">
        <w:rPr>
          <w:rFonts w:cs="B Mitra" w:hint="cs"/>
          <w:sz w:val="28"/>
          <w:szCs w:val="28"/>
          <w:rtl/>
        </w:rPr>
        <w:t>می‌شود</w:t>
      </w:r>
      <w:r w:rsidRPr="0000691D">
        <w:rPr>
          <w:rFonts w:cs="B Mitra"/>
          <w:sz w:val="28"/>
          <w:szCs w:val="28"/>
          <w:rtl/>
        </w:rPr>
        <w:t>.</w:t>
      </w:r>
    </w:p>
    <w:p w:rsidR="00A75B1C" w:rsidRPr="0000691D" w:rsidRDefault="00A75B1C" w:rsidP="0000691D">
      <w:pPr>
        <w:bidi/>
        <w:spacing w:line="360" w:lineRule="auto"/>
        <w:jc w:val="both"/>
        <w:rPr>
          <w:rFonts w:cs="B Mitra"/>
          <w:sz w:val="28"/>
          <w:szCs w:val="28"/>
        </w:rPr>
      </w:pPr>
      <w:r w:rsidRPr="0000691D">
        <w:rPr>
          <w:rFonts w:cs="B Mitra" w:hint="cs"/>
          <w:sz w:val="28"/>
          <w:szCs w:val="28"/>
          <w:rtl/>
        </w:rPr>
        <w:t>ریکی</w:t>
      </w:r>
      <w:r w:rsidRPr="0000691D">
        <w:rPr>
          <w:rFonts w:cs="B Mitra"/>
          <w:sz w:val="28"/>
          <w:szCs w:val="28"/>
          <w:rtl/>
        </w:rPr>
        <w:t xml:space="preserve"> </w:t>
      </w:r>
      <w:r w:rsidRPr="0000691D">
        <w:rPr>
          <w:rFonts w:cs="B Mitra" w:hint="cs"/>
          <w:sz w:val="28"/>
          <w:szCs w:val="28"/>
          <w:rtl/>
        </w:rPr>
        <w:t>انگر</w:t>
      </w:r>
      <w:r w:rsidRPr="0000691D">
        <w:rPr>
          <w:rFonts w:cs="B Mitra"/>
          <w:sz w:val="28"/>
          <w:szCs w:val="28"/>
          <w:rtl/>
        </w:rPr>
        <w:t xml:space="preserve">: </w:t>
      </w:r>
      <w:r w:rsidRPr="0000691D">
        <w:rPr>
          <w:rFonts w:cs="B Mitra" w:hint="cs"/>
          <w:sz w:val="28"/>
          <w:szCs w:val="28"/>
          <w:rtl/>
        </w:rPr>
        <w:t>چه</w:t>
      </w:r>
      <w:r w:rsidRPr="0000691D">
        <w:rPr>
          <w:rFonts w:cs="B Mitra"/>
          <w:sz w:val="28"/>
          <w:szCs w:val="28"/>
          <w:rtl/>
        </w:rPr>
        <w:t xml:space="preserve"> </w:t>
      </w:r>
      <w:r w:rsidRPr="0000691D">
        <w:rPr>
          <w:rFonts w:cs="B Mitra" w:hint="cs"/>
          <w:sz w:val="28"/>
          <w:szCs w:val="28"/>
          <w:rtl/>
        </w:rPr>
        <w:t>سال‌هاست</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آشپزخانه</w:t>
      </w:r>
      <w:r w:rsidRPr="0000691D">
        <w:rPr>
          <w:rFonts w:cs="B Mitra"/>
          <w:sz w:val="28"/>
          <w:szCs w:val="28"/>
          <w:rtl/>
        </w:rPr>
        <w:t xml:space="preserve"> </w:t>
      </w:r>
      <w:r w:rsidRPr="0000691D">
        <w:rPr>
          <w:rFonts w:cs="B Mitra" w:hint="cs"/>
          <w:sz w:val="28"/>
          <w:szCs w:val="28"/>
          <w:rtl/>
        </w:rPr>
        <w:t>فعالید</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چه</w:t>
      </w:r>
      <w:r w:rsidRPr="0000691D">
        <w:rPr>
          <w:rFonts w:cs="B Mitra"/>
          <w:sz w:val="28"/>
          <w:szCs w:val="28"/>
          <w:rtl/>
        </w:rPr>
        <w:t xml:space="preserve"> </w:t>
      </w:r>
      <w:r w:rsidRPr="0000691D">
        <w:rPr>
          <w:rFonts w:cs="B Mitra" w:hint="cs"/>
          <w:sz w:val="28"/>
          <w:szCs w:val="28"/>
          <w:rtl/>
        </w:rPr>
        <w:t>تازه</w:t>
      </w:r>
      <w:r w:rsidRPr="0000691D">
        <w:rPr>
          <w:rFonts w:cs="B Mitra"/>
          <w:sz w:val="28"/>
          <w:szCs w:val="28"/>
          <w:rtl/>
        </w:rPr>
        <w:t xml:space="preserve"> </w:t>
      </w:r>
      <w:r w:rsidRPr="0000691D">
        <w:rPr>
          <w:rFonts w:cs="B Mitra" w:hint="cs"/>
          <w:sz w:val="28"/>
          <w:szCs w:val="28"/>
          <w:rtl/>
        </w:rPr>
        <w:t>می‌خواهید</w:t>
      </w:r>
      <w:r w:rsidRPr="0000691D">
        <w:rPr>
          <w:rFonts w:cs="B Mitra"/>
          <w:sz w:val="28"/>
          <w:szCs w:val="28"/>
          <w:rtl/>
        </w:rPr>
        <w:t xml:space="preserve"> </w:t>
      </w:r>
      <w:r w:rsidRPr="0000691D">
        <w:rPr>
          <w:rFonts w:cs="B Mitra" w:hint="cs"/>
          <w:sz w:val="28"/>
          <w:szCs w:val="28"/>
          <w:rtl/>
        </w:rPr>
        <w:t>مهارت‌های</w:t>
      </w:r>
      <w:r w:rsidRPr="0000691D">
        <w:rPr>
          <w:rFonts w:cs="B Mitra"/>
          <w:sz w:val="28"/>
          <w:szCs w:val="28"/>
          <w:rtl/>
        </w:rPr>
        <w:t xml:space="preserve"> </w:t>
      </w:r>
      <w:r w:rsidRPr="0000691D">
        <w:rPr>
          <w:rFonts w:cs="B Mitra" w:hint="cs"/>
          <w:sz w:val="28"/>
          <w:szCs w:val="28"/>
          <w:rtl/>
        </w:rPr>
        <w:t>آشپزی</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بیاموزید،</w:t>
      </w:r>
      <w:r w:rsidRPr="0000691D">
        <w:rPr>
          <w:rFonts w:cs="B Mitra"/>
          <w:sz w:val="28"/>
          <w:szCs w:val="28"/>
          <w:rtl/>
        </w:rPr>
        <w:t xml:space="preserve"> </w:t>
      </w:r>
      <w:r w:rsidRPr="0000691D">
        <w:rPr>
          <w:rFonts w:cs="B Mitra" w:hint="cs"/>
          <w:sz w:val="28"/>
          <w:szCs w:val="28"/>
          <w:rtl/>
        </w:rPr>
        <w:t>دانستن</w:t>
      </w:r>
      <w:r w:rsidRPr="0000691D">
        <w:rPr>
          <w:rFonts w:cs="B Mitra"/>
          <w:sz w:val="28"/>
          <w:szCs w:val="28"/>
          <w:rtl/>
        </w:rPr>
        <w:t xml:space="preserve"> </w:t>
      </w:r>
      <w:r w:rsidRPr="0000691D">
        <w:rPr>
          <w:rFonts w:cs="B Mitra" w:hint="cs"/>
          <w:sz w:val="28"/>
          <w:szCs w:val="28"/>
          <w:rtl/>
        </w:rPr>
        <w:t>اینکه</w:t>
      </w:r>
      <w:r w:rsidRPr="0000691D">
        <w:rPr>
          <w:rFonts w:cs="B Mitra"/>
          <w:sz w:val="28"/>
          <w:szCs w:val="28"/>
          <w:rtl/>
        </w:rPr>
        <w:t xml:space="preserve"> </w:t>
      </w:r>
      <w:r w:rsidRPr="0000691D">
        <w:rPr>
          <w:rFonts w:cs="B Mitra" w:hint="cs"/>
          <w:sz w:val="28"/>
          <w:szCs w:val="28"/>
          <w:rtl/>
        </w:rPr>
        <w:t>چگونه</w:t>
      </w:r>
      <w:r w:rsidRPr="0000691D">
        <w:rPr>
          <w:rFonts w:cs="B Mitra"/>
          <w:sz w:val="28"/>
          <w:szCs w:val="28"/>
          <w:rtl/>
        </w:rPr>
        <w:t xml:space="preserve"> </w:t>
      </w:r>
      <w:r w:rsidRPr="0000691D">
        <w:rPr>
          <w:rFonts w:cs="B Mitra" w:hint="cs"/>
          <w:sz w:val="28"/>
          <w:szCs w:val="28"/>
          <w:rtl/>
        </w:rPr>
        <w:t>ایمن،</w:t>
      </w:r>
      <w:r w:rsidRPr="0000691D">
        <w:rPr>
          <w:rFonts w:cs="B Mitra"/>
          <w:sz w:val="28"/>
          <w:szCs w:val="28"/>
          <w:rtl/>
        </w:rPr>
        <w:t xml:space="preserve"> </w:t>
      </w:r>
      <w:r w:rsidRPr="0000691D">
        <w:rPr>
          <w:rFonts w:cs="B Mitra" w:hint="cs"/>
          <w:sz w:val="28"/>
          <w:szCs w:val="28"/>
          <w:rtl/>
        </w:rPr>
        <w:t>کارآمد</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آرامش</w:t>
      </w:r>
      <w:r w:rsidRPr="0000691D">
        <w:rPr>
          <w:rFonts w:cs="B Mitra"/>
          <w:sz w:val="28"/>
          <w:szCs w:val="28"/>
          <w:rtl/>
        </w:rPr>
        <w:t xml:space="preserve"> </w:t>
      </w:r>
      <w:r w:rsidRPr="0000691D">
        <w:rPr>
          <w:rFonts w:cs="B Mitra" w:hint="cs"/>
          <w:sz w:val="28"/>
          <w:szCs w:val="28"/>
          <w:rtl/>
        </w:rPr>
        <w:t>خاطر</w:t>
      </w:r>
      <w:r w:rsidRPr="0000691D">
        <w:rPr>
          <w:rFonts w:cs="B Mitra"/>
          <w:sz w:val="28"/>
          <w:szCs w:val="28"/>
          <w:rtl/>
        </w:rPr>
        <w:t xml:space="preserve"> </w:t>
      </w:r>
      <w:r w:rsidRPr="0000691D">
        <w:rPr>
          <w:rFonts w:cs="B Mitra" w:hint="cs"/>
          <w:sz w:val="28"/>
          <w:szCs w:val="28"/>
          <w:rtl/>
        </w:rPr>
        <w:t>کار</w:t>
      </w:r>
      <w:r w:rsidRPr="0000691D">
        <w:rPr>
          <w:rFonts w:cs="B Mitra"/>
          <w:sz w:val="28"/>
          <w:szCs w:val="28"/>
          <w:rtl/>
        </w:rPr>
        <w:t xml:space="preserve"> </w:t>
      </w:r>
      <w:r w:rsidRPr="0000691D">
        <w:rPr>
          <w:rFonts w:cs="B Mitra" w:hint="cs"/>
          <w:sz w:val="28"/>
          <w:szCs w:val="28"/>
          <w:rtl/>
        </w:rPr>
        <w:t>کنید،</w:t>
      </w:r>
      <w:r w:rsidRPr="0000691D">
        <w:rPr>
          <w:rFonts w:cs="B Mitra"/>
          <w:sz w:val="28"/>
          <w:szCs w:val="28"/>
          <w:rtl/>
        </w:rPr>
        <w:t xml:space="preserve"> </w:t>
      </w:r>
      <w:r w:rsidRPr="0000691D">
        <w:rPr>
          <w:rFonts w:cs="B Mitra" w:hint="cs"/>
          <w:sz w:val="28"/>
          <w:szCs w:val="28"/>
          <w:rtl/>
        </w:rPr>
        <w:t>بسیار</w:t>
      </w:r>
      <w:r w:rsidRPr="0000691D">
        <w:rPr>
          <w:rFonts w:cs="B Mitra"/>
          <w:sz w:val="28"/>
          <w:szCs w:val="28"/>
          <w:rtl/>
        </w:rPr>
        <w:t xml:space="preserve"> </w:t>
      </w:r>
      <w:r w:rsidRPr="0000691D">
        <w:rPr>
          <w:rFonts w:cs="B Mitra" w:hint="cs"/>
          <w:sz w:val="28"/>
          <w:szCs w:val="28"/>
          <w:rtl/>
        </w:rPr>
        <w:t>سودمند</w:t>
      </w:r>
      <w:r w:rsidRPr="0000691D">
        <w:rPr>
          <w:rFonts w:cs="B Mitra"/>
          <w:sz w:val="28"/>
          <w:szCs w:val="28"/>
          <w:rtl/>
        </w:rPr>
        <w:t xml:space="preserve"> </w:t>
      </w:r>
      <w:r w:rsidRPr="0000691D">
        <w:rPr>
          <w:rFonts w:cs="B Mitra" w:hint="cs"/>
          <w:sz w:val="28"/>
          <w:szCs w:val="28"/>
          <w:rtl/>
        </w:rPr>
        <w:t>است</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این</w:t>
      </w:r>
      <w:r w:rsidRPr="0000691D">
        <w:rPr>
          <w:rFonts w:cs="B Mitra"/>
          <w:sz w:val="28"/>
          <w:szCs w:val="28"/>
          <w:rtl/>
        </w:rPr>
        <w:t xml:space="preserve"> </w:t>
      </w:r>
      <w:r w:rsidRPr="0000691D">
        <w:rPr>
          <w:rFonts w:cs="B Mitra" w:hint="cs"/>
          <w:sz w:val="28"/>
          <w:szCs w:val="28"/>
          <w:rtl/>
        </w:rPr>
        <w:t>قسمت</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پادکست</w:t>
      </w:r>
      <w:r w:rsidRPr="0000691D">
        <w:rPr>
          <w:rFonts w:cs="B Mitra"/>
          <w:sz w:val="28"/>
          <w:szCs w:val="28"/>
          <w:rtl/>
        </w:rPr>
        <w:t xml:space="preserve"> </w:t>
      </w:r>
      <w:r w:rsidRPr="0000691D">
        <w:rPr>
          <w:rFonts w:cs="B Mitra" w:hint="cs"/>
          <w:sz w:val="28"/>
          <w:szCs w:val="28"/>
          <w:rtl/>
        </w:rPr>
        <w:t>هدلی</w:t>
      </w:r>
      <w:r w:rsidRPr="0000691D">
        <w:rPr>
          <w:rFonts w:cs="B Mitra"/>
          <w:sz w:val="28"/>
          <w:szCs w:val="28"/>
          <w:rtl/>
        </w:rPr>
        <w:t xml:space="preserve"> </w:t>
      </w:r>
      <w:r w:rsidRPr="0000691D">
        <w:rPr>
          <w:rFonts w:cs="B Mitra" w:hint="cs"/>
          <w:sz w:val="28"/>
          <w:szCs w:val="28"/>
          <w:rtl/>
        </w:rPr>
        <w:t>پرزنت،</w:t>
      </w:r>
      <w:r w:rsidRPr="0000691D">
        <w:rPr>
          <w:rFonts w:cs="B Mitra"/>
          <w:sz w:val="28"/>
          <w:szCs w:val="28"/>
          <w:rtl/>
        </w:rPr>
        <w:t xml:space="preserve"> </w:t>
      </w:r>
      <w:r w:rsidRPr="0000691D">
        <w:rPr>
          <w:rFonts w:cs="B Mitra" w:hint="cs"/>
          <w:sz w:val="28"/>
          <w:szCs w:val="28"/>
          <w:rtl/>
        </w:rPr>
        <w:t>دیا</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دان</w:t>
      </w:r>
      <w:r w:rsidRPr="0000691D">
        <w:rPr>
          <w:rFonts w:cs="B Mitra"/>
          <w:sz w:val="28"/>
          <w:szCs w:val="28"/>
          <w:rtl/>
        </w:rPr>
        <w:t xml:space="preserve"> </w:t>
      </w:r>
      <w:r w:rsidRPr="0000691D">
        <w:rPr>
          <w:rFonts w:cs="B Mitra" w:hint="cs"/>
          <w:sz w:val="28"/>
          <w:szCs w:val="28"/>
          <w:rtl/>
        </w:rPr>
        <w:t>همراه</w:t>
      </w:r>
      <w:r w:rsidRPr="0000691D">
        <w:rPr>
          <w:rFonts w:cs="B Mitra"/>
          <w:sz w:val="28"/>
          <w:szCs w:val="28"/>
          <w:rtl/>
        </w:rPr>
        <w:t xml:space="preserve"> </w:t>
      </w:r>
      <w:r w:rsidRPr="0000691D">
        <w:rPr>
          <w:rFonts w:cs="B Mitra" w:hint="cs"/>
          <w:sz w:val="28"/>
          <w:szCs w:val="28"/>
          <w:rtl/>
        </w:rPr>
        <w:t>ما</w:t>
      </w:r>
      <w:r w:rsidRPr="0000691D">
        <w:rPr>
          <w:rFonts w:cs="B Mitra"/>
          <w:sz w:val="28"/>
          <w:szCs w:val="28"/>
          <w:rtl/>
        </w:rPr>
        <w:t xml:space="preserve"> </w:t>
      </w:r>
      <w:r w:rsidRPr="0000691D">
        <w:rPr>
          <w:rFonts w:cs="B Mitra" w:hint="cs"/>
          <w:sz w:val="28"/>
          <w:szCs w:val="28"/>
          <w:rtl/>
        </w:rPr>
        <w:t>هستند</w:t>
      </w:r>
      <w:r w:rsidRPr="0000691D">
        <w:rPr>
          <w:rFonts w:cs="B Mitra"/>
          <w:sz w:val="28"/>
          <w:szCs w:val="28"/>
          <w:rtl/>
        </w:rPr>
        <w:t xml:space="preserve"> </w:t>
      </w:r>
      <w:r w:rsidRPr="0000691D">
        <w:rPr>
          <w:rFonts w:cs="B Mitra" w:hint="cs"/>
          <w:sz w:val="28"/>
          <w:szCs w:val="28"/>
          <w:rtl/>
        </w:rPr>
        <w:t>تا</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تجربه‌های</w:t>
      </w:r>
      <w:r w:rsidRPr="0000691D">
        <w:rPr>
          <w:rFonts w:cs="B Mitra"/>
          <w:sz w:val="28"/>
          <w:szCs w:val="28"/>
          <w:rtl/>
        </w:rPr>
        <w:t xml:space="preserve"> </w:t>
      </w:r>
      <w:r w:rsidRPr="0000691D">
        <w:rPr>
          <w:rFonts w:cs="B Mitra" w:hint="cs"/>
          <w:sz w:val="28"/>
          <w:szCs w:val="28"/>
          <w:rtl/>
        </w:rPr>
        <w:t>خود</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آشپزی</w:t>
      </w:r>
      <w:r w:rsidRPr="0000691D">
        <w:rPr>
          <w:rFonts w:cs="B Mitra"/>
          <w:sz w:val="28"/>
          <w:szCs w:val="28"/>
          <w:rtl/>
        </w:rPr>
        <w:t xml:space="preserve"> </w:t>
      </w:r>
      <w:r w:rsidRPr="0000691D">
        <w:rPr>
          <w:rFonts w:cs="B Mitra" w:hint="cs"/>
          <w:sz w:val="28"/>
          <w:szCs w:val="28"/>
          <w:rtl/>
        </w:rPr>
        <w:t>پس</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آسیب</w:t>
      </w:r>
      <w:r w:rsidRPr="0000691D">
        <w:rPr>
          <w:rFonts w:cs="B Mitra"/>
          <w:sz w:val="28"/>
          <w:szCs w:val="28"/>
          <w:rtl/>
        </w:rPr>
        <w:t xml:space="preserve"> </w:t>
      </w:r>
      <w:r w:rsidRPr="0000691D">
        <w:rPr>
          <w:rFonts w:cs="B Mitra" w:hint="cs"/>
          <w:sz w:val="28"/>
          <w:szCs w:val="28"/>
          <w:rtl/>
        </w:rPr>
        <w:t>بینایی</w:t>
      </w:r>
      <w:r w:rsidRPr="0000691D">
        <w:rPr>
          <w:rFonts w:cs="B Mitra"/>
          <w:sz w:val="28"/>
          <w:szCs w:val="28"/>
          <w:rtl/>
        </w:rPr>
        <w:t xml:space="preserve"> </w:t>
      </w:r>
      <w:r w:rsidRPr="0000691D">
        <w:rPr>
          <w:rFonts w:cs="B Mitra" w:hint="cs"/>
          <w:sz w:val="28"/>
          <w:szCs w:val="28"/>
          <w:rtl/>
        </w:rPr>
        <w:t>بگویند</w:t>
      </w:r>
      <w:r w:rsidRPr="0000691D">
        <w:rPr>
          <w:rFonts w:cs="B Mitra"/>
          <w:sz w:val="28"/>
          <w:szCs w:val="28"/>
          <w:rtl/>
        </w:rPr>
        <w:t xml:space="preserve">. </w:t>
      </w:r>
      <w:r w:rsidRPr="0000691D">
        <w:rPr>
          <w:rFonts w:cs="B Mitra" w:hint="cs"/>
          <w:sz w:val="28"/>
          <w:szCs w:val="28"/>
          <w:rtl/>
        </w:rPr>
        <w:t>دیا</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دان،</w:t>
      </w:r>
      <w:r w:rsidRPr="0000691D">
        <w:rPr>
          <w:rFonts w:cs="B Mitra"/>
          <w:sz w:val="28"/>
          <w:szCs w:val="28"/>
          <w:rtl/>
        </w:rPr>
        <w:t xml:space="preserve"> </w:t>
      </w:r>
      <w:r w:rsidRPr="0000691D">
        <w:rPr>
          <w:rFonts w:cs="B Mitra" w:hint="cs"/>
          <w:sz w:val="28"/>
          <w:szCs w:val="28"/>
          <w:rtl/>
        </w:rPr>
        <w:t>به</w:t>
      </w:r>
      <w:r w:rsidRPr="0000691D">
        <w:rPr>
          <w:rFonts w:cs="B Mitra"/>
          <w:sz w:val="28"/>
          <w:szCs w:val="28"/>
          <w:rtl/>
        </w:rPr>
        <w:t xml:space="preserve"> </w:t>
      </w:r>
      <w:r w:rsidRPr="0000691D">
        <w:rPr>
          <w:rFonts w:cs="B Mitra" w:hint="cs"/>
          <w:sz w:val="28"/>
          <w:szCs w:val="28"/>
          <w:rtl/>
        </w:rPr>
        <w:t>برنامه</w:t>
      </w:r>
      <w:r w:rsidRPr="0000691D">
        <w:rPr>
          <w:rFonts w:cs="B Mitra"/>
          <w:sz w:val="28"/>
          <w:szCs w:val="28"/>
          <w:rtl/>
        </w:rPr>
        <w:t xml:space="preserve"> </w:t>
      </w:r>
      <w:r w:rsidRPr="0000691D">
        <w:rPr>
          <w:rFonts w:cs="B Mitra" w:hint="cs"/>
          <w:sz w:val="28"/>
          <w:szCs w:val="28"/>
          <w:rtl/>
        </w:rPr>
        <w:t>خوش</w:t>
      </w:r>
      <w:r w:rsidRPr="0000691D">
        <w:rPr>
          <w:rFonts w:cs="B Mitra"/>
          <w:sz w:val="28"/>
          <w:szCs w:val="28"/>
          <w:rtl/>
        </w:rPr>
        <w:t xml:space="preserve"> </w:t>
      </w:r>
      <w:r w:rsidRPr="0000691D">
        <w:rPr>
          <w:rFonts w:cs="B Mitra" w:hint="cs"/>
          <w:sz w:val="28"/>
          <w:szCs w:val="28"/>
          <w:rtl/>
        </w:rPr>
        <w:t>آمدید</w:t>
      </w:r>
      <w:r w:rsidRPr="0000691D">
        <w:rPr>
          <w:rFonts w:cs="B Mitra"/>
          <w:sz w:val="28"/>
          <w:szCs w:val="28"/>
          <w:rtl/>
        </w:rPr>
        <w:t>.</w:t>
      </w:r>
    </w:p>
    <w:p w:rsidR="00A75B1C" w:rsidRPr="0000691D" w:rsidRDefault="00A75B1C" w:rsidP="0000691D">
      <w:pPr>
        <w:bidi/>
        <w:spacing w:line="360" w:lineRule="auto"/>
        <w:jc w:val="both"/>
        <w:rPr>
          <w:rFonts w:cs="B Mitra"/>
          <w:sz w:val="28"/>
          <w:szCs w:val="28"/>
        </w:rPr>
      </w:pPr>
      <w:r w:rsidRPr="0000691D">
        <w:rPr>
          <w:rFonts w:cs="B Mitra" w:hint="cs"/>
          <w:sz w:val="28"/>
          <w:szCs w:val="28"/>
          <w:rtl/>
        </w:rPr>
        <w:t>دیا</w:t>
      </w:r>
      <w:r w:rsidRPr="0000691D">
        <w:rPr>
          <w:rFonts w:cs="B Mitra"/>
          <w:sz w:val="28"/>
          <w:szCs w:val="28"/>
          <w:rtl/>
        </w:rPr>
        <w:t xml:space="preserve">: </w:t>
      </w:r>
      <w:r w:rsidRPr="0000691D">
        <w:rPr>
          <w:rFonts w:cs="B Mitra" w:hint="cs"/>
          <w:sz w:val="28"/>
          <w:szCs w:val="28"/>
          <w:rtl/>
        </w:rPr>
        <w:t>سلام</w:t>
      </w:r>
      <w:r w:rsidRPr="0000691D">
        <w:rPr>
          <w:rFonts w:cs="B Mitra"/>
          <w:sz w:val="28"/>
          <w:szCs w:val="28"/>
          <w:rtl/>
        </w:rPr>
        <w:t xml:space="preserve"> </w:t>
      </w:r>
      <w:r w:rsidRPr="0000691D">
        <w:rPr>
          <w:rFonts w:cs="B Mitra" w:hint="cs"/>
          <w:sz w:val="28"/>
          <w:szCs w:val="28"/>
          <w:rtl/>
        </w:rPr>
        <w:t>ریکی</w:t>
      </w:r>
      <w:r w:rsidRPr="0000691D">
        <w:rPr>
          <w:rFonts w:cs="B Mitra"/>
          <w:sz w:val="28"/>
          <w:szCs w:val="28"/>
          <w:rtl/>
        </w:rPr>
        <w:t xml:space="preserve">. </w:t>
      </w:r>
      <w:r w:rsidRPr="0000691D">
        <w:rPr>
          <w:rFonts w:cs="B Mitra" w:hint="cs"/>
          <w:sz w:val="28"/>
          <w:szCs w:val="28"/>
          <w:rtl/>
        </w:rPr>
        <w:t>ممنون</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دعوتت</w:t>
      </w:r>
      <w:r w:rsidRPr="0000691D">
        <w:rPr>
          <w:rFonts w:cs="B Mitra"/>
          <w:sz w:val="28"/>
          <w:szCs w:val="28"/>
          <w:rtl/>
        </w:rPr>
        <w:t>.</w:t>
      </w:r>
    </w:p>
    <w:p w:rsidR="00A75B1C" w:rsidRPr="0000691D" w:rsidRDefault="00A75B1C" w:rsidP="0000691D">
      <w:pPr>
        <w:bidi/>
        <w:spacing w:line="360" w:lineRule="auto"/>
        <w:jc w:val="both"/>
        <w:rPr>
          <w:rFonts w:cs="B Mitra"/>
          <w:sz w:val="28"/>
          <w:szCs w:val="28"/>
        </w:rPr>
      </w:pPr>
      <w:r w:rsidRPr="0000691D">
        <w:rPr>
          <w:rFonts w:cs="B Mitra" w:hint="cs"/>
          <w:sz w:val="28"/>
          <w:szCs w:val="28"/>
          <w:rtl/>
        </w:rPr>
        <w:t>دان</w:t>
      </w:r>
      <w:r w:rsidRPr="0000691D">
        <w:rPr>
          <w:rFonts w:cs="B Mitra"/>
          <w:sz w:val="28"/>
          <w:szCs w:val="28"/>
          <w:rtl/>
        </w:rPr>
        <w:t xml:space="preserve"> </w:t>
      </w:r>
      <w:r w:rsidRPr="0000691D">
        <w:rPr>
          <w:rFonts w:cs="B Mitra" w:hint="cs"/>
          <w:sz w:val="28"/>
          <w:szCs w:val="28"/>
          <w:rtl/>
        </w:rPr>
        <w:t>پوینتمن</w:t>
      </w:r>
      <w:r w:rsidRPr="0000691D">
        <w:rPr>
          <w:rFonts w:cs="B Mitra"/>
          <w:sz w:val="28"/>
          <w:szCs w:val="28"/>
          <w:rtl/>
        </w:rPr>
        <w:t xml:space="preserve">: </w:t>
      </w:r>
      <w:r w:rsidRPr="0000691D">
        <w:rPr>
          <w:rFonts w:cs="B Mitra" w:hint="cs"/>
          <w:sz w:val="28"/>
          <w:szCs w:val="28"/>
          <w:rtl/>
        </w:rPr>
        <w:t>سلام</w:t>
      </w:r>
      <w:r w:rsidRPr="0000691D">
        <w:rPr>
          <w:rFonts w:cs="B Mitra"/>
          <w:sz w:val="28"/>
          <w:szCs w:val="28"/>
          <w:rtl/>
        </w:rPr>
        <w:t xml:space="preserve"> </w:t>
      </w:r>
      <w:r w:rsidRPr="0000691D">
        <w:rPr>
          <w:rFonts w:cs="B Mitra" w:hint="cs"/>
          <w:sz w:val="28"/>
          <w:szCs w:val="28"/>
          <w:rtl/>
        </w:rPr>
        <w:t>ریکی</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حضور</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اینجا</w:t>
      </w:r>
      <w:r w:rsidRPr="0000691D">
        <w:rPr>
          <w:rFonts w:cs="B Mitra"/>
          <w:sz w:val="28"/>
          <w:szCs w:val="28"/>
          <w:rtl/>
        </w:rPr>
        <w:t xml:space="preserve"> </w:t>
      </w:r>
      <w:r w:rsidRPr="0000691D">
        <w:rPr>
          <w:rFonts w:cs="B Mitra" w:hint="cs"/>
          <w:sz w:val="28"/>
          <w:szCs w:val="28"/>
          <w:rtl/>
        </w:rPr>
        <w:t>بسیار</w:t>
      </w:r>
      <w:r w:rsidRPr="0000691D">
        <w:rPr>
          <w:rFonts w:cs="B Mitra"/>
          <w:sz w:val="28"/>
          <w:szCs w:val="28"/>
          <w:rtl/>
        </w:rPr>
        <w:t xml:space="preserve"> </w:t>
      </w:r>
      <w:r w:rsidRPr="0000691D">
        <w:rPr>
          <w:rFonts w:cs="B Mitra" w:hint="cs"/>
          <w:sz w:val="28"/>
          <w:szCs w:val="28"/>
          <w:rtl/>
        </w:rPr>
        <w:t>خوشحالم</w:t>
      </w:r>
      <w:r w:rsidRPr="0000691D">
        <w:rPr>
          <w:rFonts w:cs="B Mitra"/>
          <w:sz w:val="28"/>
          <w:szCs w:val="28"/>
          <w:rtl/>
        </w:rPr>
        <w:t>.</w:t>
      </w:r>
    </w:p>
    <w:p w:rsidR="00A75B1C" w:rsidRPr="0000691D" w:rsidRDefault="00A75B1C" w:rsidP="0000691D">
      <w:pPr>
        <w:bidi/>
        <w:spacing w:line="360" w:lineRule="auto"/>
        <w:jc w:val="both"/>
        <w:rPr>
          <w:rFonts w:cs="B Mitra"/>
          <w:sz w:val="28"/>
          <w:szCs w:val="28"/>
        </w:rPr>
      </w:pPr>
      <w:r w:rsidRPr="0000691D">
        <w:rPr>
          <w:rFonts w:cs="B Mitra" w:hint="cs"/>
          <w:sz w:val="28"/>
          <w:szCs w:val="28"/>
          <w:rtl/>
        </w:rPr>
        <w:t>ریکی</w:t>
      </w:r>
      <w:r w:rsidRPr="0000691D">
        <w:rPr>
          <w:rFonts w:cs="B Mitra"/>
          <w:sz w:val="28"/>
          <w:szCs w:val="28"/>
          <w:rtl/>
        </w:rPr>
        <w:t xml:space="preserve"> </w:t>
      </w:r>
      <w:r w:rsidRPr="0000691D">
        <w:rPr>
          <w:rFonts w:cs="B Mitra" w:hint="cs"/>
          <w:sz w:val="28"/>
          <w:szCs w:val="28"/>
          <w:rtl/>
        </w:rPr>
        <w:t>انگر</w:t>
      </w:r>
      <w:r w:rsidRPr="0000691D">
        <w:rPr>
          <w:rFonts w:cs="B Mitra"/>
          <w:sz w:val="28"/>
          <w:szCs w:val="28"/>
          <w:rtl/>
        </w:rPr>
        <w:t xml:space="preserve">: </w:t>
      </w:r>
      <w:r w:rsidRPr="0000691D">
        <w:rPr>
          <w:rFonts w:cs="B Mitra" w:hint="cs"/>
          <w:sz w:val="28"/>
          <w:szCs w:val="28"/>
          <w:rtl/>
        </w:rPr>
        <w:t>حضور</w:t>
      </w:r>
      <w:r w:rsidRPr="0000691D">
        <w:rPr>
          <w:rFonts w:cs="B Mitra"/>
          <w:sz w:val="28"/>
          <w:szCs w:val="28"/>
          <w:rtl/>
        </w:rPr>
        <w:t xml:space="preserve"> </w:t>
      </w:r>
      <w:r w:rsidRPr="0000691D">
        <w:rPr>
          <w:rFonts w:cs="B Mitra" w:hint="cs"/>
          <w:sz w:val="28"/>
          <w:szCs w:val="28"/>
          <w:rtl/>
        </w:rPr>
        <w:t>شما</w:t>
      </w:r>
      <w:r w:rsidRPr="0000691D">
        <w:rPr>
          <w:rFonts w:cs="B Mitra"/>
          <w:sz w:val="28"/>
          <w:szCs w:val="28"/>
          <w:rtl/>
        </w:rPr>
        <w:t xml:space="preserve"> </w:t>
      </w:r>
      <w:r w:rsidRPr="0000691D">
        <w:rPr>
          <w:rFonts w:cs="B Mitra" w:hint="cs"/>
          <w:sz w:val="28"/>
          <w:szCs w:val="28"/>
          <w:rtl/>
        </w:rPr>
        <w:t>فرصتی</w:t>
      </w:r>
      <w:r w:rsidRPr="0000691D">
        <w:rPr>
          <w:rFonts w:cs="B Mitra"/>
          <w:sz w:val="28"/>
          <w:szCs w:val="28"/>
          <w:rtl/>
        </w:rPr>
        <w:t xml:space="preserve"> </w:t>
      </w:r>
      <w:r w:rsidRPr="0000691D">
        <w:rPr>
          <w:rFonts w:cs="B Mitra" w:hint="cs"/>
          <w:sz w:val="28"/>
          <w:szCs w:val="28"/>
          <w:rtl/>
        </w:rPr>
        <w:t>کم‌نظیر</w:t>
      </w:r>
      <w:r w:rsidRPr="0000691D">
        <w:rPr>
          <w:rFonts w:cs="B Mitra"/>
          <w:sz w:val="28"/>
          <w:szCs w:val="28"/>
          <w:rtl/>
        </w:rPr>
        <w:t xml:space="preserve"> </w:t>
      </w:r>
      <w:r w:rsidRPr="0000691D">
        <w:rPr>
          <w:rFonts w:cs="B Mitra" w:hint="cs"/>
          <w:sz w:val="28"/>
          <w:szCs w:val="28"/>
          <w:rtl/>
        </w:rPr>
        <w:t>است؛</w:t>
      </w:r>
      <w:r w:rsidRPr="0000691D">
        <w:rPr>
          <w:rFonts w:cs="B Mitra"/>
          <w:sz w:val="28"/>
          <w:szCs w:val="28"/>
          <w:rtl/>
        </w:rPr>
        <w:t xml:space="preserve"> </w:t>
      </w:r>
      <w:r w:rsidRPr="0000691D">
        <w:rPr>
          <w:rFonts w:cs="B Mitra" w:hint="cs"/>
          <w:sz w:val="28"/>
          <w:szCs w:val="28"/>
          <w:rtl/>
        </w:rPr>
        <w:t>پیش</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پرداختن</w:t>
      </w:r>
      <w:r w:rsidRPr="0000691D">
        <w:rPr>
          <w:rFonts w:cs="B Mitra"/>
          <w:sz w:val="28"/>
          <w:szCs w:val="28"/>
          <w:rtl/>
        </w:rPr>
        <w:t xml:space="preserve"> </w:t>
      </w:r>
      <w:r w:rsidRPr="0000691D">
        <w:rPr>
          <w:rFonts w:cs="B Mitra" w:hint="cs"/>
          <w:sz w:val="28"/>
          <w:szCs w:val="28"/>
          <w:rtl/>
        </w:rPr>
        <w:t>به</w:t>
      </w:r>
      <w:r w:rsidRPr="0000691D">
        <w:rPr>
          <w:rFonts w:cs="B Mitra"/>
          <w:sz w:val="28"/>
          <w:szCs w:val="28"/>
          <w:rtl/>
        </w:rPr>
        <w:t xml:space="preserve"> </w:t>
      </w:r>
      <w:r w:rsidRPr="0000691D">
        <w:rPr>
          <w:rFonts w:cs="B Mitra" w:hint="cs"/>
          <w:sz w:val="28"/>
          <w:szCs w:val="28"/>
          <w:rtl/>
        </w:rPr>
        <w:t>جزئیات،</w:t>
      </w:r>
      <w:r w:rsidRPr="0000691D">
        <w:rPr>
          <w:rFonts w:cs="B Mitra"/>
          <w:sz w:val="28"/>
          <w:szCs w:val="28"/>
          <w:rtl/>
        </w:rPr>
        <w:t xml:space="preserve"> </w:t>
      </w:r>
      <w:r w:rsidRPr="0000691D">
        <w:rPr>
          <w:rFonts w:cs="B Mitra" w:hint="cs"/>
          <w:sz w:val="28"/>
          <w:szCs w:val="28"/>
          <w:rtl/>
        </w:rPr>
        <w:t>مایلم</w:t>
      </w:r>
      <w:r w:rsidRPr="0000691D">
        <w:rPr>
          <w:rFonts w:cs="B Mitra"/>
          <w:sz w:val="28"/>
          <w:szCs w:val="28"/>
          <w:rtl/>
        </w:rPr>
        <w:t xml:space="preserve"> </w:t>
      </w:r>
      <w:r w:rsidRPr="0000691D">
        <w:rPr>
          <w:rFonts w:cs="B Mitra" w:hint="cs"/>
          <w:sz w:val="28"/>
          <w:szCs w:val="28"/>
          <w:rtl/>
        </w:rPr>
        <w:t>کمی</w:t>
      </w:r>
      <w:r w:rsidRPr="0000691D">
        <w:rPr>
          <w:rFonts w:cs="B Mitra"/>
          <w:sz w:val="28"/>
          <w:szCs w:val="28"/>
          <w:rtl/>
        </w:rPr>
        <w:t xml:space="preserve"> </w:t>
      </w:r>
      <w:r w:rsidRPr="0000691D">
        <w:rPr>
          <w:rFonts w:cs="B Mitra" w:hint="cs"/>
          <w:sz w:val="28"/>
          <w:szCs w:val="28"/>
          <w:rtl/>
        </w:rPr>
        <w:t>درباره</w:t>
      </w:r>
      <w:r w:rsidRPr="0000691D">
        <w:rPr>
          <w:rFonts w:cs="B Mitra"/>
          <w:sz w:val="28"/>
          <w:szCs w:val="28"/>
          <w:rtl/>
        </w:rPr>
        <w:t xml:space="preserve"> </w:t>
      </w:r>
      <w:r w:rsidRPr="0000691D">
        <w:rPr>
          <w:rFonts w:cs="B Mitra" w:hint="cs"/>
          <w:sz w:val="28"/>
          <w:szCs w:val="28"/>
          <w:rtl/>
        </w:rPr>
        <w:t>پیشینه</w:t>
      </w:r>
      <w:r w:rsidRPr="0000691D">
        <w:rPr>
          <w:rFonts w:cs="B Mitra"/>
          <w:sz w:val="28"/>
          <w:szCs w:val="28"/>
          <w:rtl/>
        </w:rPr>
        <w:t xml:space="preserve"> </w:t>
      </w:r>
      <w:r w:rsidRPr="0000691D">
        <w:rPr>
          <w:rFonts w:cs="B Mitra" w:hint="cs"/>
          <w:sz w:val="28"/>
          <w:szCs w:val="28"/>
          <w:rtl/>
        </w:rPr>
        <w:t>خود</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روند</w:t>
      </w:r>
      <w:r w:rsidRPr="0000691D">
        <w:rPr>
          <w:rFonts w:cs="B Mitra"/>
          <w:sz w:val="28"/>
          <w:szCs w:val="28"/>
          <w:rtl/>
        </w:rPr>
        <w:t xml:space="preserve"> </w:t>
      </w:r>
      <w:r w:rsidRPr="0000691D">
        <w:rPr>
          <w:rFonts w:cs="B Mitra" w:hint="cs"/>
          <w:sz w:val="28"/>
          <w:szCs w:val="28"/>
          <w:rtl/>
        </w:rPr>
        <w:t>تغییر</w:t>
      </w:r>
      <w:r w:rsidRPr="0000691D">
        <w:rPr>
          <w:rFonts w:cs="B Mitra"/>
          <w:sz w:val="28"/>
          <w:szCs w:val="28"/>
          <w:rtl/>
        </w:rPr>
        <w:t xml:space="preserve"> </w:t>
      </w:r>
      <w:r w:rsidRPr="0000691D">
        <w:rPr>
          <w:rFonts w:cs="B Mitra" w:hint="cs"/>
          <w:sz w:val="28"/>
          <w:szCs w:val="28"/>
          <w:rtl/>
        </w:rPr>
        <w:t>بینایی‌تان</w:t>
      </w:r>
      <w:r w:rsidRPr="0000691D">
        <w:rPr>
          <w:rFonts w:cs="B Mitra"/>
          <w:sz w:val="28"/>
          <w:szCs w:val="28"/>
          <w:rtl/>
        </w:rPr>
        <w:t xml:space="preserve"> </w:t>
      </w:r>
      <w:r w:rsidRPr="0000691D">
        <w:rPr>
          <w:rFonts w:cs="B Mitra" w:hint="cs"/>
          <w:sz w:val="28"/>
          <w:szCs w:val="28"/>
          <w:rtl/>
        </w:rPr>
        <w:t>بگویید</w:t>
      </w:r>
      <w:r w:rsidRPr="0000691D">
        <w:rPr>
          <w:rFonts w:cs="B Mitra"/>
          <w:sz w:val="28"/>
          <w:szCs w:val="28"/>
          <w:rtl/>
        </w:rPr>
        <w:t xml:space="preserve">. </w:t>
      </w:r>
      <w:r w:rsidRPr="0000691D">
        <w:rPr>
          <w:rFonts w:cs="B Mitra" w:hint="cs"/>
          <w:sz w:val="28"/>
          <w:szCs w:val="28"/>
          <w:rtl/>
        </w:rPr>
        <w:t>دیا،</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تو</w:t>
      </w:r>
      <w:r w:rsidRPr="0000691D">
        <w:rPr>
          <w:rFonts w:cs="B Mitra"/>
          <w:sz w:val="28"/>
          <w:szCs w:val="28"/>
          <w:rtl/>
        </w:rPr>
        <w:t xml:space="preserve"> </w:t>
      </w:r>
      <w:r w:rsidRPr="0000691D">
        <w:rPr>
          <w:rFonts w:cs="B Mitra" w:hint="cs"/>
          <w:sz w:val="28"/>
          <w:szCs w:val="28"/>
          <w:rtl/>
        </w:rPr>
        <w:t>شروع</w:t>
      </w:r>
      <w:r w:rsidRPr="0000691D">
        <w:rPr>
          <w:rFonts w:cs="B Mitra"/>
          <w:sz w:val="28"/>
          <w:szCs w:val="28"/>
          <w:rtl/>
        </w:rPr>
        <w:t xml:space="preserve"> </w:t>
      </w:r>
      <w:r w:rsidRPr="0000691D">
        <w:rPr>
          <w:rFonts w:cs="B Mitra" w:hint="cs"/>
          <w:sz w:val="28"/>
          <w:szCs w:val="28"/>
          <w:rtl/>
        </w:rPr>
        <w:t>کنیم؛</w:t>
      </w:r>
      <w:r w:rsidRPr="0000691D">
        <w:rPr>
          <w:rFonts w:cs="B Mitra"/>
          <w:sz w:val="28"/>
          <w:szCs w:val="28"/>
          <w:rtl/>
        </w:rPr>
        <w:t xml:space="preserve"> </w:t>
      </w:r>
      <w:r w:rsidRPr="0000691D">
        <w:rPr>
          <w:rFonts w:cs="B Mitra" w:hint="cs"/>
          <w:sz w:val="28"/>
          <w:szCs w:val="28"/>
          <w:rtl/>
        </w:rPr>
        <w:t>توضیح</w:t>
      </w:r>
      <w:r w:rsidRPr="0000691D">
        <w:rPr>
          <w:rFonts w:cs="B Mitra"/>
          <w:sz w:val="28"/>
          <w:szCs w:val="28"/>
          <w:rtl/>
        </w:rPr>
        <w:t xml:space="preserve"> </w:t>
      </w:r>
      <w:r w:rsidRPr="0000691D">
        <w:rPr>
          <w:rFonts w:cs="B Mitra" w:hint="cs"/>
          <w:sz w:val="28"/>
          <w:szCs w:val="28"/>
          <w:rtl/>
        </w:rPr>
        <w:t>کوتاهی</w:t>
      </w:r>
      <w:r w:rsidRPr="0000691D">
        <w:rPr>
          <w:rFonts w:cs="B Mitra"/>
          <w:sz w:val="28"/>
          <w:szCs w:val="28"/>
          <w:rtl/>
        </w:rPr>
        <w:t xml:space="preserve"> </w:t>
      </w:r>
      <w:r w:rsidRPr="0000691D">
        <w:rPr>
          <w:rFonts w:cs="B Mitra" w:hint="cs"/>
          <w:sz w:val="28"/>
          <w:szCs w:val="28"/>
          <w:rtl/>
        </w:rPr>
        <w:t>درباره</w:t>
      </w:r>
      <w:r w:rsidRPr="0000691D">
        <w:rPr>
          <w:rFonts w:cs="B Mitra"/>
          <w:sz w:val="28"/>
          <w:szCs w:val="28"/>
          <w:rtl/>
        </w:rPr>
        <w:t xml:space="preserve"> </w:t>
      </w:r>
      <w:r w:rsidRPr="0000691D">
        <w:rPr>
          <w:rFonts w:cs="B Mitra" w:hint="cs"/>
          <w:sz w:val="28"/>
          <w:szCs w:val="28"/>
          <w:rtl/>
        </w:rPr>
        <w:t>خودت</w:t>
      </w:r>
      <w:r w:rsidRPr="0000691D">
        <w:rPr>
          <w:rFonts w:cs="B Mitra"/>
          <w:sz w:val="28"/>
          <w:szCs w:val="28"/>
          <w:rtl/>
        </w:rPr>
        <w:t xml:space="preserve"> </w:t>
      </w:r>
      <w:r w:rsidRPr="0000691D">
        <w:rPr>
          <w:rFonts w:cs="B Mitra" w:hint="cs"/>
          <w:sz w:val="28"/>
          <w:szCs w:val="28"/>
          <w:rtl/>
        </w:rPr>
        <w:t>بده</w:t>
      </w:r>
      <w:r w:rsidRPr="0000691D">
        <w:rPr>
          <w:rFonts w:cs="B Mitra"/>
          <w:sz w:val="28"/>
          <w:szCs w:val="28"/>
          <w:rtl/>
        </w:rPr>
        <w:t>.</w:t>
      </w:r>
    </w:p>
    <w:p w:rsidR="00A75B1C" w:rsidRPr="0000691D" w:rsidRDefault="00A75B1C" w:rsidP="0000691D">
      <w:pPr>
        <w:bidi/>
        <w:spacing w:line="360" w:lineRule="auto"/>
        <w:jc w:val="both"/>
        <w:rPr>
          <w:rFonts w:cs="B Mitra"/>
          <w:sz w:val="28"/>
          <w:szCs w:val="28"/>
        </w:rPr>
      </w:pPr>
      <w:r w:rsidRPr="0000691D">
        <w:rPr>
          <w:rFonts w:cs="B Mitra" w:hint="cs"/>
          <w:sz w:val="28"/>
          <w:szCs w:val="28"/>
          <w:rtl/>
        </w:rPr>
        <w:t>دیا</w:t>
      </w:r>
      <w:r w:rsidRPr="0000691D">
        <w:rPr>
          <w:rFonts w:cs="B Mitra"/>
          <w:sz w:val="28"/>
          <w:szCs w:val="28"/>
          <w:rtl/>
        </w:rPr>
        <w:t xml:space="preserve">: </w:t>
      </w:r>
      <w:r w:rsidRPr="0000691D">
        <w:rPr>
          <w:rFonts w:cs="B Mitra" w:hint="cs"/>
          <w:sz w:val="28"/>
          <w:szCs w:val="28"/>
          <w:rtl/>
        </w:rPr>
        <w:t>آشپزی</w:t>
      </w:r>
      <w:r w:rsidRPr="0000691D">
        <w:rPr>
          <w:rFonts w:cs="B Mitra"/>
          <w:sz w:val="28"/>
          <w:szCs w:val="28"/>
          <w:rtl/>
        </w:rPr>
        <w:t xml:space="preserve"> </w:t>
      </w:r>
      <w:r w:rsidRPr="0000691D">
        <w:rPr>
          <w:rFonts w:cs="B Mitra" w:hint="cs"/>
          <w:sz w:val="28"/>
          <w:szCs w:val="28"/>
          <w:rtl/>
        </w:rPr>
        <w:t>همیشه</w:t>
      </w:r>
      <w:r w:rsidRPr="0000691D">
        <w:rPr>
          <w:rFonts w:cs="B Mitra"/>
          <w:sz w:val="28"/>
          <w:szCs w:val="28"/>
          <w:rtl/>
        </w:rPr>
        <w:t xml:space="preserve"> </w:t>
      </w:r>
      <w:r w:rsidRPr="0000691D">
        <w:rPr>
          <w:rFonts w:cs="B Mitra" w:hint="cs"/>
          <w:sz w:val="28"/>
          <w:szCs w:val="28"/>
          <w:rtl/>
        </w:rPr>
        <w:t>یکی</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بزرگ‌ترین</w:t>
      </w:r>
      <w:r w:rsidRPr="0000691D">
        <w:rPr>
          <w:rFonts w:cs="B Mitra"/>
          <w:sz w:val="28"/>
          <w:szCs w:val="28"/>
          <w:rtl/>
        </w:rPr>
        <w:t xml:space="preserve"> </w:t>
      </w:r>
      <w:r w:rsidRPr="0000691D">
        <w:rPr>
          <w:rFonts w:cs="B Mitra" w:hint="cs"/>
          <w:sz w:val="28"/>
          <w:szCs w:val="28"/>
          <w:rtl/>
        </w:rPr>
        <w:t>علایق</w:t>
      </w:r>
      <w:r w:rsidRPr="0000691D">
        <w:rPr>
          <w:rFonts w:cs="B Mitra"/>
          <w:sz w:val="28"/>
          <w:szCs w:val="28"/>
          <w:rtl/>
        </w:rPr>
        <w:t xml:space="preserve"> </w:t>
      </w:r>
      <w:r w:rsidRPr="0000691D">
        <w:rPr>
          <w:rFonts w:cs="B Mitra" w:hint="cs"/>
          <w:sz w:val="28"/>
          <w:szCs w:val="28"/>
          <w:rtl/>
        </w:rPr>
        <w:t>زندگی‌ام</w:t>
      </w:r>
      <w:r w:rsidRPr="0000691D">
        <w:rPr>
          <w:rFonts w:cs="B Mitra"/>
          <w:sz w:val="28"/>
          <w:szCs w:val="28"/>
          <w:rtl/>
        </w:rPr>
        <w:t xml:space="preserve"> </w:t>
      </w:r>
      <w:r w:rsidRPr="0000691D">
        <w:rPr>
          <w:rFonts w:cs="B Mitra" w:hint="cs"/>
          <w:sz w:val="28"/>
          <w:szCs w:val="28"/>
          <w:rtl/>
        </w:rPr>
        <w:t>بوده</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هست؛</w:t>
      </w:r>
      <w:r w:rsidRPr="0000691D">
        <w:rPr>
          <w:rFonts w:cs="B Mitra"/>
          <w:sz w:val="28"/>
          <w:szCs w:val="28"/>
          <w:rtl/>
        </w:rPr>
        <w:t xml:space="preserve"> </w:t>
      </w:r>
      <w:r w:rsidRPr="0000691D">
        <w:rPr>
          <w:rFonts w:cs="B Mitra" w:hint="cs"/>
          <w:sz w:val="28"/>
          <w:szCs w:val="28"/>
          <w:rtl/>
        </w:rPr>
        <w:t>حتی</w:t>
      </w:r>
      <w:r w:rsidRPr="0000691D">
        <w:rPr>
          <w:rFonts w:cs="B Mitra"/>
          <w:sz w:val="28"/>
          <w:szCs w:val="28"/>
          <w:rtl/>
        </w:rPr>
        <w:t xml:space="preserve"> </w:t>
      </w:r>
      <w:r w:rsidRPr="0000691D">
        <w:rPr>
          <w:rFonts w:cs="B Mitra" w:hint="cs"/>
          <w:sz w:val="28"/>
          <w:szCs w:val="28"/>
          <w:rtl/>
        </w:rPr>
        <w:t>اکنون</w:t>
      </w:r>
      <w:r w:rsidRPr="0000691D">
        <w:rPr>
          <w:rFonts w:cs="B Mitra"/>
          <w:sz w:val="28"/>
          <w:szCs w:val="28"/>
          <w:rtl/>
        </w:rPr>
        <w:t xml:space="preserve"> </w:t>
      </w:r>
      <w:r w:rsidRPr="0000691D">
        <w:rPr>
          <w:rFonts w:cs="B Mitra" w:hint="cs"/>
          <w:sz w:val="28"/>
          <w:szCs w:val="28"/>
          <w:rtl/>
        </w:rPr>
        <w:t>که</w:t>
      </w:r>
      <w:r w:rsidRPr="0000691D">
        <w:rPr>
          <w:rFonts w:cs="B Mitra"/>
          <w:sz w:val="28"/>
          <w:szCs w:val="28"/>
          <w:rtl/>
        </w:rPr>
        <w:t xml:space="preserve"> </w:t>
      </w:r>
      <w:r w:rsidRPr="0000691D">
        <w:rPr>
          <w:rFonts w:cs="B Mitra" w:hint="cs"/>
          <w:sz w:val="28"/>
          <w:szCs w:val="28"/>
          <w:rtl/>
        </w:rPr>
        <w:t>به</w:t>
      </w:r>
      <w:r w:rsidRPr="0000691D">
        <w:rPr>
          <w:rFonts w:cs="B Mitra"/>
          <w:sz w:val="28"/>
          <w:szCs w:val="28"/>
          <w:rtl/>
        </w:rPr>
        <w:t xml:space="preserve"> </w:t>
      </w:r>
      <w:r w:rsidRPr="0000691D">
        <w:rPr>
          <w:rFonts w:cs="B Mitra" w:hint="cs"/>
          <w:sz w:val="28"/>
          <w:szCs w:val="28"/>
          <w:rtl/>
        </w:rPr>
        <w:t>دلیل</w:t>
      </w:r>
      <w:r w:rsidRPr="0000691D">
        <w:rPr>
          <w:rFonts w:cs="B Mitra"/>
          <w:sz w:val="28"/>
          <w:szCs w:val="28"/>
          <w:rtl/>
        </w:rPr>
        <w:t xml:space="preserve"> </w:t>
      </w:r>
      <w:r w:rsidRPr="0000691D">
        <w:rPr>
          <w:rFonts w:cs="B Mitra" w:hint="cs"/>
          <w:sz w:val="28"/>
          <w:szCs w:val="28"/>
          <w:rtl/>
        </w:rPr>
        <w:t>آسیب</w:t>
      </w:r>
      <w:r w:rsidRPr="0000691D">
        <w:rPr>
          <w:rFonts w:cs="B Mitra"/>
          <w:sz w:val="28"/>
          <w:szCs w:val="28"/>
          <w:rtl/>
        </w:rPr>
        <w:t xml:space="preserve"> </w:t>
      </w:r>
      <w:r w:rsidRPr="0000691D">
        <w:rPr>
          <w:rFonts w:cs="B Mitra" w:hint="cs"/>
          <w:sz w:val="28"/>
          <w:szCs w:val="28"/>
          <w:rtl/>
        </w:rPr>
        <w:t>بینایی</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نظر</w:t>
      </w:r>
      <w:r w:rsidRPr="0000691D">
        <w:rPr>
          <w:rFonts w:cs="B Mitra"/>
          <w:sz w:val="28"/>
          <w:szCs w:val="28"/>
          <w:rtl/>
        </w:rPr>
        <w:t xml:space="preserve"> </w:t>
      </w:r>
      <w:r w:rsidRPr="0000691D">
        <w:rPr>
          <w:rFonts w:cs="B Mitra" w:hint="cs"/>
          <w:sz w:val="28"/>
          <w:szCs w:val="28"/>
          <w:rtl/>
        </w:rPr>
        <w:t>قانونی</w:t>
      </w:r>
      <w:r w:rsidRPr="0000691D">
        <w:rPr>
          <w:rFonts w:cs="B Mitra"/>
          <w:sz w:val="28"/>
          <w:szCs w:val="28"/>
          <w:rtl/>
        </w:rPr>
        <w:t xml:space="preserve"> </w:t>
      </w:r>
      <w:r w:rsidRPr="0000691D">
        <w:rPr>
          <w:rFonts w:cs="B Mitra" w:hint="cs"/>
          <w:sz w:val="28"/>
          <w:szCs w:val="28"/>
          <w:rtl/>
        </w:rPr>
        <w:t>نابینا</w:t>
      </w:r>
      <w:r w:rsidRPr="0000691D">
        <w:rPr>
          <w:rFonts w:cs="B Mitra"/>
          <w:sz w:val="28"/>
          <w:szCs w:val="28"/>
          <w:rtl/>
        </w:rPr>
        <w:t xml:space="preserve"> </w:t>
      </w:r>
      <w:r w:rsidRPr="0000691D">
        <w:rPr>
          <w:rFonts w:cs="B Mitra" w:hint="cs"/>
          <w:sz w:val="28"/>
          <w:szCs w:val="28"/>
          <w:rtl/>
        </w:rPr>
        <w:t>محسوب</w:t>
      </w:r>
      <w:r w:rsidRPr="0000691D">
        <w:rPr>
          <w:rFonts w:cs="B Mitra"/>
          <w:sz w:val="28"/>
          <w:szCs w:val="28"/>
          <w:rtl/>
        </w:rPr>
        <w:t xml:space="preserve"> </w:t>
      </w:r>
      <w:r w:rsidRPr="0000691D">
        <w:rPr>
          <w:rFonts w:cs="B Mitra" w:hint="cs"/>
          <w:sz w:val="28"/>
          <w:szCs w:val="28"/>
          <w:rtl/>
        </w:rPr>
        <w:t>می‌شوم</w:t>
      </w:r>
      <w:r w:rsidRPr="0000691D">
        <w:rPr>
          <w:rFonts w:cs="B Mitra"/>
          <w:sz w:val="28"/>
          <w:szCs w:val="28"/>
          <w:rtl/>
        </w:rPr>
        <w:t xml:space="preserve">. </w:t>
      </w:r>
      <w:r w:rsidRPr="0000691D">
        <w:rPr>
          <w:rFonts w:cs="B Mitra" w:hint="cs"/>
          <w:sz w:val="28"/>
          <w:szCs w:val="28"/>
          <w:rtl/>
        </w:rPr>
        <w:t>من</w:t>
      </w:r>
      <w:r w:rsidRPr="0000691D">
        <w:rPr>
          <w:rFonts w:cs="B Mitra"/>
          <w:sz w:val="28"/>
          <w:szCs w:val="28"/>
          <w:rtl/>
        </w:rPr>
        <w:t xml:space="preserve"> </w:t>
      </w:r>
      <w:r w:rsidRPr="0000691D">
        <w:rPr>
          <w:rFonts w:cs="B Mitra" w:hint="cs"/>
          <w:sz w:val="28"/>
          <w:szCs w:val="28"/>
          <w:rtl/>
        </w:rPr>
        <w:t>دچار</w:t>
      </w:r>
      <w:r w:rsidRPr="0000691D">
        <w:rPr>
          <w:rFonts w:cs="B Mitra"/>
          <w:sz w:val="28"/>
          <w:szCs w:val="28"/>
          <w:rtl/>
        </w:rPr>
        <w:t xml:space="preserve"> </w:t>
      </w:r>
      <w:r w:rsidRPr="0000691D">
        <w:rPr>
          <w:rFonts w:cs="B Mitra" w:hint="cs"/>
          <w:sz w:val="28"/>
          <w:szCs w:val="28"/>
          <w:rtl/>
        </w:rPr>
        <w:t>بیماری</w:t>
      </w:r>
      <w:r w:rsidRPr="0000691D">
        <w:rPr>
          <w:rFonts w:cs="B Mitra"/>
          <w:sz w:val="28"/>
          <w:szCs w:val="28"/>
        </w:rPr>
        <w:t xml:space="preserve"> NAION </w:t>
      </w:r>
      <w:r w:rsidRPr="0000691D">
        <w:rPr>
          <w:rFonts w:cs="B Mitra" w:hint="cs"/>
          <w:sz w:val="28"/>
          <w:szCs w:val="28"/>
          <w:rtl/>
        </w:rPr>
        <w:t>یا</w:t>
      </w:r>
      <w:r w:rsidRPr="0000691D">
        <w:rPr>
          <w:rFonts w:cs="B Mitra"/>
          <w:sz w:val="28"/>
          <w:szCs w:val="28"/>
          <w:rtl/>
        </w:rPr>
        <w:t xml:space="preserve"> </w:t>
      </w:r>
      <w:r w:rsidRPr="0000691D">
        <w:rPr>
          <w:rFonts w:cs="B Mitra" w:hint="cs"/>
          <w:sz w:val="28"/>
          <w:szCs w:val="28"/>
          <w:rtl/>
        </w:rPr>
        <w:t>نوروپاتی</w:t>
      </w:r>
      <w:r w:rsidRPr="0000691D">
        <w:rPr>
          <w:rFonts w:cs="B Mitra"/>
          <w:sz w:val="28"/>
          <w:szCs w:val="28"/>
          <w:rtl/>
        </w:rPr>
        <w:t xml:space="preserve"> </w:t>
      </w:r>
      <w:r w:rsidRPr="0000691D">
        <w:rPr>
          <w:rFonts w:cs="B Mitra" w:hint="cs"/>
          <w:sz w:val="28"/>
          <w:szCs w:val="28"/>
          <w:rtl/>
        </w:rPr>
        <w:t>عصب</w:t>
      </w:r>
      <w:r w:rsidRPr="0000691D">
        <w:rPr>
          <w:rFonts w:cs="B Mitra"/>
          <w:sz w:val="28"/>
          <w:szCs w:val="28"/>
          <w:rtl/>
        </w:rPr>
        <w:t xml:space="preserve"> </w:t>
      </w:r>
      <w:r w:rsidRPr="0000691D">
        <w:rPr>
          <w:rFonts w:cs="B Mitra" w:hint="cs"/>
          <w:sz w:val="28"/>
          <w:szCs w:val="28"/>
          <w:rtl/>
        </w:rPr>
        <w:t>بینایی</w:t>
      </w:r>
      <w:r w:rsidRPr="0000691D">
        <w:rPr>
          <w:rFonts w:cs="B Mitra"/>
          <w:sz w:val="28"/>
          <w:szCs w:val="28"/>
          <w:rtl/>
        </w:rPr>
        <w:t xml:space="preserve"> </w:t>
      </w:r>
      <w:r w:rsidRPr="0000691D">
        <w:rPr>
          <w:rFonts w:cs="B Mitra" w:hint="cs"/>
          <w:sz w:val="28"/>
          <w:szCs w:val="28"/>
          <w:rtl/>
        </w:rPr>
        <w:t>ایسکمی</w:t>
      </w:r>
      <w:r w:rsidRPr="0000691D">
        <w:rPr>
          <w:rFonts w:cs="B Mitra"/>
          <w:sz w:val="28"/>
          <w:szCs w:val="28"/>
          <w:rtl/>
        </w:rPr>
        <w:t xml:space="preserve"> </w:t>
      </w:r>
      <w:r w:rsidRPr="0000691D">
        <w:rPr>
          <w:rFonts w:cs="B Mitra" w:hint="cs"/>
          <w:sz w:val="28"/>
          <w:szCs w:val="28"/>
          <w:rtl/>
        </w:rPr>
        <w:t>غیر</w:t>
      </w:r>
      <w:r w:rsidRPr="0000691D">
        <w:rPr>
          <w:rFonts w:cs="B Mitra"/>
          <w:sz w:val="28"/>
          <w:szCs w:val="28"/>
          <w:rtl/>
        </w:rPr>
        <w:t xml:space="preserve"> </w:t>
      </w:r>
      <w:r w:rsidRPr="0000691D">
        <w:rPr>
          <w:rFonts w:cs="B Mitra" w:hint="cs"/>
          <w:sz w:val="28"/>
          <w:szCs w:val="28"/>
          <w:rtl/>
        </w:rPr>
        <w:t>شریانی</w:t>
      </w:r>
      <w:r w:rsidRPr="0000691D">
        <w:rPr>
          <w:rFonts w:cs="B Mitra"/>
          <w:sz w:val="28"/>
          <w:szCs w:val="28"/>
          <w:rtl/>
        </w:rPr>
        <w:t xml:space="preserve"> </w:t>
      </w:r>
      <w:r w:rsidRPr="0000691D">
        <w:rPr>
          <w:rFonts w:cs="B Mitra" w:hint="cs"/>
          <w:sz w:val="28"/>
          <w:szCs w:val="28"/>
          <w:rtl/>
        </w:rPr>
        <w:t>شدم</w:t>
      </w:r>
      <w:r w:rsidRPr="0000691D">
        <w:rPr>
          <w:rFonts w:cs="B Mitra"/>
          <w:sz w:val="28"/>
          <w:szCs w:val="28"/>
          <w:rtl/>
        </w:rPr>
        <w:t xml:space="preserve"> </w:t>
      </w:r>
      <w:r w:rsidRPr="0000691D">
        <w:rPr>
          <w:rFonts w:cs="B Mitra" w:hint="cs"/>
          <w:sz w:val="28"/>
          <w:szCs w:val="28"/>
          <w:rtl/>
        </w:rPr>
        <w:t>که</w:t>
      </w:r>
      <w:r w:rsidRPr="0000691D">
        <w:rPr>
          <w:rFonts w:cs="B Mitra"/>
          <w:sz w:val="28"/>
          <w:szCs w:val="28"/>
          <w:rtl/>
        </w:rPr>
        <w:t xml:space="preserve"> </w:t>
      </w:r>
      <w:r w:rsidRPr="0000691D">
        <w:rPr>
          <w:rFonts w:cs="B Mitra" w:hint="cs"/>
          <w:sz w:val="28"/>
          <w:szCs w:val="28"/>
          <w:rtl/>
        </w:rPr>
        <w:t>نوعی</w:t>
      </w:r>
      <w:r w:rsidRPr="0000691D">
        <w:rPr>
          <w:rFonts w:cs="B Mitra"/>
          <w:sz w:val="28"/>
          <w:szCs w:val="28"/>
          <w:rtl/>
        </w:rPr>
        <w:t xml:space="preserve"> </w:t>
      </w:r>
      <w:r w:rsidRPr="0000691D">
        <w:rPr>
          <w:rFonts w:cs="B Mitra" w:hint="cs"/>
          <w:sz w:val="28"/>
          <w:szCs w:val="28"/>
          <w:rtl/>
        </w:rPr>
        <w:t>سکته</w:t>
      </w:r>
      <w:r w:rsidRPr="0000691D">
        <w:rPr>
          <w:rFonts w:cs="B Mitra"/>
          <w:sz w:val="28"/>
          <w:szCs w:val="28"/>
          <w:rtl/>
        </w:rPr>
        <w:t xml:space="preserve"> </w:t>
      </w:r>
      <w:r w:rsidRPr="0000691D">
        <w:rPr>
          <w:rFonts w:cs="B Mitra" w:hint="cs"/>
          <w:sz w:val="28"/>
          <w:szCs w:val="28"/>
          <w:rtl/>
        </w:rPr>
        <w:t>عصب</w:t>
      </w:r>
      <w:r w:rsidRPr="0000691D">
        <w:rPr>
          <w:rFonts w:cs="B Mitra"/>
          <w:sz w:val="28"/>
          <w:szCs w:val="28"/>
          <w:rtl/>
        </w:rPr>
        <w:t xml:space="preserve"> </w:t>
      </w:r>
      <w:r w:rsidRPr="0000691D">
        <w:rPr>
          <w:rFonts w:cs="B Mitra" w:hint="cs"/>
          <w:sz w:val="28"/>
          <w:szCs w:val="28"/>
          <w:rtl/>
        </w:rPr>
        <w:lastRenderedPageBreak/>
        <w:t>بینایی</w:t>
      </w:r>
      <w:r w:rsidRPr="0000691D">
        <w:rPr>
          <w:rFonts w:cs="B Mitra"/>
          <w:sz w:val="28"/>
          <w:szCs w:val="28"/>
          <w:rtl/>
        </w:rPr>
        <w:t xml:space="preserve"> </w:t>
      </w:r>
      <w:r w:rsidRPr="0000691D">
        <w:rPr>
          <w:rFonts w:cs="B Mitra" w:hint="cs"/>
          <w:sz w:val="28"/>
          <w:szCs w:val="28"/>
          <w:rtl/>
        </w:rPr>
        <w:t>است</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سال</w:t>
      </w:r>
      <w:r w:rsidRPr="0000691D">
        <w:rPr>
          <w:rFonts w:cs="B Mitra"/>
          <w:sz w:val="28"/>
          <w:szCs w:val="28"/>
          <w:rtl/>
        </w:rPr>
        <w:t xml:space="preserve"> </w:t>
      </w:r>
      <w:r w:rsidRPr="0000691D">
        <w:rPr>
          <w:rFonts w:cs="B Mitra"/>
          <w:sz w:val="28"/>
          <w:szCs w:val="28"/>
          <w:rtl/>
          <w:lang w:bidi="fa-IR"/>
        </w:rPr>
        <w:t>۲۰۱۹</w:t>
      </w:r>
      <w:r w:rsidRPr="0000691D">
        <w:rPr>
          <w:rFonts w:cs="B Mitra"/>
          <w:sz w:val="28"/>
          <w:szCs w:val="28"/>
          <w:rtl/>
        </w:rPr>
        <w:t xml:space="preserve"> </w:t>
      </w:r>
      <w:r w:rsidRPr="0000691D">
        <w:rPr>
          <w:rFonts w:cs="B Mitra" w:hint="cs"/>
          <w:sz w:val="28"/>
          <w:szCs w:val="28"/>
          <w:rtl/>
        </w:rPr>
        <w:t>چشم</w:t>
      </w:r>
      <w:r w:rsidRPr="0000691D">
        <w:rPr>
          <w:rFonts w:cs="B Mitra"/>
          <w:sz w:val="28"/>
          <w:szCs w:val="28"/>
          <w:rtl/>
        </w:rPr>
        <w:t xml:space="preserve"> </w:t>
      </w:r>
      <w:r w:rsidRPr="0000691D">
        <w:rPr>
          <w:rFonts w:cs="B Mitra" w:hint="cs"/>
          <w:sz w:val="28"/>
          <w:szCs w:val="28"/>
          <w:rtl/>
        </w:rPr>
        <w:t>چپم</w:t>
      </w:r>
      <w:r w:rsidRPr="0000691D">
        <w:rPr>
          <w:rFonts w:cs="B Mitra"/>
          <w:sz w:val="28"/>
          <w:szCs w:val="28"/>
          <w:rtl/>
        </w:rPr>
        <w:t xml:space="preserve"> </w:t>
      </w:r>
      <w:r w:rsidRPr="0000691D">
        <w:rPr>
          <w:rFonts w:cs="B Mitra" w:hint="cs"/>
          <w:sz w:val="28"/>
          <w:szCs w:val="28"/>
          <w:rtl/>
        </w:rPr>
        <w:t>درگیر</w:t>
      </w:r>
      <w:r w:rsidRPr="0000691D">
        <w:rPr>
          <w:rFonts w:cs="B Mitra"/>
          <w:sz w:val="28"/>
          <w:szCs w:val="28"/>
          <w:rtl/>
        </w:rPr>
        <w:t xml:space="preserve"> </w:t>
      </w:r>
      <w:r w:rsidRPr="0000691D">
        <w:rPr>
          <w:rFonts w:cs="B Mitra" w:hint="cs"/>
          <w:sz w:val="28"/>
          <w:szCs w:val="28"/>
          <w:rtl/>
        </w:rPr>
        <w:t>شد</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پس</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آن</w:t>
      </w:r>
      <w:r w:rsidRPr="0000691D">
        <w:rPr>
          <w:rFonts w:cs="B Mitra"/>
          <w:sz w:val="28"/>
          <w:szCs w:val="28"/>
          <w:rtl/>
        </w:rPr>
        <w:t xml:space="preserve"> </w:t>
      </w:r>
      <w:r w:rsidRPr="0000691D">
        <w:rPr>
          <w:rFonts w:cs="B Mitra" w:hint="cs"/>
          <w:sz w:val="28"/>
          <w:szCs w:val="28"/>
          <w:rtl/>
        </w:rPr>
        <w:t>چشم</w:t>
      </w:r>
      <w:r w:rsidRPr="0000691D">
        <w:rPr>
          <w:rFonts w:cs="B Mitra"/>
          <w:sz w:val="28"/>
          <w:szCs w:val="28"/>
          <w:rtl/>
        </w:rPr>
        <w:t xml:space="preserve"> </w:t>
      </w:r>
      <w:r w:rsidRPr="0000691D">
        <w:rPr>
          <w:rFonts w:cs="B Mitra" w:hint="cs"/>
          <w:sz w:val="28"/>
          <w:szCs w:val="28"/>
          <w:rtl/>
        </w:rPr>
        <w:t>راستم</w:t>
      </w:r>
      <w:r w:rsidRPr="0000691D">
        <w:rPr>
          <w:rFonts w:cs="B Mitra"/>
          <w:sz w:val="28"/>
          <w:szCs w:val="28"/>
          <w:rtl/>
        </w:rPr>
        <w:t xml:space="preserve"> </w:t>
      </w:r>
      <w:r w:rsidRPr="0000691D">
        <w:rPr>
          <w:rFonts w:cs="B Mitra" w:hint="cs"/>
          <w:sz w:val="28"/>
          <w:szCs w:val="28"/>
          <w:rtl/>
        </w:rPr>
        <w:t>نیز</w:t>
      </w:r>
      <w:r w:rsidRPr="0000691D">
        <w:rPr>
          <w:rFonts w:cs="B Mitra"/>
          <w:sz w:val="28"/>
          <w:szCs w:val="28"/>
          <w:rtl/>
        </w:rPr>
        <w:t xml:space="preserve"> </w:t>
      </w:r>
      <w:r w:rsidRPr="0000691D">
        <w:rPr>
          <w:rFonts w:cs="B Mitra" w:hint="cs"/>
          <w:sz w:val="28"/>
          <w:szCs w:val="28"/>
          <w:rtl/>
        </w:rPr>
        <w:t>دچار</w:t>
      </w:r>
      <w:r w:rsidRPr="0000691D">
        <w:rPr>
          <w:rFonts w:cs="B Mitra"/>
          <w:sz w:val="28"/>
          <w:szCs w:val="28"/>
          <w:rtl/>
        </w:rPr>
        <w:t xml:space="preserve"> </w:t>
      </w:r>
      <w:r w:rsidRPr="0000691D">
        <w:rPr>
          <w:rFonts w:cs="B Mitra" w:hint="cs"/>
          <w:sz w:val="28"/>
          <w:szCs w:val="28"/>
          <w:rtl/>
        </w:rPr>
        <w:t>این</w:t>
      </w:r>
      <w:r w:rsidRPr="0000691D">
        <w:rPr>
          <w:rFonts w:cs="B Mitra"/>
          <w:sz w:val="28"/>
          <w:szCs w:val="28"/>
          <w:rtl/>
        </w:rPr>
        <w:t xml:space="preserve"> </w:t>
      </w:r>
      <w:r w:rsidRPr="0000691D">
        <w:rPr>
          <w:rFonts w:cs="B Mitra" w:hint="cs"/>
          <w:sz w:val="28"/>
          <w:szCs w:val="28"/>
          <w:rtl/>
        </w:rPr>
        <w:t>رخداد</w:t>
      </w:r>
      <w:r w:rsidRPr="0000691D">
        <w:rPr>
          <w:rFonts w:cs="B Mitra"/>
          <w:sz w:val="28"/>
          <w:szCs w:val="28"/>
          <w:rtl/>
        </w:rPr>
        <w:t xml:space="preserve"> </w:t>
      </w:r>
      <w:r w:rsidRPr="0000691D">
        <w:rPr>
          <w:rFonts w:cs="B Mitra" w:hint="cs"/>
          <w:sz w:val="28"/>
          <w:szCs w:val="28"/>
          <w:rtl/>
        </w:rPr>
        <w:t>نادر</w:t>
      </w:r>
      <w:r w:rsidRPr="0000691D">
        <w:rPr>
          <w:rFonts w:cs="B Mitra"/>
          <w:sz w:val="28"/>
          <w:szCs w:val="28"/>
          <w:rtl/>
        </w:rPr>
        <w:t xml:space="preserve"> </w:t>
      </w:r>
      <w:r w:rsidRPr="0000691D">
        <w:rPr>
          <w:rFonts w:cs="B Mitra" w:hint="cs"/>
          <w:sz w:val="28"/>
          <w:szCs w:val="28"/>
          <w:rtl/>
        </w:rPr>
        <w:t>گردید</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حال</w:t>
      </w:r>
      <w:r w:rsidRPr="0000691D">
        <w:rPr>
          <w:rFonts w:cs="B Mitra"/>
          <w:sz w:val="28"/>
          <w:szCs w:val="28"/>
          <w:rtl/>
        </w:rPr>
        <w:t xml:space="preserve"> </w:t>
      </w:r>
      <w:r w:rsidRPr="0000691D">
        <w:rPr>
          <w:rFonts w:cs="B Mitra" w:hint="cs"/>
          <w:sz w:val="28"/>
          <w:szCs w:val="28"/>
          <w:rtl/>
        </w:rPr>
        <w:t>حاضر</w:t>
      </w:r>
      <w:r w:rsidRPr="0000691D">
        <w:rPr>
          <w:rFonts w:cs="B Mitra"/>
          <w:sz w:val="28"/>
          <w:szCs w:val="28"/>
          <w:rtl/>
        </w:rPr>
        <w:t xml:space="preserve"> </w:t>
      </w:r>
      <w:r w:rsidRPr="0000691D">
        <w:rPr>
          <w:rFonts w:cs="B Mitra" w:hint="cs"/>
          <w:sz w:val="28"/>
          <w:szCs w:val="28"/>
          <w:rtl/>
        </w:rPr>
        <w:t>فقط</w:t>
      </w:r>
      <w:r w:rsidRPr="0000691D">
        <w:rPr>
          <w:rFonts w:cs="B Mitra"/>
          <w:sz w:val="28"/>
          <w:szCs w:val="28"/>
          <w:rtl/>
        </w:rPr>
        <w:t xml:space="preserve"> </w:t>
      </w:r>
      <w:r w:rsidRPr="0000691D">
        <w:rPr>
          <w:rFonts w:cs="B Mitra" w:hint="cs"/>
          <w:sz w:val="28"/>
          <w:szCs w:val="28"/>
          <w:rtl/>
        </w:rPr>
        <w:t>حدود</w:t>
      </w:r>
      <w:r w:rsidRPr="0000691D">
        <w:rPr>
          <w:rFonts w:cs="B Mitra"/>
          <w:sz w:val="28"/>
          <w:szCs w:val="28"/>
          <w:rtl/>
        </w:rPr>
        <w:t xml:space="preserve"> </w:t>
      </w:r>
      <w:r w:rsidRPr="0000691D">
        <w:rPr>
          <w:rFonts w:cs="B Mitra"/>
          <w:sz w:val="28"/>
          <w:szCs w:val="28"/>
          <w:rtl/>
          <w:lang w:bidi="fa-IR"/>
        </w:rPr>
        <w:t>۱۵</w:t>
      </w:r>
      <w:r w:rsidRPr="0000691D">
        <w:rPr>
          <w:rFonts w:cs="B Mitra"/>
          <w:sz w:val="28"/>
          <w:szCs w:val="28"/>
          <w:rtl/>
        </w:rPr>
        <w:t xml:space="preserve"> </w:t>
      </w:r>
      <w:r w:rsidRPr="0000691D">
        <w:rPr>
          <w:rFonts w:cs="B Mitra" w:hint="cs"/>
          <w:sz w:val="28"/>
          <w:szCs w:val="28"/>
          <w:rtl/>
        </w:rPr>
        <w:t>درصد</w:t>
      </w:r>
      <w:r w:rsidRPr="0000691D">
        <w:rPr>
          <w:rFonts w:cs="B Mitra"/>
          <w:sz w:val="28"/>
          <w:szCs w:val="28"/>
          <w:rtl/>
        </w:rPr>
        <w:t xml:space="preserve"> </w:t>
      </w:r>
      <w:r w:rsidRPr="0000691D">
        <w:rPr>
          <w:rFonts w:cs="B Mitra" w:hint="cs"/>
          <w:sz w:val="28"/>
          <w:szCs w:val="28"/>
          <w:rtl/>
        </w:rPr>
        <w:t>بینایی</w:t>
      </w:r>
      <w:r w:rsidRPr="0000691D">
        <w:rPr>
          <w:rFonts w:cs="B Mitra"/>
          <w:sz w:val="28"/>
          <w:szCs w:val="28"/>
          <w:rtl/>
        </w:rPr>
        <w:t xml:space="preserve"> </w:t>
      </w:r>
      <w:r w:rsidRPr="0000691D">
        <w:rPr>
          <w:rFonts w:cs="B Mitra" w:hint="cs"/>
          <w:sz w:val="28"/>
          <w:szCs w:val="28"/>
          <w:rtl/>
        </w:rPr>
        <w:t>دارم،</w:t>
      </w:r>
      <w:r w:rsidRPr="0000691D">
        <w:rPr>
          <w:rFonts w:cs="B Mitra"/>
          <w:sz w:val="28"/>
          <w:szCs w:val="28"/>
          <w:rtl/>
        </w:rPr>
        <w:t xml:space="preserve"> </w:t>
      </w:r>
      <w:r w:rsidRPr="0000691D">
        <w:rPr>
          <w:rFonts w:cs="B Mitra" w:hint="cs"/>
          <w:sz w:val="28"/>
          <w:szCs w:val="28"/>
          <w:rtl/>
        </w:rPr>
        <w:t>اما</w:t>
      </w:r>
      <w:r w:rsidRPr="0000691D">
        <w:rPr>
          <w:rFonts w:cs="B Mitra"/>
          <w:sz w:val="28"/>
          <w:szCs w:val="28"/>
          <w:rtl/>
        </w:rPr>
        <w:t xml:space="preserve"> </w:t>
      </w:r>
      <w:r w:rsidRPr="0000691D">
        <w:rPr>
          <w:rFonts w:cs="B Mitra" w:hint="cs"/>
          <w:sz w:val="28"/>
          <w:szCs w:val="28"/>
          <w:rtl/>
        </w:rPr>
        <w:t>هرگز</w:t>
      </w:r>
      <w:r w:rsidRPr="0000691D">
        <w:rPr>
          <w:rFonts w:cs="B Mitra"/>
          <w:sz w:val="28"/>
          <w:szCs w:val="28"/>
          <w:rtl/>
        </w:rPr>
        <w:t xml:space="preserve"> </w:t>
      </w:r>
      <w:r w:rsidRPr="0000691D">
        <w:rPr>
          <w:rFonts w:cs="B Mitra" w:hint="cs"/>
          <w:sz w:val="28"/>
          <w:szCs w:val="28"/>
          <w:rtl/>
        </w:rPr>
        <w:t>نخواستم</w:t>
      </w:r>
      <w:r w:rsidRPr="0000691D">
        <w:rPr>
          <w:rFonts w:cs="B Mitra"/>
          <w:sz w:val="28"/>
          <w:szCs w:val="28"/>
          <w:rtl/>
        </w:rPr>
        <w:t xml:space="preserve"> </w:t>
      </w:r>
      <w:r w:rsidRPr="0000691D">
        <w:rPr>
          <w:rFonts w:cs="B Mitra" w:hint="cs"/>
          <w:sz w:val="28"/>
          <w:szCs w:val="28"/>
          <w:rtl/>
        </w:rPr>
        <w:t>این</w:t>
      </w:r>
      <w:r w:rsidRPr="0000691D">
        <w:rPr>
          <w:rFonts w:cs="B Mitra"/>
          <w:sz w:val="28"/>
          <w:szCs w:val="28"/>
          <w:rtl/>
        </w:rPr>
        <w:t xml:space="preserve"> </w:t>
      </w:r>
      <w:r w:rsidRPr="0000691D">
        <w:rPr>
          <w:rFonts w:cs="B Mitra" w:hint="cs"/>
          <w:sz w:val="28"/>
          <w:szCs w:val="28"/>
          <w:rtl/>
        </w:rPr>
        <w:t>علاقه</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کنار</w:t>
      </w:r>
      <w:r w:rsidRPr="0000691D">
        <w:rPr>
          <w:rFonts w:cs="B Mitra"/>
          <w:sz w:val="28"/>
          <w:szCs w:val="28"/>
          <w:rtl/>
        </w:rPr>
        <w:t xml:space="preserve"> </w:t>
      </w:r>
      <w:r w:rsidRPr="0000691D">
        <w:rPr>
          <w:rFonts w:cs="B Mitra" w:hint="cs"/>
          <w:sz w:val="28"/>
          <w:szCs w:val="28"/>
          <w:rtl/>
        </w:rPr>
        <w:t>بگذارم</w:t>
      </w:r>
      <w:r w:rsidRPr="0000691D">
        <w:rPr>
          <w:rFonts w:cs="B Mitra"/>
          <w:sz w:val="28"/>
          <w:szCs w:val="28"/>
          <w:rtl/>
        </w:rPr>
        <w:t>.</w:t>
      </w:r>
    </w:p>
    <w:p w:rsidR="00A75B1C" w:rsidRPr="0000691D" w:rsidRDefault="00A75B1C" w:rsidP="0000691D">
      <w:pPr>
        <w:bidi/>
        <w:spacing w:line="360" w:lineRule="auto"/>
        <w:jc w:val="both"/>
        <w:rPr>
          <w:rFonts w:cs="B Mitra"/>
          <w:sz w:val="28"/>
          <w:szCs w:val="28"/>
        </w:rPr>
      </w:pPr>
      <w:r w:rsidRPr="0000691D">
        <w:rPr>
          <w:rFonts w:cs="B Mitra" w:hint="cs"/>
          <w:sz w:val="28"/>
          <w:szCs w:val="28"/>
          <w:rtl/>
        </w:rPr>
        <w:t>ریکی</w:t>
      </w:r>
      <w:r w:rsidRPr="0000691D">
        <w:rPr>
          <w:rFonts w:cs="B Mitra"/>
          <w:sz w:val="28"/>
          <w:szCs w:val="28"/>
          <w:rtl/>
        </w:rPr>
        <w:t xml:space="preserve"> </w:t>
      </w:r>
      <w:r w:rsidRPr="0000691D">
        <w:rPr>
          <w:rFonts w:cs="B Mitra" w:hint="cs"/>
          <w:sz w:val="28"/>
          <w:szCs w:val="28"/>
          <w:rtl/>
        </w:rPr>
        <w:t>انگر</w:t>
      </w:r>
      <w:r w:rsidRPr="0000691D">
        <w:rPr>
          <w:rFonts w:cs="B Mitra"/>
          <w:sz w:val="28"/>
          <w:szCs w:val="28"/>
          <w:rtl/>
        </w:rPr>
        <w:t xml:space="preserve">: </w:t>
      </w:r>
      <w:r w:rsidRPr="0000691D">
        <w:rPr>
          <w:rFonts w:cs="B Mitra" w:hint="cs"/>
          <w:sz w:val="28"/>
          <w:szCs w:val="28"/>
          <w:rtl/>
        </w:rPr>
        <w:t>دان،</w:t>
      </w:r>
      <w:r w:rsidRPr="0000691D">
        <w:rPr>
          <w:rFonts w:cs="B Mitra"/>
          <w:sz w:val="28"/>
          <w:szCs w:val="28"/>
          <w:rtl/>
        </w:rPr>
        <w:t xml:space="preserve"> </w:t>
      </w:r>
      <w:r w:rsidRPr="0000691D">
        <w:rPr>
          <w:rFonts w:cs="B Mitra" w:hint="cs"/>
          <w:sz w:val="28"/>
          <w:szCs w:val="28"/>
          <w:rtl/>
        </w:rPr>
        <w:t>کمی</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خودت</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مسیر</w:t>
      </w:r>
      <w:r w:rsidRPr="0000691D">
        <w:rPr>
          <w:rFonts w:cs="B Mitra"/>
          <w:sz w:val="28"/>
          <w:szCs w:val="28"/>
          <w:rtl/>
        </w:rPr>
        <w:t xml:space="preserve"> </w:t>
      </w:r>
      <w:r w:rsidRPr="0000691D">
        <w:rPr>
          <w:rFonts w:cs="B Mitra" w:hint="cs"/>
          <w:sz w:val="28"/>
          <w:szCs w:val="28"/>
          <w:rtl/>
        </w:rPr>
        <w:t>تغییر</w:t>
      </w:r>
      <w:r w:rsidRPr="0000691D">
        <w:rPr>
          <w:rFonts w:cs="B Mitra"/>
          <w:sz w:val="28"/>
          <w:szCs w:val="28"/>
          <w:rtl/>
        </w:rPr>
        <w:t xml:space="preserve"> </w:t>
      </w:r>
      <w:r w:rsidRPr="0000691D">
        <w:rPr>
          <w:rFonts w:cs="B Mitra" w:hint="cs"/>
          <w:sz w:val="28"/>
          <w:szCs w:val="28"/>
          <w:rtl/>
        </w:rPr>
        <w:t>بینایی‌ات</w:t>
      </w:r>
      <w:r w:rsidRPr="0000691D">
        <w:rPr>
          <w:rFonts w:cs="B Mitra"/>
          <w:sz w:val="28"/>
          <w:szCs w:val="28"/>
          <w:rtl/>
        </w:rPr>
        <w:t xml:space="preserve"> </w:t>
      </w:r>
      <w:r w:rsidRPr="0000691D">
        <w:rPr>
          <w:rFonts w:cs="B Mitra" w:hint="cs"/>
          <w:sz w:val="28"/>
          <w:szCs w:val="28"/>
          <w:rtl/>
        </w:rPr>
        <w:t>بگو</w:t>
      </w:r>
      <w:r w:rsidRPr="0000691D">
        <w:rPr>
          <w:rFonts w:cs="B Mitra"/>
          <w:sz w:val="28"/>
          <w:szCs w:val="28"/>
          <w:rtl/>
        </w:rPr>
        <w:t>.</w:t>
      </w:r>
    </w:p>
    <w:p w:rsidR="00A75B1C" w:rsidRPr="0000691D" w:rsidRDefault="00A75B1C" w:rsidP="0000691D">
      <w:pPr>
        <w:bidi/>
        <w:spacing w:line="360" w:lineRule="auto"/>
        <w:jc w:val="both"/>
        <w:rPr>
          <w:rFonts w:cs="B Mitra"/>
          <w:sz w:val="28"/>
          <w:szCs w:val="28"/>
        </w:rPr>
      </w:pPr>
      <w:r w:rsidRPr="0000691D">
        <w:rPr>
          <w:rFonts w:cs="B Mitra" w:hint="cs"/>
          <w:sz w:val="28"/>
          <w:szCs w:val="28"/>
          <w:rtl/>
        </w:rPr>
        <w:t>دان</w:t>
      </w:r>
      <w:r w:rsidRPr="0000691D">
        <w:rPr>
          <w:rFonts w:cs="B Mitra"/>
          <w:sz w:val="28"/>
          <w:szCs w:val="28"/>
          <w:rtl/>
        </w:rPr>
        <w:t xml:space="preserve"> </w:t>
      </w:r>
      <w:r w:rsidRPr="0000691D">
        <w:rPr>
          <w:rFonts w:cs="B Mitra" w:hint="cs"/>
          <w:sz w:val="28"/>
          <w:szCs w:val="28"/>
          <w:rtl/>
        </w:rPr>
        <w:t>پوینتمن</w:t>
      </w:r>
      <w:r w:rsidRPr="0000691D">
        <w:rPr>
          <w:rFonts w:cs="B Mitra"/>
          <w:sz w:val="28"/>
          <w:szCs w:val="28"/>
          <w:rtl/>
        </w:rPr>
        <w:t xml:space="preserve">: </w:t>
      </w:r>
      <w:r w:rsidRPr="0000691D">
        <w:rPr>
          <w:rFonts w:cs="B Mitra" w:hint="cs"/>
          <w:sz w:val="28"/>
          <w:szCs w:val="28"/>
          <w:rtl/>
        </w:rPr>
        <w:t>من</w:t>
      </w:r>
      <w:r w:rsidRPr="0000691D">
        <w:rPr>
          <w:rFonts w:cs="B Mitra"/>
          <w:sz w:val="28"/>
          <w:szCs w:val="28"/>
          <w:rtl/>
        </w:rPr>
        <w:t xml:space="preserve"> </w:t>
      </w:r>
      <w:r w:rsidRPr="0000691D">
        <w:rPr>
          <w:rFonts w:cs="B Mitra"/>
          <w:sz w:val="28"/>
          <w:szCs w:val="28"/>
          <w:rtl/>
          <w:lang w:bidi="fa-IR"/>
        </w:rPr>
        <w:t>۶۱</w:t>
      </w:r>
      <w:r w:rsidRPr="0000691D">
        <w:rPr>
          <w:rFonts w:cs="B Mitra"/>
          <w:sz w:val="28"/>
          <w:szCs w:val="28"/>
          <w:rtl/>
        </w:rPr>
        <w:t xml:space="preserve"> </w:t>
      </w:r>
      <w:r w:rsidRPr="0000691D">
        <w:rPr>
          <w:rFonts w:cs="B Mitra" w:hint="cs"/>
          <w:sz w:val="28"/>
          <w:szCs w:val="28"/>
          <w:rtl/>
        </w:rPr>
        <w:t>سال</w:t>
      </w:r>
      <w:r w:rsidRPr="0000691D">
        <w:rPr>
          <w:rFonts w:cs="B Mitra"/>
          <w:sz w:val="28"/>
          <w:szCs w:val="28"/>
          <w:rtl/>
        </w:rPr>
        <w:t xml:space="preserve"> </w:t>
      </w:r>
      <w:r w:rsidRPr="0000691D">
        <w:rPr>
          <w:rFonts w:cs="B Mitra" w:hint="cs"/>
          <w:sz w:val="28"/>
          <w:szCs w:val="28"/>
          <w:rtl/>
        </w:rPr>
        <w:t>دارم</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اداره</w:t>
      </w:r>
      <w:r w:rsidRPr="0000691D">
        <w:rPr>
          <w:rFonts w:cs="B Mitra"/>
          <w:sz w:val="28"/>
          <w:szCs w:val="28"/>
          <w:rtl/>
        </w:rPr>
        <w:t xml:space="preserve"> </w:t>
      </w:r>
      <w:r w:rsidRPr="0000691D">
        <w:rPr>
          <w:rFonts w:cs="B Mitra" w:hint="cs"/>
          <w:sz w:val="28"/>
          <w:szCs w:val="28"/>
          <w:rtl/>
        </w:rPr>
        <w:t>بهداشت</w:t>
      </w:r>
      <w:r w:rsidRPr="0000691D">
        <w:rPr>
          <w:rFonts w:cs="B Mitra"/>
          <w:sz w:val="28"/>
          <w:szCs w:val="28"/>
          <w:rtl/>
        </w:rPr>
        <w:t xml:space="preserve"> </w:t>
      </w:r>
      <w:r w:rsidRPr="0000691D">
        <w:rPr>
          <w:rFonts w:cs="B Mitra" w:hint="cs"/>
          <w:sz w:val="28"/>
          <w:szCs w:val="28"/>
          <w:rtl/>
        </w:rPr>
        <w:t>عمومی</w:t>
      </w:r>
      <w:r w:rsidRPr="0000691D">
        <w:rPr>
          <w:rFonts w:cs="B Mitra"/>
          <w:sz w:val="28"/>
          <w:szCs w:val="28"/>
          <w:rtl/>
        </w:rPr>
        <w:t xml:space="preserve"> </w:t>
      </w:r>
      <w:r w:rsidRPr="0000691D">
        <w:rPr>
          <w:rFonts w:cs="B Mitra" w:hint="cs"/>
          <w:sz w:val="28"/>
          <w:szCs w:val="28"/>
          <w:rtl/>
        </w:rPr>
        <w:t>ویرجینیای</w:t>
      </w:r>
      <w:r w:rsidRPr="0000691D">
        <w:rPr>
          <w:rFonts w:cs="B Mitra"/>
          <w:sz w:val="28"/>
          <w:szCs w:val="28"/>
          <w:rtl/>
        </w:rPr>
        <w:t xml:space="preserve"> </w:t>
      </w:r>
      <w:r w:rsidRPr="0000691D">
        <w:rPr>
          <w:rFonts w:cs="B Mitra" w:hint="cs"/>
          <w:sz w:val="28"/>
          <w:szCs w:val="28"/>
          <w:rtl/>
        </w:rPr>
        <w:t>غربی</w:t>
      </w:r>
      <w:r w:rsidRPr="0000691D">
        <w:rPr>
          <w:rFonts w:cs="B Mitra"/>
          <w:sz w:val="28"/>
          <w:szCs w:val="28"/>
          <w:rtl/>
        </w:rPr>
        <w:t xml:space="preserve"> </w:t>
      </w:r>
      <w:r w:rsidRPr="0000691D">
        <w:rPr>
          <w:rFonts w:cs="B Mitra" w:hint="cs"/>
          <w:sz w:val="28"/>
          <w:szCs w:val="28"/>
          <w:rtl/>
        </w:rPr>
        <w:t>کار</w:t>
      </w:r>
      <w:r w:rsidRPr="0000691D">
        <w:rPr>
          <w:rFonts w:cs="B Mitra"/>
          <w:sz w:val="28"/>
          <w:szCs w:val="28"/>
          <w:rtl/>
        </w:rPr>
        <w:t xml:space="preserve"> </w:t>
      </w:r>
      <w:r w:rsidRPr="0000691D">
        <w:rPr>
          <w:rFonts w:cs="B Mitra" w:hint="cs"/>
          <w:sz w:val="28"/>
          <w:szCs w:val="28"/>
          <w:rtl/>
        </w:rPr>
        <w:t>می‌کنم</w:t>
      </w:r>
      <w:r w:rsidRPr="0000691D">
        <w:rPr>
          <w:rFonts w:cs="B Mitra"/>
          <w:sz w:val="28"/>
          <w:szCs w:val="28"/>
          <w:rtl/>
        </w:rPr>
        <w:t xml:space="preserve">. </w:t>
      </w:r>
      <w:r w:rsidRPr="0000691D">
        <w:rPr>
          <w:rFonts w:cs="B Mitra" w:hint="cs"/>
          <w:sz w:val="28"/>
          <w:szCs w:val="28"/>
          <w:rtl/>
        </w:rPr>
        <w:t>ماجرای</w:t>
      </w:r>
      <w:r w:rsidRPr="0000691D">
        <w:rPr>
          <w:rFonts w:cs="B Mitra"/>
          <w:sz w:val="28"/>
          <w:szCs w:val="28"/>
          <w:rtl/>
        </w:rPr>
        <w:t xml:space="preserve"> </w:t>
      </w:r>
      <w:r w:rsidRPr="0000691D">
        <w:rPr>
          <w:rFonts w:cs="B Mitra" w:hint="cs"/>
          <w:sz w:val="28"/>
          <w:szCs w:val="28"/>
          <w:rtl/>
        </w:rPr>
        <w:t>تغییر</w:t>
      </w:r>
      <w:r w:rsidRPr="0000691D">
        <w:rPr>
          <w:rFonts w:cs="B Mitra"/>
          <w:sz w:val="28"/>
          <w:szCs w:val="28"/>
          <w:rtl/>
        </w:rPr>
        <w:t xml:space="preserve"> </w:t>
      </w:r>
      <w:r w:rsidRPr="0000691D">
        <w:rPr>
          <w:rFonts w:cs="B Mitra" w:hint="cs"/>
          <w:sz w:val="28"/>
          <w:szCs w:val="28"/>
          <w:rtl/>
        </w:rPr>
        <w:t>بینایی</w:t>
      </w:r>
      <w:r w:rsidRPr="0000691D">
        <w:rPr>
          <w:rFonts w:cs="B Mitra"/>
          <w:sz w:val="28"/>
          <w:szCs w:val="28"/>
          <w:rtl/>
        </w:rPr>
        <w:t xml:space="preserve"> </w:t>
      </w:r>
      <w:r w:rsidRPr="0000691D">
        <w:rPr>
          <w:rFonts w:cs="B Mitra" w:hint="cs"/>
          <w:sz w:val="28"/>
          <w:szCs w:val="28"/>
          <w:rtl/>
        </w:rPr>
        <w:t>من</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سال</w:t>
      </w:r>
      <w:r w:rsidRPr="0000691D">
        <w:rPr>
          <w:rFonts w:cs="B Mitra"/>
          <w:sz w:val="28"/>
          <w:szCs w:val="28"/>
          <w:rtl/>
        </w:rPr>
        <w:t xml:space="preserve"> </w:t>
      </w:r>
      <w:r w:rsidRPr="0000691D">
        <w:rPr>
          <w:rFonts w:cs="B Mitra"/>
          <w:sz w:val="28"/>
          <w:szCs w:val="28"/>
          <w:rtl/>
          <w:lang w:bidi="fa-IR"/>
        </w:rPr>
        <w:t>۲۰۱۵</w:t>
      </w:r>
      <w:r w:rsidRPr="0000691D">
        <w:rPr>
          <w:rFonts w:cs="B Mitra"/>
          <w:sz w:val="28"/>
          <w:szCs w:val="28"/>
          <w:rtl/>
        </w:rPr>
        <w:t xml:space="preserve"> </w:t>
      </w:r>
      <w:r w:rsidRPr="0000691D">
        <w:rPr>
          <w:rFonts w:cs="B Mitra" w:hint="cs"/>
          <w:sz w:val="28"/>
          <w:szCs w:val="28"/>
          <w:rtl/>
        </w:rPr>
        <w:t>آغاز</w:t>
      </w:r>
      <w:r w:rsidRPr="0000691D">
        <w:rPr>
          <w:rFonts w:cs="B Mitra"/>
          <w:sz w:val="28"/>
          <w:szCs w:val="28"/>
          <w:rtl/>
        </w:rPr>
        <w:t xml:space="preserve"> </w:t>
      </w:r>
      <w:r w:rsidRPr="0000691D">
        <w:rPr>
          <w:rFonts w:cs="B Mitra" w:hint="cs"/>
          <w:sz w:val="28"/>
          <w:szCs w:val="28"/>
          <w:rtl/>
        </w:rPr>
        <w:t>شد؛</w:t>
      </w:r>
      <w:r w:rsidRPr="0000691D">
        <w:rPr>
          <w:rFonts w:cs="B Mitra"/>
          <w:sz w:val="28"/>
          <w:szCs w:val="28"/>
          <w:rtl/>
        </w:rPr>
        <w:t xml:space="preserve"> </w:t>
      </w:r>
      <w:r w:rsidRPr="0000691D">
        <w:rPr>
          <w:rFonts w:cs="B Mitra" w:hint="cs"/>
          <w:sz w:val="28"/>
          <w:szCs w:val="28"/>
          <w:rtl/>
        </w:rPr>
        <w:t>هنگامی</w:t>
      </w:r>
      <w:r w:rsidRPr="0000691D">
        <w:rPr>
          <w:rFonts w:cs="B Mitra"/>
          <w:sz w:val="28"/>
          <w:szCs w:val="28"/>
          <w:rtl/>
        </w:rPr>
        <w:t xml:space="preserve"> </w:t>
      </w:r>
      <w:r w:rsidRPr="0000691D">
        <w:rPr>
          <w:rFonts w:cs="B Mitra" w:hint="cs"/>
          <w:sz w:val="28"/>
          <w:szCs w:val="28"/>
          <w:rtl/>
        </w:rPr>
        <w:t>که</w:t>
      </w:r>
      <w:r w:rsidRPr="0000691D">
        <w:rPr>
          <w:rFonts w:cs="B Mitra"/>
          <w:sz w:val="28"/>
          <w:szCs w:val="28"/>
          <w:rtl/>
        </w:rPr>
        <w:t xml:space="preserve"> </w:t>
      </w:r>
      <w:r w:rsidRPr="0000691D">
        <w:rPr>
          <w:rFonts w:cs="B Mitra" w:hint="cs"/>
          <w:sz w:val="28"/>
          <w:szCs w:val="28"/>
          <w:rtl/>
        </w:rPr>
        <w:t>مشغول</w:t>
      </w:r>
      <w:r w:rsidRPr="0000691D">
        <w:rPr>
          <w:rFonts w:cs="B Mitra"/>
          <w:sz w:val="28"/>
          <w:szCs w:val="28"/>
          <w:rtl/>
        </w:rPr>
        <w:t xml:space="preserve"> </w:t>
      </w:r>
      <w:r w:rsidRPr="0000691D">
        <w:rPr>
          <w:rFonts w:cs="B Mitra" w:hint="cs"/>
          <w:sz w:val="28"/>
          <w:szCs w:val="28"/>
          <w:rtl/>
        </w:rPr>
        <w:t>درست</w:t>
      </w:r>
      <w:r w:rsidRPr="0000691D">
        <w:rPr>
          <w:rFonts w:cs="B Mitra"/>
          <w:sz w:val="28"/>
          <w:szCs w:val="28"/>
          <w:rtl/>
        </w:rPr>
        <w:t xml:space="preserve"> </w:t>
      </w:r>
      <w:r w:rsidRPr="0000691D">
        <w:rPr>
          <w:rFonts w:cs="B Mitra" w:hint="cs"/>
          <w:sz w:val="28"/>
          <w:szCs w:val="28"/>
          <w:rtl/>
        </w:rPr>
        <w:t>کردن</w:t>
      </w:r>
      <w:r w:rsidRPr="0000691D">
        <w:rPr>
          <w:rFonts w:cs="B Mitra"/>
          <w:sz w:val="28"/>
          <w:szCs w:val="28"/>
          <w:rtl/>
        </w:rPr>
        <w:t xml:space="preserve"> </w:t>
      </w:r>
      <w:r w:rsidRPr="0000691D">
        <w:rPr>
          <w:rFonts w:cs="B Mitra" w:hint="cs"/>
          <w:sz w:val="28"/>
          <w:szCs w:val="28"/>
          <w:rtl/>
        </w:rPr>
        <w:t>بستنی</w:t>
      </w:r>
      <w:r w:rsidRPr="0000691D">
        <w:rPr>
          <w:rFonts w:cs="B Mitra"/>
          <w:sz w:val="28"/>
          <w:szCs w:val="28"/>
          <w:rtl/>
        </w:rPr>
        <w:t xml:space="preserve"> </w:t>
      </w:r>
      <w:r w:rsidRPr="0000691D">
        <w:rPr>
          <w:rFonts w:cs="B Mitra" w:hint="cs"/>
          <w:sz w:val="28"/>
          <w:szCs w:val="28"/>
          <w:rtl/>
        </w:rPr>
        <w:t>دست‌ساز</w:t>
      </w:r>
      <w:r w:rsidRPr="0000691D">
        <w:rPr>
          <w:rFonts w:cs="B Mitra"/>
          <w:sz w:val="28"/>
          <w:szCs w:val="28"/>
          <w:rtl/>
        </w:rPr>
        <w:t xml:space="preserve"> </w:t>
      </w:r>
      <w:r w:rsidRPr="0000691D">
        <w:rPr>
          <w:rFonts w:cs="B Mitra" w:hint="cs"/>
          <w:sz w:val="28"/>
          <w:szCs w:val="28"/>
          <w:rtl/>
        </w:rPr>
        <w:t>نعنا</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بیسکویت</w:t>
      </w:r>
      <w:r w:rsidRPr="0000691D">
        <w:rPr>
          <w:rFonts w:cs="B Mitra"/>
          <w:sz w:val="28"/>
          <w:szCs w:val="28"/>
          <w:rtl/>
        </w:rPr>
        <w:t xml:space="preserve"> </w:t>
      </w:r>
      <w:r w:rsidRPr="0000691D">
        <w:rPr>
          <w:rFonts w:cs="B Mitra" w:hint="cs"/>
          <w:sz w:val="28"/>
          <w:szCs w:val="28"/>
          <w:rtl/>
        </w:rPr>
        <w:t>بودم،</w:t>
      </w:r>
      <w:r w:rsidRPr="0000691D">
        <w:rPr>
          <w:rFonts w:cs="B Mitra"/>
          <w:sz w:val="28"/>
          <w:szCs w:val="28"/>
          <w:rtl/>
        </w:rPr>
        <w:t xml:space="preserve"> </w:t>
      </w:r>
      <w:r w:rsidRPr="0000691D">
        <w:rPr>
          <w:rFonts w:cs="B Mitra" w:hint="cs"/>
          <w:sz w:val="28"/>
          <w:szCs w:val="28"/>
          <w:rtl/>
        </w:rPr>
        <w:t>حس</w:t>
      </w:r>
      <w:r w:rsidRPr="0000691D">
        <w:rPr>
          <w:rFonts w:cs="B Mitra"/>
          <w:sz w:val="28"/>
          <w:szCs w:val="28"/>
          <w:rtl/>
        </w:rPr>
        <w:t xml:space="preserve"> </w:t>
      </w:r>
      <w:r w:rsidRPr="0000691D">
        <w:rPr>
          <w:rFonts w:cs="B Mitra" w:hint="cs"/>
          <w:sz w:val="28"/>
          <w:szCs w:val="28"/>
          <w:rtl/>
        </w:rPr>
        <w:t>کردم</w:t>
      </w:r>
      <w:r w:rsidRPr="0000691D">
        <w:rPr>
          <w:rFonts w:cs="B Mitra"/>
          <w:sz w:val="28"/>
          <w:szCs w:val="28"/>
          <w:rtl/>
        </w:rPr>
        <w:t xml:space="preserve"> </w:t>
      </w:r>
      <w:r w:rsidRPr="0000691D">
        <w:rPr>
          <w:rFonts w:cs="B Mitra" w:hint="cs"/>
          <w:sz w:val="28"/>
          <w:szCs w:val="28"/>
          <w:rtl/>
        </w:rPr>
        <w:t>پرده‌ای</w:t>
      </w:r>
      <w:r w:rsidRPr="0000691D">
        <w:rPr>
          <w:rFonts w:cs="B Mitra"/>
          <w:sz w:val="28"/>
          <w:szCs w:val="28"/>
          <w:rtl/>
        </w:rPr>
        <w:t xml:space="preserve"> </w:t>
      </w:r>
      <w:r w:rsidRPr="0000691D">
        <w:rPr>
          <w:rFonts w:cs="B Mitra" w:hint="cs"/>
          <w:sz w:val="28"/>
          <w:szCs w:val="28"/>
          <w:rtl/>
        </w:rPr>
        <w:t>تیره</w:t>
      </w:r>
      <w:r w:rsidRPr="0000691D">
        <w:rPr>
          <w:rFonts w:cs="B Mitra"/>
          <w:sz w:val="28"/>
          <w:szCs w:val="28"/>
          <w:rtl/>
        </w:rPr>
        <w:t xml:space="preserve"> </w:t>
      </w:r>
      <w:r w:rsidRPr="0000691D">
        <w:rPr>
          <w:rFonts w:cs="B Mitra" w:hint="cs"/>
          <w:sz w:val="28"/>
          <w:szCs w:val="28"/>
          <w:rtl/>
        </w:rPr>
        <w:t>روی</w:t>
      </w:r>
      <w:r w:rsidRPr="0000691D">
        <w:rPr>
          <w:rFonts w:cs="B Mitra"/>
          <w:sz w:val="28"/>
          <w:szCs w:val="28"/>
          <w:rtl/>
        </w:rPr>
        <w:t xml:space="preserve"> </w:t>
      </w:r>
      <w:r w:rsidRPr="0000691D">
        <w:rPr>
          <w:rFonts w:cs="B Mitra" w:hint="cs"/>
          <w:sz w:val="28"/>
          <w:szCs w:val="28"/>
          <w:rtl/>
        </w:rPr>
        <w:t>چشم</w:t>
      </w:r>
      <w:r w:rsidRPr="0000691D">
        <w:rPr>
          <w:rFonts w:cs="B Mitra"/>
          <w:sz w:val="28"/>
          <w:szCs w:val="28"/>
          <w:rtl/>
        </w:rPr>
        <w:t xml:space="preserve"> </w:t>
      </w:r>
      <w:r w:rsidRPr="0000691D">
        <w:rPr>
          <w:rFonts w:cs="B Mitra" w:hint="cs"/>
          <w:sz w:val="28"/>
          <w:szCs w:val="28"/>
          <w:rtl/>
        </w:rPr>
        <w:t>چپم</w:t>
      </w:r>
      <w:r w:rsidRPr="0000691D">
        <w:rPr>
          <w:rFonts w:cs="B Mitra"/>
          <w:sz w:val="28"/>
          <w:szCs w:val="28"/>
          <w:rtl/>
        </w:rPr>
        <w:t xml:space="preserve"> </w:t>
      </w:r>
      <w:r w:rsidRPr="0000691D">
        <w:rPr>
          <w:rFonts w:cs="B Mitra" w:hint="cs"/>
          <w:sz w:val="28"/>
          <w:szCs w:val="28"/>
          <w:rtl/>
        </w:rPr>
        <w:t>افتاد؛</w:t>
      </w:r>
      <w:r w:rsidRPr="0000691D">
        <w:rPr>
          <w:rFonts w:cs="B Mitra"/>
          <w:sz w:val="28"/>
          <w:szCs w:val="28"/>
          <w:rtl/>
        </w:rPr>
        <w:t xml:space="preserve"> </w:t>
      </w:r>
      <w:r w:rsidRPr="0000691D">
        <w:rPr>
          <w:rFonts w:cs="B Mitra" w:hint="cs"/>
          <w:sz w:val="28"/>
          <w:szCs w:val="28"/>
          <w:rtl/>
        </w:rPr>
        <w:t>معاینات</w:t>
      </w:r>
      <w:r w:rsidRPr="0000691D">
        <w:rPr>
          <w:rFonts w:cs="B Mitra"/>
          <w:sz w:val="28"/>
          <w:szCs w:val="28"/>
          <w:rtl/>
        </w:rPr>
        <w:t xml:space="preserve"> </w:t>
      </w:r>
      <w:r w:rsidRPr="0000691D">
        <w:rPr>
          <w:rFonts w:cs="B Mitra" w:hint="cs"/>
          <w:sz w:val="28"/>
          <w:szCs w:val="28"/>
          <w:rtl/>
        </w:rPr>
        <w:t>نشان</w:t>
      </w:r>
      <w:r w:rsidRPr="0000691D">
        <w:rPr>
          <w:rFonts w:cs="B Mitra"/>
          <w:sz w:val="28"/>
          <w:szCs w:val="28"/>
          <w:rtl/>
        </w:rPr>
        <w:t xml:space="preserve"> </w:t>
      </w:r>
      <w:r w:rsidRPr="0000691D">
        <w:rPr>
          <w:rFonts w:cs="B Mitra" w:hint="cs"/>
          <w:sz w:val="28"/>
          <w:szCs w:val="28"/>
          <w:rtl/>
        </w:rPr>
        <w:t>داد</w:t>
      </w:r>
      <w:r w:rsidRPr="0000691D">
        <w:rPr>
          <w:rFonts w:cs="B Mitra"/>
          <w:sz w:val="28"/>
          <w:szCs w:val="28"/>
          <w:rtl/>
        </w:rPr>
        <w:t xml:space="preserve"> </w:t>
      </w:r>
      <w:r w:rsidRPr="0000691D">
        <w:rPr>
          <w:rFonts w:cs="B Mitra" w:hint="cs"/>
          <w:sz w:val="28"/>
          <w:szCs w:val="28"/>
          <w:rtl/>
        </w:rPr>
        <w:t>شبکیه</w:t>
      </w:r>
      <w:r w:rsidRPr="0000691D">
        <w:rPr>
          <w:rFonts w:cs="B Mitra"/>
          <w:sz w:val="28"/>
          <w:szCs w:val="28"/>
          <w:rtl/>
        </w:rPr>
        <w:t xml:space="preserve"> </w:t>
      </w:r>
      <w:r w:rsidRPr="0000691D">
        <w:rPr>
          <w:rFonts w:cs="B Mitra" w:hint="cs"/>
          <w:sz w:val="28"/>
          <w:szCs w:val="28"/>
          <w:rtl/>
        </w:rPr>
        <w:t>دچار</w:t>
      </w:r>
      <w:r w:rsidRPr="0000691D">
        <w:rPr>
          <w:rFonts w:cs="B Mitra"/>
          <w:sz w:val="28"/>
          <w:szCs w:val="28"/>
          <w:rtl/>
        </w:rPr>
        <w:t xml:space="preserve"> </w:t>
      </w:r>
      <w:r w:rsidRPr="0000691D">
        <w:rPr>
          <w:rFonts w:cs="B Mitra" w:hint="cs"/>
          <w:sz w:val="28"/>
          <w:szCs w:val="28"/>
          <w:rtl/>
        </w:rPr>
        <w:t>جدا</w:t>
      </w:r>
      <w:r w:rsidRPr="0000691D">
        <w:rPr>
          <w:rFonts w:cs="B Mitra"/>
          <w:sz w:val="28"/>
          <w:szCs w:val="28"/>
        </w:rPr>
        <w:t xml:space="preserve"> </w:t>
      </w:r>
      <w:r w:rsidRPr="0000691D">
        <w:rPr>
          <w:rFonts w:cs="B Mitra" w:hint="cs"/>
          <w:sz w:val="28"/>
          <w:szCs w:val="28"/>
          <w:rtl/>
        </w:rPr>
        <w:t>شدگی</w:t>
      </w:r>
      <w:r w:rsidRPr="0000691D">
        <w:rPr>
          <w:rFonts w:cs="B Mitra"/>
          <w:sz w:val="28"/>
          <w:szCs w:val="28"/>
          <w:rtl/>
        </w:rPr>
        <w:t xml:space="preserve"> </w:t>
      </w:r>
      <w:r w:rsidRPr="0000691D">
        <w:rPr>
          <w:rFonts w:cs="B Mitra" w:hint="cs"/>
          <w:sz w:val="28"/>
          <w:szCs w:val="28"/>
          <w:rtl/>
        </w:rPr>
        <w:t>کامل</w:t>
      </w:r>
      <w:r w:rsidRPr="0000691D">
        <w:rPr>
          <w:rFonts w:cs="B Mitra"/>
          <w:sz w:val="28"/>
          <w:szCs w:val="28"/>
          <w:rtl/>
        </w:rPr>
        <w:t xml:space="preserve"> </w:t>
      </w:r>
      <w:r w:rsidRPr="0000691D">
        <w:rPr>
          <w:rFonts w:cs="B Mitra" w:hint="cs"/>
          <w:sz w:val="28"/>
          <w:szCs w:val="28"/>
          <w:rtl/>
        </w:rPr>
        <w:t>شده</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نهایتاً</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اوایل</w:t>
      </w:r>
      <w:r w:rsidRPr="0000691D">
        <w:rPr>
          <w:rFonts w:cs="B Mitra"/>
          <w:sz w:val="28"/>
          <w:szCs w:val="28"/>
          <w:rtl/>
        </w:rPr>
        <w:t xml:space="preserve"> </w:t>
      </w:r>
      <w:r w:rsidRPr="0000691D">
        <w:rPr>
          <w:rFonts w:cs="B Mitra" w:hint="cs"/>
          <w:sz w:val="28"/>
          <w:szCs w:val="28"/>
          <w:rtl/>
        </w:rPr>
        <w:t>سال</w:t>
      </w:r>
      <w:r w:rsidRPr="0000691D">
        <w:rPr>
          <w:rFonts w:cs="B Mitra"/>
          <w:sz w:val="28"/>
          <w:szCs w:val="28"/>
          <w:rtl/>
        </w:rPr>
        <w:t xml:space="preserve"> </w:t>
      </w:r>
      <w:r w:rsidRPr="0000691D">
        <w:rPr>
          <w:rFonts w:cs="B Mitra"/>
          <w:sz w:val="28"/>
          <w:szCs w:val="28"/>
          <w:rtl/>
          <w:lang w:bidi="fa-IR"/>
        </w:rPr>
        <w:t>۲۰۱۶</w:t>
      </w:r>
      <w:r w:rsidRPr="0000691D">
        <w:rPr>
          <w:rFonts w:cs="B Mitra"/>
          <w:sz w:val="28"/>
          <w:szCs w:val="28"/>
          <w:rtl/>
        </w:rPr>
        <w:t xml:space="preserve"> </w:t>
      </w:r>
      <w:r w:rsidRPr="0000691D">
        <w:rPr>
          <w:rFonts w:cs="B Mitra" w:hint="cs"/>
          <w:sz w:val="28"/>
          <w:szCs w:val="28"/>
          <w:rtl/>
        </w:rPr>
        <w:t>آن</w:t>
      </w:r>
      <w:r w:rsidRPr="0000691D">
        <w:rPr>
          <w:rFonts w:cs="B Mitra"/>
          <w:sz w:val="28"/>
          <w:szCs w:val="28"/>
          <w:rtl/>
        </w:rPr>
        <w:t xml:space="preserve"> </w:t>
      </w:r>
      <w:r w:rsidRPr="0000691D">
        <w:rPr>
          <w:rFonts w:cs="B Mitra" w:hint="cs"/>
          <w:sz w:val="28"/>
          <w:szCs w:val="28"/>
          <w:rtl/>
        </w:rPr>
        <w:t>چشم</w:t>
      </w:r>
      <w:r w:rsidRPr="0000691D">
        <w:rPr>
          <w:rFonts w:cs="B Mitra"/>
          <w:sz w:val="28"/>
          <w:szCs w:val="28"/>
          <w:rtl/>
        </w:rPr>
        <w:t xml:space="preserve"> </w:t>
      </w:r>
      <w:r w:rsidRPr="0000691D">
        <w:rPr>
          <w:rFonts w:cs="B Mitra" w:hint="cs"/>
          <w:sz w:val="28"/>
          <w:szCs w:val="28"/>
          <w:rtl/>
        </w:rPr>
        <w:t>تاریک</w:t>
      </w:r>
      <w:r w:rsidRPr="0000691D">
        <w:rPr>
          <w:rFonts w:cs="B Mitra"/>
          <w:sz w:val="28"/>
          <w:szCs w:val="28"/>
          <w:rtl/>
        </w:rPr>
        <w:t xml:space="preserve"> </w:t>
      </w:r>
      <w:r w:rsidRPr="0000691D">
        <w:rPr>
          <w:rFonts w:cs="B Mitra" w:hint="cs"/>
          <w:sz w:val="28"/>
          <w:szCs w:val="28"/>
          <w:rtl/>
        </w:rPr>
        <w:t>شد</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چشم</w:t>
      </w:r>
      <w:r w:rsidRPr="0000691D">
        <w:rPr>
          <w:rFonts w:cs="B Mitra"/>
          <w:sz w:val="28"/>
          <w:szCs w:val="28"/>
          <w:rtl/>
        </w:rPr>
        <w:t xml:space="preserve"> </w:t>
      </w:r>
      <w:r w:rsidRPr="0000691D">
        <w:rPr>
          <w:rFonts w:cs="B Mitra" w:hint="cs"/>
          <w:sz w:val="28"/>
          <w:szCs w:val="28"/>
          <w:rtl/>
        </w:rPr>
        <w:t>راستم</w:t>
      </w:r>
      <w:r w:rsidRPr="0000691D">
        <w:rPr>
          <w:rFonts w:cs="B Mitra"/>
          <w:sz w:val="28"/>
          <w:szCs w:val="28"/>
          <w:rtl/>
        </w:rPr>
        <w:t xml:space="preserve"> </w:t>
      </w:r>
      <w:r w:rsidRPr="0000691D">
        <w:rPr>
          <w:rFonts w:cs="B Mitra" w:hint="cs"/>
          <w:sz w:val="28"/>
          <w:szCs w:val="28"/>
          <w:rtl/>
        </w:rPr>
        <w:t>که</w:t>
      </w:r>
      <w:r w:rsidRPr="0000691D">
        <w:rPr>
          <w:rFonts w:cs="B Mitra"/>
          <w:sz w:val="28"/>
          <w:szCs w:val="28"/>
          <w:rtl/>
        </w:rPr>
        <w:t xml:space="preserve"> </w:t>
      </w:r>
      <w:r w:rsidRPr="0000691D">
        <w:rPr>
          <w:rFonts w:cs="B Mitra" w:hint="cs"/>
          <w:sz w:val="28"/>
          <w:szCs w:val="28"/>
          <w:rtl/>
        </w:rPr>
        <w:t>دید</w:t>
      </w:r>
      <w:r w:rsidRPr="0000691D">
        <w:rPr>
          <w:rFonts w:cs="B Mitra"/>
          <w:sz w:val="28"/>
          <w:szCs w:val="28"/>
          <w:rtl/>
        </w:rPr>
        <w:t xml:space="preserve"> </w:t>
      </w:r>
      <w:r w:rsidRPr="0000691D">
        <w:rPr>
          <w:rFonts w:cs="B Mitra" w:hint="cs"/>
          <w:sz w:val="28"/>
          <w:szCs w:val="28"/>
          <w:rtl/>
        </w:rPr>
        <w:t>خوبی</w:t>
      </w:r>
      <w:r w:rsidRPr="0000691D">
        <w:rPr>
          <w:rFonts w:cs="B Mitra"/>
          <w:sz w:val="28"/>
          <w:szCs w:val="28"/>
          <w:rtl/>
        </w:rPr>
        <w:t xml:space="preserve"> </w:t>
      </w:r>
      <w:r w:rsidRPr="0000691D">
        <w:rPr>
          <w:rFonts w:cs="B Mitra" w:hint="cs"/>
          <w:sz w:val="28"/>
          <w:szCs w:val="28"/>
          <w:rtl/>
        </w:rPr>
        <w:t>داشت</w:t>
      </w:r>
      <w:r w:rsidRPr="0000691D">
        <w:rPr>
          <w:rFonts w:cs="B Mitra"/>
          <w:sz w:val="28"/>
          <w:szCs w:val="28"/>
          <w:rtl/>
        </w:rPr>
        <w:t xml:space="preserve"> </w:t>
      </w:r>
      <w:r w:rsidRPr="0000691D">
        <w:rPr>
          <w:rFonts w:cs="B Mitra" w:hint="cs"/>
          <w:sz w:val="28"/>
          <w:szCs w:val="28"/>
          <w:rtl/>
        </w:rPr>
        <w:t>کار</w:t>
      </w:r>
      <w:r w:rsidRPr="0000691D">
        <w:rPr>
          <w:rFonts w:cs="B Mitra"/>
          <w:sz w:val="28"/>
          <w:szCs w:val="28"/>
          <w:rtl/>
        </w:rPr>
        <w:t xml:space="preserve"> </w:t>
      </w:r>
      <w:r w:rsidRPr="0000691D">
        <w:rPr>
          <w:rFonts w:cs="B Mitra" w:hint="cs"/>
          <w:sz w:val="28"/>
          <w:szCs w:val="28"/>
          <w:rtl/>
        </w:rPr>
        <w:t>می‌کردم،</w:t>
      </w:r>
      <w:r w:rsidRPr="0000691D">
        <w:rPr>
          <w:rFonts w:cs="B Mitra"/>
          <w:sz w:val="28"/>
          <w:szCs w:val="28"/>
          <w:rtl/>
        </w:rPr>
        <w:t xml:space="preserve"> </w:t>
      </w:r>
      <w:r w:rsidRPr="0000691D">
        <w:rPr>
          <w:rFonts w:cs="B Mitra" w:hint="cs"/>
          <w:sz w:val="28"/>
          <w:szCs w:val="28"/>
          <w:rtl/>
        </w:rPr>
        <w:t>تا</w:t>
      </w:r>
      <w:r w:rsidRPr="0000691D">
        <w:rPr>
          <w:rFonts w:cs="B Mitra"/>
          <w:sz w:val="28"/>
          <w:szCs w:val="28"/>
          <w:rtl/>
        </w:rPr>
        <w:t xml:space="preserve"> </w:t>
      </w:r>
      <w:r w:rsidRPr="0000691D">
        <w:rPr>
          <w:rFonts w:cs="B Mitra" w:hint="cs"/>
          <w:sz w:val="28"/>
          <w:szCs w:val="28"/>
          <w:rtl/>
        </w:rPr>
        <w:t>اینکه</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سال</w:t>
      </w:r>
      <w:r w:rsidRPr="0000691D">
        <w:rPr>
          <w:rFonts w:cs="B Mitra"/>
          <w:sz w:val="28"/>
          <w:szCs w:val="28"/>
          <w:rtl/>
        </w:rPr>
        <w:t xml:space="preserve"> </w:t>
      </w:r>
      <w:r w:rsidRPr="0000691D">
        <w:rPr>
          <w:rFonts w:cs="B Mitra"/>
          <w:sz w:val="28"/>
          <w:szCs w:val="28"/>
          <w:rtl/>
          <w:lang w:bidi="fa-IR"/>
        </w:rPr>
        <w:t>۲۰۲۲</w:t>
      </w:r>
      <w:r w:rsidRPr="0000691D">
        <w:rPr>
          <w:rFonts w:cs="B Mitra"/>
          <w:sz w:val="28"/>
          <w:szCs w:val="28"/>
          <w:rtl/>
        </w:rPr>
        <w:t xml:space="preserve"> </w:t>
      </w:r>
      <w:r w:rsidRPr="0000691D">
        <w:rPr>
          <w:rFonts w:cs="B Mitra" w:hint="cs"/>
          <w:sz w:val="28"/>
          <w:szCs w:val="28"/>
          <w:rtl/>
        </w:rPr>
        <w:t>شبکیه</w:t>
      </w:r>
      <w:r w:rsidRPr="0000691D">
        <w:rPr>
          <w:rFonts w:cs="B Mitra"/>
          <w:sz w:val="28"/>
          <w:szCs w:val="28"/>
          <w:rtl/>
        </w:rPr>
        <w:t xml:space="preserve"> </w:t>
      </w:r>
      <w:r w:rsidRPr="0000691D">
        <w:rPr>
          <w:rFonts w:cs="B Mitra" w:hint="cs"/>
          <w:sz w:val="28"/>
          <w:szCs w:val="28"/>
          <w:rtl/>
        </w:rPr>
        <w:t>آن</w:t>
      </w:r>
      <w:r w:rsidRPr="0000691D">
        <w:rPr>
          <w:rFonts w:cs="B Mitra"/>
          <w:sz w:val="28"/>
          <w:szCs w:val="28"/>
          <w:rtl/>
        </w:rPr>
        <w:t xml:space="preserve"> </w:t>
      </w:r>
      <w:r w:rsidRPr="0000691D">
        <w:rPr>
          <w:rFonts w:cs="B Mitra" w:hint="cs"/>
          <w:sz w:val="28"/>
          <w:szCs w:val="28"/>
          <w:rtl/>
        </w:rPr>
        <w:t>نیز</w:t>
      </w:r>
      <w:r w:rsidRPr="0000691D">
        <w:rPr>
          <w:rFonts w:cs="B Mitra"/>
          <w:sz w:val="28"/>
          <w:szCs w:val="28"/>
          <w:rtl/>
        </w:rPr>
        <w:t xml:space="preserve"> </w:t>
      </w:r>
      <w:r w:rsidRPr="0000691D">
        <w:rPr>
          <w:rFonts w:cs="B Mitra" w:hint="cs"/>
          <w:sz w:val="28"/>
          <w:szCs w:val="28"/>
          <w:rtl/>
        </w:rPr>
        <w:t>جدا</w:t>
      </w:r>
      <w:r w:rsidRPr="0000691D">
        <w:rPr>
          <w:rFonts w:cs="B Mitra"/>
          <w:sz w:val="28"/>
          <w:szCs w:val="28"/>
          <w:rtl/>
        </w:rPr>
        <w:t xml:space="preserve"> </w:t>
      </w:r>
      <w:r w:rsidRPr="0000691D">
        <w:rPr>
          <w:rFonts w:cs="B Mitra" w:hint="cs"/>
          <w:sz w:val="28"/>
          <w:szCs w:val="28"/>
          <w:rtl/>
        </w:rPr>
        <w:t>شد</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اوایل</w:t>
      </w:r>
      <w:r w:rsidRPr="0000691D">
        <w:rPr>
          <w:rFonts w:cs="B Mitra"/>
          <w:sz w:val="28"/>
          <w:szCs w:val="28"/>
          <w:rtl/>
        </w:rPr>
        <w:t xml:space="preserve"> </w:t>
      </w:r>
      <w:r w:rsidRPr="0000691D">
        <w:rPr>
          <w:rFonts w:cs="B Mitra" w:hint="cs"/>
          <w:sz w:val="28"/>
          <w:szCs w:val="28"/>
          <w:rtl/>
        </w:rPr>
        <w:t>سال</w:t>
      </w:r>
      <w:r w:rsidRPr="0000691D">
        <w:rPr>
          <w:rFonts w:cs="B Mitra"/>
          <w:sz w:val="28"/>
          <w:szCs w:val="28"/>
          <w:rtl/>
        </w:rPr>
        <w:t xml:space="preserve"> </w:t>
      </w:r>
      <w:r w:rsidRPr="0000691D">
        <w:rPr>
          <w:rFonts w:cs="B Mitra"/>
          <w:sz w:val="28"/>
          <w:szCs w:val="28"/>
          <w:rtl/>
          <w:lang w:bidi="fa-IR"/>
        </w:rPr>
        <w:t>۲۰۲۴</w:t>
      </w:r>
      <w:r w:rsidRPr="0000691D">
        <w:rPr>
          <w:rFonts w:cs="B Mitra"/>
          <w:sz w:val="28"/>
          <w:szCs w:val="28"/>
          <w:rtl/>
        </w:rPr>
        <w:t xml:space="preserve"> </w:t>
      </w:r>
      <w:r w:rsidRPr="0000691D">
        <w:rPr>
          <w:rFonts w:cs="B Mitra" w:hint="cs"/>
          <w:sz w:val="28"/>
          <w:szCs w:val="28"/>
          <w:rtl/>
        </w:rPr>
        <w:t>تاریکی</w:t>
      </w:r>
      <w:r w:rsidRPr="0000691D">
        <w:rPr>
          <w:rFonts w:cs="B Mitra"/>
          <w:sz w:val="28"/>
          <w:szCs w:val="28"/>
          <w:rtl/>
        </w:rPr>
        <w:t xml:space="preserve"> </w:t>
      </w:r>
      <w:r w:rsidRPr="0000691D">
        <w:rPr>
          <w:rFonts w:cs="B Mitra" w:hint="cs"/>
          <w:sz w:val="28"/>
          <w:szCs w:val="28"/>
          <w:rtl/>
        </w:rPr>
        <w:t>مطلق،</w:t>
      </w:r>
      <w:r w:rsidRPr="0000691D">
        <w:rPr>
          <w:rFonts w:cs="B Mitra"/>
          <w:sz w:val="28"/>
          <w:szCs w:val="28"/>
          <w:rtl/>
        </w:rPr>
        <w:t xml:space="preserve"> </w:t>
      </w:r>
      <w:r w:rsidRPr="0000691D">
        <w:rPr>
          <w:rFonts w:cs="B Mitra" w:hint="cs"/>
          <w:sz w:val="28"/>
          <w:szCs w:val="28"/>
          <w:rtl/>
        </w:rPr>
        <w:t>جایگزین</w:t>
      </w:r>
      <w:r w:rsidRPr="0000691D">
        <w:rPr>
          <w:rFonts w:cs="B Mitra"/>
          <w:sz w:val="28"/>
          <w:szCs w:val="28"/>
          <w:rtl/>
        </w:rPr>
        <w:t xml:space="preserve"> </w:t>
      </w:r>
      <w:r w:rsidRPr="0000691D">
        <w:rPr>
          <w:rFonts w:cs="B Mitra" w:hint="cs"/>
          <w:sz w:val="28"/>
          <w:szCs w:val="28"/>
          <w:rtl/>
        </w:rPr>
        <w:t>بینایی‌ام</w:t>
      </w:r>
      <w:r w:rsidRPr="0000691D">
        <w:rPr>
          <w:rFonts w:cs="B Mitra"/>
          <w:sz w:val="28"/>
          <w:szCs w:val="28"/>
          <w:rtl/>
        </w:rPr>
        <w:t xml:space="preserve"> </w:t>
      </w:r>
      <w:r w:rsidRPr="0000691D">
        <w:rPr>
          <w:rFonts w:cs="B Mitra" w:hint="cs"/>
          <w:sz w:val="28"/>
          <w:szCs w:val="28"/>
          <w:rtl/>
        </w:rPr>
        <w:t>شد</w:t>
      </w:r>
      <w:r w:rsidRPr="0000691D">
        <w:rPr>
          <w:rFonts w:cs="B Mitra"/>
          <w:sz w:val="28"/>
          <w:szCs w:val="28"/>
          <w:rtl/>
        </w:rPr>
        <w:t xml:space="preserve">. </w:t>
      </w:r>
      <w:r w:rsidRPr="0000691D">
        <w:rPr>
          <w:rFonts w:cs="B Mitra" w:hint="cs"/>
          <w:sz w:val="28"/>
          <w:szCs w:val="28"/>
          <w:rtl/>
        </w:rPr>
        <w:t>اما</w:t>
      </w:r>
      <w:r w:rsidRPr="0000691D">
        <w:rPr>
          <w:rFonts w:cs="B Mitra"/>
          <w:sz w:val="28"/>
          <w:szCs w:val="28"/>
          <w:rtl/>
        </w:rPr>
        <w:t xml:space="preserve"> </w:t>
      </w:r>
      <w:r w:rsidRPr="0000691D">
        <w:rPr>
          <w:rFonts w:cs="B Mitra" w:hint="cs"/>
          <w:sz w:val="28"/>
          <w:szCs w:val="28"/>
          <w:rtl/>
        </w:rPr>
        <w:t>من</w:t>
      </w:r>
      <w:r w:rsidRPr="0000691D">
        <w:rPr>
          <w:rFonts w:cs="B Mitra"/>
          <w:sz w:val="28"/>
          <w:szCs w:val="28"/>
          <w:rtl/>
        </w:rPr>
        <w:t xml:space="preserve"> </w:t>
      </w:r>
      <w:r w:rsidRPr="0000691D">
        <w:rPr>
          <w:rFonts w:cs="B Mitra" w:hint="cs"/>
          <w:sz w:val="28"/>
          <w:szCs w:val="28"/>
          <w:rtl/>
        </w:rPr>
        <w:t>این</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سفر</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دست</w:t>
      </w:r>
      <w:r w:rsidRPr="0000691D">
        <w:rPr>
          <w:rFonts w:cs="B Mitra"/>
          <w:sz w:val="28"/>
          <w:szCs w:val="28"/>
          <w:rtl/>
        </w:rPr>
        <w:t xml:space="preserve"> </w:t>
      </w:r>
      <w:r w:rsidRPr="0000691D">
        <w:rPr>
          <w:rFonts w:cs="B Mitra" w:hint="cs"/>
          <w:sz w:val="28"/>
          <w:szCs w:val="28"/>
          <w:rtl/>
        </w:rPr>
        <w:t>دادن</w:t>
      </w:r>
      <w:r w:rsidRPr="0000691D">
        <w:rPr>
          <w:rFonts w:cs="B Mitra"/>
          <w:sz w:val="28"/>
          <w:szCs w:val="28"/>
          <w:rtl/>
        </w:rPr>
        <w:t xml:space="preserve"> </w:t>
      </w:r>
      <w:r w:rsidRPr="0000691D">
        <w:rPr>
          <w:rFonts w:cs="B Mitra" w:hint="cs"/>
          <w:sz w:val="28"/>
          <w:szCs w:val="28"/>
          <w:rtl/>
        </w:rPr>
        <w:t>بینایی</w:t>
      </w:r>
      <w:r w:rsidRPr="0000691D">
        <w:rPr>
          <w:rFonts w:cs="B Mitra"/>
          <w:sz w:val="28"/>
          <w:szCs w:val="28"/>
          <w:rtl/>
        </w:rPr>
        <w:t xml:space="preserve"> </w:t>
      </w:r>
      <w:r w:rsidRPr="0000691D">
        <w:rPr>
          <w:rFonts w:cs="B Mitra" w:hint="cs"/>
          <w:sz w:val="28"/>
          <w:szCs w:val="28"/>
          <w:rtl/>
        </w:rPr>
        <w:t>نمی‌نامم،</w:t>
      </w:r>
      <w:r w:rsidRPr="0000691D">
        <w:rPr>
          <w:rFonts w:cs="B Mitra"/>
          <w:sz w:val="28"/>
          <w:szCs w:val="28"/>
          <w:rtl/>
        </w:rPr>
        <w:t xml:space="preserve"> </w:t>
      </w:r>
      <w:r w:rsidRPr="0000691D">
        <w:rPr>
          <w:rFonts w:cs="B Mitra" w:hint="cs"/>
          <w:sz w:val="28"/>
          <w:szCs w:val="28"/>
          <w:rtl/>
        </w:rPr>
        <w:t>بلکه</w:t>
      </w:r>
      <w:r w:rsidRPr="0000691D">
        <w:rPr>
          <w:rFonts w:cs="B Mitra"/>
          <w:sz w:val="28"/>
          <w:szCs w:val="28"/>
          <w:rtl/>
        </w:rPr>
        <w:t xml:space="preserve"> </w:t>
      </w:r>
      <w:r w:rsidRPr="0000691D">
        <w:rPr>
          <w:rFonts w:cs="B Mitra" w:hint="cs"/>
          <w:sz w:val="28"/>
          <w:szCs w:val="28"/>
          <w:rtl/>
        </w:rPr>
        <w:t>آن</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بخشی</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سفر</w:t>
      </w:r>
      <w:r w:rsidRPr="0000691D">
        <w:rPr>
          <w:rFonts w:cs="B Mitra"/>
          <w:sz w:val="28"/>
          <w:szCs w:val="28"/>
          <w:rtl/>
        </w:rPr>
        <w:t xml:space="preserve"> </w:t>
      </w:r>
      <w:r w:rsidRPr="0000691D">
        <w:rPr>
          <w:rFonts w:cs="B Mitra" w:hint="cs"/>
          <w:sz w:val="28"/>
          <w:szCs w:val="28"/>
          <w:rtl/>
        </w:rPr>
        <w:t>کلی</w:t>
      </w:r>
      <w:r w:rsidRPr="0000691D">
        <w:rPr>
          <w:rFonts w:cs="B Mitra"/>
          <w:sz w:val="28"/>
          <w:szCs w:val="28"/>
          <w:rtl/>
        </w:rPr>
        <w:t xml:space="preserve"> </w:t>
      </w:r>
      <w:r w:rsidRPr="0000691D">
        <w:rPr>
          <w:rFonts w:cs="B Mitra" w:hint="cs"/>
          <w:sz w:val="28"/>
          <w:szCs w:val="28"/>
          <w:rtl/>
        </w:rPr>
        <w:t>زندگی</w:t>
      </w:r>
      <w:r w:rsidRPr="0000691D">
        <w:rPr>
          <w:rFonts w:cs="B Mitra"/>
          <w:sz w:val="28"/>
          <w:szCs w:val="28"/>
          <w:rtl/>
        </w:rPr>
        <w:t xml:space="preserve"> </w:t>
      </w:r>
      <w:r w:rsidRPr="0000691D">
        <w:rPr>
          <w:rFonts w:cs="B Mitra" w:hint="cs"/>
          <w:sz w:val="28"/>
          <w:szCs w:val="28"/>
          <w:rtl/>
        </w:rPr>
        <w:t>می‌دانم</w:t>
      </w:r>
      <w:r w:rsidRPr="0000691D">
        <w:rPr>
          <w:rFonts w:cs="B Mitra"/>
          <w:sz w:val="28"/>
          <w:szCs w:val="28"/>
          <w:rtl/>
        </w:rPr>
        <w:t xml:space="preserve">. </w:t>
      </w:r>
      <w:r w:rsidRPr="0000691D">
        <w:rPr>
          <w:rFonts w:cs="B Mitra" w:hint="cs"/>
          <w:sz w:val="28"/>
          <w:szCs w:val="28"/>
          <w:rtl/>
        </w:rPr>
        <w:t>هرگز</w:t>
      </w:r>
      <w:r w:rsidRPr="0000691D">
        <w:rPr>
          <w:rFonts w:cs="B Mitra"/>
          <w:sz w:val="28"/>
          <w:szCs w:val="28"/>
          <w:rtl/>
        </w:rPr>
        <w:t xml:space="preserve"> </w:t>
      </w:r>
      <w:r w:rsidRPr="0000691D">
        <w:rPr>
          <w:rFonts w:cs="B Mitra" w:hint="cs"/>
          <w:sz w:val="28"/>
          <w:szCs w:val="28"/>
          <w:rtl/>
        </w:rPr>
        <w:t>ننشستم</w:t>
      </w:r>
      <w:r w:rsidRPr="0000691D">
        <w:rPr>
          <w:rFonts w:cs="B Mitra"/>
          <w:sz w:val="28"/>
          <w:szCs w:val="28"/>
          <w:rtl/>
        </w:rPr>
        <w:t xml:space="preserve"> </w:t>
      </w:r>
      <w:r w:rsidRPr="0000691D">
        <w:rPr>
          <w:rFonts w:cs="B Mitra" w:hint="cs"/>
          <w:sz w:val="28"/>
          <w:szCs w:val="28"/>
          <w:rtl/>
        </w:rPr>
        <w:t>بگویم</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این</w:t>
      </w:r>
      <w:r w:rsidRPr="0000691D">
        <w:rPr>
          <w:rFonts w:cs="B Mitra"/>
          <w:sz w:val="28"/>
          <w:szCs w:val="28"/>
          <w:rtl/>
        </w:rPr>
        <w:t xml:space="preserve"> </w:t>
      </w:r>
      <w:r w:rsidRPr="0000691D">
        <w:rPr>
          <w:rFonts w:cs="B Mitra" w:hint="cs"/>
          <w:sz w:val="28"/>
          <w:szCs w:val="28"/>
          <w:rtl/>
        </w:rPr>
        <w:t>اتفاق</w:t>
      </w:r>
      <w:r w:rsidRPr="0000691D">
        <w:rPr>
          <w:rFonts w:cs="B Mitra"/>
          <w:sz w:val="28"/>
          <w:szCs w:val="28"/>
          <w:rtl/>
        </w:rPr>
        <w:t xml:space="preserve"> </w:t>
      </w:r>
      <w:r w:rsidRPr="0000691D">
        <w:rPr>
          <w:rFonts w:cs="B Mitra" w:hint="cs"/>
          <w:sz w:val="28"/>
          <w:szCs w:val="28"/>
          <w:rtl/>
        </w:rPr>
        <w:t>زندگی‌ام</w:t>
      </w:r>
      <w:r w:rsidRPr="0000691D">
        <w:rPr>
          <w:rFonts w:cs="B Mitra"/>
          <w:sz w:val="28"/>
          <w:szCs w:val="28"/>
          <w:rtl/>
        </w:rPr>
        <w:t xml:space="preserve"> </w:t>
      </w:r>
      <w:r w:rsidRPr="0000691D">
        <w:rPr>
          <w:rFonts w:cs="B Mitra" w:hint="cs"/>
          <w:sz w:val="28"/>
          <w:szCs w:val="28"/>
          <w:rtl/>
        </w:rPr>
        <w:t>تمام</w:t>
      </w:r>
      <w:r w:rsidRPr="0000691D">
        <w:rPr>
          <w:rFonts w:cs="B Mitra"/>
          <w:sz w:val="28"/>
          <w:szCs w:val="28"/>
          <w:rtl/>
        </w:rPr>
        <w:t xml:space="preserve"> </w:t>
      </w:r>
      <w:r w:rsidRPr="0000691D">
        <w:rPr>
          <w:rFonts w:cs="B Mitra" w:hint="cs"/>
          <w:sz w:val="28"/>
          <w:szCs w:val="28"/>
          <w:rtl/>
        </w:rPr>
        <w:t>شده</w:t>
      </w:r>
      <w:r w:rsidRPr="0000691D">
        <w:rPr>
          <w:rFonts w:cs="B Mitra"/>
          <w:sz w:val="28"/>
          <w:szCs w:val="28"/>
          <w:rtl/>
        </w:rPr>
        <w:t xml:space="preserve"> </w:t>
      </w:r>
      <w:r w:rsidRPr="0000691D">
        <w:rPr>
          <w:rFonts w:cs="B Mitra" w:hint="cs"/>
          <w:sz w:val="28"/>
          <w:szCs w:val="28"/>
          <w:rtl/>
        </w:rPr>
        <w:t>است؛</w:t>
      </w:r>
      <w:r w:rsidRPr="0000691D">
        <w:rPr>
          <w:rFonts w:cs="B Mitra"/>
          <w:sz w:val="28"/>
          <w:szCs w:val="28"/>
          <w:rtl/>
        </w:rPr>
        <w:t xml:space="preserve"> </w:t>
      </w:r>
      <w:r w:rsidRPr="0000691D">
        <w:rPr>
          <w:rFonts w:cs="B Mitra" w:hint="cs"/>
          <w:sz w:val="28"/>
          <w:szCs w:val="28"/>
          <w:rtl/>
        </w:rPr>
        <w:t>به</w:t>
      </w:r>
      <w:r w:rsidRPr="0000691D">
        <w:rPr>
          <w:rFonts w:cs="B Mitra"/>
          <w:sz w:val="28"/>
          <w:szCs w:val="28"/>
          <w:rtl/>
        </w:rPr>
        <w:t xml:space="preserve"> </w:t>
      </w:r>
      <w:r w:rsidRPr="0000691D">
        <w:rPr>
          <w:rFonts w:cs="B Mitra" w:hint="cs"/>
          <w:sz w:val="28"/>
          <w:szCs w:val="28"/>
          <w:rtl/>
        </w:rPr>
        <w:t>خودم</w:t>
      </w:r>
      <w:r w:rsidRPr="0000691D">
        <w:rPr>
          <w:rFonts w:cs="B Mitra"/>
          <w:sz w:val="28"/>
          <w:szCs w:val="28"/>
          <w:rtl/>
        </w:rPr>
        <w:t xml:space="preserve"> </w:t>
      </w:r>
      <w:r w:rsidRPr="0000691D">
        <w:rPr>
          <w:rFonts w:cs="B Mitra" w:hint="cs"/>
          <w:sz w:val="28"/>
          <w:szCs w:val="28"/>
          <w:rtl/>
        </w:rPr>
        <w:t>گفتم</w:t>
      </w:r>
      <w:r w:rsidRPr="0000691D">
        <w:rPr>
          <w:rFonts w:cs="B Mitra"/>
          <w:sz w:val="28"/>
          <w:szCs w:val="28"/>
          <w:rtl/>
        </w:rPr>
        <w:t xml:space="preserve"> </w:t>
      </w:r>
      <w:r w:rsidRPr="0000691D">
        <w:rPr>
          <w:rFonts w:cs="B Mitra" w:hint="cs"/>
          <w:sz w:val="28"/>
          <w:szCs w:val="28"/>
          <w:rtl/>
        </w:rPr>
        <w:t>باید</w:t>
      </w:r>
      <w:r w:rsidRPr="0000691D">
        <w:rPr>
          <w:rFonts w:cs="B Mitra"/>
          <w:sz w:val="28"/>
          <w:szCs w:val="28"/>
          <w:rtl/>
        </w:rPr>
        <w:t xml:space="preserve"> </w:t>
      </w:r>
      <w:r w:rsidRPr="0000691D">
        <w:rPr>
          <w:rFonts w:cs="B Mitra" w:hint="cs"/>
          <w:sz w:val="28"/>
          <w:szCs w:val="28"/>
          <w:rtl/>
        </w:rPr>
        <w:t>سازگار</w:t>
      </w:r>
      <w:r w:rsidRPr="0000691D">
        <w:rPr>
          <w:rFonts w:cs="B Mitra"/>
          <w:sz w:val="28"/>
          <w:szCs w:val="28"/>
          <w:rtl/>
        </w:rPr>
        <w:t xml:space="preserve"> </w:t>
      </w:r>
      <w:r w:rsidRPr="0000691D">
        <w:rPr>
          <w:rFonts w:cs="B Mitra" w:hint="cs"/>
          <w:sz w:val="28"/>
          <w:szCs w:val="28"/>
          <w:rtl/>
        </w:rPr>
        <w:t>شوم</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همان</w:t>
      </w:r>
      <w:r w:rsidRPr="0000691D">
        <w:rPr>
          <w:rFonts w:cs="B Mitra"/>
          <w:sz w:val="28"/>
          <w:szCs w:val="28"/>
          <w:rtl/>
        </w:rPr>
        <w:t xml:space="preserve"> </w:t>
      </w:r>
      <w:r w:rsidRPr="0000691D">
        <w:rPr>
          <w:rFonts w:cs="B Mitra" w:hint="cs"/>
          <w:sz w:val="28"/>
          <w:szCs w:val="28"/>
          <w:rtl/>
        </w:rPr>
        <w:t>زمان</w:t>
      </w:r>
      <w:r w:rsidRPr="0000691D">
        <w:rPr>
          <w:rFonts w:cs="B Mitra"/>
          <w:sz w:val="28"/>
          <w:szCs w:val="28"/>
          <w:rtl/>
        </w:rPr>
        <w:t xml:space="preserve"> </w:t>
      </w:r>
      <w:r w:rsidRPr="0000691D">
        <w:rPr>
          <w:rFonts w:cs="B Mitra" w:hint="cs"/>
          <w:sz w:val="28"/>
          <w:szCs w:val="28"/>
          <w:rtl/>
        </w:rPr>
        <w:t>دستورهای</w:t>
      </w:r>
      <w:r w:rsidRPr="0000691D">
        <w:rPr>
          <w:rFonts w:cs="B Mitra"/>
          <w:sz w:val="28"/>
          <w:szCs w:val="28"/>
          <w:rtl/>
        </w:rPr>
        <w:t xml:space="preserve"> </w:t>
      </w:r>
      <w:r w:rsidRPr="0000691D">
        <w:rPr>
          <w:rFonts w:cs="B Mitra" w:hint="cs"/>
          <w:sz w:val="28"/>
          <w:szCs w:val="28"/>
          <w:rtl/>
        </w:rPr>
        <w:t>غذایی‌ام</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دسترس‌پذیر</w:t>
      </w:r>
      <w:r w:rsidRPr="0000691D">
        <w:rPr>
          <w:rFonts w:cs="B Mitra"/>
          <w:sz w:val="28"/>
          <w:szCs w:val="28"/>
          <w:rtl/>
        </w:rPr>
        <w:t xml:space="preserve"> </w:t>
      </w:r>
      <w:r w:rsidRPr="0000691D">
        <w:rPr>
          <w:rFonts w:cs="B Mitra" w:hint="cs"/>
          <w:sz w:val="28"/>
          <w:szCs w:val="28"/>
          <w:rtl/>
        </w:rPr>
        <w:t>کردم</w:t>
      </w:r>
      <w:r w:rsidRPr="0000691D">
        <w:rPr>
          <w:rFonts w:cs="B Mitra"/>
          <w:sz w:val="28"/>
          <w:szCs w:val="28"/>
          <w:rtl/>
        </w:rPr>
        <w:t>.</w:t>
      </w:r>
    </w:p>
    <w:p w:rsidR="00A75B1C" w:rsidRPr="0000691D" w:rsidRDefault="00A75B1C" w:rsidP="0000691D">
      <w:pPr>
        <w:bidi/>
        <w:spacing w:line="360" w:lineRule="auto"/>
        <w:jc w:val="both"/>
        <w:rPr>
          <w:rFonts w:cs="B Mitra"/>
          <w:sz w:val="28"/>
          <w:szCs w:val="28"/>
        </w:rPr>
      </w:pPr>
      <w:r w:rsidRPr="0000691D">
        <w:rPr>
          <w:rFonts w:cs="B Mitra" w:hint="cs"/>
          <w:sz w:val="28"/>
          <w:szCs w:val="28"/>
          <w:rtl/>
        </w:rPr>
        <w:t>ریکی</w:t>
      </w:r>
      <w:r w:rsidRPr="0000691D">
        <w:rPr>
          <w:rFonts w:cs="B Mitra"/>
          <w:sz w:val="28"/>
          <w:szCs w:val="28"/>
          <w:rtl/>
        </w:rPr>
        <w:t xml:space="preserve"> </w:t>
      </w:r>
      <w:r w:rsidRPr="0000691D">
        <w:rPr>
          <w:rFonts w:cs="B Mitra" w:hint="cs"/>
          <w:sz w:val="28"/>
          <w:szCs w:val="28"/>
          <w:rtl/>
        </w:rPr>
        <w:t>انگر</w:t>
      </w:r>
      <w:r w:rsidRPr="0000691D">
        <w:rPr>
          <w:rFonts w:cs="B Mitra"/>
          <w:sz w:val="28"/>
          <w:szCs w:val="28"/>
          <w:rtl/>
        </w:rPr>
        <w:t xml:space="preserve">: </w:t>
      </w:r>
      <w:r w:rsidRPr="0000691D">
        <w:rPr>
          <w:rFonts w:cs="B Mitra" w:hint="cs"/>
          <w:sz w:val="28"/>
          <w:szCs w:val="28"/>
          <w:rtl/>
        </w:rPr>
        <w:t>دیا،</w:t>
      </w:r>
      <w:r w:rsidRPr="0000691D">
        <w:rPr>
          <w:rFonts w:cs="B Mitra"/>
          <w:sz w:val="28"/>
          <w:szCs w:val="28"/>
          <w:rtl/>
        </w:rPr>
        <w:t xml:space="preserve"> </w:t>
      </w:r>
      <w:r w:rsidRPr="0000691D">
        <w:rPr>
          <w:rFonts w:cs="B Mitra" w:hint="cs"/>
          <w:sz w:val="28"/>
          <w:szCs w:val="28"/>
          <w:rtl/>
        </w:rPr>
        <w:t>آیا</w:t>
      </w:r>
      <w:r w:rsidRPr="0000691D">
        <w:rPr>
          <w:rFonts w:cs="B Mitra"/>
          <w:sz w:val="28"/>
          <w:szCs w:val="28"/>
          <w:rtl/>
        </w:rPr>
        <w:t xml:space="preserve"> </w:t>
      </w:r>
      <w:r w:rsidRPr="0000691D">
        <w:rPr>
          <w:rFonts w:cs="B Mitra" w:hint="cs"/>
          <w:sz w:val="28"/>
          <w:szCs w:val="28"/>
          <w:rtl/>
        </w:rPr>
        <w:t>لحظه‌ای</w:t>
      </w:r>
      <w:r w:rsidRPr="0000691D">
        <w:rPr>
          <w:rFonts w:cs="B Mitra"/>
          <w:sz w:val="28"/>
          <w:szCs w:val="28"/>
          <w:rtl/>
        </w:rPr>
        <w:t xml:space="preserve"> </w:t>
      </w:r>
      <w:r w:rsidRPr="0000691D">
        <w:rPr>
          <w:rFonts w:cs="B Mitra" w:hint="cs"/>
          <w:sz w:val="28"/>
          <w:szCs w:val="28"/>
          <w:rtl/>
        </w:rPr>
        <w:t>پیش</w:t>
      </w:r>
      <w:r w:rsidRPr="0000691D">
        <w:rPr>
          <w:rFonts w:cs="B Mitra"/>
          <w:sz w:val="28"/>
          <w:szCs w:val="28"/>
          <w:rtl/>
        </w:rPr>
        <w:t xml:space="preserve"> </w:t>
      </w:r>
      <w:r w:rsidRPr="0000691D">
        <w:rPr>
          <w:rFonts w:cs="B Mitra" w:hint="cs"/>
          <w:sz w:val="28"/>
          <w:szCs w:val="28"/>
          <w:rtl/>
        </w:rPr>
        <w:t>آمد</w:t>
      </w:r>
      <w:r w:rsidRPr="0000691D">
        <w:rPr>
          <w:rFonts w:cs="B Mitra"/>
          <w:sz w:val="28"/>
          <w:szCs w:val="28"/>
          <w:rtl/>
        </w:rPr>
        <w:t xml:space="preserve"> </w:t>
      </w:r>
      <w:r w:rsidRPr="0000691D">
        <w:rPr>
          <w:rFonts w:cs="B Mitra" w:hint="cs"/>
          <w:sz w:val="28"/>
          <w:szCs w:val="28"/>
          <w:rtl/>
        </w:rPr>
        <w:t>که</w:t>
      </w:r>
      <w:r w:rsidRPr="0000691D">
        <w:rPr>
          <w:rFonts w:cs="B Mitra"/>
          <w:sz w:val="28"/>
          <w:szCs w:val="28"/>
          <w:rtl/>
        </w:rPr>
        <w:t xml:space="preserve"> </w:t>
      </w:r>
      <w:r w:rsidRPr="0000691D">
        <w:rPr>
          <w:rFonts w:cs="B Mitra" w:hint="cs"/>
          <w:sz w:val="28"/>
          <w:szCs w:val="28"/>
          <w:rtl/>
        </w:rPr>
        <w:t>فکر</w:t>
      </w:r>
      <w:r w:rsidRPr="0000691D">
        <w:rPr>
          <w:rFonts w:cs="B Mitra"/>
          <w:sz w:val="28"/>
          <w:szCs w:val="28"/>
          <w:rtl/>
        </w:rPr>
        <w:t xml:space="preserve"> </w:t>
      </w:r>
      <w:r w:rsidRPr="0000691D">
        <w:rPr>
          <w:rFonts w:cs="B Mitra" w:hint="cs"/>
          <w:sz w:val="28"/>
          <w:szCs w:val="28"/>
          <w:rtl/>
        </w:rPr>
        <w:t>کنی</w:t>
      </w:r>
      <w:r w:rsidRPr="0000691D">
        <w:rPr>
          <w:rFonts w:cs="B Mitra"/>
          <w:sz w:val="28"/>
          <w:szCs w:val="28"/>
          <w:rtl/>
        </w:rPr>
        <w:t xml:space="preserve"> </w:t>
      </w:r>
      <w:r w:rsidRPr="0000691D">
        <w:rPr>
          <w:rFonts w:cs="B Mitra" w:hint="cs"/>
          <w:sz w:val="28"/>
          <w:szCs w:val="28"/>
          <w:rtl/>
        </w:rPr>
        <w:t>باید</w:t>
      </w:r>
      <w:r w:rsidRPr="0000691D">
        <w:rPr>
          <w:rFonts w:cs="B Mitra"/>
          <w:sz w:val="28"/>
          <w:szCs w:val="28"/>
          <w:rtl/>
        </w:rPr>
        <w:t xml:space="preserve"> </w:t>
      </w:r>
      <w:r w:rsidRPr="0000691D">
        <w:rPr>
          <w:rFonts w:cs="B Mitra" w:hint="cs"/>
          <w:sz w:val="28"/>
          <w:szCs w:val="28"/>
          <w:rtl/>
        </w:rPr>
        <w:t>آشپزی</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کنار</w:t>
      </w:r>
      <w:r w:rsidRPr="0000691D">
        <w:rPr>
          <w:rFonts w:cs="B Mitra"/>
          <w:sz w:val="28"/>
          <w:szCs w:val="28"/>
          <w:rtl/>
        </w:rPr>
        <w:t xml:space="preserve"> </w:t>
      </w:r>
      <w:r w:rsidRPr="0000691D">
        <w:rPr>
          <w:rFonts w:cs="B Mitra" w:hint="cs"/>
          <w:sz w:val="28"/>
          <w:szCs w:val="28"/>
          <w:rtl/>
        </w:rPr>
        <w:t>بگذاری؟</w:t>
      </w:r>
    </w:p>
    <w:p w:rsidR="00A75B1C" w:rsidRPr="0000691D" w:rsidRDefault="00A75B1C" w:rsidP="0000691D">
      <w:pPr>
        <w:bidi/>
        <w:spacing w:line="360" w:lineRule="auto"/>
        <w:jc w:val="both"/>
        <w:rPr>
          <w:rFonts w:cs="B Mitra"/>
          <w:sz w:val="28"/>
          <w:szCs w:val="28"/>
        </w:rPr>
      </w:pPr>
      <w:r w:rsidRPr="0000691D">
        <w:rPr>
          <w:rFonts w:cs="B Mitra" w:hint="cs"/>
          <w:sz w:val="28"/>
          <w:szCs w:val="28"/>
          <w:rtl/>
        </w:rPr>
        <w:t>دیا</w:t>
      </w:r>
      <w:r w:rsidRPr="0000691D">
        <w:rPr>
          <w:rFonts w:cs="B Mitra"/>
          <w:sz w:val="28"/>
          <w:szCs w:val="28"/>
          <w:rtl/>
        </w:rPr>
        <w:t xml:space="preserve">: </w:t>
      </w:r>
      <w:r w:rsidRPr="0000691D">
        <w:rPr>
          <w:rFonts w:cs="B Mitra" w:hint="cs"/>
          <w:sz w:val="28"/>
          <w:szCs w:val="28"/>
          <w:rtl/>
        </w:rPr>
        <w:t>کنار</w:t>
      </w:r>
      <w:r w:rsidRPr="0000691D">
        <w:rPr>
          <w:rFonts w:cs="B Mitra"/>
          <w:sz w:val="28"/>
          <w:szCs w:val="28"/>
          <w:rtl/>
        </w:rPr>
        <w:t xml:space="preserve"> </w:t>
      </w:r>
      <w:r w:rsidRPr="0000691D">
        <w:rPr>
          <w:rFonts w:cs="B Mitra" w:hint="cs"/>
          <w:sz w:val="28"/>
          <w:szCs w:val="28"/>
          <w:rtl/>
        </w:rPr>
        <w:t>گذاشتن</w:t>
      </w:r>
      <w:r w:rsidRPr="0000691D">
        <w:rPr>
          <w:rFonts w:cs="B Mitra"/>
          <w:sz w:val="28"/>
          <w:szCs w:val="28"/>
          <w:rtl/>
        </w:rPr>
        <w:t xml:space="preserve"> </w:t>
      </w:r>
      <w:r w:rsidRPr="0000691D">
        <w:rPr>
          <w:rFonts w:cs="B Mitra" w:hint="cs"/>
          <w:sz w:val="28"/>
          <w:szCs w:val="28"/>
          <w:rtl/>
        </w:rPr>
        <w:t>آشپزی</w:t>
      </w:r>
      <w:r w:rsidRPr="0000691D">
        <w:rPr>
          <w:rFonts w:cs="B Mitra"/>
          <w:sz w:val="28"/>
          <w:szCs w:val="28"/>
          <w:rtl/>
        </w:rPr>
        <w:t xml:space="preserve"> </w:t>
      </w:r>
      <w:r w:rsidRPr="0000691D">
        <w:rPr>
          <w:rFonts w:cs="B Mitra" w:hint="cs"/>
          <w:sz w:val="28"/>
          <w:szCs w:val="28"/>
          <w:rtl/>
        </w:rPr>
        <w:t>هرگز</w:t>
      </w:r>
      <w:r w:rsidRPr="0000691D">
        <w:rPr>
          <w:rFonts w:cs="B Mitra"/>
          <w:sz w:val="28"/>
          <w:szCs w:val="28"/>
          <w:rtl/>
        </w:rPr>
        <w:t xml:space="preserve"> </w:t>
      </w:r>
      <w:r w:rsidRPr="0000691D">
        <w:rPr>
          <w:rFonts w:cs="B Mitra" w:hint="cs"/>
          <w:sz w:val="28"/>
          <w:szCs w:val="28"/>
          <w:rtl/>
        </w:rPr>
        <w:t>یک</w:t>
      </w:r>
      <w:r w:rsidRPr="0000691D">
        <w:rPr>
          <w:rFonts w:cs="B Mitra"/>
          <w:sz w:val="28"/>
          <w:szCs w:val="28"/>
          <w:rtl/>
        </w:rPr>
        <w:t xml:space="preserve"> </w:t>
      </w:r>
      <w:r w:rsidRPr="0000691D">
        <w:rPr>
          <w:rFonts w:cs="B Mitra" w:hint="cs"/>
          <w:sz w:val="28"/>
          <w:szCs w:val="28"/>
          <w:rtl/>
        </w:rPr>
        <w:t>گزینه</w:t>
      </w:r>
      <w:r w:rsidRPr="0000691D">
        <w:rPr>
          <w:rFonts w:cs="B Mitra"/>
          <w:sz w:val="28"/>
          <w:szCs w:val="28"/>
          <w:rtl/>
        </w:rPr>
        <w:t xml:space="preserve"> </w:t>
      </w:r>
      <w:r w:rsidRPr="0000691D">
        <w:rPr>
          <w:rFonts w:cs="B Mitra" w:hint="cs"/>
          <w:sz w:val="28"/>
          <w:szCs w:val="28"/>
          <w:rtl/>
        </w:rPr>
        <w:t>نبود</w:t>
      </w:r>
      <w:r w:rsidRPr="0000691D">
        <w:rPr>
          <w:rFonts w:cs="B Mitra"/>
          <w:sz w:val="28"/>
          <w:szCs w:val="28"/>
          <w:rtl/>
        </w:rPr>
        <w:t xml:space="preserve">. </w:t>
      </w:r>
      <w:r w:rsidRPr="0000691D">
        <w:rPr>
          <w:rFonts w:cs="B Mitra" w:hint="cs"/>
          <w:sz w:val="28"/>
          <w:szCs w:val="28"/>
          <w:rtl/>
        </w:rPr>
        <w:t>می‌دانستم</w:t>
      </w:r>
      <w:r w:rsidRPr="0000691D">
        <w:rPr>
          <w:rFonts w:cs="B Mitra"/>
          <w:sz w:val="28"/>
          <w:szCs w:val="28"/>
          <w:rtl/>
        </w:rPr>
        <w:t xml:space="preserve"> </w:t>
      </w:r>
      <w:r w:rsidRPr="0000691D">
        <w:rPr>
          <w:rFonts w:cs="B Mitra" w:hint="cs"/>
          <w:sz w:val="28"/>
          <w:szCs w:val="28"/>
          <w:rtl/>
        </w:rPr>
        <w:t>تطبیق</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شرایط</w:t>
      </w:r>
      <w:r w:rsidRPr="0000691D">
        <w:rPr>
          <w:rFonts w:cs="B Mitra"/>
          <w:sz w:val="28"/>
          <w:szCs w:val="28"/>
          <w:rtl/>
        </w:rPr>
        <w:t xml:space="preserve"> </w:t>
      </w:r>
      <w:r w:rsidRPr="0000691D">
        <w:rPr>
          <w:rFonts w:cs="B Mitra" w:hint="cs"/>
          <w:sz w:val="28"/>
          <w:szCs w:val="28"/>
          <w:rtl/>
        </w:rPr>
        <w:t>جدید</w:t>
      </w:r>
      <w:r w:rsidRPr="0000691D">
        <w:rPr>
          <w:rFonts w:cs="B Mitra"/>
          <w:sz w:val="28"/>
          <w:szCs w:val="28"/>
          <w:rtl/>
        </w:rPr>
        <w:t xml:space="preserve"> </w:t>
      </w:r>
      <w:r w:rsidRPr="0000691D">
        <w:rPr>
          <w:rFonts w:cs="B Mitra" w:hint="cs"/>
          <w:sz w:val="28"/>
          <w:szCs w:val="28"/>
          <w:rtl/>
        </w:rPr>
        <w:t>یک</w:t>
      </w:r>
      <w:r w:rsidRPr="0000691D">
        <w:rPr>
          <w:rFonts w:cs="B Mitra"/>
          <w:sz w:val="28"/>
          <w:szCs w:val="28"/>
          <w:rtl/>
        </w:rPr>
        <w:t xml:space="preserve"> </w:t>
      </w:r>
      <w:r w:rsidRPr="0000691D">
        <w:rPr>
          <w:rFonts w:cs="B Mitra" w:hint="cs"/>
          <w:sz w:val="28"/>
          <w:szCs w:val="28"/>
          <w:rtl/>
        </w:rPr>
        <w:t>چالش</w:t>
      </w:r>
      <w:r w:rsidRPr="0000691D">
        <w:rPr>
          <w:rFonts w:cs="B Mitra"/>
          <w:sz w:val="28"/>
          <w:szCs w:val="28"/>
          <w:rtl/>
        </w:rPr>
        <w:t xml:space="preserve"> </w:t>
      </w:r>
      <w:r w:rsidRPr="0000691D">
        <w:rPr>
          <w:rFonts w:cs="B Mitra" w:hint="cs"/>
          <w:sz w:val="28"/>
          <w:szCs w:val="28"/>
          <w:rtl/>
        </w:rPr>
        <w:t>است،</w:t>
      </w:r>
      <w:r w:rsidRPr="0000691D">
        <w:rPr>
          <w:rFonts w:cs="B Mitra"/>
          <w:sz w:val="28"/>
          <w:szCs w:val="28"/>
          <w:rtl/>
        </w:rPr>
        <w:t xml:space="preserve"> </w:t>
      </w:r>
      <w:r w:rsidRPr="0000691D">
        <w:rPr>
          <w:rFonts w:cs="B Mitra" w:hint="cs"/>
          <w:sz w:val="28"/>
          <w:szCs w:val="28"/>
          <w:rtl/>
        </w:rPr>
        <w:t>اما</w:t>
      </w:r>
      <w:r w:rsidRPr="0000691D">
        <w:rPr>
          <w:rFonts w:cs="B Mitra"/>
          <w:sz w:val="28"/>
          <w:szCs w:val="28"/>
          <w:rtl/>
        </w:rPr>
        <w:t xml:space="preserve"> </w:t>
      </w:r>
      <w:r w:rsidRPr="0000691D">
        <w:rPr>
          <w:rFonts w:cs="B Mitra" w:hint="cs"/>
          <w:sz w:val="28"/>
          <w:szCs w:val="28"/>
          <w:rtl/>
        </w:rPr>
        <w:t>این</w:t>
      </w:r>
      <w:r w:rsidRPr="0000691D">
        <w:rPr>
          <w:rFonts w:cs="B Mitra"/>
          <w:sz w:val="28"/>
          <w:szCs w:val="28"/>
          <w:rtl/>
        </w:rPr>
        <w:t xml:space="preserve"> </w:t>
      </w:r>
      <w:r w:rsidRPr="0000691D">
        <w:rPr>
          <w:rFonts w:cs="B Mitra" w:hint="cs"/>
          <w:sz w:val="28"/>
          <w:szCs w:val="28"/>
          <w:rtl/>
        </w:rPr>
        <w:t>چالش</w:t>
      </w:r>
      <w:r w:rsidRPr="0000691D">
        <w:rPr>
          <w:rFonts w:cs="B Mitra"/>
          <w:sz w:val="28"/>
          <w:szCs w:val="28"/>
          <w:rtl/>
        </w:rPr>
        <w:t xml:space="preserve"> </w:t>
      </w:r>
      <w:r w:rsidRPr="0000691D">
        <w:rPr>
          <w:rFonts w:cs="B Mitra" w:hint="cs"/>
          <w:sz w:val="28"/>
          <w:szCs w:val="28"/>
          <w:rtl/>
        </w:rPr>
        <w:t>به</w:t>
      </w:r>
      <w:r w:rsidRPr="0000691D">
        <w:rPr>
          <w:rFonts w:cs="B Mitra"/>
          <w:sz w:val="28"/>
          <w:szCs w:val="28"/>
          <w:rtl/>
        </w:rPr>
        <w:t xml:space="preserve"> </w:t>
      </w:r>
      <w:r w:rsidRPr="0000691D">
        <w:rPr>
          <w:rFonts w:cs="B Mitra" w:hint="cs"/>
          <w:sz w:val="28"/>
          <w:szCs w:val="28"/>
          <w:rtl/>
        </w:rPr>
        <w:t>معنای</w:t>
      </w:r>
      <w:r w:rsidRPr="0000691D">
        <w:rPr>
          <w:rFonts w:cs="B Mitra"/>
          <w:sz w:val="28"/>
          <w:szCs w:val="28"/>
          <w:rtl/>
        </w:rPr>
        <w:t xml:space="preserve"> </w:t>
      </w:r>
      <w:r w:rsidRPr="0000691D">
        <w:rPr>
          <w:rFonts w:cs="B Mitra" w:hint="cs"/>
          <w:sz w:val="28"/>
          <w:szCs w:val="28"/>
          <w:rtl/>
        </w:rPr>
        <w:t>ناتوانی</w:t>
      </w:r>
      <w:r w:rsidRPr="0000691D">
        <w:rPr>
          <w:rFonts w:cs="B Mitra"/>
          <w:sz w:val="28"/>
          <w:szCs w:val="28"/>
          <w:rtl/>
        </w:rPr>
        <w:t xml:space="preserve"> </w:t>
      </w:r>
      <w:r w:rsidRPr="0000691D">
        <w:rPr>
          <w:rFonts w:cs="B Mitra" w:hint="cs"/>
          <w:sz w:val="28"/>
          <w:szCs w:val="28"/>
          <w:rtl/>
        </w:rPr>
        <w:t>نبود</w:t>
      </w:r>
      <w:r w:rsidRPr="0000691D">
        <w:rPr>
          <w:rFonts w:cs="B Mitra"/>
          <w:sz w:val="28"/>
          <w:szCs w:val="28"/>
          <w:rtl/>
        </w:rPr>
        <w:t xml:space="preserve">. </w:t>
      </w:r>
      <w:r w:rsidRPr="0000691D">
        <w:rPr>
          <w:rFonts w:cs="B Mitra" w:hint="cs"/>
          <w:sz w:val="28"/>
          <w:szCs w:val="28"/>
          <w:rtl/>
        </w:rPr>
        <w:t>من</w:t>
      </w:r>
      <w:r w:rsidRPr="0000691D">
        <w:rPr>
          <w:rFonts w:cs="B Mitra"/>
          <w:sz w:val="28"/>
          <w:szCs w:val="28"/>
          <w:rtl/>
        </w:rPr>
        <w:t xml:space="preserve"> </w:t>
      </w:r>
      <w:r w:rsidRPr="0000691D">
        <w:rPr>
          <w:rFonts w:cs="B Mitra" w:hint="cs"/>
          <w:sz w:val="28"/>
          <w:szCs w:val="28"/>
          <w:rtl/>
        </w:rPr>
        <w:t>آشپزی</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نوجوانی</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تماشای</w:t>
      </w:r>
      <w:r w:rsidRPr="0000691D">
        <w:rPr>
          <w:rFonts w:cs="B Mitra"/>
          <w:sz w:val="28"/>
          <w:szCs w:val="28"/>
          <w:rtl/>
        </w:rPr>
        <w:t xml:space="preserve"> </w:t>
      </w:r>
      <w:r w:rsidRPr="0000691D">
        <w:rPr>
          <w:rFonts w:cs="B Mitra" w:hint="cs"/>
          <w:sz w:val="28"/>
          <w:szCs w:val="28"/>
          <w:rtl/>
        </w:rPr>
        <w:t>مادرم</w:t>
      </w:r>
      <w:r w:rsidRPr="0000691D">
        <w:rPr>
          <w:rFonts w:cs="B Mitra"/>
          <w:sz w:val="28"/>
          <w:szCs w:val="28"/>
          <w:rtl/>
        </w:rPr>
        <w:t xml:space="preserve"> </w:t>
      </w:r>
      <w:r w:rsidRPr="0000691D">
        <w:rPr>
          <w:rFonts w:cs="B Mitra" w:hint="cs"/>
          <w:sz w:val="28"/>
          <w:szCs w:val="28"/>
          <w:rtl/>
        </w:rPr>
        <w:t>که</w:t>
      </w:r>
      <w:r w:rsidRPr="0000691D">
        <w:rPr>
          <w:rFonts w:cs="B Mitra"/>
          <w:sz w:val="28"/>
          <w:szCs w:val="28"/>
          <w:rtl/>
        </w:rPr>
        <w:t xml:space="preserve"> </w:t>
      </w:r>
      <w:r w:rsidRPr="0000691D">
        <w:rPr>
          <w:rFonts w:cs="B Mitra" w:hint="cs"/>
          <w:sz w:val="28"/>
          <w:szCs w:val="28"/>
          <w:rtl/>
        </w:rPr>
        <w:t>اصالت</w:t>
      </w:r>
      <w:r w:rsidRPr="0000691D">
        <w:rPr>
          <w:rFonts w:cs="B Mitra"/>
          <w:sz w:val="28"/>
          <w:szCs w:val="28"/>
          <w:rtl/>
        </w:rPr>
        <w:t xml:space="preserve"> </w:t>
      </w:r>
      <w:r w:rsidRPr="0000691D">
        <w:rPr>
          <w:rFonts w:cs="B Mitra" w:hint="cs"/>
          <w:sz w:val="28"/>
          <w:szCs w:val="28"/>
          <w:rtl/>
        </w:rPr>
        <w:t>ایتالیایی</w:t>
      </w:r>
      <w:r w:rsidRPr="0000691D">
        <w:rPr>
          <w:rFonts w:cs="B Mitra"/>
          <w:sz w:val="28"/>
          <w:szCs w:val="28"/>
          <w:rtl/>
        </w:rPr>
        <w:t xml:space="preserve"> </w:t>
      </w:r>
      <w:r w:rsidRPr="0000691D">
        <w:rPr>
          <w:rFonts w:cs="B Mitra" w:hint="cs"/>
          <w:sz w:val="28"/>
          <w:szCs w:val="28"/>
          <w:rtl/>
        </w:rPr>
        <w:t>داشت</w:t>
      </w:r>
      <w:r w:rsidRPr="0000691D">
        <w:rPr>
          <w:rFonts w:cs="B Mitra"/>
          <w:sz w:val="28"/>
          <w:szCs w:val="28"/>
          <w:rtl/>
        </w:rPr>
        <w:t xml:space="preserve"> </w:t>
      </w:r>
      <w:r w:rsidRPr="0000691D">
        <w:rPr>
          <w:rFonts w:cs="B Mitra" w:hint="cs"/>
          <w:sz w:val="28"/>
          <w:szCs w:val="28"/>
          <w:rtl/>
        </w:rPr>
        <w:t>آموخته</w:t>
      </w:r>
      <w:r w:rsidRPr="0000691D">
        <w:rPr>
          <w:rFonts w:cs="B Mitra"/>
          <w:sz w:val="28"/>
          <w:szCs w:val="28"/>
          <w:rtl/>
        </w:rPr>
        <w:t xml:space="preserve"> </w:t>
      </w:r>
      <w:r w:rsidRPr="0000691D">
        <w:rPr>
          <w:rFonts w:cs="B Mitra" w:hint="cs"/>
          <w:sz w:val="28"/>
          <w:szCs w:val="28"/>
          <w:rtl/>
        </w:rPr>
        <w:t>بودم</w:t>
      </w:r>
      <w:r w:rsidRPr="0000691D">
        <w:rPr>
          <w:rFonts w:cs="B Mitra"/>
          <w:sz w:val="28"/>
          <w:szCs w:val="28"/>
          <w:rtl/>
        </w:rPr>
        <w:t xml:space="preserve">. </w:t>
      </w:r>
      <w:r w:rsidRPr="0000691D">
        <w:rPr>
          <w:rFonts w:cs="B Mitra" w:hint="cs"/>
          <w:sz w:val="28"/>
          <w:szCs w:val="28"/>
          <w:rtl/>
        </w:rPr>
        <w:t>بزرگ‌ترین</w:t>
      </w:r>
      <w:r w:rsidRPr="0000691D">
        <w:rPr>
          <w:rFonts w:cs="B Mitra"/>
          <w:sz w:val="28"/>
          <w:szCs w:val="28"/>
          <w:rtl/>
        </w:rPr>
        <w:t xml:space="preserve"> </w:t>
      </w:r>
      <w:r w:rsidRPr="0000691D">
        <w:rPr>
          <w:rFonts w:cs="B Mitra" w:hint="cs"/>
          <w:sz w:val="28"/>
          <w:szCs w:val="28"/>
          <w:rtl/>
        </w:rPr>
        <w:t>دغدغه</w:t>
      </w:r>
      <w:r w:rsidRPr="0000691D">
        <w:rPr>
          <w:rFonts w:cs="B Mitra"/>
          <w:sz w:val="28"/>
          <w:szCs w:val="28"/>
          <w:rtl/>
        </w:rPr>
        <w:t xml:space="preserve"> </w:t>
      </w:r>
      <w:r w:rsidRPr="0000691D">
        <w:rPr>
          <w:rFonts w:cs="B Mitra" w:hint="cs"/>
          <w:sz w:val="28"/>
          <w:szCs w:val="28"/>
          <w:rtl/>
        </w:rPr>
        <w:t>من</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آغاز،</w:t>
      </w:r>
      <w:r w:rsidRPr="0000691D">
        <w:rPr>
          <w:rFonts w:cs="B Mitra"/>
          <w:sz w:val="28"/>
          <w:szCs w:val="28"/>
          <w:rtl/>
        </w:rPr>
        <w:t xml:space="preserve"> </w:t>
      </w:r>
      <w:r w:rsidRPr="0000691D">
        <w:rPr>
          <w:rFonts w:cs="B Mitra" w:hint="cs"/>
          <w:sz w:val="28"/>
          <w:szCs w:val="28"/>
          <w:rtl/>
        </w:rPr>
        <w:t>پیشگیری</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سوختگی</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بریدگی</w:t>
      </w:r>
      <w:r w:rsidRPr="0000691D">
        <w:rPr>
          <w:rFonts w:cs="B Mitra"/>
          <w:sz w:val="28"/>
          <w:szCs w:val="28"/>
          <w:rtl/>
        </w:rPr>
        <w:t xml:space="preserve"> </w:t>
      </w:r>
      <w:r w:rsidRPr="0000691D">
        <w:rPr>
          <w:rFonts w:cs="B Mitra" w:hint="cs"/>
          <w:sz w:val="28"/>
          <w:szCs w:val="28"/>
          <w:rtl/>
        </w:rPr>
        <w:t>دست</w:t>
      </w:r>
      <w:r w:rsidRPr="0000691D">
        <w:rPr>
          <w:rFonts w:cs="B Mitra"/>
          <w:sz w:val="28"/>
          <w:szCs w:val="28"/>
          <w:rtl/>
        </w:rPr>
        <w:t xml:space="preserve"> </w:t>
      </w:r>
      <w:r w:rsidRPr="0000691D">
        <w:rPr>
          <w:rFonts w:cs="B Mitra" w:hint="cs"/>
          <w:sz w:val="28"/>
          <w:szCs w:val="28"/>
          <w:rtl/>
        </w:rPr>
        <w:t>بود</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تمرکزم</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بر</w:t>
      </w:r>
      <w:r w:rsidRPr="0000691D">
        <w:rPr>
          <w:rFonts w:cs="B Mitra"/>
          <w:sz w:val="28"/>
          <w:szCs w:val="28"/>
          <w:rtl/>
        </w:rPr>
        <w:t xml:space="preserve"> </w:t>
      </w:r>
      <w:r w:rsidRPr="0000691D">
        <w:rPr>
          <w:rFonts w:cs="B Mitra" w:hint="cs"/>
          <w:sz w:val="28"/>
          <w:szCs w:val="28"/>
          <w:rtl/>
        </w:rPr>
        <w:t>یافتن</w:t>
      </w:r>
      <w:r w:rsidRPr="0000691D">
        <w:rPr>
          <w:rFonts w:cs="B Mitra"/>
          <w:sz w:val="28"/>
          <w:szCs w:val="28"/>
          <w:rtl/>
        </w:rPr>
        <w:t xml:space="preserve"> </w:t>
      </w:r>
      <w:r w:rsidRPr="0000691D">
        <w:rPr>
          <w:rFonts w:cs="B Mitra" w:hint="cs"/>
          <w:sz w:val="28"/>
          <w:szCs w:val="28"/>
          <w:rtl/>
        </w:rPr>
        <w:t>راه‌حل‌های</w:t>
      </w:r>
      <w:r w:rsidRPr="0000691D">
        <w:rPr>
          <w:rFonts w:cs="B Mitra"/>
          <w:sz w:val="28"/>
          <w:szCs w:val="28"/>
          <w:rtl/>
        </w:rPr>
        <w:t xml:space="preserve"> </w:t>
      </w:r>
      <w:r w:rsidRPr="0000691D">
        <w:rPr>
          <w:rFonts w:cs="B Mitra" w:hint="cs"/>
          <w:sz w:val="28"/>
          <w:szCs w:val="28"/>
          <w:rtl/>
        </w:rPr>
        <w:t>عملی</w:t>
      </w:r>
      <w:r w:rsidRPr="0000691D">
        <w:rPr>
          <w:rFonts w:cs="B Mitra"/>
          <w:sz w:val="28"/>
          <w:szCs w:val="28"/>
          <w:rtl/>
        </w:rPr>
        <w:t xml:space="preserve"> </w:t>
      </w:r>
      <w:r w:rsidRPr="0000691D">
        <w:rPr>
          <w:rFonts w:cs="B Mitra" w:hint="cs"/>
          <w:sz w:val="28"/>
          <w:szCs w:val="28"/>
          <w:rtl/>
        </w:rPr>
        <w:t>گذاشتم؛</w:t>
      </w:r>
      <w:r w:rsidRPr="0000691D">
        <w:rPr>
          <w:rFonts w:cs="B Mitra"/>
          <w:sz w:val="28"/>
          <w:szCs w:val="28"/>
          <w:rtl/>
        </w:rPr>
        <w:t xml:space="preserve"> </w:t>
      </w:r>
      <w:r w:rsidRPr="0000691D">
        <w:rPr>
          <w:rFonts w:cs="B Mitra" w:hint="cs"/>
          <w:sz w:val="28"/>
          <w:szCs w:val="28"/>
          <w:rtl/>
        </w:rPr>
        <w:t>روش‌هایی</w:t>
      </w:r>
      <w:r w:rsidRPr="0000691D">
        <w:rPr>
          <w:rFonts w:cs="B Mitra"/>
          <w:sz w:val="28"/>
          <w:szCs w:val="28"/>
          <w:rtl/>
        </w:rPr>
        <w:t xml:space="preserve"> </w:t>
      </w:r>
      <w:r w:rsidRPr="0000691D">
        <w:rPr>
          <w:rFonts w:cs="B Mitra" w:hint="cs"/>
          <w:sz w:val="28"/>
          <w:szCs w:val="28"/>
          <w:rtl/>
        </w:rPr>
        <w:t>مانند</w:t>
      </w:r>
      <w:r w:rsidRPr="0000691D">
        <w:rPr>
          <w:rFonts w:cs="B Mitra"/>
          <w:sz w:val="28"/>
          <w:szCs w:val="28"/>
          <w:rtl/>
        </w:rPr>
        <w:t xml:space="preserve"> </w:t>
      </w:r>
      <w:r w:rsidRPr="0000691D">
        <w:rPr>
          <w:rFonts w:cs="B Mitra" w:hint="cs"/>
          <w:sz w:val="28"/>
          <w:szCs w:val="28"/>
          <w:rtl/>
        </w:rPr>
        <w:t>استفاده</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میان‌برها</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به</w:t>
      </w:r>
      <w:r w:rsidRPr="0000691D">
        <w:rPr>
          <w:rFonts w:cs="B Mitra"/>
          <w:sz w:val="28"/>
          <w:szCs w:val="28"/>
          <w:rtl/>
        </w:rPr>
        <w:t xml:space="preserve"> </w:t>
      </w:r>
      <w:r w:rsidRPr="0000691D">
        <w:rPr>
          <w:rFonts w:cs="B Mitra" w:hint="cs"/>
          <w:sz w:val="28"/>
          <w:szCs w:val="28"/>
          <w:rtl/>
        </w:rPr>
        <w:t>کار</w:t>
      </w:r>
      <w:r w:rsidRPr="0000691D">
        <w:rPr>
          <w:rFonts w:cs="B Mitra"/>
          <w:sz w:val="28"/>
          <w:szCs w:val="28"/>
          <w:rtl/>
        </w:rPr>
        <w:t xml:space="preserve"> </w:t>
      </w:r>
      <w:r w:rsidRPr="0000691D">
        <w:rPr>
          <w:rFonts w:cs="B Mitra" w:hint="cs"/>
          <w:sz w:val="28"/>
          <w:szCs w:val="28"/>
          <w:rtl/>
        </w:rPr>
        <w:t>گرفتم</w:t>
      </w:r>
      <w:r w:rsidRPr="0000691D">
        <w:rPr>
          <w:rFonts w:cs="B Mitra"/>
          <w:sz w:val="28"/>
          <w:szCs w:val="28"/>
          <w:rtl/>
        </w:rPr>
        <w:t xml:space="preserve">. </w:t>
      </w:r>
      <w:r w:rsidRPr="0000691D">
        <w:rPr>
          <w:rFonts w:cs="B Mitra" w:hint="cs"/>
          <w:sz w:val="28"/>
          <w:szCs w:val="28"/>
          <w:rtl/>
        </w:rPr>
        <w:t>اکنون</w:t>
      </w:r>
      <w:r w:rsidRPr="0000691D">
        <w:rPr>
          <w:rFonts w:cs="B Mitra"/>
          <w:sz w:val="28"/>
          <w:szCs w:val="28"/>
          <w:rtl/>
        </w:rPr>
        <w:t xml:space="preserve"> </w:t>
      </w:r>
      <w:r w:rsidRPr="0000691D">
        <w:rPr>
          <w:rFonts w:cs="B Mitra" w:hint="cs"/>
          <w:sz w:val="28"/>
          <w:szCs w:val="28"/>
          <w:rtl/>
        </w:rPr>
        <w:t>که</w:t>
      </w:r>
      <w:r w:rsidRPr="0000691D">
        <w:rPr>
          <w:rFonts w:cs="B Mitra"/>
          <w:sz w:val="28"/>
          <w:szCs w:val="28"/>
          <w:rtl/>
        </w:rPr>
        <w:t xml:space="preserve"> </w:t>
      </w:r>
      <w:r w:rsidRPr="0000691D">
        <w:rPr>
          <w:rFonts w:cs="B Mitra" w:hint="cs"/>
          <w:sz w:val="28"/>
          <w:szCs w:val="28"/>
          <w:rtl/>
        </w:rPr>
        <w:t>فرزندانم</w:t>
      </w:r>
      <w:r w:rsidRPr="0000691D">
        <w:rPr>
          <w:rFonts w:cs="B Mitra"/>
          <w:sz w:val="28"/>
          <w:szCs w:val="28"/>
          <w:rtl/>
        </w:rPr>
        <w:t xml:space="preserve"> </w:t>
      </w:r>
      <w:r w:rsidRPr="0000691D">
        <w:rPr>
          <w:rFonts w:cs="B Mitra" w:hint="cs"/>
          <w:sz w:val="28"/>
          <w:szCs w:val="28"/>
          <w:rtl/>
        </w:rPr>
        <w:t>مستقل</w:t>
      </w:r>
      <w:r w:rsidRPr="0000691D">
        <w:rPr>
          <w:rFonts w:cs="B Mitra"/>
          <w:sz w:val="28"/>
          <w:szCs w:val="28"/>
          <w:rtl/>
        </w:rPr>
        <w:t xml:space="preserve"> </w:t>
      </w:r>
      <w:r w:rsidRPr="0000691D">
        <w:rPr>
          <w:rFonts w:cs="B Mitra" w:hint="cs"/>
          <w:sz w:val="28"/>
          <w:szCs w:val="28"/>
          <w:rtl/>
        </w:rPr>
        <w:t>شده‌اند،</w:t>
      </w:r>
      <w:r w:rsidRPr="0000691D">
        <w:rPr>
          <w:rFonts w:cs="B Mitra"/>
          <w:sz w:val="28"/>
          <w:szCs w:val="28"/>
          <w:rtl/>
        </w:rPr>
        <w:t xml:space="preserve"> </w:t>
      </w:r>
      <w:r w:rsidRPr="0000691D">
        <w:rPr>
          <w:rFonts w:cs="B Mitra" w:hint="cs"/>
          <w:sz w:val="28"/>
          <w:szCs w:val="28"/>
          <w:rtl/>
        </w:rPr>
        <w:t>به</w:t>
      </w:r>
      <w:r w:rsidRPr="0000691D">
        <w:rPr>
          <w:rFonts w:cs="B Mitra"/>
          <w:sz w:val="28"/>
          <w:szCs w:val="28"/>
          <w:rtl/>
        </w:rPr>
        <w:t xml:space="preserve"> </w:t>
      </w:r>
      <w:r w:rsidRPr="0000691D">
        <w:rPr>
          <w:rFonts w:cs="B Mitra" w:hint="cs"/>
          <w:sz w:val="28"/>
          <w:szCs w:val="28"/>
          <w:rtl/>
        </w:rPr>
        <w:t>جای</w:t>
      </w:r>
      <w:r w:rsidRPr="0000691D">
        <w:rPr>
          <w:rFonts w:cs="B Mitra"/>
          <w:sz w:val="28"/>
          <w:szCs w:val="28"/>
          <w:rtl/>
        </w:rPr>
        <w:t xml:space="preserve"> </w:t>
      </w:r>
      <w:r w:rsidRPr="0000691D">
        <w:rPr>
          <w:rFonts w:cs="B Mitra" w:hint="cs"/>
          <w:sz w:val="28"/>
          <w:szCs w:val="28"/>
          <w:rtl/>
        </w:rPr>
        <w:t>تهیه</w:t>
      </w:r>
      <w:r w:rsidRPr="0000691D">
        <w:rPr>
          <w:rFonts w:cs="B Mitra"/>
          <w:sz w:val="28"/>
          <w:szCs w:val="28"/>
          <w:rtl/>
        </w:rPr>
        <w:t xml:space="preserve"> </w:t>
      </w:r>
      <w:r w:rsidRPr="0000691D">
        <w:rPr>
          <w:rFonts w:cs="B Mitra" w:hint="cs"/>
          <w:sz w:val="28"/>
          <w:szCs w:val="28"/>
          <w:rtl/>
        </w:rPr>
        <w:t>سس</w:t>
      </w:r>
      <w:r w:rsidRPr="0000691D">
        <w:rPr>
          <w:rFonts w:cs="B Mitra"/>
          <w:sz w:val="28"/>
          <w:szCs w:val="28"/>
          <w:rtl/>
        </w:rPr>
        <w:t xml:space="preserve"> </w:t>
      </w:r>
      <w:r w:rsidRPr="0000691D">
        <w:rPr>
          <w:rFonts w:cs="B Mitra" w:hint="cs"/>
          <w:sz w:val="28"/>
          <w:szCs w:val="28"/>
          <w:rtl/>
        </w:rPr>
        <w:t>پاستا</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پایه،</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سس‌های</w:t>
      </w:r>
      <w:r w:rsidRPr="0000691D">
        <w:rPr>
          <w:rFonts w:cs="B Mitra"/>
          <w:sz w:val="28"/>
          <w:szCs w:val="28"/>
          <w:rtl/>
        </w:rPr>
        <w:t xml:space="preserve"> </w:t>
      </w:r>
      <w:r w:rsidRPr="0000691D">
        <w:rPr>
          <w:rFonts w:cs="B Mitra" w:hint="cs"/>
          <w:sz w:val="28"/>
          <w:szCs w:val="28"/>
          <w:rtl/>
        </w:rPr>
        <w:t>آماده</w:t>
      </w:r>
      <w:r w:rsidRPr="0000691D">
        <w:rPr>
          <w:rFonts w:cs="B Mitra"/>
          <w:sz w:val="28"/>
          <w:szCs w:val="28"/>
          <w:rtl/>
        </w:rPr>
        <w:t xml:space="preserve"> </w:t>
      </w:r>
      <w:r w:rsidRPr="0000691D">
        <w:rPr>
          <w:rFonts w:cs="B Mitra" w:hint="cs"/>
          <w:sz w:val="28"/>
          <w:szCs w:val="28"/>
          <w:rtl/>
        </w:rPr>
        <w:t>مرغوب</w:t>
      </w:r>
      <w:r w:rsidRPr="0000691D">
        <w:rPr>
          <w:rFonts w:cs="B Mitra"/>
          <w:sz w:val="28"/>
          <w:szCs w:val="28"/>
          <w:rtl/>
        </w:rPr>
        <w:t xml:space="preserve"> </w:t>
      </w:r>
      <w:r w:rsidRPr="0000691D">
        <w:rPr>
          <w:rFonts w:cs="B Mitra" w:hint="cs"/>
          <w:sz w:val="28"/>
          <w:szCs w:val="28"/>
          <w:rtl/>
        </w:rPr>
        <w:t>استفاده</w:t>
      </w:r>
      <w:r w:rsidRPr="0000691D">
        <w:rPr>
          <w:rFonts w:cs="B Mitra"/>
          <w:sz w:val="28"/>
          <w:szCs w:val="28"/>
          <w:rtl/>
        </w:rPr>
        <w:t xml:space="preserve"> </w:t>
      </w:r>
      <w:r w:rsidRPr="0000691D">
        <w:rPr>
          <w:rFonts w:cs="B Mitra" w:hint="cs"/>
          <w:sz w:val="28"/>
          <w:szCs w:val="28"/>
          <w:rtl/>
        </w:rPr>
        <w:t>می‌کنم</w:t>
      </w:r>
      <w:r w:rsidRPr="0000691D">
        <w:rPr>
          <w:rFonts w:cs="B Mitra"/>
          <w:sz w:val="28"/>
          <w:szCs w:val="28"/>
          <w:rtl/>
        </w:rPr>
        <w:t xml:space="preserve"> </w:t>
      </w:r>
      <w:r w:rsidRPr="0000691D">
        <w:rPr>
          <w:rFonts w:cs="B Mitra" w:hint="cs"/>
          <w:sz w:val="28"/>
          <w:szCs w:val="28"/>
          <w:rtl/>
        </w:rPr>
        <w:t>یا</w:t>
      </w:r>
      <w:r w:rsidRPr="0000691D">
        <w:rPr>
          <w:rFonts w:cs="B Mitra"/>
          <w:sz w:val="28"/>
          <w:szCs w:val="28"/>
          <w:rtl/>
        </w:rPr>
        <w:t xml:space="preserve"> </w:t>
      </w:r>
      <w:r w:rsidRPr="0000691D">
        <w:rPr>
          <w:rFonts w:cs="B Mitra" w:hint="cs"/>
          <w:sz w:val="28"/>
          <w:szCs w:val="28"/>
          <w:rtl/>
        </w:rPr>
        <w:t>تفت</w:t>
      </w:r>
      <w:r w:rsidRPr="0000691D">
        <w:rPr>
          <w:rFonts w:cs="B Mitra"/>
          <w:sz w:val="28"/>
          <w:szCs w:val="28"/>
          <w:rtl/>
        </w:rPr>
        <w:t xml:space="preserve"> </w:t>
      </w:r>
      <w:r w:rsidRPr="0000691D">
        <w:rPr>
          <w:rFonts w:cs="B Mitra" w:hint="cs"/>
          <w:sz w:val="28"/>
          <w:szCs w:val="28"/>
          <w:rtl/>
        </w:rPr>
        <w:t>سریع</w:t>
      </w:r>
      <w:r w:rsidRPr="0000691D">
        <w:rPr>
          <w:rFonts w:cs="B Mitra"/>
          <w:sz w:val="28"/>
          <w:szCs w:val="28"/>
          <w:rtl/>
        </w:rPr>
        <w:t xml:space="preserve"> </w:t>
      </w:r>
      <w:r w:rsidRPr="0000691D">
        <w:rPr>
          <w:rFonts w:cs="B Mitra" w:hint="cs"/>
          <w:sz w:val="28"/>
          <w:szCs w:val="28"/>
          <w:rtl/>
        </w:rPr>
        <w:t>سیر</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روغن</w:t>
      </w:r>
      <w:r w:rsidRPr="0000691D">
        <w:rPr>
          <w:rFonts w:cs="B Mitra"/>
          <w:sz w:val="28"/>
          <w:szCs w:val="28"/>
          <w:rtl/>
        </w:rPr>
        <w:t xml:space="preserve"> </w:t>
      </w:r>
      <w:r w:rsidRPr="0000691D">
        <w:rPr>
          <w:rFonts w:cs="B Mitra" w:hint="cs"/>
          <w:sz w:val="28"/>
          <w:szCs w:val="28"/>
          <w:rtl/>
        </w:rPr>
        <w:t>زیتون</w:t>
      </w:r>
      <w:r w:rsidRPr="0000691D">
        <w:rPr>
          <w:rFonts w:cs="B Mitra"/>
          <w:sz w:val="28"/>
          <w:szCs w:val="28"/>
          <w:rtl/>
        </w:rPr>
        <w:t xml:space="preserve"> </w:t>
      </w:r>
      <w:r w:rsidRPr="0000691D">
        <w:rPr>
          <w:rFonts w:cs="B Mitra" w:hint="cs"/>
          <w:sz w:val="28"/>
          <w:szCs w:val="28"/>
          <w:rtl/>
        </w:rPr>
        <w:t>همراه</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جعفری</w:t>
      </w:r>
      <w:r w:rsidRPr="0000691D">
        <w:rPr>
          <w:rFonts w:cs="B Mitra"/>
          <w:sz w:val="28"/>
          <w:szCs w:val="28"/>
          <w:rtl/>
        </w:rPr>
        <w:t xml:space="preserve"> </w:t>
      </w:r>
      <w:r w:rsidRPr="0000691D">
        <w:rPr>
          <w:rFonts w:cs="B Mitra" w:hint="cs"/>
          <w:sz w:val="28"/>
          <w:szCs w:val="28"/>
          <w:rtl/>
        </w:rPr>
        <w:t>تازه</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ترجیح</w:t>
      </w:r>
      <w:r w:rsidRPr="0000691D">
        <w:rPr>
          <w:rFonts w:cs="B Mitra"/>
          <w:sz w:val="28"/>
          <w:szCs w:val="28"/>
          <w:rtl/>
        </w:rPr>
        <w:t xml:space="preserve"> </w:t>
      </w:r>
      <w:r w:rsidRPr="0000691D">
        <w:rPr>
          <w:rFonts w:cs="B Mitra" w:hint="cs"/>
          <w:sz w:val="28"/>
          <w:szCs w:val="28"/>
          <w:rtl/>
        </w:rPr>
        <w:t>می‌دهم</w:t>
      </w:r>
      <w:r w:rsidRPr="0000691D">
        <w:rPr>
          <w:rFonts w:cs="B Mitra"/>
          <w:sz w:val="28"/>
          <w:szCs w:val="28"/>
          <w:rtl/>
        </w:rPr>
        <w:t xml:space="preserve">. </w:t>
      </w:r>
      <w:r w:rsidRPr="0000691D">
        <w:rPr>
          <w:rFonts w:cs="B Mitra" w:hint="cs"/>
          <w:sz w:val="28"/>
          <w:szCs w:val="28"/>
          <w:rtl/>
        </w:rPr>
        <w:t>البته</w:t>
      </w:r>
      <w:r w:rsidRPr="0000691D">
        <w:rPr>
          <w:rFonts w:cs="B Mitra"/>
          <w:sz w:val="28"/>
          <w:szCs w:val="28"/>
          <w:rtl/>
        </w:rPr>
        <w:t xml:space="preserve"> </w:t>
      </w:r>
      <w:r w:rsidRPr="0000691D">
        <w:rPr>
          <w:rFonts w:cs="B Mitra" w:hint="cs"/>
          <w:sz w:val="28"/>
          <w:szCs w:val="28"/>
          <w:rtl/>
        </w:rPr>
        <w:t>غذاهای</w:t>
      </w:r>
      <w:r w:rsidRPr="0000691D">
        <w:rPr>
          <w:rFonts w:cs="B Mitra"/>
          <w:sz w:val="28"/>
          <w:szCs w:val="28"/>
          <w:rtl/>
        </w:rPr>
        <w:t xml:space="preserve"> </w:t>
      </w:r>
      <w:r w:rsidRPr="0000691D">
        <w:rPr>
          <w:rFonts w:cs="B Mitra" w:hint="cs"/>
          <w:sz w:val="28"/>
          <w:szCs w:val="28"/>
          <w:rtl/>
        </w:rPr>
        <w:t>اصلی‌ام</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همچنان</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ابتدا</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دقت</w:t>
      </w:r>
      <w:r w:rsidRPr="0000691D">
        <w:rPr>
          <w:rFonts w:cs="B Mitra"/>
          <w:sz w:val="28"/>
          <w:szCs w:val="28"/>
          <w:rtl/>
        </w:rPr>
        <w:t xml:space="preserve"> </w:t>
      </w:r>
      <w:r w:rsidRPr="0000691D">
        <w:rPr>
          <w:rFonts w:cs="B Mitra" w:hint="cs"/>
          <w:sz w:val="28"/>
          <w:szCs w:val="28"/>
          <w:rtl/>
        </w:rPr>
        <w:t>می‌پزم،</w:t>
      </w:r>
      <w:r w:rsidRPr="0000691D">
        <w:rPr>
          <w:rFonts w:cs="B Mitra"/>
          <w:sz w:val="28"/>
          <w:szCs w:val="28"/>
          <w:rtl/>
        </w:rPr>
        <w:t xml:space="preserve"> </w:t>
      </w:r>
      <w:r w:rsidRPr="0000691D">
        <w:rPr>
          <w:rFonts w:cs="B Mitra" w:hint="cs"/>
          <w:sz w:val="28"/>
          <w:szCs w:val="28"/>
          <w:rtl/>
        </w:rPr>
        <w:t>ولی</w:t>
      </w:r>
      <w:r w:rsidRPr="0000691D">
        <w:rPr>
          <w:rFonts w:cs="B Mitra"/>
          <w:sz w:val="28"/>
          <w:szCs w:val="28"/>
          <w:rtl/>
        </w:rPr>
        <w:t xml:space="preserve"> </w:t>
      </w:r>
      <w:r w:rsidRPr="0000691D">
        <w:rPr>
          <w:rFonts w:cs="B Mitra" w:hint="cs"/>
          <w:sz w:val="28"/>
          <w:szCs w:val="28"/>
          <w:rtl/>
        </w:rPr>
        <w:t>سرعت</w:t>
      </w:r>
      <w:r w:rsidRPr="0000691D">
        <w:rPr>
          <w:rFonts w:cs="B Mitra"/>
          <w:sz w:val="28"/>
          <w:szCs w:val="28"/>
          <w:rtl/>
        </w:rPr>
        <w:t xml:space="preserve"> </w:t>
      </w:r>
      <w:r w:rsidRPr="0000691D">
        <w:rPr>
          <w:rFonts w:cs="B Mitra" w:hint="cs"/>
          <w:sz w:val="28"/>
          <w:szCs w:val="28"/>
          <w:rtl/>
        </w:rPr>
        <w:t>کار</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پایین</w:t>
      </w:r>
      <w:r w:rsidRPr="0000691D">
        <w:rPr>
          <w:rFonts w:cs="B Mitra"/>
          <w:sz w:val="28"/>
          <w:szCs w:val="28"/>
          <w:rtl/>
        </w:rPr>
        <w:t xml:space="preserve"> </w:t>
      </w:r>
      <w:r w:rsidRPr="0000691D">
        <w:rPr>
          <w:rFonts w:cs="B Mitra" w:hint="cs"/>
          <w:sz w:val="28"/>
          <w:szCs w:val="28"/>
          <w:rtl/>
        </w:rPr>
        <w:t>آورده‌ام</w:t>
      </w:r>
      <w:r w:rsidRPr="0000691D">
        <w:rPr>
          <w:rFonts w:cs="B Mitra"/>
          <w:sz w:val="28"/>
          <w:szCs w:val="28"/>
          <w:rtl/>
        </w:rPr>
        <w:t xml:space="preserve"> </w:t>
      </w:r>
      <w:r w:rsidRPr="0000691D">
        <w:rPr>
          <w:rFonts w:cs="B Mitra" w:hint="cs"/>
          <w:sz w:val="28"/>
          <w:szCs w:val="28"/>
          <w:rtl/>
        </w:rPr>
        <w:t>تا</w:t>
      </w:r>
      <w:r w:rsidRPr="0000691D">
        <w:rPr>
          <w:rFonts w:cs="B Mitra"/>
          <w:sz w:val="28"/>
          <w:szCs w:val="28"/>
          <w:rtl/>
        </w:rPr>
        <w:t xml:space="preserve"> </w:t>
      </w:r>
      <w:r w:rsidRPr="0000691D">
        <w:rPr>
          <w:rFonts w:cs="B Mitra" w:hint="cs"/>
          <w:sz w:val="28"/>
          <w:szCs w:val="28"/>
          <w:rtl/>
        </w:rPr>
        <w:t>خطاها</w:t>
      </w:r>
      <w:r w:rsidRPr="0000691D">
        <w:rPr>
          <w:rFonts w:cs="B Mitra"/>
          <w:sz w:val="28"/>
          <w:szCs w:val="28"/>
          <w:rtl/>
        </w:rPr>
        <w:t xml:space="preserve"> </w:t>
      </w:r>
      <w:r w:rsidRPr="0000691D">
        <w:rPr>
          <w:rFonts w:cs="B Mitra" w:hint="cs"/>
          <w:sz w:val="28"/>
          <w:szCs w:val="28"/>
          <w:rtl/>
        </w:rPr>
        <w:t>به</w:t>
      </w:r>
      <w:r w:rsidRPr="0000691D">
        <w:rPr>
          <w:rFonts w:cs="B Mitra"/>
          <w:sz w:val="28"/>
          <w:szCs w:val="28"/>
          <w:rtl/>
        </w:rPr>
        <w:t xml:space="preserve"> </w:t>
      </w:r>
      <w:r w:rsidRPr="0000691D">
        <w:rPr>
          <w:rFonts w:cs="B Mitra" w:hint="cs"/>
          <w:sz w:val="28"/>
          <w:szCs w:val="28"/>
          <w:rtl/>
        </w:rPr>
        <w:t>حداقل</w:t>
      </w:r>
      <w:r w:rsidRPr="0000691D">
        <w:rPr>
          <w:rFonts w:cs="B Mitra"/>
          <w:sz w:val="28"/>
          <w:szCs w:val="28"/>
          <w:rtl/>
        </w:rPr>
        <w:t xml:space="preserve"> </w:t>
      </w:r>
      <w:r w:rsidRPr="0000691D">
        <w:rPr>
          <w:rFonts w:cs="B Mitra" w:hint="cs"/>
          <w:sz w:val="28"/>
          <w:szCs w:val="28"/>
          <w:rtl/>
        </w:rPr>
        <w:t>برسد</w:t>
      </w:r>
      <w:r w:rsidRPr="0000691D">
        <w:rPr>
          <w:rFonts w:cs="B Mitra"/>
          <w:sz w:val="28"/>
          <w:szCs w:val="28"/>
          <w:rtl/>
        </w:rPr>
        <w:t>.</w:t>
      </w:r>
    </w:p>
    <w:p w:rsidR="00A75B1C" w:rsidRPr="0000691D" w:rsidRDefault="00A75B1C" w:rsidP="0000691D">
      <w:pPr>
        <w:bidi/>
        <w:spacing w:line="360" w:lineRule="auto"/>
        <w:jc w:val="both"/>
        <w:rPr>
          <w:rFonts w:cs="B Mitra"/>
          <w:sz w:val="28"/>
          <w:szCs w:val="28"/>
        </w:rPr>
      </w:pPr>
      <w:r w:rsidRPr="0000691D">
        <w:rPr>
          <w:rFonts w:cs="B Mitra" w:hint="cs"/>
          <w:sz w:val="28"/>
          <w:szCs w:val="28"/>
          <w:rtl/>
        </w:rPr>
        <w:t>ریکی</w:t>
      </w:r>
      <w:r w:rsidRPr="0000691D">
        <w:rPr>
          <w:rFonts w:cs="B Mitra"/>
          <w:sz w:val="28"/>
          <w:szCs w:val="28"/>
          <w:rtl/>
        </w:rPr>
        <w:t xml:space="preserve"> </w:t>
      </w:r>
      <w:r w:rsidRPr="0000691D">
        <w:rPr>
          <w:rFonts w:cs="B Mitra" w:hint="cs"/>
          <w:sz w:val="28"/>
          <w:szCs w:val="28"/>
          <w:rtl/>
        </w:rPr>
        <w:t>انگر</w:t>
      </w:r>
      <w:r w:rsidRPr="0000691D">
        <w:rPr>
          <w:rFonts w:cs="B Mitra"/>
          <w:sz w:val="28"/>
          <w:szCs w:val="28"/>
          <w:rtl/>
        </w:rPr>
        <w:t xml:space="preserve">: </w:t>
      </w:r>
      <w:r w:rsidRPr="0000691D">
        <w:rPr>
          <w:rFonts w:cs="B Mitra" w:hint="cs"/>
          <w:sz w:val="28"/>
          <w:szCs w:val="28"/>
          <w:rtl/>
        </w:rPr>
        <w:t>دان،</w:t>
      </w:r>
      <w:r w:rsidRPr="0000691D">
        <w:rPr>
          <w:rFonts w:cs="B Mitra"/>
          <w:sz w:val="28"/>
          <w:szCs w:val="28"/>
          <w:rtl/>
        </w:rPr>
        <w:t xml:space="preserve"> </w:t>
      </w:r>
      <w:r w:rsidRPr="0000691D">
        <w:rPr>
          <w:rFonts w:cs="B Mitra" w:hint="cs"/>
          <w:sz w:val="28"/>
          <w:szCs w:val="28"/>
          <w:rtl/>
        </w:rPr>
        <w:t>رویکرد</w:t>
      </w:r>
      <w:r w:rsidRPr="0000691D">
        <w:rPr>
          <w:rFonts w:cs="B Mitra"/>
          <w:sz w:val="28"/>
          <w:szCs w:val="28"/>
          <w:rtl/>
        </w:rPr>
        <w:t xml:space="preserve"> </w:t>
      </w:r>
      <w:r w:rsidRPr="0000691D">
        <w:rPr>
          <w:rFonts w:cs="B Mitra" w:hint="cs"/>
          <w:sz w:val="28"/>
          <w:szCs w:val="28"/>
          <w:rtl/>
        </w:rPr>
        <w:t>تو</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سازگاری</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آشپزی</w:t>
      </w:r>
      <w:r w:rsidRPr="0000691D">
        <w:rPr>
          <w:rFonts w:cs="B Mitra"/>
          <w:sz w:val="28"/>
          <w:szCs w:val="28"/>
          <w:rtl/>
        </w:rPr>
        <w:t xml:space="preserve"> </w:t>
      </w:r>
      <w:r w:rsidRPr="0000691D">
        <w:rPr>
          <w:rFonts w:cs="B Mitra" w:hint="cs"/>
          <w:sz w:val="28"/>
          <w:szCs w:val="28"/>
          <w:rtl/>
        </w:rPr>
        <w:t>چگونه</w:t>
      </w:r>
      <w:r w:rsidRPr="0000691D">
        <w:rPr>
          <w:rFonts w:cs="B Mitra"/>
          <w:sz w:val="28"/>
          <w:szCs w:val="28"/>
          <w:rtl/>
        </w:rPr>
        <w:t xml:space="preserve"> </w:t>
      </w:r>
      <w:r w:rsidRPr="0000691D">
        <w:rPr>
          <w:rFonts w:cs="B Mitra" w:hint="cs"/>
          <w:sz w:val="28"/>
          <w:szCs w:val="28"/>
          <w:rtl/>
        </w:rPr>
        <w:t>بوده</w:t>
      </w:r>
      <w:r w:rsidRPr="0000691D">
        <w:rPr>
          <w:rFonts w:cs="B Mitra"/>
          <w:sz w:val="28"/>
          <w:szCs w:val="28"/>
          <w:rtl/>
        </w:rPr>
        <w:t xml:space="preserve"> </w:t>
      </w:r>
      <w:r w:rsidRPr="0000691D">
        <w:rPr>
          <w:rFonts w:cs="B Mitra" w:hint="cs"/>
          <w:sz w:val="28"/>
          <w:szCs w:val="28"/>
          <w:rtl/>
        </w:rPr>
        <w:t>است؟</w:t>
      </w:r>
    </w:p>
    <w:p w:rsidR="00A75B1C" w:rsidRPr="0000691D" w:rsidRDefault="00A75B1C" w:rsidP="0000691D">
      <w:pPr>
        <w:bidi/>
        <w:spacing w:line="360" w:lineRule="auto"/>
        <w:jc w:val="both"/>
        <w:rPr>
          <w:rFonts w:cs="B Mitra"/>
          <w:sz w:val="28"/>
          <w:szCs w:val="28"/>
        </w:rPr>
      </w:pPr>
      <w:r w:rsidRPr="0000691D">
        <w:rPr>
          <w:rFonts w:cs="B Mitra" w:hint="cs"/>
          <w:sz w:val="28"/>
          <w:szCs w:val="28"/>
          <w:rtl/>
        </w:rPr>
        <w:lastRenderedPageBreak/>
        <w:t>دان</w:t>
      </w:r>
      <w:r w:rsidRPr="0000691D">
        <w:rPr>
          <w:rFonts w:cs="B Mitra"/>
          <w:sz w:val="28"/>
          <w:szCs w:val="28"/>
          <w:rtl/>
        </w:rPr>
        <w:t xml:space="preserve"> </w:t>
      </w:r>
      <w:r w:rsidRPr="0000691D">
        <w:rPr>
          <w:rFonts w:cs="B Mitra" w:hint="cs"/>
          <w:sz w:val="28"/>
          <w:szCs w:val="28"/>
          <w:rtl/>
        </w:rPr>
        <w:t>پوینتمن</w:t>
      </w:r>
      <w:r w:rsidRPr="0000691D">
        <w:rPr>
          <w:rFonts w:cs="B Mitra"/>
          <w:sz w:val="28"/>
          <w:szCs w:val="28"/>
          <w:rtl/>
        </w:rPr>
        <w:t xml:space="preserve">: </w:t>
      </w:r>
      <w:r w:rsidRPr="0000691D">
        <w:rPr>
          <w:rFonts w:cs="B Mitra" w:hint="cs"/>
          <w:sz w:val="28"/>
          <w:szCs w:val="28"/>
          <w:rtl/>
        </w:rPr>
        <w:t>من</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جوانی</w:t>
      </w:r>
      <w:r w:rsidRPr="0000691D">
        <w:rPr>
          <w:rFonts w:cs="B Mitra"/>
          <w:sz w:val="28"/>
          <w:szCs w:val="28"/>
          <w:rtl/>
        </w:rPr>
        <w:t xml:space="preserve"> </w:t>
      </w:r>
      <w:r w:rsidRPr="0000691D">
        <w:rPr>
          <w:rFonts w:cs="B Mitra" w:hint="cs"/>
          <w:sz w:val="28"/>
          <w:szCs w:val="28"/>
          <w:rtl/>
        </w:rPr>
        <w:t>به</w:t>
      </w:r>
      <w:r w:rsidRPr="0000691D">
        <w:rPr>
          <w:rFonts w:cs="B Mitra"/>
          <w:sz w:val="28"/>
          <w:szCs w:val="28"/>
          <w:rtl/>
        </w:rPr>
        <w:t xml:space="preserve"> </w:t>
      </w:r>
      <w:r w:rsidRPr="0000691D">
        <w:rPr>
          <w:rFonts w:cs="B Mitra" w:hint="cs"/>
          <w:sz w:val="28"/>
          <w:szCs w:val="28"/>
          <w:rtl/>
        </w:rPr>
        <w:t>آشپزی</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قنادی</w:t>
      </w:r>
      <w:r w:rsidRPr="0000691D">
        <w:rPr>
          <w:rFonts w:cs="B Mitra"/>
          <w:sz w:val="28"/>
          <w:szCs w:val="28"/>
          <w:rtl/>
        </w:rPr>
        <w:t xml:space="preserve"> </w:t>
      </w:r>
      <w:r w:rsidRPr="0000691D">
        <w:rPr>
          <w:rFonts w:cs="B Mitra" w:hint="cs"/>
          <w:sz w:val="28"/>
          <w:szCs w:val="28"/>
          <w:rtl/>
        </w:rPr>
        <w:t>علاقه‌مند</w:t>
      </w:r>
      <w:r w:rsidRPr="0000691D">
        <w:rPr>
          <w:rFonts w:cs="B Mitra"/>
          <w:sz w:val="28"/>
          <w:szCs w:val="28"/>
          <w:rtl/>
        </w:rPr>
        <w:t xml:space="preserve"> </w:t>
      </w:r>
      <w:r w:rsidRPr="0000691D">
        <w:rPr>
          <w:rFonts w:cs="B Mitra" w:hint="cs"/>
          <w:sz w:val="28"/>
          <w:szCs w:val="28"/>
          <w:rtl/>
        </w:rPr>
        <w:t>بودم</w:t>
      </w:r>
      <w:r w:rsidRPr="0000691D">
        <w:rPr>
          <w:rFonts w:cs="B Mitra"/>
          <w:sz w:val="28"/>
          <w:szCs w:val="28"/>
          <w:rtl/>
        </w:rPr>
        <w:t xml:space="preserve">. </w:t>
      </w:r>
      <w:r w:rsidRPr="0000691D">
        <w:rPr>
          <w:rFonts w:cs="B Mitra" w:hint="cs"/>
          <w:sz w:val="28"/>
          <w:szCs w:val="28"/>
          <w:rtl/>
        </w:rPr>
        <w:t>پس</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نابینایی،</w:t>
      </w:r>
      <w:r w:rsidRPr="0000691D">
        <w:rPr>
          <w:rFonts w:cs="B Mitra"/>
          <w:sz w:val="28"/>
          <w:szCs w:val="28"/>
          <w:rtl/>
        </w:rPr>
        <w:t xml:space="preserve"> </w:t>
      </w:r>
      <w:r w:rsidRPr="0000691D">
        <w:rPr>
          <w:rFonts w:cs="B Mitra" w:hint="cs"/>
          <w:sz w:val="28"/>
          <w:szCs w:val="28"/>
          <w:rtl/>
        </w:rPr>
        <w:t>متوجه</w:t>
      </w:r>
      <w:r w:rsidRPr="0000691D">
        <w:rPr>
          <w:rFonts w:cs="B Mitra"/>
          <w:sz w:val="28"/>
          <w:szCs w:val="28"/>
          <w:rtl/>
        </w:rPr>
        <w:t xml:space="preserve"> </w:t>
      </w:r>
      <w:r w:rsidRPr="0000691D">
        <w:rPr>
          <w:rFonts w:cs="B Mitra" w:hint="cs"/>
          <w:sz w:val="28"/>
          <w:szCs w:val="28"/>
          <w:rtl/>
        </w:rPr>
        <w:t>شدم</w:t>
      </w:r>
      <w:r w:rsidRPr="0000691D">
        <w:rPr>
          <w:rFonts w:cs="B Mitra"/>
          <w:sz w:val="28"/>
          <w:szCs w:val="28"/>
          <w:rtl/>
        </w:rPr>
        <w:t xml:space="preserve"> </w:t>
      </w:r>
      <w:r w:rsidRPr="0000691D">
        <w:rPr>
          <w:rFonts w:cs="B Mitra" w:hint="cs"/>
          <w:sz w:val="28"/>
          <w:szCs w:val="28"/>
          <w:rtl/>
        </w:rPr>
        <w:t>کارها</w:t>
      </w:r>
      <w:r w:rsidRPr="0000691D">
        <w:rPr>
          <w:rFonts w:cs="B Mitra"/>
          <w:sz w:val="28"/>
          <w:szCs w:val="28"/>
          <w:rtl/>
        </w:rPr>
        <w:t xml:space="preserve"> </w:t>
      </w:r>
      <w:r w:rsidRPr="0000691D">
        <w:rPr>
          <w:rFonts w:cs="B Mitra" w:hint="cs"/>
          <w:sz w:val="28"/>
          <w:szCs w:val="28"/>
          <w:rtl/>
        </w:rPr>
        <w:t>زمان</w:t>
      </w:r>
      <w:r w:rsidRPr="0000691D">
        <w:rPr>
          <w:rFonts w:cs="B Mitra"/>
          <w:sz w:val="28"/>
          <w:szCs w:val="28"/>
          <w:rtl/>
        </w:rPr>
        <w:t xml:space="preserve"> </w:t>
      </w:r>
      <w:r w:rsidRPr="0000691D">
        <w:rPr>
          <w:rFonts w:cs="B Mitra" w:hint="cs"/>
          <w:sz w:val="28"/>
          <w:szCs w:val="28"/>
          <w:rtl/>
        </w:rPr>
        <w:t>بیشتری</w:t>
      </w:r>
      <w:r w:rsidRPr="0000691D">
        <w:rPr>
          <w:rFonts w:cs="B Mitra"/>
          <w:sz w:val="28"/>
          <w:szCs w:val="28"/>
          <w:rtl/>
        </w:rPr>
        <w:t xml:space="preserve"> </w:t>
      </w:r>
      <w:r w:rsidRPr="0000691D">
        <w:rPr>
          <w:rFonts w:cs="B Mitra" w:hint="cs"/>
          <w:sz w:val="28"/>
          <w:szCs w:val="28"/>
          <w:rtl/>
        </w:rPr>
        <w:t>می‌طلبند</w:t>
      </w:r>
      <w:r w:rsidRPr="0000691D">
        <w:rPr>
          <w:rFonts w:cs="B Mitra"/>
          <w:sz w:val="28"/>
          <w:szCs w:val="28"/>
          <w:rtl/>
        </w:rPr>
        <w:t xml:space="preserve">. </w:t>
      </w:r>
      <w:r w:rsidRPr="0000691D">
        <w:rPr>
          <w:rFonts w:cs="B Mitra" w:hint="cs"/>
          <w:sz w:val="28"/>
          <w:szCs w:val="28"/>
          <w:rtl/>
        </w:rPr>
        <w:t>من</w:t>
      </w:r>
      <w:r w:rsidRPr="0000691D">
        <w:rPr>
          <w:rFonts w:cs="B Mitra"/>
          <w:sz w:val="28"/>
          <w:szCs w:val="28"/>
          <w:rtl/>
        </w:rPr>
        <w:t xml:space="preserve"> </w:t>
      </w:r>
      <w:r w:rsidRPr="0000691D">
        <w:rPr>
          <w:rFonts w:cs="B Mitra" w:hint="cs"/>
          <w:sz w:val="28"/>
          <w:szCs w:val="28"/>
          <w:rtl/>
        </w:rPr>
        <w:t>میان‌بر</w:t>
      </w:r>
      <w:r w:rsidRPr="0000691D">
        <w:rPr>
          <w:rFonts w:cs="B Mitra"/>
          <w:sz w:val="28"/>
          <w:szCs w:val="28"/>
          <w:rtl/>
        </w:rPr>
        <w:t xml:space="preserve"> </w:t>
      </w:r>
      <w:r w:rsidRPr="0000691D">
        <w:rPr>
          <w:rFonts w:cs="B Mitra" w:hint="cs"/>
          <w:sz w:val="28"/>
          <w:szCs w:val="28"/>
          <w:rtl/>
        </w:rPr>
        <w:t>ندارم،</w:t>
      </w:r>
      <w:r w:rsidRPr="0000691D">
        <w:rPr>
          <w:rFonts w:cs="B Mitra"/>
          <w:sz w:val="28"/>
          <w:szCs w:val="28"/>
          <w:rtl/>
        </w:rPr>
        <w:t xml:space="preserve"> </w:t>
      </w:r>
      <w:r w:rsidRPr="0000691D">
        <w:rPr>
          <w:rFonts w:cs="B Mitra" w:hint="cs"/>
          <w:sz w:val="28"/>
          <w:szCs w:val="28"/>
          <w:rtl/>
        </w:rPr>
        <w:t>بلکه</w:t>
      </w:r>
      <w:r w:rsidRPr="0000691D">
        <w:rPr>
          <w:rFonts w:cs="B Mitra"/>
          <w:sz w:val="28"/>
          <w:szCs w:val="28"/>
          <w:rtl/>
        </w:rPr>
        <w:t xml:space="preserve"> </w:t>
      </w:r>
      <w:r w:rsidRPr="0000691D">
        <w:rPr>
          <w:rFonts w:cs="B Mitra" w:hint="cs"/>
          <w:sz w:val="28"/>
          <w:szCs w:val="28"/>
          <w:rtl/>
        </w:rPr>
        <w:t>مسیرهایم</w:t>
      </w:r>
      <w:r w:rsidRPr="0000691D">
        <w:rPr>
          <w:rFonts w:cs="B Mitra"/>
          <w:sz w:val="28"/>
          <w:szCs w:val="28"/>
          <w:rtl/>
        </w:rPr>
        <w:t xml:space="preserve"> </w:t>
      </w:r>
      <w:r w:rsidRPr="0000691D">
        <w:rPr>
          <w:rFonts w:cs="B Mitra" w:hint="cs"/>
          <w:sz w:val="28"/>
          <w:szCs w:val="28"/>
          <w:rtl/>
        </w:rPr>
        <w:t>با</w:t>
      </w:r>
      <w:r w:rsidRPr="0000691D">
        <w:rPr>
          <w:rFonts w:cs="B Mitra"/>
          <w:sz w:val="28"/>
          <w:szCs w:val="28"/>
        </w:rPr>
        <w:t xml:space="preserve"> </w:t>
      </w:r>
      <w:r w:rsidRPr="0000691D">
        <w:rPr>
          <w:rFonts w:cs="B Mitra" w:hint="cs"/>
          <w:sz w:val="28"/>
          <w:szCs w:val="28"/>
          <w:rtl/>
        </w:rPr>
        <w:t>حوصله‌تر</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طولانی‌تر</w:t>
      </w:r>
      <w:r w:rsidRPr="0000691D">
        <w:rPr>
          <w:rFonts w:cs="B Mitra"/>
          <w:sz w:val="28"/>
          <w:szCs w:val="28"/>
          <w:rtl/>
        </w:rPr>
        <w:t xml:space="preserve"> </w:t>
      </w:r>
      <w:r w:rsidRPr="0000691D">
        <w:rPr>
          <w:rFonts w:cs="B Mitra" w:hint="cs"/>
          <w:sz w:val="28"/>
          <w:szCs w:val="28"/>
          <w:rtl/>
        </w:rPr>
        <w:t>شده‌اند</w:t>
      </w:r>
      <w:r w:rsidRPr="0000691D">
        <w:rPr>
          <w:rFonts w:cs="B Mitra"/>
          <w:sz w:val="28"/>
          <w:szCs w:val="28"/>
          <w:rtl/>
        </w:rPr>
        <w:t xml:space="preserve">. </w:t>
      </w:r>
      <w:r w:rsidRPr="0000691D">
        <w:rPr>
          <w:rFonts w:cs="B Mitra" w:hint="cs"/>
          <w:sz w:val="28"/>
          <w:szCs w:val="28"/>
          <w:rtl/>
        </w:rPr>
        <w:t>حجم</w:t>
      </w:r>
      <w:r w:rsidRPr="0000691D">
        <w:rPr>
          <w:rFonts w:cs="B Mitra"/>
          <w:sz w:val="28"/>
          <w:szCs w:val="28"/>
          <w:rtl/>
        </w:rPr>
        <w:t xml:space="preserve"> </w:t>
      </w:r>
      <w:r w:rsidRPr="0000691D">
        <w:rPr>
          <w:rFonts w:cs="B Mitra" w:hint="cs"/>
          <w:sz w:val="28"/>
          <w:szCs w:val="28"/>
          <w:rtl/>
        </w:rPr>
        <w:t>پخت</w:t>
      </w:r>
      <w:r w:rsidRPr="0000691D">
        <w:rPr>
          <w:rFonts w:cs="B Mitra"/>
          <w:sz w:val="28"/>
          <w:szCs w:val="28"/>
        </w:rPr>
        <w:t xml:space="preserve"> </w:t>
      </w:r>
      <w:r w:rsidRPr="0000691D">
        <w:rPr>
          <w:rFonts w:cs="B Mitra" w:hint="cs"/>
          <w:sz w:val="28"/>
          <w:szCs w:val="28"/>
          <w:rtl/>
        </w:rPr>
        <w:t>و</w:t>
      </w:r>
      <w:r w:rsidRPr="0000691D">
        <w:rPr>
          <w:rFonts w:cs="B Mitra"/>
          <w:sz w:val="28"/>
          <w:szCs w:val="28"/>
        </w:rPr>
        <w:t xml:space="preserve"> </w:t>
      </w:r>
      <w:r w:rsidRPr="0000691D">
        <w:rPr>
          <w:rFonts w:cs="B Mitra" w:hint="cs"/>
          <w:sz w:val="28"/>
          <w:szCs w:val="28"/>
          <w:rtl/>
        </w:rPr>
        <w:t>پز</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تعدیل</w:t>
      </w:r>
      <w:r w:rsidRPr="0000691D">
        <w:rPr>
          <w:rFonts w:cs="B Mitra"/>
          <w:sz w:val="28"/>
          <w:szCs w:val="28"/>
          <w:rtl/>
        </w:rPr>
        <w:t xml:space="preserve"> </w:t>
      </w:r>
      <w:r w:rsidRPr="0000691D">
        <w:rPr>
          <w:rFonts w:cs="B Mitra" w:hint="cs"/>
          <w:sz w:val="28"/>
          <w:szCs w:val="28"/>
          <w:rtl/>
        </w:rPr>
        <w:t>کردم</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صبوری</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مرحله‌به‌مرحله</w:t>
      </w:r>
      <w:r w:rsidRPr="0000691D">
        <w:rPr>
          <w:rFonts w:cs="B Mitra"/>
          <w:sz w:val="28"/>
          <w:szCs w:val="28"/>
          <w:rtl/>
        </w:rPr>
        <w:t xml:space="preserve"> </w:t>
      </w:r>
      <w:r w:rsidRPr="0000691D">
        <w:rPr>
          <w:rFonts w:cs="B Mitra" w:hint="cs"/>
          <w:sz w:val="28"/>
          <w:szCs w:val="28"/>
          <w:rtl/>
        </w:rPr>
        <w:t>پیش</w:t>
      </w:r>
      <w:r w:rsidRPr="0000691D">
        <w:rPr>
          <w:rFonts w:cs="B Mitra"/>
          <w:sz w:val="28"/>
          <w:szCs w:val="28"/>
          <w:rtl/>
        </w:rPr>
        <w:t xml:space="preserve"> </w:t>
      </w:r>
      <w:r w:rsidRPr="0000691D">
        <w:rPr>
          <w:rFonts w:cs="B Mitra" w:hint="cs"/>
          <w:sz w:val="28"/>
          <w:szCs w:val="28"/>
          <w:rtl/>
        </w:rPr>
        <w:t>می‌روم</w:t>
      </w:r>
      <w:r w:rsidRPr="0000691D">
        <w:rPr>
          <w:rFonts w:cs="B Mitra"/>
          <w:sz w:val="28"/>
          <w:szCs w:val="28"/>
          <w:rtl/>
        </w:rPr>
        <w:t>.</w:t>
      </w:r>
    </w:p>
    <w:p w:rsidR="00A75B1C" w:rsidRPr="0000691D" w:rsidRDefault="00A75B1C" w:rsidP="0000691D">
      <w:pPr>
        <w:bidi/>
        <w:spacing w:line="360" w:lineRule="auto"/>
        <w:jc w:val="both"/>
        <w:rPr>
          <w:rFonts w:cs="B Mitra"/>
          <w:sz w:val="28"/>
          <w:szCs w:val="28"/>
        </w:rPr>
      </w:pPr>
      <w:r w:rsidRPr="0000691D">
        <w:rPr>
          <w:rFonts w:cs="B Mitra" w:hint="cs"/>
          <w:sz w:val="28"/>
          <w:szCs w:val="28"/>
          <w:rtl/>
        </w:rPr>
        <w:t>ریکی</w:t>
      </w:r>
      <w:r w:rsidRPr="0000691D">
        <w:rPr>
          <w:rFonts w:cs="B Mitra"/>
          <w:sz w:val="28"/>
          <w:szCs w:val="28"/>
          <w:rtl/>
        </w:rPr>
        <w:t xml:space="preserve"> </w:t>
      </w:r>
      <w:r w:rsidRPr="0000691D">
        <w:rPr>
          <w:rFonts w:cs="B Mitra" w:hint="cs"/>
          <w:sz w:val="28"/>
          <w:szCs w:val="28"/>
          <w:rtl/>
        </w:rPr>
        <w:t>انگر</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مسیر</w:t>
      </w:r>
      <w:r w:rsidRPr="0000691D">
        <w:rPr>
          <w:rFonts w:cs="B Mitra"/>
          <w:sz w:val="28"/>
          <w:szCs w:val="28"/>
          <w:rtl/>
        </w:rPr>
        <w:t xml:space="preserve"> </w:t>
      </w:r>
      <w:r w:rsidRPr="0000691D">
        <w:rPr>
          <w:rFonts w:cs="B Mitra" w:hint="cs"/>
          <w:sz w:val="28"/>
          <w:szCs w:val="28"/>
          <w:rtl/>
        </w:rPr>
        <w:t>یادگیری،</w:t>
      </w:r>
      <w:r w:rsidRPr="0000691D">
        <w:rPr>
          <w:rFonts w:cs="B Mitra"/>
          <w:sz w:val="28"/>
          <w:szCs w:val="28"/>
          <w:rtl/>
        </w:rPr>
        <w:t xml:space="preserve"> </w:t>
      </w:r>
      <w:r w:rsidRPr="0000691D">
        <w:rPr>
          <w:rFonts w:cs="B Mitra" w:hint="cs"/>
          <w:sz w:val="28"/>
          <w:szCs w:val="28"/>
          <w:rtl/>
        </w:rPr>
        <w:t>خطاها</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اتفاقات</w:t>
      </w:r>
      <w:r w:rsidRPr="0000691D">
        <w:rPr>
          <w:rFonts w:cs="B Mitra"/>
          <w:sz w:val="28"/>
          <w:szCs w:val="28"/>
          <w:rtl/>
        </w:rPr>
        <w:t xml:space="preserve"> </w:t>
      </w:r>
      <w:r w:rsidRPr="0000691D">
        <w:rPr>
          <w:rFonts w:cs="B Mitra" w:hint="cs"/>
          <w:sz w:val="28"/>
          <w:szCs w:val="28"/>
          <w:rtl/>
        </w:rPr>
        <w:t>پیش‌بینی‌نشده</w:t>
      </w:r>
      <w:r w:rsidRPr="0000691D">
        <w:rPr>
          <w:rFonts w:cs="B Mitra"/>
          <w:sz w:val="28"/>
          <w:szCs w:val="28"/>
          <w:rtl/>
        </w:rPr>
        <w:t xml:space="preserve"> </w:t>
      </w:r>
      <w:r w:rsidRPr="0000691D">
        <w:rPr>
          <w:rFonts w:cs="B Mitra" w:hint="cs"/>
          <w:sz w:val="28"/>
          <w:szCs w:val="28"/>
          <w:rtl/>
        </w:rPr>
        <w:t>همواره</w:t>
      </w:r>
      <w:r w:rsidRPr="0000691D">
        <w:rPr>
          <w:rFonts w:cs="B Mitra"/>
          <w:sz w:val="28"/>
          <w:szCs w:val="28"/>
          <w:rtl/>
        </w:rPr>
        <w:t xml:space="preserve"> </w:t>
      </w:r>
      <w:r w:rsidRPr="0000691D">
        <w:rPr>
          <w:rFonts w:cs="B Mitra" w:hint="cs"/>
          <w:sz w:val="28"/>
          <w:szCs w:val="28"/>
          <w:rtl/>
        </w:rPr>
        <w:t>رخ</w:t>
      </w:r>
      <w:r w:rsidRPr="0000691D">
        <w:rPr>
          <w:rFonts w:cs="B Mitra"/>
          <w:sz w:val="28"/>
          <w:szCs w:val="28"/>
          <w:rtl/>
        </w:rPr>
        <w:t xml:space="preserve"> </w:t>
      </w:r>
      <w:r w:rsidRPr="0000691D">
        <w:rPr>
          <w:rFonts w:cs="B Mitra" w:hint="cs"/>
          <w:sz w:val="28"/>
          <w:szCs w:val="28"/>
          <w:rtl/>
        </w:rPr>
        <w:t>می‌دهند</w:t>
      </w:r>
      <w:r w:rsidRPr="0000691D">
        <w:rPr>
          <w:rFonts w:cs="B Mitra"/>
          <w:sz w:val="28"/>
          <w:szCs w:val="28"/>
          <w:rtl/>
        </w:rPr>
        <w:t xml:space="preserve">. </w:t>
      </w:r>
      <w:r w:rsidRPr="0000691D">
        <w:rPr>
          <w:rFonts w:cs="B Mitra" w:hint="cs"/>
          <w:sz w:val="28"/>
          <w:szCs w:val="28"/>
          <w:rtl/>
        </w:rPr>
        <w:t>دیا،</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رخدادهایی</w:t>
      </w:r>
      <w:r w:rsidRPr="0000691D">
        <w:rPr>
          <w:rFonts w:cs="B Mitra"/>
          <w:sz w:val="28"/>
          <w:szCs w:val="28"/>
          <w:rtl/>
        </w:rPr>
        <w:t xml:space="preserve"> </w:t>
      </w:r>
      <w:r w:rsidRPr="0000691D">
        <w:rPr>
          <w:rFonts w:cs="B Mitra" w:hint="cs"/>
          <w:sz w:val="28"/>
          <w:szCs w:val="28"/>
          <w:rtl/>
        </w:rPr>
        <w:t>بگو</w:t>
      </w:r>
      <w:r w:rsidRPr="0000691D">
        <w:rPr>
          <w:rFonts w:cs="B Mitra"/>
          <w:sz w:val="28"/>
          <w:szCs w:val="28"/>
          <w:rtl/>
        </w:rPr>
        <w:t xml:space="preserve"> </w:t>
      </w:r>
      <w:r w:rsidRPr="0000691D">
        <w:rPr>
          <w:rFonts w:cs="B Mitra" w:hint="cs"/>
          <w:sz w:val="28"/>
          <w:szCs w:val="28"/>
          <w:rtl/>
        </w:rPr>
        <w:t>که</w:t>
      </w:r>
      <w:r w:rsidRPr="0000691D">
        <w:rPr>
          <w:rFonts w:cs="B Mitra"/>
          <w:sz w:val="28"/>
          <w:szCs w:val="28"/>
          <w:rtl/>
        </w:rPr>
        <w:t xml:space="preserve"> </w:t>
      </w:r>
      <w:r w:rsidRPr="0000691D">
        <w:rPr>
          <w:rFonts w:cs="B Mitra" w:hint="cs"/>
          <w:sz w:val="28"/>
          <w:szCs w:val="28"/>
          <w:rtl/>
        </w:rPr>
        <w:t>طبق</w:t>
      </w:r>
      <w:r w:rsidRPr="0000691D">
        <w:rPr>
          <w:rFonts w:cs="B Mitra"/>
          <w:sz w:val="28"/>
          <w:szCs w:val="28"/>
          <w:rtl/>
        </w:rPr>
        <w:t xml:space="preserve"> </w:t>
      </w:r>
      <w:r w:rsidRPr="0000691D">
        <w:rPr>
          <w:rFonts w:cs="B Mitra" w:hint="cs"/>
          <w:sz w:val="28"/>
          <w:szCs w:val="28"/>
          <w:rtl/>
        </w:rPr>
        <w:t>برنامه</w:t>
      </w:r>
      <w:r w:rsidRPr="0000691D">
        <w:rPr>
          <w:rFonts w:cs="B Mitra"/>
          <w:sz w:val="28"/>
          <w:szCs w:val="28"/>
          <w:rtl/>
        </w:rPr>
        <w:t xml:space="preserve"> </w:t>
      </w:r>
      <w:r w:rsidRPr="0000691D">
        <w:rPr>
          <w:rFonts w:cs="B Mitra" w:hint="cs"/>
          <w:sz w:val="28"/>
          <w:szCs w:val="28"/>
          <w:rtl/>
        </w:rPr>
        <w:t>پیش</w:t>
      </w:r>
      <w:r w:rsidRPr="0000691D">
        <w:rPr>
          <w:rFonts w:cs="B Mitra"/>
          <w:sz w:val="28"/>
          <w:szCs w:val="28"/>
          <w:rtl/>
        </w:rPr>
        <w:t xml:space="preserve"> </w:t>
      </w:r>
      <w:r w:rsidRPr="0000691D">
        <w:rPr>
          <w:rFonts w:cs="B Mitra" w:hint="cs"/>
          <w:sz w:val="28"/>
          <w:szCs w:val="28"/>
          <w:rtl/>
        </w:rPr>
        <w:t>نرفتند</w:t>
      </w:r>
      <w:r w:rsidRPr="0000691D">
        <w:rPr>
          <w:rFonts w:cs="B Mitra"/>
          <w:sz w:val="28"/>
          <w:szCs w:val="28"/>
          <w:rtl/>
        </w:rPr>
        <w:t>.</w:t>
      </w:r>
    </w:p>
    <w:p w:rsidR="00A75B1C" w:rsidRPr="0000691D" w:rsidRDefault="00A75B1C" w:rsidP="0000691D">
      <w:pPr>
        <w:bidi/>
        <w:spacing w:line="360" w:lineRule="auto"/>
        <w:jc w:val="both"/>
        <w:rPr>
          <w:rFonts w:cs="B Mitra"/>
          <w:sz w:val="28"/>
          <w:szCs w:val="28"/>
        </w:rPr>
      </w:pPr>
      <w:r w:rsidRPr="0000691D">
        <w:rPr>
          <w:rFonts w:cs="B Mitra" w:hint="cs"/>
          <w:sz w:val="28"/>
          <w:szCs w:val="28"/>
          <w:rtl/>
        </w:rPr>
        <w:t>دیا</w:t>
      </w:r>
      <w:r w:rsidRPr="0000691D">
        <w:rPr>
          <w:rFonts w:cs="B Mitra"/>
          <w:sz w:val="28"/>
          <w:szCs w:val="28"/>
          <w:rtl/>
        </w:rPr>
        <w:t xml:space="preserve">: </w:t>
      </w:r>
      <w:r w:rsidRPr="0000691D">
        <w:rPr>
          <w:rFonts w:cs="B Mitra" w:hint="cs"/>
          <w:sz w:val="28"/>
          <w:szCs w:val="28"/>
          <w:rtl/>
        </w:rPr>
        <w:t>بله،</w:t>
      </w:r>
      <w:r w:rsidRPr="0000691D">
        <w:rPr>
          <w:rFonts w:cs="B Mitra"/>
          <w:sz w:val="28"/>
          <w:szCs w:val="28"/>
          <w:rtl/>
        </w:rPr>
        <w:t xml:space="preserve"> </w:t>
      </w:r>
      <w:r w:rsidRPr="0000691D">
        <w:rPr>
          <w:rFonts w:cs="B Mitra" w:hint="cs"/>
          <w:sz w:val="28"/>
          <w:szCs w:val="28"/>
          <w:rtl/>
        </w:rPr>
        <w:t>چندین</w:t>
      </w:r>
      <w:r w:rsidRPr="0000691D">
        <w:rPr>
          <w:rFonts w:cs="B Mitra"/>
          <w:sz w:val="28"/>
          <w:szCs w:val="28"/>
          <w:rtl/>
        </w:rPr>
        <w:t xml:space="preserve"> </w:t>
      </w:r>
      <w:r w:rsidRPr="0000691D">
        <w:rPr>
          <w:rFonts w:cs="B Mitra" w:hint="cs"/>
          <w:sz w:val="28"/>
          <w:szCs w:val="28"/>
          <w:rtl/>
        </w:rPr>
        <w:t>مورد</w:t>
      </w:r>
      <w:r w:rsidRPr="0000691D">
        <w:rPr>
          <w:rFonts w:cs="B Mitra"/>
          <w:sz w:val="28"/>
          <w:szCs w:val="28"/>
          <w:rtl/>
        </w:rPr>
        <w:t xml:space="preserve"> </w:t>
      </w:r>
      <w:r w:rsidRPr="0000691D">
        <w:rPr>
          <w:rFonts w:cs="B Mitra" w:hint="cs"/>
          <w:sz w:val="28"/>
          <w:szCs w:val="28"/>
          <w:rtl/>
        </w:rPr>
        <w:t>داشتم</w:t>
      </w:r>
      <w:r w:rsidRPr="0000691D">
        <w:rPr>
          <w:rFonts w:cs="B Mitra"/>
          <w:sz w:val="28"/>
          <w:szCs w:val="28"/>
          <w:rtl/>
        </w:rPr>
        <w:t xml:space="preserve">. </w:t>
      </w:r>
      <w:r w:rsidRPr="0000691D">
        <w:rPr>
          <w:rFonts w:cs="B Mitra" w:hint="cs"/>
          <w:sz w:val="28"/>
          <w:szCs w:val="28"/>
          <w:rtl/>
        </w:rPr>
        <w:t>یک</w:t>
      </w:r>
      <w:r w:rsidRPr="0000691D">
        <w:rPr>
          <w:rFonts w:cs="B Mitra"/>
          <w:sz w:val="28"/>
          <w:szCs w:val="28"/>
          <w:rtl/>
        </w:rPr>
        <w:t xml:space="preserve"> </w:t>
      </w:r>
      <w:r w:rsidRPr="0000691D">
        <w:rPr>
          <w:rFonts w:cs="B Mitra" w:hint="cs"/>
          <w:sz w:val="28"/>
          <w:szCs w:val="28"/>
          <w:rtl/>
        </w:rPr>
        <w:t>بار</w:t>
      </w:r>
      <w:r w:rsidRPr="0000691D">
        <w:rPr>
          <w:rFonts w:cs="B Mitra"/>
          <w:sz w:val="28"/>
          <w:szCs w:val="28"/>
          <w:rtl/>
        </w:rPr>
        <w:t xml:space="preserve"> </w:t>
      </w:r>
      <w:r w:rsidRPr="0000691D">
        <w:rPr>
          <w:rFonts w:cs="B Mitra" w:hint="cs"/>
          <w:sz w:val="28"/>
          <w:szCs w:val="28"/>
          <w:rtl/>
        </w:rPr>
        <w:t>قابلمه</w:t>
      </w:r>
      <w:r w:rsidRPr="0000691D">
        <w:rPr>
          <w:rFonts w:cs="B Mitra"/>
          <w:sz w:val="28"/>
          <w:szCs w:val="28"/>
          <w:rtl/>
        </w:rPr>
        <w:t xml:space="preserve"> </w:t>
      </w:r>
      <w:r w:rsidRPr="0000691D">
        <w:rPr>
          <w:rFonts w:cs="B Mitra" w:hint="cs"/>
          <w:sz w:val="28"/>
          <w:szCs w:val="28"/>
          <w:rtl/>
        </w:rPr>
        <w:t>آب</w:t>
      </w:r>
      <w:r w:rsidRPr="0000691D">
        <w:rPr>
          <w:rFonts w:cs="B Mitra"/>
          <w:sz w:val="28"/>
          <w:szCs w:val="28"/>
          <w:rtl/>
        </w:rPr>
        <w:t xml:space="preserve"> </w:t>
      </w:r>
      <w:r w:rsidRPr="0000691D">
        <w:rPr>
          <w:rFonts w:cs="B Mitra" w:hint="cs"/>
          <w:sz w:val="28"/>
          <w:szCs w:val="28"/>
          <w:rtl/>
        </w:rPr>
        <w:t>جوش</w:t>
      </w:r>
      <w:r w:rsidRPr="0000691D">
        <w:rPr>
          <w:rFonts w:cs="B Mitra"/>
          <w:sz w:val="28"/>
          <w:szCs w:val="28"/>
          <w:rtl/>
        </w:rPr>
        <w:t xml:space="preserve"> </w:t>
      </w:r>
      <w:r w:rsidRPr="0000691D">
        <w:rPr>
          <w:rFonts w:cs="B Mitra" w:hint="cs"/>
          <w:sz w:val="28"/>
          <w:szCs w:val="28"/>
          <w:rtl/>
        </w:rPr>
        <w:t>اسپاگتی</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برای</w:t>
      </w:r>
      <w:r w:rsidRPr="0000691D">
        <w:rPr>
          <w:rFonts w:cs="B Mitra"/>
          <w:sz w:val="28"/>
          <w:szCs w:val="28"/>
          <w:rtl/>
        </w:rPr>
        <w:t xml:space="preserve"> </w:t>
      </w:r>
      <w:r w:rsidRPr="0000691D">
        <w:rPr>
          <w:rFonts w:cs="B Mitra" w:hint="cs"/>
          <w:sz w:val="28"/>
          <w:szCs w:val="28"/>
          <w:rtl/>
        </w:rPr>
        <w:t>آبکش</w:t>
      </w:r>
      <w:r w:rsidRPr="0000691D">
        <w:rPr>
          <w:rFonts w:cs="B Mitra"/>
          <w:sz w:val="28"/>
          <w:szCs w:val="28"/>
          <w:rtl/>
        </w:rPr>
        <w:t xml:space="preserve"> </w:t>
      </w:r>
      <w:r w:rsidRPr="0000691D">
        <w:rPr>
          <w:rFonts w:cs="B Mitra" w:hint="cs"/>
          <w:sz w:val="28"/>
          <w:szCs w:val="28"/>
          <w:rtl/>
        </w:rPr>
        <w:t>کردن</w:t>
      </w:r>
      <w:r w:rsidRPr="0000691D">
        <w:rPr>
          <w:rFonts w:cs="B Mitra"/>
          <w:sz w:val="28"/>
          <w:szCs w:val="28"/>
          <w:rtl/>
        </w:rPr>
        <w:t xml:space="preserve"> </w:t>
      </w:r>
      <w:r w:rsidRPr="0000691D">
        <w:rPr>
          <w:rFonts w:cs="B Mitra" w:hint="cs"/>
          <w:sz w:val="28"/>
          <w:szCs w:val="28"/>
          <w:rtl/>
        </w:rPr>
        <w:t>به</w:t>
      </w:r>
      <w:r w:rsidRPr="0000691D">
        <w:rPr>
          <w:rFonts w:cs="B Mitra"/>
          <w:sz w:val="28"/>
          <w:szCs w:val="28"/>
          <w:rtl/>
        </w:rPr>
        <w:t xml:space="preserve"> </w:t>
      </w:r>
      <w:r w:rsidRPr="0000691D">
        <w:rPr>
          <w:rFonts w:cs="B Mitra" w:hint="cs"/>
          <w:sz w:val="28"/>
          <w:szCs w:val="28"/>
          <w:rtl/>
        </w:rPr>
        <w:t>سمت</w:t>
      </w:r>
      <w:r w:rsidRPr="0000691D">
        <w:rPr>
          <w:rFonts w:cs="B Mitra"/>
          <w:sz w:val="28"/>
          <w:szCs w:val="28"/>
          <w:rtl/>
        </w:rPr>
        <w:t xml:space="preserve"> </w:t>
      </w:r>
      <w:r w:rsidRPr="0000691D">
        <w:rPr>
          <w:rFonts w:cs="B Mitra" w:hint="cs"/>
          <w:sz w:val="28"/>
          <w:szCs w:val="28"/>
          <w:rtl/>
        </w:rPr>
        <w:t>سینک</w:t>
      </w:r>
      <w:r w:rsidRPr="0000691D">
        <w:rPr>
          <w:rFonts w:cs="B Mitra"/>
          <w:sz w:val="28"/>
          <w:szCs w:val="28"/>
          <w:rtl/>
        </w:rPr>
        <w:t xml:space="preserve"> </w:t>
      </w:r>
      <w:r w:rsidRPr="0000691D">
        <w:rPr>
          <w:rFonts w:cs="B Mitra" w:hint="cs"/>
          <w:sz w:val="28"/>
          <w:szCs w:val="28"/>
          <w:rtl/>
        </w:rPr>
        <w:t>بردم</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خالی</w:t>
      </w:r>
      <w:r w:rsidRPr="0000691D">
        <w:rPr>
          <w:rFonts w:cs="B Mitra"/>
          <w:sz w:val="28"/>
          <w:szCs w:val="28"/>
          <w:rtl/>
        </w:rPr>
        <w:t xml:space="preserve"> </w:t>
      </w:r>
      <w:r w:rsidRPr="0000691D">
        <w:rPr>
          <w:rFonts w:cs="B Mitra" w:hint="cs"/>
          <w:sz w:val="28"/>
          <w:szCs w:val="28"/>
          <w:rtl/>
        </w:rPr>
        <w:t>کردم؛</w:t>
      </w:r>
      <w:r w:rsidRPr="0000691D">
        <w:rPr>
          <w:rFonts w:cs="B Mitra"/>
          <w:sz w:val="28"/>
          <w:szCs w:val="28"/>
          <w:rtl/>
        </w:rPr>
        <w:t xml:space="preserve"> </w:t>
      </w:r>
      <w:r w:rsidRPr="0000691D">
        <w:rPr>
          <w:rFonts w:cs="B Mitra" w:hint="cs"/>
          <w:sz w:val="28"/>
          <w:szCs w:val="28"/>
          <w:rtl/>
        </w:rPr>
        <w:t>غافل</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اینکه</w:t>
      </w:r>
      <w:r w:rsidRPr="0000691D">
        <w:rPr>
          <w:rFonts w:cs="B Mitra"/>
          <w:sz w:val="28"/>
          <w:szCs w:val="28"/>
          <w:rtl/>
        </w:rPr>
        <w:t xml:space="preserve"> </w:t>
      </w:r>
      <w:r w:rsidRPr="0000691D">
        <w:rPr>
          <w:rFonts w:cs="B Mitra" w:hint="cs"/>
          <w:sz w:val="28"/>
          <w:szCs w:val="28"/>
          <w:rtl/>
        </w:rPr>
        <w:t>اصلاً</w:t>
      </w:r>
      <w:r w:rsidRPr="0000691D">
        <w:rPr>
          <w:rFonts w:cs="B Mitra"/>
          <w:sz w:val="28"/>
          <w:szCs w:val="28"/>
          <w:rtl/>
        </w:rPr>
        <w:t xml:space="preserve"> </w:t>
      </w:r>
      <w:r w:rsidRPr="0000691D">
        <w:rPr>
          <w:rFonts w:cs="B Mitra" w:hint="cs"/>
          <w:sz w:val="28"/>
          <w:szCs w:val="28"/>
          <w:rtl/>
        </w:rPr>
        <w:t>اسپاگتی</w:t>
      </w:r>
      <w:r w:rsidRPr="0000691D">
        <w:rPr>
          <w:rFonts w:cs="B Mitra"/>
          <w:sz w:val="28"/>
          <w:szCs w:val="28"/>
          <w:rtl/>
        </w:rPr>
        <w:t xml:space="preserve"> </w:t>
      </w:r>
      <w:r w:rsidRPr="0000691D">
        <w:rPr>
          <w:rFonts w:cs="B Mitra" w:hint="cs"/>
          <w:sz w:val="28"/>
          <w:szCs w:val="28"/>
          <w:rtl/>
        </w:rPr>
        <w:t>درون</w:t>
      </w:r>
      <w:r w:rsidRPr="0000691D">
        <w:rPr>
          <w:rFonts w:cs="B Mitra"/>
          <w:sz w:val="28"/>
          <w:szCs w:val="28"/>
          <w:rtl/>
        </w:rPr>
        <w:t xml:space="preserve"> </w:t>
      </w:r>
      <w:r w:rsidRPr="0000691D">
        <w:rPr>
          <w:rFonts w:cs="B Mitra" w:hint="cs"/>
          <w:sz w:val="28"/>
          <w:szCs w:val="28"/>
          <w:rtl/>
        </w:rPr>
        <w:t>دیگ</w:t>
      </w:r>
      <w:r w:rsidRPr="0000691D">
        <w:rPr>
          <w:rFonts w:cs="B Mitra"/>
          <w:sz w:val="28"/>
          <w:szCs w:val="28"/>
          <w:rtl/>
        </w:rPr>
        <w:t xml:space="preserve"> </w:t>
      </w:r>
      <w:r w:rsidRPr="0000691D">
        <w:rPr>
          <w:rFonts w:cs="B Mitra" w:hint="cs"/>
          <w:sz w:val="28"/>
          <w:szCs w:val="28"/>
          <w:rtl/>
        </w:rPr>
        <w:t>نبود</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فقط</w:t>
      </w:r>
      <w:r w:rsidRPr="0000691D">
        <w:rPr>
          <w:rFonts w:cs="B Mitra"/>
          <w:sz w:val="28"/>
          <w:szCs w:val="28"/>
          <w:rtl/>
        </w:rPr>
        <w:t xml:space="preserve"> </w:t>
      </w:r>
      <w:r w:rsidRPr="0000691D">
        <w:rPr>
          <w:rFonts w:cs="B Mitra" w:hint="cs"/>
          <w:sz w:val="28"/>
          <w:szCs w:val="28"/>
          <w:rtl/>
        </w:rPr>
        <w:t>آب</w:t>
      </w:r>
      <w:r w:rsidRPr="0000691D">
        <w:rPr>
          <w:rFonts w:cs="B Mitra"/>
          <w:sz w:val="28"/>
          <w:szCs w:val="28"/>
          <w:rtl/>
        </w:rPr>
        <w:t xml:space="preserve"> </w:t>
      </w:r>
      <w:r w:rsidRPr="0000691D">
        <w:rPr>
          <w:rFonts w:cs="B Mitra" w:hint="cs"/>
          <w:sz w:val="28"/>
          <w:szCs w:val="28"/>
          <w:rtl/>
        </w:rPr>
        <w:t>داغ</w:t>
      </w:r>
      <w:r w:rsidRPr="0000691D">
        <w:rPr>
          <w:rFonts w:cs="B Mitra"/>
          <w:sz w:val="28"/>
          <w:szCs w:val="28"/>
          <w:rtl/>
        </w:rPr>
        <w:t xml:space="preserve"> </w:t>
      </w:r>
      <w:r w:rsidRPr="0000691D">
        <w:rPr>
          <w:rFonts w:cs="B Mitra" w:hint="cs"/>
          <w:sz w:val="28"/>
          <w:szCs w:val="28"/>
          <w:rtl/>
        </w:rPr>
        <w:t>خالی</w:t>
      </w:r>
      <w:r w:rsidRPr="0000691D">
        <w:rPr>
          <w:rFonts w:cs="B Mitra"/>
          <w:sz w:val="28"/>
          <w:szCs w:val="28"/>
          <w:rtl/>
        </w:rPr>
        <w:t xml:space="preserve"> </w:t>
      </w:r>
      <w:r w:rsidRPr="0000691D">
        <w:rPr>
          <w:rFonts w:cs="B Mitra" w:hint="cs"/>
          <w:sz w:val="28"/>
          <w:szCs w:val="28"/>
          <w:rtl/>
        </w:rPr>
        <w:t>کرده</w:t>
      </w:r>
      <w:r w:rsidRPr="0000691D">
        <w:rPr>
          <w:rFonts w:cs="B Mitra"/>
          <w:sz w:val="28"/>
          <w:szCs w:val="28"/>
          <w:rtl/>
        </w:rPr>
        <w:t xml:space="preserve"> </w:t>
      </w:r>
      <w:r w:rsidRPr="0000691D">
        <w:rPr>
          <w:rFonts w:cs="B Mitra" w:hint="cs"/>
          <w:sz w:val="28"/>
          <w:szCs w:val="28"/>
          <w:rtl/>
        </w:rPr>
        <w:t>بودم</w:t>
      </w:r>
      <w:r w:rsidRPr="0000691D">
        <w:rPr>
          <w:rFonts w:cs="B Mitra"/>
          <w:sz w:val="28"/>
          <w:szCs w:val="28"/>
          <w:rtl/>
        </w:rPr>
        <w:t xml:space="preserve">! </w:t>
      </w:r>
      <w:r w:rsidRPr="0000691D">
        <w:rPr>
          <w:rFonts w:cs="B Mitra" w:hint="cs"/>
          <w:sz w:val="28"/>
          <w:szCs w:val="28"/>
          <w:rtl/>
        </w:rPr>
        <w:t>بار</w:t>
      </w:r>
      <w:r w:rsidRPr="0000691D">
        <w:rPr>
          <w:rFonts w:cs="B Mitra"/>
          <w:sz w:val="28"/>
          <w:szCs w:val="28"/>
          <w:rtl/>
        </w:rPr>
        <w:t xml:space="preserve"> </w:t>
      </w:r>
      <w:r w:rsidRPr="0000691D">
        <w:rPr>
          <w:rFonts w:cs="B Mitra" w:hint="cs"/>
          <w:sz w:val="28"/>
          <w:szCs w:val="28"/>
          <w:rtl/>
        </w:rPr>
        <w:t>دیگر،</w:t>
      </w:r>
      <w:r w:rsidRPr="0000691D">
        <w:rPr>
          <w:rFonts w:cs="B Mitra"/>
          <w:sz w:val="28"/>
          <w:szCs w:val="28"/>
          <w:rtl/>
        </w:rPr>
        <w:t xml:space="preserve"> </w:t>
      </w:r>
      <w:r w:rsidRPr="0000691D">
        <w:rPr>
          <w:rFonts w:cs="B Mitra" w:hint="cs"/>
          <w:sz w:val="28"/>
          <w:szCs w:val="28"/>
          <w:rtl/>
        </w:rPr>
        <w:t>همبرگر</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کاغذ</w:t>
      </w:r>
      <w:r w:rsidRPr="0000691D">
        <w:rPr>
          <w:rFonts w:cs="B Mitra"/>
          <w:sz w:val="28"/>
          <w:szCs w:val="28"/>
          <w:rtl/>
        </w:rPr>
        <w:t xml:space="preserve"> </w:t>
      </w:r>
      <w:r w:rsidRPr="0000691D">
        <w:rPr>
          <w:rFonts w:cs="B Mitra" w:hint="cs"/>
          <w:sz w:val="28"/>
          <w:szCs w:val="28"/>
          <w:rtl/>
        </w:rPr>
        <w:t>محافظ</w:t>
      </w:r>
      <w:r w:rsidRPr="0000691D">
        <w:rPr>
          <w:rFonts w:cs="B Mitra"/>
          <w:sz w:val="28"/>
          <w:szCs w:val="28"/>
          <w:rtl/>
        </w:rPr>
        <w:t xml:space="preserve"> </w:t>
      </w:r>
      <w:r w:rsidRPr="0000691D">
        <w:rPr>
          <w:rFonts w:cs="B Mitra" w:hint="cs"/>
          <w:sz w:val="28"/>
          <w:szCs w:val="28"/>
          <w:rtl/>
        </w:rPr>
        <w:t>زیرش</w:t>
      </w:r>
      <w:r w:rsidRPr="0000691D">
        <w:rPr>
          <w:rFonts w:cs="B Mitra"/>
          <w:sz w:val="28"/>
          <w:szCs w:val="28"/>
          <w:rtl/>
        </w:rPr>
        <w:t xml:space="preserve"> </w:t>
      </w:r>
      <w:r w:rsidRPr="0000691D">
        <w:rPr>
          <w:rFonts w:cs="B Mitra" w:hint="cs"/>
          <w:sz w:val="28"/>
          <w:szCs w:val="28"/>
          <w:rtl/>
        </w:rPr>
        <w:t>سرخ</w:t>
      </w:r>
      <w:r w:rsidRPr="0000691D">
        <w:rPr>
          <w:rFonts w:cs="B Mitra"/>
          <w:sz w:val="28"/>
          <w:szCs w:val="28"/>
          <w:rtl/>
        </w:rPr>
        <w:t xml:space="preserve"> </w:t>
      </w:r>
      <w:r w:rsidRPr="0000691D">
        <w:rPr>
          <w:rFonts w:cs="B Mitra" w:hint="cs"/>
          <w:sz w:val="28"/>
          <w:szCs w:val="28"/>
          <w:rtl/>
        </w:rPr>
        <w:t>کردم</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هنگام</w:t>
      </w:r>
      <w:r w:rsidRPr="0000691D">
        <w:rPr>
          <w:rFonts w:cs="B Mitra"/>
          <w:sz w:val="28"/>
          <w:szCs w:val="28"/>
          <w:rtl/>
        </w:rPr>
        <w:t xml:space="preserve"> </w:t>
      </w:r>
      <w:r w:rsidRPr="0000691D">
        <w:rPr>
          <w:rFonts w:cs="B Mitra" w:hint="cs"/>
          <w:sz w:val="28"/>
          <w:szCs w:val="28"/>
          <w:rtl/>
        </w:rPr>
        <w:t>خوردن</w:t>
      </w:r>
      <w:r w:rsidRPr="0000691D">
        <w:rPr>
          <w:rFonts w:cs="B Mitra"/>
          <w:sz w:val="28"/>
          <w:szCs w:val="28"/>
          <w:rtl/>
        </w:rPr>
        <w:t xml:space="preserve"> </w:t>
      </w:r>
      <w:r w:rsidRPr="0000691D">
        <w:rPr>
          <w:rFonts w:cs="B Mitra" w:hint="cs"/>
          <w:sz w:val="28"/>
          <w:szCs w:val="28"/>
          <w:rtl/>
        </w:rPr>
        <w:t>متوجه</w:t>
      </w:r>
      <w:r w:rsidRPr="0000691D">
        <w:rPr>
          <w:rFonts w:cs="B Mitra"/>
          <w:sz w:val="28"/>
          <w:szCs w:val="28"/>
          <w:rtl/>
        </w:rPr>
        <w:t xml:space="preserve"> </w:t>
      </w:r>
      <w:r w:rsidRPr="0000691D">
        <w:rPr>
          <w:rFonts w:cs="B Mitra" w:hint="cs"/>
          <w:sz w:val="28"/>
          <w:szCs w:val="28"/>
          <w:rtl/>
        </w:rPr>
        <w:t>طعم</w:t>
      </w:r>
      <w:r w:rsidRPr="0000691D">
        <w:rPr>
          <w:rFonts w:cs="B Mitra"/>
          <w:sz w:val="28"/>
          <w:szCs w:val="28"/>
          <w:rtl/>
        </w:rPr>
        <w:t xml:space="preserve"> </w:t>
      </w:r>
      <w:r w:rsidRPr="0000691D">
        <w:rPr>
          <w:rFonts w:cs="B Mitra" w:hint="cs"/>
          <w:sz w:val="28"/>
          <w:szCs w:val="28"/>
          <w:rtl/>
        </w:rPr>
        <w:t>کاغذ</w:t>
      </w:r>
      <w:r w:rsidRPr="0000691D">
        <w:rPr>
          <w:rFonts w:cs="B Mitra"/>
          <w:sz w:val="28"/>
          <w:szCs w:val="28"/>
          <w:rtl/>
        </w:rPr>
        <w:t xml:space="preserve"> </w:t>
      </w:r>
      <w:r w:rsidRPr="0000691D">
        <w:rPr>
          <w:rFonts w:cs="B Mitra" w:hint="cs"/>
          <w:sz w:val="28"/>
          <w:szCs w:val="28"/>
          <w:rtl/>
        </w:rPr>
        <w:t>شدم</w:t>
      </w:r>
      <w:r w:rsidRPr="0000691D">
        <w:rPr>
          <w:rFonts w:cs="B Mitra"/>
          <w:sz w:val="28"/>
          <w:szCs w:val="28"/>
          <w:rtl/>
        </w:rPr>
        <w:t xml:space="preserve">. </w:t>
      </w:r>
      <w:r w:rsidRPr="0000691D">
        <w:rPr>
          <w:rFonts w:cs="B Mitra" w:hint="cs"/>
          <w:sz w:val="28"/>
          <w:szCs w:val="28"/>
          <w:rtl/>
        </w:rPr>
        <w:t>حتی</w:t>
      </w:r>
      <w:r w:rsidRPr="0000691D">
        <w:rPr>
          <w:rFonts w:cs="B Mitra"/>
          <w:sz w:val="28"/>
          <w:szCs w:val="28"/>
          <w:rtl/>
        </w:rPr>
        <w:t xml:space="preserve"> </w:t>
      </w:r>
      <w:r w:rsidRPr="0000691D">
        <w:rPr>
          <w:rFonts w:cs="B Mitra" w:hint="cs"/>
          <w:sz w:val="28"/>
          <w:szCs w:val="28"/>
          <w:rtl/>
        </w:rPr>
        <w:t>یک</w:t>
      </w:r>
      <w:r w:rsidRPr="0000691D">
        <w:rPr>
          <w:rFonts w:cs="B Mitra"/>
          <w:sz w:val="28"/>
          <w:szCs w:val="28"/>
          <w:rtl/>
        </w:rPr>
        <w:t xml:space="preserve"> </w:t>
      </w:r>
      <w:r w:rsidRPr="0000691D">
        <w:rPr>
          <w:rFonts w:cs="B Mitra" w:hint="cs"/>
          <w:sz w:val="28"/>
          <w:szCs w:val="28"/>
          <w:rtl/>
        </w:rPr>
        <w:t>بار</w:t>
      </w:r>
      <w:r w:rsidRPr="0000691D">
        <w:rPr>
          <w:rFonts w:cs="B Mitra"/>
          <w:sz w:val="28"/>
          <w:szCs w:val="28"/>
          <w:rtl/>
        </w:rPr>
        <w:t xml:space="preserve"> </w:t>
      </w:r>
      <w:r w:rsidRPr="0000691D">
        <w:rPr>
          <w:rFonts w:cs="B Mitra" w:hint="cs"/>
          <w:sz w:val="28"/>
          <w:szCs w:val="28"/>
          <w:rtl/>
        </w:rPr>
        <w:t>پیتزا</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مقوای</w:t>
      </w:r>
      <w:r w:rsidRPr="0000691D">
        <w:rPr>
          <w:rFonts w:cs="B Mitra"/>
          <w:sz w:val="28"/>
          <w:szCs w:val="28"/>
          <w:rtl/>
        </w:rPr>
        <w:t xml:space="preserve"> </w:t>
      </w:r>
      <w:r w:rsidRPr="0000691D">
        <w:rPr>
          <w:rFonts w:cs="B Mitra" w:hint="cs"/>
          <w:sz w:val="28"/>
          <w:szCs w:val="28"/>
          <w:rtl/>
        </w:rPr>
        <w:t>زیر</w:t>
      </w:r>
      <w:r w:rsidRPr="0000691D">
        <w:rPr>
          <w:rFonts w:cs="B Mitra"/>
          <w:sz w:val="28"/>
          <w:szCs w:val="28"/>
          <w:rtl/>
        </w:rPr>
        <w:t xml:space="preserve"> </w:t>
      </w:r>
      <w:r w:rsidRPr="0000691D">
        <w:rPr>
          <w:rFonts w:cs="B Mitra" w:hint="cs"/>
          <w:sz w:val="28"/>
          <w:szCs w:val="28"/>
          <w:rtl/>
        </w:rPr>
        <w:t>آن</w:t>
      </w:r>
      <w:r w:rsidRPr="0000691D">
        <w:rPr>
          <w:rFonts w:cs="B Mitra"/>
          <w:sz w:val="28"/>
          <w:szCs w:val="28"/>
          <w:rtl/>
        </w:rPr>
        <w:t xml:space="preserve"> </w:t>
      </w:r>
      <w:r w:rsidRPr="0000691D">
        <w:rPr>
          <w:rFonts w:cs="B Mitra" w:hint="cs"/>
          <w:sz w:val="28"/>
          <w:szCs w:val="28"/>
          <w:rtl/>
        </w:rPr>
        <w:t>درون</w:t>
      </w:r>
      <w:r w:rsidRPr="0000691D">
        <w:rPr>
          <w:rFonts w:cs="B Mitra"/>
          <w:sz w:val="28"/>
          <w:szCs w:val="28"/>
          <w:rtl/>
        </w:rPr>
        <w:t xml:space="preserve"> </w:t>
      </w:r>
      <w:r w:rsidRPr="0000691D">
        <w:rPr>
          <w:rFonts w:cs="B Mitra" w:hint="cs"/>
          <w:sz w:val="28"/>
          <w:szCs w:val="28"/>
          <w:rtl/>
        </w:rPr>
        <w:t>فر</w:t>
      </w:r>
      <w:r w:rsidRPr="0000691D">
        <w:rPr>
          <w:rFonts w:cs="B Mitra"/>
          <w:sz w:val="28"/>
          <w:szCs w:val="28"/>
          <w:rtl/>
        </w:rPr>
        <w:t xml:space="preserve"> </w:t>
      </w:r>
      <w:r w:rsidRPr="0000691D">
        <w:rPr>
          <w:rFonts w:cs="B Mitra" w:hint="cs"/>
          <w:sz w:val="28"/>
          <w:szCs w:val="28"/>
          <w:rtl/>
        </w:rPr>
        <w:t>پختم</w:t>
      </w:r>
      <w:r w:rsidRPr="0000691D">
        <w:rPr>
          <w:rFonts w:cs="B Mitra"/>
          <w:sz w:val="28"/>
          <w:szCs w:val="28"/>
          <w:rtl/>
        </w:rPr>
        <w:t xml:space="preserve">! </w:t>
      </w:r>
      <w:r w:rsidRPr="0000691D">
        <w:rPr>
          <w:rFonts w:cs="B Mitra" w:hint="cs"/>
          <w:sz w:val="28"/>
          <w:szCs w:val="28"/>
          <w:rtl/>
        </w:rPr>
        <w:t>بریدگی</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سوختگی</w:t>
      </w:r>
      <w:r w:rsidRPr="0000691D">
        <w:rPr>
          <w:rFonts w:cs="B Mitra"/>
          <w:sz w:val="28"/>
          <w:szCs w:val="28"/>
          <w:rtl/>
        </w:rPr>
        <w:t xml:space="preserve"> </w:t>
      </w:r>
      <w:r w:rsidRPr="0000691D">
        <w:rPr>
          <w:rFonts w:cs="B Mitra" w:hint="cs"/>
          <w:sz w:val="28"/>
          <w:szCs w:val="28"/>
          <w:rtl/>
        </w:rPr>
        <w:t>دست</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ریختن</w:t>
      </w:r>
      <w:r w:rsidRPr="0000691D">
        <w:rPr>
          <w:rFonts w:cs="B Mitra"/>
          <w:sz w:val="28"/>
          <w:szCs w:val="28"/>
          <w:rtl/>
        </w:rPr>
        <w:t xml:space="preserve"> </w:t>
      </w:r>
      <w:r w:rsidRPr="0000691D">
        <w:rPr>
          <w:rFonts w:cs="B Mitra" w:hint="cs"/>
          <w:sz w:val="28"/>
          <w:szCs w:val="28"/>
          <w:rtl/>
        </w:rPr>
        <w:t>مواد</w:t>
      </w:r>
      <w:r w:rsidRPr="0000691D">
        <w:rPr>
          <w:rFonts w:cs="B Mitra"/>
          <w:sz w:val="28"/>
          <w:szCs w:val="28"/>
          <w:rtl/>
        </w:rPr>
        <w:t xml:space="preserve"> </w:t>
      </w:r>
      <w:r w:rsidRPr="0000691D">
        <w:rPr>
          <w:rFonts w:cs="B Mitra" w:hint="cs"/>
          <w:sz w:val="28"/>
          <w:szCs w:val="28"/>
          <w:rtl/>
        </w:rPr>
        <w:t>نیز</w:t>
      </w:r>
      <w:r w:rsidRPr="0000691D">
        <w:rPr>
          <w:rFonts w:cs="B Mitra"/>
          <w:sz w:val="28"/>
          <w:szCs w:val="28"/>
          <w:rtl/>
        </w:rPr>
        <w:t xml:space="preserve"> </w:t>
      </w:r>
      <w:r w:rsidRPr="0000691D">
        <w:rPr>
          <w:rFonts w:cs="B Mitra" w:hint="cs"/>
          <w:sz w:val="28"/>
          <w:szCs w:val="28"/>
          <w:rtl/>
        </w:rPr>
        <w:t>پیش</w:t>
      </w:r>
      <w:r w:rsidRPr="0000691D">
        <w:rPr>
          <w:rFonts w:cs="B Mitra"/>
          <w:sz w:val="28"/>
          <w:szCs w:val="28"/>
          <w:rtl/>
        </w:rPr>
        <w:t xml:space="preserve"> </w:t>
      </w:r>
      <w:r w:rsidRPr="0000691D">
        <w:rPr>
          <w:rFonts w:cs="B Mitra" w:hint="cs"/>
          <w:sz w:val="28"/>
          <w:szCs w:val="28"/>
          <w:rtl/>
        </w:rPr>
        <w:t>آمده</w:t>
      </w:r>
      <w:r w:rsidRPr="0000691D">
        <w:rPr>
          <w:rFonts w:cs="B Mitra"/>
          <w:sz w:val="28"/>
          <w:szCs w:val="28"/>
          <w:rtl/>
        </w:rPr>
        <w:t xml:space="preserve"> </w:t>
      </w:r>
      <w:r w:rsidRPr="0000691D">
        <w:rPr>
          <w:rFonts w:cs="B Mitra" w:hint="cs"/>
          <w:sz w:val="28"/>
          <w:szCs w:val="28"/>
          <w:rtl/>
        </w:rPr>
        <w:t>که</w:t>
      </w:r>
      <w:r w:rsidRPr="0000691D">
        <w:rPr>
          <w:rFonts w:cs="B Mitra"/>
          <w:sz w:val="28"/>
          <w:szCs w:val="28"/>
          <w:rtl/>
        </w:rPr>
        <w:t xml:space="preserve"> </w:t>
      </w:r>
      <w:r w:rsidRPr="0000691D">
        <w:rPr>
          <w:rFonts w:cs="B Mitra" w:hint="cs"/>
          <w:sz w:val="28"/>
          <w:szCs w:val="28"/>
          <w:rtl/>
        </w:rPr>
        <w:t>گاهی</w:t>
      </w:r>
      <w:r w:rsidRPr="0000691D">
        <w:rPr>
          <w:rFonts w:cs="B Mitra"/>
          <w:sz w:val="28"/>
          <w:szCs w:val="28"/>
          <w:rtl/>
        </w:rPr>
        <w:t xml:space="preserve"> </w:t>
      </w:r>
      <w:r w:rsidRPr="0000691D">
        <w:rPr>
          <w:rFonts w:cs="B Mitra" w:hint="cs"/>
          <w:sz w:val="28"/>
          <w:szCs w:val="28"/>
          <w:rtl/>
        </w:rPr>
        <w:t>کلافه‌کننده</w:t>
      </w:r>
      <w:r w:rsidRPr="0000691D">
        <w:rPr>
          <w:rFonts w:cs="B Mitra"/>
          <w:sz w:val="28"/>
          <w:szCs w:val="28"/>
          <w:rtl/>
        </w:rPr>
        <w:t xml:space="preserve"> </w:t>
      </w:r>
      <w:r w:rsidRPr="0000691D">
        <w:rPr>
          <w:rFonts w:cs="B Mitra" w:hint="cs"/>
          <w:sz w:val="28"/>
          <w:szCs w:val="28"/>
          <w:rtl/>
        </w:rPr>
        <w:t>بوده‌اند،</w:t>
      </w:r>
      <w:r w:rsidRPr="0000691D">
        <w:rPr>
          <w:rFonts w:cs="B Mitra"/>
          <w:sz w:val="28"/>
          <w:szCs w:val="28"/>
          <w:rtl/>
        </w:rPr>
        <w:t xml:space="preserve"> </w:t>
      </w:r>
      <w:r w:rsidRPr="0000691D">
        <w:rPr>
          <w:rFonts w:cs="B Mitra" w:hint="cs"/>
          <w:sz w:val="28"/>
          <w:szCs w:val="28"/>
          <w:rtl/>
        </w:rPr>
        <w:t>اما</w:t>
      </w:r>
      <w:r w:rsidRPr="0000691D">
        <w:rPr>
          <w:rFonts w:cs="B Mitra"/>
          <w:sz w:val="28"/>
          <w:szCs w:val="28"/>
          <w:rtl/>
        </w:rPr>
        <w:t xml:space="preserve"> </w:t>
      </w:r>
      <w:r w:rsidRPr="0000691D">
        <w:rPr>
          <w:rFonts w:cs="B Mitra" w:hint="cs"/>
          <w:sz w:val="28"/>
          <w:szCs w:val="28"/>
          <w:rtl/>
        </w:rPr>
        <w:t>یاد</w:t>
      </w:r>
      <w:r w:rsidRPr="0000691D">
        <w:rPr>
          <w:rFonts w:cs="B Mitra"/>
          <w:sz w:val="28"/>
          <w:szCs w:val="28"/>
          <w:rtl/>
        </w:rPr>
        <w:t xml:space="preserve"> </w:t>
      </w:r>
      <w:r w:rsidRPr="0000691D">
        <w:rPr>
          <w:rFonts w:cs="B Mitra" w:hint="cs"/>
          <w:sz w:val="28"/>
          <w:szCs w:val="28"/>
          <w:rtl/>
        </w:rPr>
        <w:t>گرفتم</w:t>
      </w:r>
      <w:r w:rsidRPr="0000691D">
        <w:rPr>
          <w:rFonts w:cs="B Mitra"/>
          <w:sz w:val="28"/>
          <w:szCs w:val="28"/>
          <w:rtl/>
        </w:rPr>
        <w:t xml:space="preserve"> </w:t>
      </w:r>
      <w:r w:rsidRPr="0000691D">
        <w:rPr>
          <w:rFonts w:cs="B Mitra" w:hint="cs"/>
          <w:sz w:val="28"/>
          <w:szCs w:val="28"/>
          <w:rtl/>
        </w:rPr>
        <w:t>این</w:t>
      </w:r>
      <w:r w:rsidRPr="0000691D">
        <w:rPr>
          <w:rFonts w:cs="B Mitra"/>
          <w:sz w:val="28"/>
          <w:szCs w:val="28"/>
          <w:rtl/>
        </w:rPr>
        <w:t xml:space="preserve"> </w:t>
      </w:r>
      <w:r w:rsidRPr="0000691D">
        <w:rPr>
          <w:rFonts w:cs="B Mitra" w:hint="cs"/>
          <w:sz w:val="28"/>
          <w:szCs w:val="28"/>
          <w:rtl/>
        </w:rPr>
        <w:t>موارد</w:t>
      </w:r>
      <w:r w:rsidRPr="0000691D">
        <w:rPr>
          <w:rFonts w:cs="B Mitra"/>
          <w:sz w:val="28"/>
          <w:szCs w:val="28"/>
          <w:rtl/>
        </w:rPr>
        <w:t xml:space="preserve"> </w:t>
      </w:r>
      <w:r w:rsidRPr="0000691D">
        <w:rPr>
          <w:rFonts w:cs="B Mitra" w:hint="cs"/>
          <w:sz w:val="28"/>
          <w:szCs w:val="28"/>
          <w:rtl/>
        </w:rPr>
        <w:t>بخشی</w:t>
      </w:r>
      <w:r w:rsidRPr="0000691D">
        <w:rPr>
          <w:rFonts w:cs="B Mitra"/>
          <w:sz w:val="28"/>
          <w:szCs w:val="28"/>
          <w:rtl/>
        </w:rPr>
        <w:t xml:space="preserve"> </w:t>
      </w:r>
      <w:r w:rsidRPr="0000691D">
        <w:rPr>
          <w:rFonts w:cs="B Mitra" w:hint="cs"/>
          <w:sz w:val="28"/>
          <w:szCs w:val="28"/>
          <w:rtl/>
        </w:rPr>
        <w:t>طبیعی</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یادگیری</w:t>
      </w:r>
      <w:r w:rsidRPr="0000691D">
        <w:rPr>
          <w:rFonts w:cs="B Mitra"/>
          <w:sz w:val="28"/>
          <w:szCs w:val="28"/>
          <w:rtl/>
        </w:rPr>
        <w:t xml:space="preserve"> </w:t>
      </w:r>
      <w:r w:rsidRPr="0000691D">
        <w:rPr>
          <w:rFonts w:cs="B Mitra" w:hint="cs"/>
          <w:sz w:val="28"/>
          <w:szCs w:val="28"/>
          <w:rtl/>
        </w:rPr>
        <w:t>است</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نباید</w:t>
      </w:r>
      <w:r w:rsidRPr="0000691D">
        <w:rPr>
          <w:rFonts w:cs="B Mitra"/>
          <w:sz w:val="28"/>
          <w:szCs w:val="28"/>
          <w:rtl/>
        </w:rPr>
        <w:t xml:space="preserve"> </w:t>
      </w:r>
      <w:r w:rsidRPr="0000691D">
        <w:rPr>
          <w:rFonts w:cs="B Mitra" w:hint="cs"/>
          <w:sz w:val="28"/>
          <w:szCs w:val="28"/>
          <w:rtl/>
        </w:rPr>
        <w:t>مانع</w:t>
      </w:r>
      <w:r w:rsidRPr="0000691D">
        <w:rPr>
          <w:rFonts w:cs="B Mitra"/>
          <w:sz w:val="28"/>
          <w:szCs w:val="28"/>
          <w:rtl/>
        </w:rPr>
        <w:t xml:space="preserve"> </w:t>
      </w:r>
      <w:r w:rsidRPr="0000691D">
        <w:rPr>
          <w:rFonts w:cs="B Mitra" w:hint="cs"/>
          <w:sz w:val="28"/>
          <w:szCs w:val="28"/>
          <w:rtl/>
        </w:rPr>
        <w:t>ادامه</w:t>
      </w:r>
      <w:r w:rsidRPr="0000691D">
        <w:rPr>
          <w:rFonts w:cs="B Mitra"/>
          <w:sz w:val="28"/>
          <w:szCs w:val="28"/>
          <w:rtl/>
        </w:rPr>
        <w:t xml:space="preserve"> </w:t>
      </w:r>
      <w:r w:rsidRPr="0000691D">
        <w:rPr>
          <w:rFonts w:cs="B Mitra" w:hint="cs"/>
          <w:sz w:val="28"/>
          <w:szCs w:val="28"/>
          <w:rtl/>
        </w:rPr>
        <w:t>کار</w:t>
      </w:r>
      <w:r w:rsidRPr="0000691D">
        <w:rPr>
          <w:rFonts w:cs="B Mitra"/>
          <w:sz w:val="28"/>
          <w:szCs w:val="28"/>
          <w:rtl/>
        </w:rPr>
        <w:t xml:space="preserve"> </w:t>
      </w:r>
      <w:r w:rsidRPr="0000691D">
        <w:rPr>
          <w:rFonts w:cs="B Mitra" w:hint="cs"/>
          <w:sz w:val="28"/>
          <w:szCs w:val="28"/>
          <w:rtl/>
        </w:rPr>
        <w:t>شود</w:t>
      </w:r>
      <w:r w:rsidRPr="0000691D">
        <w:rPr>
          <w:rFonts w:cs="B Mitra"/>
          <w:sz w:val="28"/>
          <w:szCs w:val="28"/>
          <w:rtl/>
        </w:rPr>
        <w:t>.</w:t>
      </w:r>
    </w:p>
    <w:p w:rsidR="00A75B1C" w:rsidRPr="0000691D" w:rsidRDefault="00A75B1C" w:rsidP="0000691D">
      <w:pPr>
        <w:bidi/>
        <w:spacing w:line="360" w:lineRule="auto"/>
        <w:jc w:val="both"/>
        <w:rPr>
          <w:rFonts w:cs="B Mitra"/>
          <w:sz w:val="28"/>
          <w:szCs w:val="28"/>
        </w:rPr>
      </w:pPr>
      <w:r w:rsidRPr="0000691D">
        <w:rPr>
          <w:rFonts w:cs="B Mitra" w:hint="cs"/>
          <w:sz w:val="28"/>
          <w:szCs w:val="28"/>
          <w:rtl/>
        </w:rPr>
        <w:t>دان</w:t>
      </w:r>
      <w:r w:rsidRPr="0000691D">
        <w:rPr>
          <w:rFonts w:cs="B Mitra"/>
          <w:sz w:val="28"/>
          <w:szCs w:val="28"/>
          <w:rtl/>
        </w:rPr>
        <w:t xml:space="preserve"> </w:t>
      </w:r>
      <w:r w:rsidRPr="0000691D">
        <w:rPr>
          <w:rFonts w:cs="B Mitra" w:hint="cs"/>
          <w:sz w:val="28"/>
          <w:szCs w:val="28"/>
          <w:rtl/>
        </w:rPr>
        <w:t>پوینتمن</w:t>
      </w:r>
      <w:r w:rsidRPr="0000691D">
        <w:rPr>
          <w:rFonts w:cs="B Mitra"/>
          <w:sz w:val="28"/>
          <w:szCs w:val="28"/>
          <w:rtl/>
        </w:rPr>
        <w:t xml:space="preserve">: </w:t>
      </w:r>
      <w:r w:rsidRPr="0000691D">
        <w:rPr>
          <w:rFonts w:cs="B Mitra" w:hint="cs"/>
          <w:sz w:val="28"/>
          <w:szCs w:val="28"/>
          <w:rtl/>
        </w:rPr>
        <w:t>من</w:t>
      </w:r>
      <w:r w:rsidRPr="0000691D">
        <w:rPr>
          <w:rFonts w:cs="B Mitra"/>
          <w:sz w:val="28"/>
          <w:szCs w:val="28"/>
          <w:rtl/>
        </w:rPr>
        <w:t xml:space="preserve"> </w:t>
      </w:r>
      <w:r w:rsidRPr="0000691D">
        <w:rPr>
          <w:rFonts w:cs="B Mitra" w:hint="cs"/>
          <w:sz w:val="28"/>
          <w:szCs w:val="28"/>
          <w:rtl/>
        </w:rPr>
        <w:t>نیز</w:t>
      </w:r>
      <w:r w:rsidRPr="0000691D">
        <w:rPr>
          <w:rFonts w:cs="B Mitra"/>
          <w:sz w:val="28"/>
          <w:szCs w:val="28"/>
          <w:rtl/>
        </w:rPr>
        <w:t xml:space="preserve"> </w:t>
      </w:r>
      <w:r w:rsidRPr="0000691D">
        <w:rPr>
          <w:rFonts w:cs="B Mitra" w:hint="cs"/>
          <w:sz w:val="28"/>
          <w:szCs w:val="28"/>
          <w:rtl/>
        </w:rPr>
        <w:t>تجربه‌های</w:t>
      </w:r>
      <w:r w:rsidRPr="0000691D">
        <w:rPr>
          <w:rFonts w:cs="B Mitra"/>
          <w:sz w:val="28"/>
          <w:szCs w:val="28"/>
          <w:rtl/>
        </w:rPr>
        <w:t xml:space="preserve"> </w:t>
      </w:r>
      <w:r w:rsidRPr="0000691D">
        <w:rPr>
          <w:rFonts w:cs="B Mitra" w:hint="cs"/>
          <w:sz w:val="28"/>
          <w:szCs w:val="28"/>
          <w:rtl/>
        </w:rPr>
        <w:t>مشابهی</w:t>
      </w:r>
      <w:r w:rsidRPr="0000691D">
        <w:rPr>
          <w:rFonts w:cs="B Mitra"/>
          <w:sz w:val="28"/>
          <w:szCs w:val="28"/>
          <w:rtl/>
        </w:rPr>
        <w:t xml:space="preserve"> </w:t>
      </w:r>
      <w:r w:rsidRPr="0000691D">
        <w:rPr>
          <w:rFonts w:cs="B Mitra" w:hint="cs"/>
          <w:sz w:val="28"/>
          <w:szCs w:val="28"/>
          <w:rtl/>
        </w:rPr>
        <w:t>داشتم</w:t>
      </w:r>
      <w:r w:rsidRPr="0000691D">
        <w:rPr>
          <w:rFonts w:cs="B Mitra"/>
          <w:sz w:val="28"/>
          <w:szCs w:val="28"/>
          <w:rtl/>
        </w:rPr>
        <w:t xml:space="preserve">. </w:t>
      </w:r>
      <w:r w:rsidRPr="0000691D">
        <w:rPr>
          <w:rFonts w:cs="B Mitra" w:hint="cs"/>
          <w:sz w:val="28"/>
          <w:szCs w:val="28"/>
          <w:rtl/>
        </w:rPr>
        <w:t>یک</w:t>
      </w:r>
      <w:r w:rsidRPr="0000691D">
        <w:rPr>
          <w:rFonts w:cs="B Mitra"/>
          <w:sz w:val="28"/>
          <w:szCs w:val="28"/>
          <w:rtl/>
        </w:rPr>
        <w:t xml:space="preserve"> </w:t>
      </w:r>
      <w:r w:rsidRPr="0000691D">
        <w:rPr>
          <w:rFonts w:cs="B Mitra" w:hint="cs"/>
          <w:sz w:val="28"/>
          <w:szCs w:val="28"/>
          <w:rtl/>
        </w:rPr>
        <w:t>بار</w:t>
      </w:r>
      <w:r w:rsidRPr="0000691D">
        <w:rPr>
          <w:rFonts w:cs="B Mitra"/>
          <w:sz w:val="28"/>
          <w:szCs w:val="28"/>
          <w:rtl/>
        </w:rPr>
        <w:t xml:space="preserve"> </w:t>
      </w:r>
      <w:r w:rsidRPr="0000691D">
        <w:rPr>
          <w:rFonts w:cs="B Mitra" w:hint="cs"/>
          <w:sz w:val="28"/>
          <w:szCs w:val="28"/>
          <w:rtl/>
        </w:rPr>
        <w:t>لایه</w:t>
      </w:r>
      <w:r w:rsidRPr="0000691D">
        <w:rPr>
          <w:rFonts w:cs="B Mitra"/>
          <w:sz w:val="28"/>
          <w:szCs w:val="28"/>
          <w:rtl/>
        </w:rPr>
        <w:t xml:space="preserve"> </w:t>
      </w:r>
      <w:r w:rsidRPr="0000691D">
        <w:rPr>
          <w:rFonts w:cs="B Mitra" w:hint="cs"/>
          <w:sz w:val="28"/>
          <w:szCs w:val="28"/>
          <w:rtl/>
        </w:rPr>
        <w:t>محافظ</w:t>
      </w:r>
      <w:r w:rsidRPr="0000691D">
        <w:rPr>
          <w:rFonts w:cs="B Mitra"/>
          <w:sz w:val="28"/>
          <w:szCs w:val="28"/>
          <w:rtl/>
        </w:rPr>
        <w:t xml:space="preserve"> </w:t>
      </w:r>
      <w:r w:rsidRPr="0000691D">
        <w:rPr>
          <w:rFonts w:cs="B Mitra" w:hint="cs"/>
          <w:sz w:val="28"/>
          <w:szCs w:val="28"/>
          <w:rtl/>
        </w:rPr>
        <w:t>لاستیکی</w:t>
      </w:r>
      <w:r w:rsidRPr="0000691D">
        <w:rPr>
          <w:rFonts w:cs="B Mitra"/>
          <w:sz w:val="28"/>
          <w:szCs w:val="28"/>
          <w:rtl/>
        </w:rPr>
        <w:t xml:space="preserve"> </w:t>
      </w:r>
      <w:r w:rsidRPr="0000691D">
        <w:rPr>
          <w:rFonts w:cs="B Mitra" w:hint="cs"/>
          <w:sz w:val="28"/>
          <w:szCs w:val="28"/>
          <w:rtl/>
        </w:rPr>
        <w:t>کف</w:t>
      </w:r>
      <w:r w:rsidRPr="0000691D">
        <w:rPr>
          <w:rFonts w:cs="B Mitra"/>
          <w:sz w:val="28"/>
          <w:szCs w:val="28"/>
          <w:rtl/>
        </w:rPr>
        <w:t xml:space="preserve"> </w:t>
      </w:r>
      <w:r w:rsidRPr="0000691D">
        <w:rPr>
          <w:rFonts w:cs="B Mitra" w:hint="cs"/>
          <w:sz w:val="28"/>
          <w:szCs w:val="28"/>
          <w:rtl/>
        </w:rPr>
        <w:t>تابه</w:t>
      </w:r>
      <w:r w:rsidRPr="0000691D">
        <w:rPr>
          <w:rFonts w:cs="B Mitra"/>
          <w:sz w:val="28"/>
          <w:szCs w:val="28"/>
          <w:rtl/>
        </w:rPr>
        <w:t xml:space="preserve"> </w:t>
      </w:r>
      <w:r w:rsidRPr="0000691D">
        <w:rPr>
          <w:rFonts w:cs="B Mitra" w:hint="cs"/>
          <w:sz w:val="28"/>
          <w:szCs w:val="28"/>
          <w:rtl/>
        </w:rPr>
        <w:t>نچسب</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حین</w:t>
      </w:r>
      <w:r w:rsidRPr="0000691D">
        <w:rPr>
          <w:rFonts w:cs="B Mitra"/>
          <w:sz w:val="28"/>
          <w:szCs w:val="28"/>
          <w:rtl/>
        </w:rPr>
        <w:t xml:space="preserve"> </w:t>
      </w:r>
      <w:r w:rsidRPr="0000691D">
        <w:rPr>
          <w:rFonts w:cs="B Mitra" w:hint="cs"/>
          <w:sz w:val="28"/>
          <w:szCs w:val="28"/>
          <w:rtl/>
        </w:rPr>
        <w:t>پخت</w:t>
      </w:r>
      <w:r w:rsidRPr="0000691D">
        <w:rPr>
          <w:rFonts w:cs="B Mitra"/>
          <w:sz w:val="28"/>
          <w:szCs w:val="28"/>
          <w:rtl/>
        </w:rPr>
        <w:t xml:space="preserve"> </w:t>
      </w:r>
      <w:r w:rsidRPr="0000691D">
        <w:rPr>
          <w:rFonts w:cs="B Mitra" w:hint="cs"/>
          <w:sz w:val="28"/>
          <w:szCs w:val="28"/>
          <w:rtl/>
        </w:rPr>
        <w:t>مربای</w:t>
      </w:r>
      <w:r w:rsidRPr="0000691D">
        <w:rPr>
          <w:rFonts w:cs="B Mitra"/>
          <w:sz w:val="28"/>
          <w:szCs w:val="28"/>
          <w:rtl/>
        </w:rPr>
        <w:t xml:space="preserve"> </w:t>
      </w:r>
      <w:r w:rsidRPr="0000691D">
        <w:rPr>
          <w:rFonts w:cs="B Mitra" w:hint="cs"/>
          <w:sz w:val="28"/>
          <w:szCs w:val="28"/>
          <w:rtl/>
        </w:rPr>
        <w:t>بیکن</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پیاز</w:t>
      </w:r>
      <w:r w:rsidRPr="0000691D">
        <w:rPr>
          <w:rFonts w:cs="B Mitra"/>
          <w:sz w:val="28"/>
          <w:szCs w:val="28"/>
          <w:rtl/>
        </w:rPr>
        <w:t xml:space="preserve"> </w:t>
      </w:r>
      <w:r w:rsidRPr="0000691D">
        <w:rPr>
          <w:rFonts w:cs="B Mitra" w:hint="cs"/>
          <w:sz w:val="28"/>
          <w:szCs w:val="28"/>
          <w:rtl/>
        </w:rPr>
        <w:t>فراموش</w:t>
      </w:r>
      <w:r w:rsidRPr="0000691D">
        <w:rPr>
          <w:rFonts w:cs="B Mitra"/>
          <w:sz w:val="28"/>
          <w:szCs w:val="28"/>
          <w:rtl/>
        </w:rPr>
        <w:t xml:space="preserve"> </w:t>
      </w:r>
      <w:r w:rsidRPr="0000691D">
        <w:rPr>
          <w:rFonts w:cs="B Mitra" w:hint="cs"/>
          <w:sz w:val="28"/>
          <w:szCs w:val="28"/>
          <w:rtl/>
        </w:rPr>
        <w:t>کردم</w:t>
      </w:r>
      <w:r w:rsidRPr="0000691D">
        <w:rPr>
          <w:rFonts w:cs="B Mitra"/>
          <w:sz w:val="28"/>
          <w:szCs w:val="28"/>
          <w:rtl/>
        </w:rPr>
        <w:t xml:space="preserve"> </w:t>
      </w:r>
      <w:r w:rsidRPr="0000691D">
        <w:rPr>
          <w:rFonts w:cs="B Mitra" w:hint="cs"/>
          <w:sz w:val="28"/>
          <w:szCs w:val="28"/>
          <w:rtl/>
        </w:rPr>
        <w:t>بردارم</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به</w:t>
      </w:r>
      <w:r w:rsidRPr="0000691D">
        <w:rPr>
          <w:rFonts w:cs="B Mitra"/>
          <w:sz w:val="28"/>
          <w:szCs w:val="28"/>
          <w:rtl/>
        </w:rPr>
        <w:t xml:space="preserve"> </w:t>
      </w:r>
      <w:r w:rsidRPr="0000691D">
        <w:rPr>
          <w:rFonts w:cs="B Mitra" w:hint="cs"/>
          <w:sz w:val="28"/>
          <w:szCs w:val="28"/>
          <w:rtl/>
        </w:rPr>
        <w:t>کف</w:t>
      </w:r>
      <w:r w:rsidRPr="0000691D">
        <w:rPr>
          <w:rFonts w:cs="B Mitra"/>
          <w:sz w:val="28"/>
          <w:szCs w:val="28"/>
          <w:rtl/>
        </w:rPr>
        <w:t xml:space="preserve"> </w:t>
      </w:r>
      <w:r w:rsidRPr="0000691D">
        <w:rPr>
          <w:rFonts w:cs="B Mitra" w:hint="cs"/>
          <w:sz w:val="28"/>
          <w:szCs w:val="28"/>
          <w:rtl/>
        </w:rPr>
        <w:t>ظرف</w:t>
      </w:r>
      <w:r w:rsidRPr="0000691D">
        <w:rPr>
          <w:rFonts w:cs="B Mitra"/>
          <w:sz w:val="28"/>
          <w:szCs w:val="28"/>
          <w:rtl/>
        </w:rPr>
        <w:t xml:space="preserve"> </w:t>
      </w:r>
      <w:r w:rsidRPr="0000691D">
        <w:rPr>
          <w:rFonts w:cs="B Mitra" w:hint="cs"/>
          <w:sz w:val="28"/>
          <w:szCs w:val="28"/>
          <w:rtl/>
        </w:rPr>
        <w:t>چسبید</w:t>
      </w:r>
      <w:r w:rsidRPr="0000691D">
        <w:rPr>
          <w:rFonts w:cs="B Mitra"/>
          <w:sz w:val="28"/>
          <w:szCs w:val="28"/>
          <w:rtl/>
        </w:rPr>
        <w:t xml:space="preserve">! </w:t>
      </w:r>
      <w:r w:rsidRPr="0000691D">
        <w:rPr>
          <w:rFonts w:cs="B Mitra" w:hint="cs"/>
          <w:sz w:val="28"/>
          <w:szCs w:val="28"/>
          <w:rtl/>
        </w:rPr>
        <w:t>بار</w:t>
      </w:r>
      <w:r w:rsidRPr="0000691D">
        <w:rPr>
          <w:rFonts w:cs="B Mitra"/>
          <w:sz w:val="28"/>
          <w:szCs w:val="28"/>
          <w:rtl/>
        </w:rPr>
        <w:t xml:space="preserve"> </w:t>
      </w:r>
      <w:r w:rsidRPr="0000691D">
        <w:rPr>
          <w:rFonts w:cs="B Mitra" w:hint="cs"/>
          <w:sz w:val="28"/>
          <w:szCs w:val="28"/>
          <w:rtl/>
        </w:rPr>
        <w:t>دیگر</w:t>
      </w:r>
      <w:r w:rsidRPr="0000691D">
        <w:rPr>
          <w:rFonts w:cs="B Mitra"/>
          <w:sz w:val="28"/>
          <w:szCs w:val="28"/>
          <w:rtl/>
        </w:rPr>
        <w:t xml:space="preserve"> </w:t>
      </w:r>
      <w:r w:rsidRPr="0000691D">
        <w:rPr>
          <w:rFonts w:cs="B Mitra" w:hint="cs"/>
          <w:sz w:val="28"/>
          <w:szCs w:val="28"/>
          <w:rtl/>
        </w:rPr>
        <w:t>نیز</w:t>
      </w:r>
      <w:r w:rsidRPr="0000691D">
        <w:rPr>
          <w:rFonts w:cs="B Mitra"/>
          <w:sz w:val="28"/>
          <w:szCs w:val="28"/>
          <w:rtl/>
        </w:rPr>
        <w:t xml:space="preserve"> </w:t>
      </w:r>
      <w:r w:rsidRPr="0000691D">
        <w:rPr>
          <w:rFonts w:cs="B Mitra" w:hint="cs"/>
          <w:sz w:val="28"/>
          <w:szCs w:val="28"/>
          <w:rtl/>
        </w:rPr>
        <w:t>قوطی</w:t>
      </w:r>
      <w:r w:rsidRPr="0000691D">
        <w:rPr>
          <w:rFonts w:cs="B Mitra"/>
          <w:sz w:val="28"/>
          <w:szCs w:val="28"/>
          <w:rtl/>
        </w:rPr>
        <w:t xml:space="preserve"> </w:t>
      </w:r>
      <w:r w:rsidRPr="0000691D">
        <w:rPr>
          <w:rFonts w:cs="B Mitra" w:hint="cs"/>
          <w:sz w:val="28"/>
          <w:szCs w:val="28"/>
          <w:rtl/>
        </w:rPr>
        <w:t>شیر</w:t>
      </w:r>
      <w:r w:rsidRPr="0000691D">
        <w:rPr>
          <w:rFonts w:cs="B Mitra"/>
          <w:sz w:val="28"/>
          <w:szCs w:val="28"/>
          <w:rtl/>
        </w:rPr>
        <w:t xml:space="preserve"> </w:t>
      </w:r>
      <w:r w:rsidRPr="0000691D">
        <w:rPr>
          <w:rFonts w:cs="B Mitra" w:hint="cs"/>
          <w:sz w:val="28"/>
          <w:szCs w:val="28"/>
          <w:rtl/>
        </w:rPr>
        <w:t>عسلی</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سس</w:t>
      </w:r>
      <w:r w:rsidRPr="0000691D">
        <w:rPr>
          <w:rFonts w:cs="B Mitra"/>
          <w:sz w:val="28"/>
          <w:szCs w:val="28"/>
          <w:rtl/>
        </w:rPr>
        <w:t xml:space="preserve"> </w:t>
      </w:r>
      <w:r w:rsidRPr="0000691D">
        <w:rPr>
          <w:rFonts w:cs="B Mitra" w:hint="cs"/>
          <w:sz w:val="28"/>
          <w:szCs w:val="28"/>
          <w:rtl/>
        </w:rPr>
        <w:t>بادام‌زمینی</w:t>
      </w:r>
      <w:r w:rsidRPr="0000691D">
        <w:rPr>
          <w:rFonts w:cs="B Mitra"/>
          <w:sz w:val="28"/>
          <w:szCs w:val="28"/>
          <w:rtl/>
        </w:rPr>
        <w:t xml:space="preserve"> </w:t>
      </w:r>
      <w:r w:rsidRPr="0000691D">
        <w:rPr>
          <w:rFonts w:cs="B Mitra" w:hint="cs"/>
          <w:sz w:val="28"/>
          <w:szCs w:val="28"/>
          <w:rtl/>
        </w:rPr>
        <w:t>اشتباه</w:t>
      </w:r>
      <w:r w:rsidRPr="0000691D">
        <w:rPr>
          <w:rFonts w:cs="B Mitra"/>
          <w:sz w:val="28"/>
          <w:szCs w:val="28"/>
          <w:rtl/>
        </w:rPr>
        <w:t xml:space="preserve"> </w:t>
      </w:r>
      <w:r w:rsidRPr="0000691D">
        <w:rPr>
          <w:rFonts w:cs="B Mitra" w:hint="cs"/>
          <w:sz w:val="28"/>
          <w:szCs w:val="28"/>
          <w:rtl/>
        </w:rPr>
        <w:t>گرفتم</w:t>
      </w:r>
      <w:r w:rsidRPr="0000691D">
        <w:rPr>
          <w:rFonts w:cs="B Mitra"/>
          <w:sz w:val="28"/>
          <w:szCs w:val="28"/>
          <w:rtl/>
        </w:rPr>
        <w:t xml:space="preserve">. </w:t>
      </w:r>
      <w:r w:rsidRPr="0000691D">
        <w:rPr>
          <w:rFonts w:cs="B Mitra" w:hint="cs"/>
          <w:sz w:val="28"/>
          <w:szCs w:val="28"/>
          <w:rtl/>
        </w:rPr>
        <w:t>مهم</w:t>
      </w:r>
      <w:r w:rsidRPr="0000691D">
        <w:rPr>
          <w:rFonts w:cs="B Mitra"/>
          <w:sz w:val="28"/>
          <w:szCs w:val="28"/>
          <w:rtl/>
        </w:rPr>
        <w:t xml:space="preserve"> </w:t>
      </w:r>
      <w:r w:rsidRPr="0000691D">
        <w:rPr>
          <w:rFonts w:cs="B Mitra" w:hint="cs"/>
          <w:sz w:val="28"/>
          <w:szCs w:val="28"/>
          <w:rtl/>
        </w:rPr>
        <w:t>این</w:t>
      </w:r>
      <w:r w:rsidRPr="0000691D">
        <w:rPr>
          <w:rFonts w:cs="B Mitra"/>
          <w:sz w:val="28"/>
          <w:szCs w:val="28"/>
          <w:rtl/>
        </w:rPr>
        <w:t xml:space="preserve"> </w:t>
      </w:r>
      <w:r w:rsidRPr="0000691D">
        <w:rPr>
          <w:rFonts w:cs="B Mitra" w:hint="cs"/>
          <w:sz w:val="28"/>
          <w:szCs w:val="28"/>
          <w:rtl/>
        </w:rPr>
        <w:t>است</w:t>
      </w:r>
      <w:r w:rsidRPr="0000691D">
        <w:rPr>
          <w:rFonts w:cs="B Mitra"/>
          <w:sz w:val="28"/>
          <w:szCs w:val="28"/>
          <w:rtl/>
        </w:rPr>
        <w:t xml:space="preserve"> </w:t>
      </w:r>
      <w:r w:rsidRPr="0000691D">
        <w:rPr>
          <w:rFonts w:cs="B Mitra" w:hint="cs"/>
          <w:sz w:val="28"/>
          <w:szCs w:val="28"/>
          <w:rtl/>
        </w:rPr>
        <w:t>که</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این</w:t>
      </w:r>
      <w:r w:rsidRPr="0000691D">
        <w:rPr>
          <w:rFonts w:cs="B Mitra"/>
          <w:sz w:val="28"/>
          <w:szCs w:val="28"/>
          <w:rtl/>
        </w:rPr>
        <w:t xml:space="preserve"> </w:t>
      </w:r>
      <w:r w:rsidRPr="0000691D">
        <w:rPr>
          <w:rFonts w:cs="B Mitra" w:hint="cs"/>
          <w:sz w:val="28"/>
          <w:szCs w:val="28"/>
          <w:rtl/>
        </w:rPr>
        <w:t>اشتباهات</w:t>
      </w:r>
      <w:r w:rsidRPr="0000691D">
        <w:rPr>
          <w:rFonts w:cs="B Mitra"/>
          <w:sz w:val="28"/>
          <w:szCs w:val="28"/>
          <w:rtl/>
        </w:rPr>
        <w:t xml:space="preserve"> </w:t>
      </w:r>
      <w:r w:rsidRPr="0000691D">
        <w:rPr>
          <w:rFonts w:cs="B Mitra" w:hint="cs"/>
          <w:sz w:val="28"/>
          <w:szCs w:val="28"/>
          <w:rtl/>
        </w:rPr>
        <w:t>درس</w:t>
      </w:r>
      <w:r w:rsidRPr="0000691D">
        <w:rPr>
          <w:rFonts w:cs="B Mitra"/>
          <w:sz w:val="28"/>
          <w:szCs w:val="28"/>
          <w:rtl/>
        </w:rPr>
        <w:t xml:space="preserve"> </w:t>
      </w:r>
      <w:r w:rsidRPr="0000691D">
        <w:rPr>
          <w:rFonts w:cs="B Mitra" w:hint="cs"/>
          <w:sz w:val="28"/>
          <w:szCs w:val="28"/>
          <w:rtl/>
        </w:rPr>
        <w:t>بگیریم</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دلسرد</w:t>
      </w:r>
      <w:r w:rsidRPr="0000691D">
        <w:rPr>
          <w:rFonts w:cs="B Mitra"/>
          <w:sz w:val="28"/>
          <w:szCs w:val="28"/>
          <w:rtl/>
        </w:rPr>
        <w:t xml:space="preserve"> </w:t>
      </w:r>
      <w:r w:rsidRPr="0000691D">
        <w:rPr>
          <w:rFonts w:cs="B Mitra" w:hint="cs"/>
          <w:sz w:val="28"/>
          <w:szCs w:val="28"/>
          <w:rtl/>
        </w:rPr>
        <w:t>نشویم</w:t>
      </w:r>
      <w:r w:rsidRPr="0000691D">
        <w:rPr>
          <w:rFonts w:cs="B Mitra"/>
          <w:sz w:val="28"/>
          <w:szCs w:val="28"/>
          <w:rtl/>
        </w:rPr>
        <w:t>.</w:t>
      </w:r>
    </w:p>
    <w:p w:rsidR="00A75B1C" w:rsidRPr="0000691D" w:rsidRDefault="00A75B1C" w:rsidP="0000691D">
      <w:pPr>
        <w:bidi/>
        <w:spacing w:line="360" w:lineRule="auto"/>
        <w:jc w:val="both"/>
        <w:rPr>
          <w:rFonts w:cs="B Mitra"/>
          <w:sz w:val="28"/>
          <w:szCs w:val="28"/>
        </w:rPr>
      </w:pPr>
      <w:r w:rsidRPr="0000691D">
        <w:rPr>
          <w:rFonts w:cs="B Mitra" w:hint="cs"/>
          <w:sz w:val="28"/>
          <w:szCs w:val="28"/>
          <w:rtl/>
        </w:rPr>
        <w:t>ریکی</w:t>
      </w:r>
      <w:r w:rsidRPr="0000691D">
        <w:rPr>
          <w:rFonts w:cs="B Mitra"/>
          <w:sz w:val="28"/>
          <w:szCs w:val="28"/>
          <w:rtl/>
        </w:rPr>
        <w:t xml:space="preserve"> </w:t>
      </w:r>
      <w:r w:rsidRPr="0000691D">
        <w:rPr>
          <w:rFonts w:cs="B Mitra" w:hint="cs"/>
          <w:sz w:val="28"/>
          <w:szCs w:val="28"/>
          <w:rtl/>
        </w:rPr>
        <w:t>انگر</w:t>
      </w:r>
      <w:r w:rsidRPr="0000691D">
        <w:rPr>
          <w:rFonts w:cs="B Mitra"/>
          <w:sz w:val="28"/>
          <w:szCs w:val="28"/>
          <w:rtl/>
        </w:rPr>
        <w:t xml:space="preserve">: </w:t>
      </w:r>
      <w:r w:rsidRPr="0000691D">
        <w:rPr>
          <w:rFonts w:cs="B Mitra" w:hint="cs"/>
          <w:sz w:val="28"/>
          <w:szCs w:val="28"/>
          <w:rtl/>
        </w:rPr>
        <w:t>کار</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حرارت</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آتش</w:t>
      </w:r>
      <w:r w:rsidRPr="0000691D">
        <w:rPr>
          <w:rFonts w:cs="B Mitra"/>
          <w:sz w:val="28"/>
          <w:szCs w:val="28"/>
          <w:rtl/>
        </w:rPr>
        <w:t xml:space="preserve"> </w:t>
      </w:r>
      <w:r w:rsidRPr="0000691D">
        <w:rPr>
          <w:rFonts w:cs="B Mitra" w:hint="cs"/>
          <w:sz w:val="28"/>
          <w:szCs w:val="28"/>
          <w:rtl/>
        </w:rPr>
        <w:t>یکی</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بزرگ‌ترین</w:t>
      </w:r>
      <w:r w:rsidRPr="0000691D">
        <w:rPr>
          <w:rFonts w:cs="B Mitra"/>
          <w:sz w:val="28"/>
          <w:szCs w:val="28"/>
          <w:rtl/>
        </w:rPr>
        <w:t xml:space="preserve"> </w:t>
      </w:r>
      <w:r w:rsidRPr="0000691D">
        <w:rPr>
          <w:rFonts w:cs="B Mitra" w:hint="cs"/>
          <w:sz w:val="28"/>
          <w:szCs w:val="28"/>
          <w:rtl/>
        </w:rPr>
        <w:t>دغدغه‌های</w:t>
      </w:r>
      <w:r w:rsidRPr="0000691D">
        <w:rPr>
          <w:rFonts w:cs="B Mitra"/>
          <w:sz w:val="28"/>
          <w:szCs w:val="28"/>
          <w:rtl/>
        </w:rPr>
        <w:t xml:space="preserve"> </w:t>
      </w:r>
      <w:r w:rsidRPr="0000691D">
        <w:rPr>
          <w:rFonts w:cs="B Mitra" w:hint="cs"/>
          <w:sz w:val="28"/>
          <w:szCs w:val="28"/>
          <w:rtl/>
        </w:rPr>
        <w:t>افراد</w:t>
      </w:r>
      <w:r w:rsidRPr="0000691D">
        <w:rPr>
          <w:rFonts w:cs="B Mitra"/>
          <w:sz w:val="28"/>
          <w:szCs w:val="28"/>
          <w:rtl/>
        </w:rPr>
        <w:t xml:space="preserve"> </w:t>
      </w:r>
      <w:r w:rsidRPr="0000691D">
        <w:rPr>
          <w:rFonts w:cs="B Mitra" w:hint="cs"/>
          <w:sz w:val="28"/>
          <w:szCs w:val="28"/>
          <w:rtl/>
        </w:rPr>
        <w:t>دارای</w:t>
      </w:r>
      <w:r w:rsidRPr="0000691D">
        <w:rPr>
          <w:rFonts w:cs="B Mitra"/>
          <w:sz w:val="28"/>
          <w:szCs w:val="28"/>
          <w:rtl/>
        </w:rPr>
        <w:t xml:space="preserve"> </w:t>
      </w:r>
      <w:r w:rsidRPr="0000691D">
        <w:rPr>
          <w:rFonts w:cs="B Mitra" w:hint="cs"/>
          <w:sz w:val="28"/>
          <w:szCs w:val="28"/>
          <w:rtl/>
        </w:rPr>
        <w:t>آسیب</w:t>
      </w:r>
      <w:r w:rsidRPr="0000691D">
        <w:rPr>
          <w:rFonts w:cs="B Mitra"/>
          <w:sz w:val="28"/>
          <w:szCs w:val="28"/>
          <w:rtl/>
        </w:rPr>
        <w:t xml:space="preserve"> </w:t>
      </w:r>
      <w:r w:rsidRPr="0000691D">
        <w:rPr>
          <w:rFonts w:cs="B Mitra" w:hint="cs"/>
          <w:sz w:val="28"/>
          <w:szCs w:val="28"/>
          <w:rtl/>
        </w:rPr>
        <w:t>بینایی</w:t>
      </w:r>
      <w:r w:rsidRPr="0000691D">
        <w:rPr>
          <w:rFonts w:cs="B Mitra"/>
          <w:sz w:val="28"/>
          <w:szCs w:val="28"/>
          <w:rtl/>
        </w:rPr>
        <w:t xml:space="preserve"> </w:t>
      </w:r>
      <w:r w:rsidRPr="0000691D">
        <w:rPr>
          <w:rFonts w:cs="B Mitra" w:hint="cs"/>
          <w:sz w:val="28"/>
          <w:szCs w:val="28"/>
          <w:rtl/>
        </w:rPr>
        <w:t>است</w:t>
      </w:r>
      <w:r w:rsidRPr="0000691D">
        <w:rPr>
          <w:rFonts w:cs="B Mitra"/>
          <w:sz w:val="28"/>
          <w:szCs w:val="28"/>
          <w:rtl/>
        </w:rPr>
        <w:t xml:space="preserve">. </w:t>
      </w:r>
      <w:r w:rsidRPr="0000691D">
        <w:rPr>
          <w:rFonts w:cs="B Mitra" w:hint="cs"/>
          <w:sz w:val="28"/>
          <w:szCs w:val="28"/>
          <w:rtl/>
        </w:rPr>
        <w:t>دان،</w:t>
      </w:r>
      <w:r w:rsidRPr="0000691D">
        <w:rPr>
          <w:rFonts w:cs="B Mitra"/>
          <w:sz w:val="28"/>
          <w:szCs w:val="28"/>
          <w:rtl/>
        </w:rPr>
        <w:t xml:space="preserve"> </w:t>
      </w:r>
      <w:r w:rsidRPr="0000691D">
        <w:rPr>
          <w:rFonts w:cs="B Mitra" w:hint="cs"/>
          <w:sz w:val="28"/>
          <w:szCs w:val="28"/>
          <w:rtl/>
        </w:rPr>
        <w:t>تو</w:t>
      </w:r>
      <w:r w:rsidRPr="0000691D">
        <w:rPr>
          <w:rFonts w:cs="B Mitra"/>
          <w:sz w:val="28"/>
          <w:szCs w:val="28"/>
          <w:rtl/>
        </w:rPr>
        <w:t xml:space="preserve"> </w:t>
      </w:r>
      <w:r w:rsidRPr="0000691D">
        <w:rPr>
          <w:rFonts w:cs="B Mitra" w:hint="cs"/>
          <w:sz w:val="28"/>
          <w:szCs w:val="28"/>
          <w:rtl/>
        </w:rPr>
        <w:t>این</w:t>
      </w:r>
      <w:r w:rsidRPr="0000691D">
        <w:rPr>
          <w:rFonts w:cs="B Mitra"/>
          <w:sz w:val="28"/>
          <w:szCs w:val="28"/>
          <w:rtl/>
        </w:rPr>
        <w:t xml:space="preserve"> </w:t>
      </w:r>
      <w:r w:rsidRPr="0000691D">
        <w:rPr>
          <w:rFonts w:cs="B Mitra" w:hint="cs"/>
          <w:sz w:val="28"/>
          <w:szCs w:val="28"/>
          <w:rtl/>
        </w:rPr>
        <w:t>بخش</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چگونه</w:t>
      </w:r>
      <w:r w:rsidRPr="0000691D">
        <w:rPr>
          <w:rFonts w:cs="B Mitra"/>
          <w:sz w:val="28"/>
          <w:szCs w:val="28"/>
          <w:rtl/>
        </w:rPr>
        <w:t xml:space="preserve"> </w:t>
      </w:r>
      <w:r w:rsidRPr="0000691D">
        <w:rPr>
          <w:rFonts w:cs="B Mitra" w:hint="cs"/>
          <w:sz w:val="28"/>
          <w:szCs w:val="28"/>
          <w:rtl/>
        </w:rPr>
        <w:t>مدیریت</w:t>
      </w:r>
      <w:r w:rsidRPr="0000691D">
        <w:rPr>
          <w:rFonts w:cs="B Mitra"/>
          <w:sz w:val="28"/>
          <w:szCs w:val="28"/>
          <w:rtl/>
        </w:rPr>
        <w:t xml:space="preserve"> </w:t>
      </w:r>
      <w:r w:rsidRPr="0000691D">
        <w:rPr>
          <w:rFonts w:cs="B Mitra" w:hint="cs"/>
          <w:sz w:val="28"/>
          <w:szCs w:val="28"/>
          <w:rtl/>
        </w:rPr>
        <w:t>کردی؟</w:t>
      </w:r>
    </w:p>
    <w:p w:rsidR="00A75B1C" w:rsidRPr="0000691D" w:rsidRDefault="00A75B1C" w:rsidP="0000691D">
      <w:pPr>
        <w:bidi/>
        <w:spacing w:line="360" w:lineRule="auto"/>
        <w:jc w:val="both"/>
        <w:rPr>
          <w:rFonts w:cs="B Mitra"/>
          <w:sz w:val="28"/>
          <w:szCs w:val="28"/>
        </w:rPr>
      </w:pPr>
      <w:r w:rsidRPr="0000691D">
        <w:rPr>
          <w:rFonts w:cs="B Mitra" w:hint="cs"/>
          <w:sz w:val="28"/>
          <w:szCs w:val="28"/>
          <w:rtl/>
        </w:rPr>
        <w:t>دان</w:t>
      </w:r>
      <w:r w:rsidRPr="0000691D">
        <w:rPr>
          <w:rFonts w:cs="B Mitra"/>
          <w:sz w:val="28"/>
          <w:szCs w:val="28"/>
          <w:rtl/>
        </w:rPr>
        <w:t xml:space="preserve"> </w:t>
      </w:r>
      <w:r w:rsidRPr="0000691D">
        <w:rPr>
          <w:rFonts w:cs="B Mitra" w:hint="cs"/>
          <w:sz w:val="28"/>
          <w:szCs w:val="28"/>
          <w:rtl/>
        </w:rPr>
        <w:t>پوینتمن</w:t>
      </w:r>
      <w:r w:rsidRPr="0000691D">
        <w:rPr>
          <w:rFonts w:cs="B Mitra"/>
          <w:sz w:val="28"/>
          <w:szCs w:val="28"/>
          <w:rtl/>
        </w:rPr>
        <w:t xml:space="preserve">: </w:t>
      </w:r>
      <w:r w:rsidRPr="0000691D">
        <w:rPr>
          <w:rFonts w:cs="B Mitra" w:hint="cs"/>
          <w:sz w:val="28"/>
          <w:szCs w:val="28"/>
          <w:rtl/>
        </w:rPr>
        <w:t>وقتی</w:t>
      </w:r>
      <w:r w:rsidRPr="0000691D">
        <w:rPr>
          <w:rFonts w:cs="B Mitra"/>
          <w:sz w:val="28"/>
          <w:szCs w:val="28"/>
          <w:rtl/>
        </w:rPr>
        <w:t xml:space="preserve"> </w:t>
      </w:r>
      <w:r w:rsidRPr="0000691D">
        <w:rPr>
          <w:rFonts w:cs="B Mitra" w:hint="cs"/>
          <w:sz w:val="28"/>
          <w:szCs w:val="28"/>
          <w:rtl/>
        </w:rPr>
        <w:t>بینایی‌ام</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دست</w:t>
      </w:r>
      <w:r w:rsidRPr="0000691D">
        <w:rPr>
          <w:rFonts w:cs="B Mitra"/>
          <w:sz w:val="28"/>
          <w:szCs w:val="28"/>
          <w:rtl/>
        </w:rPr>
        <w:t xml:space="preserve"> </w:t>
      </w:r>
      <w:r w:rsidRPr="0000691D">
        <w:rPr>
          <w:rFonts w:cs="B Mitra" w:hint="cs"/>
          <w:sz w:val="28"/>
          <w:szCs w:val="28"/>
          <w:rtl/>
        </w:rPr>
        <w:t>دادم،</w:t>
      </w:r>
      <w:r w:rsidRPr="0000691D">
        <w:rPr>
          <w:rFonts w:cs="B Mitra"/>
          <w:sz w:val="28"/>
          <w:szCs w:val="28"/>
          <w:rtl/>
        </w:rPr>
        <w:t xml:space="preserve"> </w:t>
      </w:r>
      <w:r w:rsidRPr="0000691D">
        <w:rPr>
          <w:rFonts w:cs="B Mitra" w:hint="cs"/>
          <w:sz w:val="28"/>
          <w:szCs w:val="28"/>
          <w:rtl/>
        </w:rPr>
        <w:t>متوجه</w:t>
      </w:r>
      <w:r w:rsidRPr="0000691D">
        <w:rPr>
          <w:rFonts w:cs="B Mitra"/>
          <w:sz w:val="28"/>
          <w:szCs w:val="28"/>
          <w:rtl/>
        </w:rPr>
        <w:t xml:space="preserve"> </w:t>
      </w:r>
      <w:r w:rsidRPr="0000691D">
        <w:rPr>
          <w:rFonts w:cs="B Mitra" w:hint="cs"/>
          <w:sz w:val="28"/>
          <w:szCs w:val="28"/>
          <w:rtl/>
        </w:rPr>
        <w:t>شدم</w:t>
      </w:r>
      <w:r w:rsidRPr="0000691D">
        <w:rPr>
          <w:rFonts w:cs="B Mitra"/>
          <w:sz w:val="28"/>
          <w:szCs w:val="28"/>
          <w:rtl/>
        </w:rPr>
        <w:t xml:space="preserve"> </w:t>
      </w:r>
      <w:r w:rsidRPr="0000691D">
        <w:rPr>
          <w:rFonts w:cs="B Mitra" w:hint="cs"/>
          <w:sz w:val="28"/>
          <w:szCs w:val="28"/>
          <w:rtl/>
        </w:rPr>
        <w:t>کار</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شعله</w:t>
      </w:r>
      <w:r w:rsidRPr="0000691D">
        <w:rPr>
          <w:rFonts w:cs="B Mitra"/>
          <w:sz w:val="28"/>
          <w:szCs w:val="28"/>
          <w:rtl/>
        </w:rPr>
        <w:t xml:space="preserve"> </w:t>
      </w:r>
      <w:r w:rsidRPr="0000691D">
        <w:rPr>
          <w:rFonts w:cs="B Mitra" w:hint="cs"/>
          <w:sz w:val="28"/>
          <w:szCs w:val="28"/>
          <w:rtl/>
        </w:rPr>
        <w:t>باز</w:t>
      </w:r>
      <w:r w:rsidRPr="0000691D">
        <w:rPr>
          <w:rFonts w:cs="B Mitra"/>
          <w:sz w:val="28"/>
          <w:szCs w:val="28"/>
          <w:rtl/>
        </w:rPr>
        <w:t xml:space="preserve"> </w:t>
      </w:r>
      <w:r w:rsidRPr="0000691D">
        <w:rPr>
          <w:rFonts w:cs="B Mitra" w:hint="cs"/>
          <w:sz w:val="28"/>
          <w:szCs w:val="28"/>
          <w:rtl/>
        </w:rPr>
        <w:t>گاز</w:t>
      </w:r>
      <w:r w:rsidRPr="0000691D">
        <w:rPr>
          <w:rFonts w:cs="B Mitra"/>
          <w:sz w:val="28"/>
          <w:szCs w:val="28"/>
          <w:rtl/>
        </w:rPr>
        <w:t xml:space="preserve"> </w:t>
      </w:r>
      <w:r w:rsidRPr="0000691D">
        <w:rPr>
          <w:rFonts w:cs="B Mitra" w:hint="cs"/>
          <w:sz w:val="28"/>
          <w:szCs w:val="28"/>
          <w:rtl/>
        </w:rPr>
        <w:t>بسیار</w:t>
      </w:r>
      <w:r w:rsidRPr="0000691D">
        <w:rPr>
          <w:rFonts w:cs="B Mitra"/>
          <w:sz w:val="28"/>
          <w:szCs w:val="28"/>
          <w:rtl/>
        </w:rPr>
        <w:t xml:space="preserve"> </w:t>
      </w:r>
      <w:r w:rsidRPr="0000691D">
        <w:rPr>
          <w:rFonts w:cs="B Mitra" w:hint="cs"/>
          <w:sz w:val="28"/>
          <w:szCs w:val="28"/>
          <w:rtl/>
        </w:rPr>
        <w:t>مخاطره‌آمیز</w:t>
      </w:r>
      <w:r w:rsidRPr="0000691D">
        <w:rPr>
          <w:rFonts w:cs="B Mitra"/>
          <w:sz w:val="28"/>
          <w:szCs w:val="28"/>
          <w:rtl/>
        </w:rPr>
        <w:t xml:space="preserve"> </w:t>
      </w:r>
      <w:r w:rsidRPr="0000691D">
        <w:rPr>
          <w:rFonts w:cs="B Mitra" w:hint="cs"/>
          <w:sz w:val="28"/>
          <w:szCs w:val="28"/>
          <w:rtl/>
        </w:rPr>
        <w:t>است؛</w:t>
      </w:r>
      <w:r w:rsidRPr="0000691D">
        <w:rPr>
          <w:rFonts w:cs="B Mitra"/>
          <w:sz w:val="28"/>
          <w:szCs w:val="28"/>
          <w:rtl/>
        </w:rPr>
        <w:t xml:space="preserve"> </w:t>
      </w:r>
      <w:r w:rsidRPr="0000691D">
        <w:rPr>
          <w:rFonts w:cs="B Mitra" w:hint="cs"/>
          <w:sz w:val="28"/>
          <w:szCs w:val="28"/>
          <w:rtl/>
        </w:rPr>
        <w:t>بنابراین</w:t>
      </w:r>
      <w:r w:rsidRPr="0000691D">
        <w:rPr>
          <w:rFonts w:cs="B Mitra"/>
          <w:sz w:val="28"/>
          <w:szCs w:val="28"/>
          <w:rtl/>
        </w:rPr>
        <w:t xml:space="preserve"> </w:t>
      </w:r>
      <w:r w:rsidRPr="0000691D">
        <w:rPr>
          <w:rFonts w:cs="B Mitra" w:hint="cs"/>
          <w:sz w:val="28"/>
          <w:szCs w:val="28"/>
          <w:rtl/>
        </w:rPr>
        <w:t>شعله</w:t>
      </w:r>
      <w:r w:rsidRPr="0000691D">
        <w:rPr>
          <w:rFonts w:cs="B Mitra"/>
          <w:sz w:val="28"/>
          <w:szCs w:val="28"/>
          <w:rtl/>
        </w:rPr>
        <w:t xml:space="preserve"> </w:t>
      </w:r>
      <w:r w:rsidRPr="0000691D">
        <w:rPr>
          <w:rFonts w:cs="B Mitra" w:hint="cs"/>
          <w:sz w:val="28"/>
          <w:szCs w:val="28"/>
          <w:rtl/>
        </w:rPr>
        <w:t>گاز</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کنار</w:t>
      </w:r>
      <w:r w:rsidRPr="0000691D">
        <w:rPr>
          <w:rFonts w:cs="B Mitra"/>
          <w:sz w:val="28"/>
          <w:szCs w:val="28"/>
          <w:rtl/>
        </w:rPr>
        <w:t xml:space="preserve"> </w:t>
      </w:r>
      <w:r w:rsidRPr="0000691D">
        <w:rPr>
          <w:rFonts w:cs="B Mitra" w:hint="cs"/>
          <w:sz w:val="28"/>
          <w:szCs w:val="28"/>
          <w:rtl/>
        </w:rPr>
        <w:t>گذاشتم؛</w:t>
      </w:r>
      <w:r w:rsidRPr="0000691D">
        <w:rPr>
          <w:rFonts w:cs="B Mitra"/>
          <w:sz w:val="28"/>
          <w:szCs w:val="28"/>
          <w:rtl/>
        </w:rPr>
        <w:t xml:space="preserve"> </w:t>
      </w:r>
      <w:r w:rsidRPr="0000691D">
        <w:rPr>
          <w:rFonts w:cs="B Mitra" w:hint="cs"/>
          <w:sz w:val="28"/>
          <w:szCs w:val="28"/>
          <w:rtl/>
        </w:rPr>
        <w:t>یک</w:t>
      </w:r>
      <w:r w:rsidRPr="0000691D">
        <w:rPr>
          <w:rFonts w:cs="B Mitra"/>
          <w:sz w:val="28"/>
          <w:szCs w:val="28"/>
          <w:rtl/>
        </w:rPr>
        <w:t xml:space="preserve"> </w:t>
      </w:r>
      <w:r w:rsidRPr="0000691D">
        <w:rPr>
          <w:rFonts w:cs="B Mitra" w:hint="cs"/>
          <w:sz w:val="28"/>
          <w:szCs w:val="28"/>
          <w:rtl/>
        </w:rPr>
        <w:t>تخته</w:t>
      </w:r>
      <w:r w:rsidRPr="0000691D">
        <w:rPr>
          <w:rFonts w:cs="B Mitra"/>
          <w:sz w:val="28"/>
          <w:szCs w:val="28"/>
          <w:rtl/>
        </w:rPr>
        <w:t xml:space="preserve"> </w:t>
      </w:r>
      <w:r w:rsidRPr="0000691D">
        <w:rPr>
          <w:rFonts w:cs="B Mitra" w:hint="cs"/>
          <w:sz w:val="28"/>
          <w:szCs w:val="28"/>
          <w:rtl/>
        </w:rPr>
        <w:t>گوشت</w:t>
      </w:r>
      <w:r w:rsidRPr="0000691D">
        <w:rPr>
          <w:rFonts w:cs="B Mitra"/>
          <w:sz w:val="28"/>
          <w:szCs w:val="28"/>
          <w:rtl/>
        </w:rPr>
        <w:t xml:space="preserve"> </w:t>
      </w:r>
      <w:r w:rsidRPr="0000691D">
        <w:rPr>
          <w:rFonts w:cs="B Mitra" w:hint="cs"/>
          <w:sz w:val="28"/>
          <w:szCs w:val="28"/>
          <w:rtl/>
        </w:rPr>
        <w:t>چوبی</w:t>
      </w:r>
      <w:r w:rsidRPr="0000691D">
        <w:rPr>
          <w:rFonts w:cs="B Mitra"/>
          <w:sz w:val="28"/>
          <w:szCs w:val="28"/>
          <w:rtl/>
        </w:rPr>
        <w:t xml:space="preserve"> </w:t>
      </w:r>
      <w:r w:rsidRPr="0000691D">
        <w:rPr>
          <w:rFonts w:cs="B Mitra" w:hint="cs"/>
          <w:sz w:val="28"/>
          <w:szCs w:val="28"/>
          <w:rtl/>
        </w:rPr>
        <w:t>بزرگ</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محکم</w:t>
      </w:r>
      <w:r w:rsidRPr="0000691D">
        <w:rPr>
          <w:rFonts w:cs="B Mitra"/>
          <w:sz w:val="28"/>
          <w:szCs w:val="28"/>
          <w:rtl/>
        </w:rPr>
        <w:t xml:space="preserve"> </w:t>
      </w:r>
      <w:r w:rsidRPr="0000691D">
        <w:rPr>
          <w:rFonts w:cs="B Mitra" w:hint="cs"/>
          <w:sz w:val="28"/>
          <w:szCs w:val="28"/>
          <w:rtl/>
        </w:rPr>
        <w:t>روی</w:t>
      </w:r>
      <w:r w:rsidRPr="0000691D">
        <w:rPr>
          <w:rFonts w:cs="B Mitra"/>
          <w:sz w:val="28"/>
          <w:szCs w:val="28"/>
          <w:rtl/>
        </w:rPr>
        <w:t xml:space="preserve"> </w:t>
      </w:r>
      <w:r w:rsidRPr="0000691D">
        <w:rPr>
          <w:rFonts w:cs="B Mitra" w:hint="cs"/>
          <w:sz w:val="28"/>
          <w:szCs w:val="28"/>
          <w:rtl/>
        </w:rPr>
        <w:t>صفحه</w:t>
      </w:r>
      <w:r w:rsidRPr="0000691D">
        <w:rPr>
          <w:rFonts w:cs="B Mitra"/>
          <w:sz w:val="28"/>
          <w:szCs w:val="28"/>
          <w:rtl/>
        </w:rPr>
        <w:t xml:space="preserve"> </w:t>
      </w:r>
      <w:r w:rsidRPr="0000691D">
        <w:rPr>
          <w:rFonts w:cs="B Mitra" w:hint="cs"/>
          <w:sz w:val="28"/>
          <w:szCs w:val="28"/>
          <w:rtl/>
        </w:rPr>
        <w:t>اجاق</w:t>
      </w:r>
      <w:r w:rsidRPr="0000691D">
        <w:rPr>
          <w:rFonts w:cs="B Mitra"/>
          <w:sz w:val="28"/>
          <w:szCs w:val="28"/>
          <w:rtl/>
        </w:rPr>
        <w:t xml:space="preserve"> </w:t>
      </w:r>
      <w:r w:rsidRPr="0000691D">
        <w:rPr>
          <w:rFonts w:cs="B Mitra" w:hint="cs"/>
          <w:sz w:val="28"/>
          <w:szCs w:val="28"/>
          <w:rtl/>
        </w:rPr>
        <w:t>گاز</w:t>
      </w:r>
      <w:r w:rsidRPr="0000691D">
        <w:rPr>
          <w:rFonts w:cs="B Mitra"/>
          <w:sz w:val="28"/>
          <w:szCs w:val="28"/>
          <w:rtl/>
        </w:rPr>
        <w:t xml:space="preserve"> </w:t>
      </w:r>
      <w:r w:rsidRPr="0000691D">
        <w:rPr>
          <w:rFonts w:cs="B Mitra" w:hint="cs"/>
          <w:sz w:val="28"/>
          <w:szCs w:val="28"/>
          <w:rtl/>
        </w:rPr>
        <w:t>قرار</w:t>
      </w:r>
      <w:r w:rsidRPr="0000691D">
        <w:rPr>
          <w:rFonts w:cs="B Mitra"/>
          <w:sz w:val="28"/>
          <w:szCs w:val="28"/>
          <w:rtl/>
        </w:rPr>
        <w:t xml:space="preserve"> </w:t>
      </w:r>
      <w:r w:rsidRPr="0000691D">
        <w:rPr>
          <w:rFonts w:cs="B Mitra" w:hint="cs"/>
          <w:sz w:val="28"/>
          <w:szCs w:val="28"/>
          <w:rtl/>
        </w:rPr>
        <w:t>دادم</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روی</w:t>
      </w:r>
      <w:r w:rsidRPr="0000691D">
        <w:rPr>
          <w:rFonts w:cs="B Mitra"/>
          <w:sz w:val="28"/>
          <w:szCs w:val="28"/>
          <w:rtl/>
        </w:rPr>
        <w:t xml:space="preserve"> </w:t>
      </w:r>
      <w:r w:rsidRPr="0000691D">
        <w:rPr>
          <w:rFonts w:cs="B Mitra" w:hint="cs"/>
          <w:sz w:val="28"/>
          <w:szCs w:val="28"/>
          <w:rtl/>
        </w:rPr>
        <w:t>آن</w:t>
      </w:r>
      <w:r w:rsidRPr="0000691D">
        <w:rPr>
          <w:rFonts w:cs="B Mitra"/>
          <w:sz w:val="28"/>
          <w:szCs w:val="28"/>
          <w:rtl/>
        </w:rPr>
        <w:t xml:space="preserve"> </w:t>
      </w:r>
      <w:r w:rsidRPr="0000691D">
        <w:rPr>
          <w:rFonts w:cs="B Mitra" w:hint="cs"/>
          <w:sz w:val="28"/>
          <w:szCs w:val="28"/>
          <w:rtl/>
        </w:rPr>
        <w:t>یک</w:t>
      </w:r>
      <w:r w:rsidRPr="0000691D">
        <w:rPr>
          <w:rFonts w:cs="B Mitra"/>
          <w:sz w:val="28"/>
          <w:szCs w:val="28"/>
          <w:rtl/>
        </w:rPr>
        <w:t xml:space="preserve"> </w:t>
      </w:r>
      <w:r w:rsidRPr="0000691D">
        <w:rPr>
          <w:rFonts w:cs="B Mitra" w:hint="cs"/>
          <w:sz w:val="28"/>
          <w:szCs w:val="28"/>
          <w:rtl/>
        </w:rPr>
        <w:t>صفحه</w:t>
      </w:r>
      <w:r w:rsidRPr="0000691D">
        <w:rPr>
          <w:rFonts w:cs="B Mitra"/>
          <w:sz w:val="28"/>
          <w:szCs w:val="28"/>
          <w:rtl/>
        </w:rPr>
        <w:t xml:space="preserve"> </w:t>
      </w:r>
      <w:r w:rsidRPr="0000691D">
        <w:rPr>
          <w:rFonts w:cs="B Mitra" w:hint="cs"/>
          <w:sz w:val="28"/>
          <w:szCs w:val="28"/>
          <w:rtl/>
        </w:rPr>
        <w:t>تک‌شعله</w:t>
      </w:r>
      <w:r w:rsidRPr="0000691D">
        <w:rPr>
          <w:rFonts w:cs="B Mitra"/>
          <w:sz w:val="28"/>
          <w:szCs w:val="28"/>
          <w:rtl/>
        </w:rPr>
        <w:t xml:space="preserve"> </w:t>
      </w:r>
      <w:r w:rsidRPr="0000691D">
        <w:rPr>
          <w:rFonts w:cs="B Mitra" w:hint="cs"/>
          <w:sz w:val="28"/>
          <w:szCs w:val="28"/>
          <w:rtl/>
        </w:rPr>
        <w:t>اجاق</w:t>
      </w:r>
      <w:r w:rsidRPr="0000691D">
        <w:rPr>
          <w:rFonts w:cs="B Mitra"/>
          <w:sz w:val="28"/>
          <w:szCs w:val="28"/>
          <w:rtl/>
        </w:rPr>
        <w:t xml:space="preserve"> </w:t>
      </w:r>
      <w:r w:rsidRPr="0000691D">
        <w:rPr>
          <w:rFonts w:cs="B Mitra" w:hint="cs"/>
          <w:sz w:val="28"/>
          <w:szCs w:val="28"/>
          <w:rtl/>
        </w:rPr>
        <w:t>القایی</w:t>
      </w:r>
      <w:r w:rsidRPr="0000691D">
        <w:rPr>
          <w:rFonts w:cs="B Mitra"/>
          <w:sz w:val="28"/>
          <w:szCs w:val="28"/>
        </w:rPr>
        <w:t xml:space="preserve"> (Induction) </w:t>
      </w:r>
      <w:r w:rsidRPr="0000691D">
        <w:rPr>
          <w:rFonts w:cs="B Mitra" w:hint="cs"/>
          <w:sz w:val="28"/>
          <w:szCs w:val="28"/>
          <w:rtl/>
        </w:rPr>
        <w:t xml:space="preserve">گذاشتم؛ </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اجاق‌های</w:t>
      </w:r>
      <w:r w:rsidRPr="0000691D">
        <w:rPr>
          <w:rFonts w:cs="B Mitra"/>
          <w:sz w:val="28"/>
          <w:szCs w:val="28"/>
          <w:rtl/>
        </w:rPr>
        <w:t xml:space="preserve"> </w:t>
      </w:r>
      <w:r w:rsidRPr="0000691D">
        <w:rPr>
          <w:rFonts w:cs="B Mitra" w:hint="cs"/>
          <w:sz w:val="28"/>
          <w:szCs w:val="28"/>
          <w:rtl/>
        </w:rPr>
        <w:t>القایی</w:t>
      </w:r>
      <w:r w:rsidRPr="0000691D">
        <w:rPr>
          <w:rFonts w:cs="B Mitra"/>
          <w:sz w:val="28"/>
          <w:szCs w:val="28"/>
          <w:rtl/>
        </w:rPr>
        <w:t xml:space="preserve"> </w:t>
      </w:r>
      <w:r w:rsidRPr="0000691D">
        <w:rPr>
          <w:rFonts w:cs="B Mitra" w:hint="cs"/>
          <w:sz w:val="28"/>
          <w:szCs w:val="28"/>
          <w:rtl/>
        </w:rPr>
        <w:t>هیچ</w:t>
      </w:r>
      <w:r w:rsidRPr="0000691D">
        <w:rPr>
          <w:rFonts w:cs="B Mitra"/>
          <w:sz w:val="28"/>
          <w:szCs w:val="28"/>
          <w:rtl/>
        </w:rPr>
        <w:t xml:space="preserve"> </w:t>
      </w:r>
      <w:r w:rsidRPr="0000691D">
        <w:rPr>
          <w:rFonts w:cs="B Mitra" w:hint="cs"/>
          <w:sz w:val="28"/>
          <w:szCs w:val="28"/>
          <w:rtl/>
        </w:rPr>
        <w:t>شعله</w:t>
      </w:r>
      <w:r w:rsidRPr="0000691D">
        <w:rPr>
          <w:rFonts w:cs="B Mitra"/>
          <w:sz w:val="28"/>
          <w:szCs w:val="28"/>
          <w:rtl/>
        </w:rPr>
        <w:t xml:space="preserve"> </w:t>
      </w:r>
      <w:r w:rsidRPr="0000691D">
        <w:rPr>
          <w:rFonts w:cs="B Mitra" w:hint="cs"/>
          <w:sz w:val="28"/>
          <w:szCs w:val="28"/>
          <w:rtl/>
        </w:rPr>
        <w:t>باز</w:t>
      </w:r>
      <w:r w:rsidRPr="0000691D">
        <w:rPr>
          <w:rFonts w:cs="B Mitra"/>
          <w:sz w:val="28"/>
          <w:szCs w:val="28"/>
          <w:rtl/>
        </w:rPr>
        <w:t xml:space="preserve"> </w:t>
      </w:r>
      <w:r w:rsidRPr="0000691D">
        <w:rPr>
          <w:rFonts w:cs="B Mitra" w:hint="cs"/>
          <w:sz w:val="28"/>
          <w:szCs w:val="28"/>
          <w:rtl/>
        </w:rPr>
        <w:t>یا</w:t>
      </w:r>
      <w:r w:rsidRPr="0000691D">
        <w:rPr>
          <w:rFonts w:cs="B Mitra"/>
          <w:sz w:val="28"/>
          <w:szCs w:val="28"/>
          <w:rtl/>
        </w:rPr>
        <w:t xml:space="preserve"> </w:t>
      </w:r>
      <w:r w:rsidRPr="0000691D">
        <w:rPr>
          <w:rFonts w:cs="B Mitra" w:hint="cs"/>
          <w:sz w:val="28"/>
          <w:szCs w:val="28"/>
          <w:rtl/>
        </w:rPr>
        <w:t>المنت</w:t>
      </w:r>
      <w:r w:rsidRPr="0000691D">
        <w:rPr>
          <w:rFonts w:cs="B Mitra"/>
          <w:sz w:val="28"/>
          <w:szCs w:val="28"/>
          <w:rtl/>
        </w:rPr>
        <w:t xml:space="preserve"> </w:t>
      </w:r>
      <w:r w:rsidRPr="0000691D">
        <w:rPr>
          <w:rFonts w:cs="B Mitra" w:hint="cs"/>
          <w:sz w:val="28"/>
          <w:szCs w:val="28"/>
          <w:rtl/>
        </w:rPr>
        <w:t>داغی</w:t>
      </w:r>
      <w:r w:rsidRPr="0000691D">
        <w:rPr>
          <w:rFonts w:cs="B Mitra"/>
          <w:sz w:val="28"/>
          <w:szCs w:val="28"/>
          <w:rtl/>
        </w:rPr>
        <w:t xml:space="preserve"> </w:t>
      </w:r>
      <w:r w:rsidRPr="0000691D">
        <w:rPr>
          <w:rFonts w:cs="B Mitra" w:hint="cs"/>
          <w:sz w:val="28"/>
          <w:szCs w:val="28"/>
          <w:rtl/>
        </w:rPr>
        <w:t>وجود</w:t>
      </w:r>
      <w:r w:rsidRPr="0000691D">
        <w:rPr>
          <w:rFonts w:cs="B Mitra"/>
          <w:sz w:val="28"/>
          <w:szCs w:val="28"/>
          <w:rtl/>
        </w:rPr>
        <w:t xml:space="preserve"> </w:t>
      </w:r>
      <w:r w:rsidRPr="0000691D">
        <w:rPr>
          <w:rFonts w:cs="B Mitra" w:hint="cs"/>
          <w:sz w:val="28"/>
          <w:szCs w:val="28"/>
          <w:rtl/>
        </w:rPr>
        <w:t>ندارد؛</w:t>
      </w:r>
      <w:r w:rsidRPr="0000691D">
        <w:rPr>
          <w:rFonts w:cs="B Mitra"/>
          <w:sz w:val="28"/>
          <w:szCs w:val="28"/>
          <w:rtl/>
        </w:rPr>
        <w:t xml:space="preserve"> </w:t>
      </w:r>
      <w:r w:rsidRPr="0000691D">
        <w:rPr>
          <w:rFonts w:cs="B Mitra" w:hint="cs"/>
          <w:sz w:val="28"/>
          <w:szCs w:val="28"/>
          <w:rtl/>
        </w:rPr>
        <w:t>گرما</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طریق</w:t>
      </w:r>
      <w:r w:rsidRPr="0000691D">
        <w:rPr>
          <w:rFonts w:cs="B Mitra"/>
          <w:sz w:val="28"/>
          <w:szCs w:val="28"/>
          <w:rtl/>
        </w:rPr>
        <w:t xml:space="preserve"> </w:t>
      </w:r>
      <w:r w:rsidRPr="0000691D">
        <w:rPr>
          <w:rFonts w:cs="B Mitra" w:hint="cs"/>
          <w:sz w:val="28"/>
          <w:szCs w:val="28"/>
          <w:rtl/>
        </w:rPr>
        <w:t>میدان</w:t>
      </w:r>
      <w:r w:rsidRPr="0000691D">
        <w:rPr>
          <w:rFonts w:cs="B Mitra"/>
          <w:sz w:val="28"/>
          <w:szCs w:val="28"/>
          <w:rtl/>
        </w:rPr>
        <w:t xml:space="preserve"> </w:t>
      </w:r>
      <w:r w:rsidRPr="0000691D">
        <w:rPr>
          <w:rFonts w:cs="B Mitra" w:hint="cs"/>
          <w:sz w:val="28"/>
          <w:szCs w:val="28"/>
          <w:rtl/>
        </w:rPr>
        <w:t>مغناطیسی</w:t>
      </w:r>
      <w:r w:rsidRPr="0000691D">
        <w:rPr>
          <w:rFonts w:cs="B Mitra"/>
          <w:sz w:val="28"/>
          <w:szCs w:val="28"/>
          <w:rtl/>
        </w:rPr>
        <w:t xml:space="preserve"> </w:t>
      </w:r>
      <w:r w:rsidRPr="0000691D">
        <w:rPr>
          <w:rFonts w:cs="B Mitra" w:hint="cs"/>
          <w:sz w:val="28"/>
          <w:szCs w:val="28"/>
          <w:rtl/>
        </w:rPr>
        <w:t>مستقیماً</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کف</w:t>
      </w:r>
      <w:r w:rsidRPr="0000691D">
        <w:rPr>
          <w:rFonts w:cs="B Mitra"/>
          <w:sz w:val="28"/>
          <w:szCs w:val="28"/>
          <w:rtl/>
        </w:rPr>
        <w:t xml:space="preserve"> </w:t>
      </w:r>
      <w:r w:rsidRPr="0000691D">
        <w:rPr>
          <w:rFonts w:cs="B Mitra" w:hint="cs"/>
          <w:sz w:val="28"/>
          <w:szCs w:val="28"/>
          <w:rtl/>
        </w:rPr>
        <w:t>ظرف</w:t>
      </w:r>
      <w:r w:rsidRPr="0000691D">
        <w:rPr>
          <w:rFonts w:cs="B Mitra"/>
          <w:sz w:val="28"/>
          <w:szCs w:val="28"/>
          <w:rtl/>
        </w:rPr>
        <w:t xml:space="preserve"> </w:t>
      </w:r>
      <w:r w:rsidRPr="0000691D">
        <w:rPr>
          <w:rFonts w:cs="B Mitra" w:hint="cs"/>
          <w:sz w:val="28"/>
          <w:szCs w:val="28"/>
          <w:rtl/>
        </w:rPr>
        <w:t>ایجاد</w:t>
      </w:r>
      <w:r w:rsidRPr="0000691D">
        <w:rPr>
          <w:rFonts w:cs="B Mitra"/>
          <w:sz w:val="28"/>
          <w:szCs w:val="28"/>
          <w:rtl/>
        </w:rPr>
        <w:t xml:space="preserve"> </w:t>
      </w:r>
      <w:r w:rsidRPr="0000691D">
        <w:rPr>
          <w:rFonts w:cs="B Mitra" w:hint="cs"/>
          <w:sz w:val="28"/>
          <w:szCs w:val="28"/>
          <w:rtl/>
        </w:rPr>
        <w:t>می‌شود؛</w:t>
      </w:r>
      <w:r w:rsidRPr="0000691D">
        <w:rPr>
          <w:rFonts w:cs="B Mitra"/>
          <w:sz w:val="28"/>
          <w:szCs w:val="28"/>
          <w:rtl/>
        </w:rPr>
        <w:t xml:space="preserve"> </w:t>
      </w:r>
      <w:r w:rsidRPr="0000691D">
        <w:rPr>
          <w:rFonts w:cs="B Mitra" w:hint="cs"/>
          <w:sz w:val="28"/>
          <w:szCs w:val="28"/>
          <w:rtl/>
        </w:rPr>
        <w:t>این</w:t>
      </w:r>
      <w:r w:rsidRPr="0000691D">
        <w:rPr>
          <w:rFonts w:cs="B Mitra"/>
          <w:sz w:val="28"/>
          <w:szCs w:val="28"/>
          <w:rtl/>
        </w:rPr>
        <w:t xml:space="preserve"> </w:t>
      </w:r>
      <w:r w:rsidRPr="0000691D">
        <w:rPr>
          <w:rFonts w:cs="B Mitra" w:hint="cs"/>
          <w:sz w:val="28"/>
          <w:szCs w:val="28"/>
          <w:rtl/>
        </w:rPr>
        <w:t>کار</w:t>
      </w:r>
      <w:r w:rsidRPr="0000691D">
        <w:rPr>
          <w:rFonts w:cs="B Mitra"/>
          <w:sz w:val="28"/>
          <w:szCs w:val="28"/>
          <w:rtl/>
        </w:rPr>
        <w:t xml:space="preserve"> </w:t>
      </w:r>
      <w:r w:rsidRPr="0000691D">
        <w:rPr>
          <w:rFonts w:cs="B Mitra" w:hint="cs"/>
          <w:sz w:val="28"/>
          <w:szCs w:val="28"/>
          <w:rtl/>
        </w:rPr>
        <w:t>باعث</w:t>
      </w:r>
      <w:r w:rsidRPr="0000691D">
        <w:rPr>
          <w:rFonts w:cs="B Mitra"/>
          <w:sz w:val="28"/>
          <w:szCs w:val="28"/>
          <w:rtl/>
        </w:rPr>
        <w:t xml:space="preserve"> </w:t>
      </w:r>
      <w:r w:rsidRPr="0000691D">
        <w:rPr>
          <w:rFonts w:cs="B Mitra" w:hint="cs"/>
          <w:sz w:val="28"/>
          <w:szCs w:val="28"/>
          <w:rtl/>
        </w:rPr>
        <w:t>شد</w:t>
      </w:r>
      <w:r w:rsidRPr="0000691D">
        <w:rPr>
          <w:rFonts w:cs="B Mitra"/>
          <w:sz w:val="28"/>
          <w:szCs w:val="28"/>
          <w:rtl/>
        </w:rPr>
        <w:t xml:space="preserve"> </w:t>
      </w:r>
      <w:r w:rsidRPr="0000691D">
        <w:rPr>
          <w:rFonts w:cs="B Mitra" w:hint="cs"/>
          <w:sz w:val="28"/>
          <w:szCs w:val="28"/>
          <w:rtl/>
        </w:rPr>
        <w:t>دیواره‌های</w:t>
      </w:r>
      <w:r w:rsidRPr="0000691D">
        <w:rPr>
          <w:rFonts w:cs="B Mitra"/>
          <w:sz w:val="28"/>
          <w:szCs w:val="28"/>
          <w:rtl/>
        </w:rPr>
        <w:t xml:space="preserve"> </w:t>
      </w:r>
      <w:r w:rsidRPr="0000691D">
        <w:rPr>
          <w:rFonts w:cs="B Mitra" w:hint="cs"/>
          <w:sz w:val="28"/>
          <w:szCs w:val="28"/>
          <w:rtl/>
        </w:rPr>
        <w:t>بالایی</w:t>
      </w:r>
      <w:r w:rsidRPr="0000691D">
        <w:rPr>
          <w:rFonts w:cs="B Mitra"/>
          <w:sz w:val="28"/>
          <w:szCs w:val="28"/>
          <w:rtl/>
        </w:rPr>
        <w:t xml:space="preserve"> </w:t>
      </w:r>
      <w:r w:rsidRPr="0000691D">
        <w:rPr>
          <w:rFonts w:cs="B Mitra" w:hint="cs"/>
          <w:sz w:val="28"/>
          <w:szCs w:val="28"/>
          <w:rtl/>
        </w:rPr>
        <w:t>ظرف</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دسته‌ها</w:t>
      </w:r>
      <w:r w:rsidRPr="0000691D">
        <w:rPr>
          <w:rFonts w:cs="B Mitra"/>
          <w:sz w:val="28"/>
          <w:szCs w:val="28"/>
          <w:rtl/>
        </w:rPr>
        <w:t xml:space="preserve"> </w:t>
      </w:r>
      <w:r w:rsidRPr="0000691D">
        <w:rPr>
          <w:rFonts w:cs="B Mitra" w:hint="cs"/>
          <w:sz w:val="28"/>
          <w:szCs w:val="28"/>
          <w:rtl/>
        </w:rPr>
        <w:t>داغ</w:t>
      </w:r>
      <w:r w:rsidRPr="0000691D">
        <w:rPr>
          <w:rFonts w:cs="B Mitra"/>
          <w:sz w:val="28"/>
          <w:szCs w:val="28"/>
          <w:rtl/>
        </w:rPr>
        <w:t xml:space="preserve"> </w:t>
      </w:r>
      <w:r w:rsidRPr="0000691D">
        <w:rPr>
          <w:rFonts w:cs="B Mitra" w:hint="cs"/>
          <w:sz w:val="28"/>
          <w:szCs w:val="28"/>
          <w:rtl/>
        </w:rPr>
        <w:t>نشوند</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خطر</w:t>
      </w:r>
      <w:r w:rsidRPr="0000691D">
        <w:rPr>
          <w:rFonts w:cs="B Mitra"/>
          <w:sz w:val="28"/>
          <w:szCs w:val="28"/>
          <w:rtl/>
        </w:rPr>
        <w:t xml:space="preserve"> </w:t>
      </w:r>
      <w:r w:rsidRPr="0000691D">
        <w:rPr>
          <w:rFonts w:cs="B Mitra" w:hint="cs"/>
          <w:sz w:val="28"/>
          <w:szCs w:val="28"/>
          <w:rtl/>
        </w:rPr>
        <w:t>آتش‌سوزی</w:t>
      </w:r>
      <w:r w:rsidRPr="0000691D">
        <w:rPr>
          <w:rFonts w:cs="B Mitra"/>
          <w:sz w:val="28"/>
          <w:szCs w:val="28"/>
          <w:rtl/>
        </w:rPr>
        <w:t xml:space="preserve"> </w:t>
      </w:r>
      <w:r w:rsidRPr="0000691D">
        <w:rPr>
          <w:rFonts w:cs="B Mitra" w:hint="cs"/>
          <w:sz w:val="28"/>
          <w:szCs w:val="28"/>
          <w:rtl/>
        </w:rPr>
        <w:t>یا</w:t>
      </w:r>
      <w:r w:rsidRPr="0000691D">
        <w:rPr>
          <w:rFonts w:cs="B Mitra"/>
          <w:sz w:val="28"/>
          <w:szCs w:val="28"/>
          <w:rtl/>
        </w:rPr>
        <w:t xml:space="preserve"> </w:t>
      </w:r>
      <w:r w:rsidRPr="0000691D">
        <w:rPr>
          <w:rFonts w:cs="B Mitra" w:hint="cs"/>
          <w:sz w:val="28"/>
          <w:szCs w:val="28"/>
          <w:rtl/>
        </w:rPr>
        <w:t>سوختگی</w:t>
      </w:r>
      <w:r w:rsidRPr="0000691D">
        <w:rPr>
          <w:rFonts w:cs="B Mitra"/>
          <w:sz w:val="28"/>
          <w:szCs w:val="28"/>
          <w:rtl/>
        </w:rPr>
        <w:t xml:space="preserve"> </w:t>
      </w:r>
      <w:r w:rsidRPr="0000691D">
        <w:rPr>
          <w:rFonts w:cs="B Mitra" w:hint="cs"/>
          <w:sz w:val="28"/>
          <w:szCs w:val="28"/>
          <w:rtl/>
        </w:rPr>
        <w:t>دست</w:t>
      </w:r>
      <w:r w:rsidRPr="0000691D">
        <w:rPr>
          <w:rFonts w:cs="B Mitra"/>
          <w:sz w:val="28"/>
          <w:szCs w:val="28"/>
          <w:rtl/>
        </w:rPr>
        <w:t xml:space="preserve"> </w:t>
      </w:r>
      <w:r w:rsidRPr="0000691D">
        <w:rPr>
          <w:rFonts w:cs="B Mitra" w:hint="cs"/>
          <w:sz w:val="28"/>
          <w:szCs w:val="28"/>
          <w:rtl/>
        </w:rPr>
        <w:t>به</w:t>
      </w:r>
      <w:r w:rsidRPr="0000691D">
        <w:rPr>
          <w:rFonts w:cs="B Mitra"/>
          <w:sz w:val="28"/>
          <w:szCs w:val="28"/>
          <w:rtl/>
        </w:rPr>
        <w:t xml:space="preserve"> </w:t>
      </w:r>
      <w:r w:rsidRPr="0000691D">
        <w:rPr>
          <w:rFonts w:cs="B Mitra" w:hint="cs"/>
          <w:sz w:val="28"/>
          <w:szCs w:val="28"/>
          <w:rtl/>
        </w:rPr>
        <w:t>حداقل</w:t>
      </w:r>
      <w:r w:rsidRPr="0000691D">
        <w:rPr>
          <w:rFonts w:cs="B Mitra"/>
          <w:sz w:val="28"/>
          <w:szCs w:val="28"/>
          <w:rtl/>
        </w:rPr>
        <w:t xml:space="preserve"> </w:t>
      </w:r>
      <w:r w:rsidRPr="0000691D">
        <w:rPr>
          <w:rFonts w:cs="B Mitra" w:hint="cs"/>
          <w:sz w:val="28"/>
          <w:szCs w:val="28"/>
          <w:rtl/>
        </w:rPr>
        <w:t>برسد</w:t>
      </w:r>
      <w:r w:rsidRPr="0000691D">
        <w:rPr>
          <w:rFonts w:cs="B Mitra"/>
          <w:sz w:val="28"/>
          <w:szCs w:val="28"/>
          <w:rtl/>
        </w:rPr>
        <w:t>.</w:t>
      </w:r>
    </w:p>
    <w:p w:rsidR="00A75B1C" w:rsidRPr="0000691D" w:rsidRDefault="00A75B1C" w:rsidP="0000691D">
      <w:pPr>
        <w:bidi/>
        <w:spacing w:line="360" w:lineRule="auto"/>
        <w:jc w:val="both"/>
        <w:rPr>
          <w:rFonts w:cs="B Mitra"/>
          <w:sz w:val="28"/>
          <w:szCs w:val="28"/>
        </w:rPr>
      </w:pPr>
      <w:r w:rsidRPr="0000691D">
        <w:rPr>
          <w:rFonts w:cs="B Mitra" w:hint="cs"/>
          <w:sz w:val="28"/>
          <w:szCs w:val="28"/>
          <w:rtl/>
        </w:rPr>
        <w:lastRenderedPageBreak/>
        <w:t>ریکی</w:t>
      </w:r>
      <w:r w:rsidRPr="0000691D">
        <w:rPr>
          <w:rFonts w:cs="B Mitra"/>
          <w:sz w:val="28"/>
          <w:szCs w:val="28"/>
          <w:rtl/>
        </w:rPr>
        <w:t xml:space="preserve"> </w:t>
      </w:r>
      <w:r w:rsidRPr="0000691D">
        <w:rPr>
          <w:rFonts w:cs="B Mitra" w:hint="cs"/>
          <w:sz w:val="28"/>
          <w:szCs w:val="28"/>
          <w:rtl/>
        </w:rPr>
        <w:t>انگر</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انتخاب</w:t>
      </w:r>
      <w:r w:rsidRPr="0000691D">
        <w:rPr>
          <w:rFonts w:cs="B Mitra"/>
          <w:sz w:val="28"/>
          <w:szCs w:val="28"/>
          <w:rtl/>
        </w:rPr>
        <w:t xml:space="preserve"> </w:t>
      </w:r>
      <w:r w:rsidRPr="0000691D">
        <w:rPr>
          <w:rFonts w:cs="B Mitra" w:hint="cs"/>
          <w:sz w:val="28"/>
          <w:szCs w:val="28"/>
          <w:rtl/>
        </w:rPr>
        <w:t>ظروف</w:t>
      </w:r>
      <w:r w:rsidRPr="0000691D">
        <w:rPr>
          <w:rFonts w:cs="B Mitra"/>
          <w:sz w:val="28"/>
          <w:szCs w:val="28"/>
          <w:rtl/>
        </w:rPr>
        <w:t xml:space="preserve"> </w:t>
      </w:r>
      <w:r w:rsidRPr="0000691D">
        <w:rPr>
          <w:rFonts w:cs="B Mitra" w:hint="cs"/>
          <w:sz w:val="28"/>
          <w:szCs w:val="28"/>
          <w:rtl/>
        </w:rPr>
        <w:t>چه</w:t>
      </w:r>
      <w:r w:rsidRPr="0000691D">
        <w:rPr>
          <w:rFonts w:cs="B Mitra"/>
          <w:sz w:val="28"/>
          <w:szCs w:val="28"/>
          <w:rtl/>
        </w:rPr>
        <w:t xml:space="preserve"> </w:t>
      </w:r>
      <w:r w:rsidRPr="0000691D">
        <w:rPr>
          <w:rFonts w:cs="B Mitra" w:hint="cs"/>
          <w:sz w:val="28"/>
          <w:szCs w:val="28"/>
          <w:rtl/>
        </w:rPr>
        <w:t>معیارهایی</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مدنظر</w:t>
      </w:r>
      <w:r w:rsidRPr="0000691D">
        <w:rPr>
          <w:rFonts w:cs="B Mitra"/>
          <w:sz w:val="28"/>
          <w:szCs w:val="28"/>
          <w:rtl/>
        </w:rPr>
        <w:t xml:space="preserve"> </w:t>
      </w:r>
      <w:r w:rsidRPr="0000691D">
        <w:rPr>
          <w:rFonts w:cs="B Mitra" w:hint="cs"/>
          <w:sz w:val="28"/>
          <w:szCs w:val="28"/>
          <w:rtl/>
        </w:rPr>
        <w:t>قرار</w:t>
      </w:r>
      <w:r w:rsidRPr="0000691D">
        <w:rPr>
          <w:rFonts w:cs="B Mitra"/>
          <w:sz w:val="28"/>
          <w:szCs w:val="28"/>
          <w:rtl/>
        </w:rPr>
        <w:t xml:space="preserve"> </w:t>
      </w:r>
      <w:r w:rsidRPr="0000691D">
        <w:rPr>
          <w:rFonts w:cs="B Mitra" w:hint="cs"/>
          <w:sz w:val="28"/>
          <w:szCs w:val="28"/>
          <w:rtl/>
        </w:rPr>
        <w:t>دادی؟</w:t>
      </w:r>
    </w:p>
    <w:p w:rsidR="00A75B1C" w:rsidRPr="0000691D" w:rsidRDefault="00A75B1C" w:rsidP="0000691D">
      <w:pPr>
        <w:bidi/>
        <w:spacing w:line="360" w:lineRule="auto"/>
        <w:jc w:val="both"/>
        <w:rPr>
          <w:rFonts w:cs="B Mitra"/>
          <w:sz w:val="28"/>
          <w:szCs w:val="28"/>
        </w:rPr>
      </w:pPr>
      <w:r w:rsidRPr="0000691D">
        <w:rPr>
          <w:rFonts w:cs="B Mitra" w:hint="cs"/>
          <w:sz w:val="28"/>
          <w:szCs w:val="28"/>
          <w:rtl/>
        </w:rPr>
        <w:t>دان</w:t>
      </w:r>
      <w:r w:rsidRPr="0000691D">
        <w:rPr>
          <w:rFonts w:cs="B Mitra"/>
          <w:sz w:val="28"/>
          <w:szCs w:val="28"/>
          <w:rtl/>
        </w:rPr>
        <w:t xml:space="preserve"> </w:t>
      </w:r>
      <w:r w:rsidRPr="0000691D">
        <w:rPr>
          <w:rFonts w:cs="B Mitra" w:hint="cs"/>
          <w:sz w:val="28"/>
          <w:szCs w:val="28"/>
          <w:rtl/>
        </w:rPr>
        <w:t>پوینتمن</w:t>
      </w:r>
      <w:r w:rsidRPr="0000691D">
        <w:rPr>
          <w:rFonts w:cs="B Mitra"/>
          <w:sz w:val="28"/>
          <w:szCs w:val="28"/>
          <w:rtl/>
        </w:rPr>
        <w:t xml:space="preserve">: </w:t>
      </w:r>
      <w:r w:rsidRPr="0000691D">
        <w:rPr>
          <w:rFonts w:cs="B Mitra" w:hint="cs"/>
          <w:sz w:val="28"/>
          <w:szCs w:val="28"/>
          <w:rtl/>
        </w:rPr>
        <w:t>انتخاب</w:t>
      </w:r>
      <w:r w:rsidRPr="0000691D">
        <w:rPr>
          <w:rFonts w:cs="B Mitra"/>
          <w:sz w:val="28"/>
          <w:szCs w:val="28"/>
          <w:rtl/>
        </w:rPr>
        <w:t xml:space="preserve"> </w:t>
      </w:r>
      <w:r w:rsidRPr="0000691D">
        <w:rPr>
          <w:rFonts w:cs="B Mitra" w:hint="cs"/>
          <w:sz w:val="28"/>
          <w:szCs w:val="28"/>
          <w:rtl/>
        </w:rPr>
        <w:t>ظرف</w:t>
      </w:r>
      <w:r w:rsidRPr="0000691D">
        <w:rPr>
          <w:rFonts w:cs="B Mitra"/>
          <w:sz w:val="28"/>
          <w:szCs w:val="28"/>
          <w:rtl/>
        </w:rPr>
        <w:t xml:space="preserve"> </w:t>
      </w:r>
      <w:r w:rsidRPr="0000691D">
        <w:rPr>
          <w:rFonts w:cs="B Mitra" w:hint="cs"/>
          <w:sz w:val="28"/>
          <w:szCs w:val="28"/>
          <w:rtl/>
        </w:rPr>
        <w:t>مناسب</w:t>
      </w:r>
      <w:r w:rsidRPr="0000691D">
        <w:rPr>
          <w:rFonts w:cs="B Mitra"/>
          <w:sz w:val="28"/>
          <w:szCs w:val="28"/>
          <w:rtl/>
        </w:rPr>
        <w:t xml:space="preserve"> </w:t>
      </w:r>
      <w:r w:rsidRPr="0000691D">
        <w:rPr>
          <w:rFonts w:cs="B Mitra" w:hint="cs"/>
          <w:sz w:val="28"/>
          <w:szCs w:val="28"/>
          <w:rtl/>
        </w:rPr>
        <w:t>نقشی</w:t>
      </w:r>
      <w:r w:rsidRPr="0000691D">
        <w:rPr>
          <w:rFonts w:cs="B Mitra"/>
          <w:sz w:val="28"/>
          <w:szCs w:val="28"/>
          <w:rtl/>
        </w:rPr>
        <w:t xml:space="preserve"> </w:t>
      </w:r>
      <w:r w:rsidRPr="0000691D">
        <w:rPr>
          <w:rFonts w:cs="B Mitra" w:hint="cs"/>
          <w:sz w:val="28"/>
          <w:szCs w:val="28"/>
          <w:rtl/>
        </w:rPr>
        <w:t>کلیدی</w:t>
      </w:r>
      <w:r w:rsidRPr="0000691D">
        <w:rPr>
          <w:rFonts w:cs="B Mitra"/>
          <w:sz w:val="28"/>
          <w:szCs w:val="28"/>
          <w:rtl/>
        </w:rPr>
        <w:t xml:space="preserve"> </w:t>
      </w:r>
      <w:r w:rsidRPr="0000691D">
        <w:rPr>
          <w:rFonts w:cs="B Mitra" w:hint="cs"/>
          <w:sz w:val="28"/>
          <w:szCs w:val="28"/>
          <w:rtl/>
        </w:rPr>
        <w:t>دارد؛</w:t>
      </w:r>
      <w:r w:rsidRPr="0000691D">
        <w:rPr>
          <w:rFonts w:cs="B Mitra"/>
          <w:sz w:val="28"/>
          <w:szCs w:val="28"/>
          <w:rtl/>
        </w:rPr>
        <w:t xml:space="preserve"> </w:t>
      </w:r>
      <w:r w:rsidRPr="0000691D">
        <w:rPr>
          <w:rFonts w:cs="B Mitra" w:hint="cs"/>
          <w:sz w:val="28"/>
          <w:szCs w:val="28"/>
          <w:rtl/>
        </w:rPr>
        <w:t>من</w:t>
      </w:r>
      <w:r w:rsidRPr="0000691D">
        <w:rPr>
          <w:rFonts w:cs="B Mitra"/>
          <w:sz w:val="28"/>
          <w:szCs w:val="28"/>
          <w:rtl/>
        </w:rPr>
        <w:t xml:space="preserve"> </w:t>
      </w:r>
      <w:r w:rsidRPr="0000691D">
        <w:rPr>
          <w:rFonts w:cs="B Mitra" w:hint="cs"/>
          <w:sz w:val="28"/>
          <w:szCs w:val="28"/>
          <w:rtl/>
        </w:rPr>
        <w:t>از</w:t>
      </w:r>
      <w:r w:rsidRPr="0000691D">
        <w:rPr>
          <w:rFonts w:cs="B Mitra"/>
          <w:sz w:val="28"/>
          <w:szCs w:val="28"/>
          <w:rtl/>
        </w:rPr>
        <w:t xml:space="preserve"> </w:t>
      </w:r>
      <w:r w:rsidRPr="0000691D">
        <w:rPr>
          <w:rFonts w:cs="B Mitra" w:hint="cs"/>
          <w:sz w:val="28"/>
          <w:szCs w:val="28"/>
          <w:rtl/>
        </w:rPr>
        <w:t>دو</w:t>
      </w:r>
      <w:r w:rsidRPr="0000691D">
        <w:rPr>
          <w:rFonts w:cs="B Mitra"/>
          <w:sz w:val="28"/>
          <w:szCs w:val="28"/>
          <w:rtl/>
        </w:rPr>
        <w:t xml:space="preserve"> </w:t>
      </w:r>
      <w:r w:rsidRPr="0000691D">
        <w:rPr>
          <w:rFonts w:cs="B Mitra" w:hint="cs"/>
          <w:sz w:val="28"/>
          <w:szCs w:val="28"/>
          <w:rtl/>
        </w:rPr>
        <w:t>ظرف</w:t>
      </w:r>
      <w:r w:rsidRPr="0000691D">
        <w:rPr>
          <w:rFonts w:cs="B Mitra"/>
          <w:sz w:val="28"/>
          <w:szCs w:val="28"/>
          <w:rtl/>
        </w:rPr>
        <w:t xml:space="preserve"> </w:t>
      </w:r>
      <w:r w:rsidRPr="0000691D">
        <w:rPr>
          <w:rFonts w:cs="B Mitra" w:hint="cs"/>
          <w:sz w:val="28"/>
          <w:szCs w:val="28"/>
          <w:rtl/>
        </w:rPr>
        <w:t>اصلی</w:t>
      </w:r>
      <w:r w:rsidRPr="0000691D">
        <w:rPr>
          <w:rFonts w:cs="B Mitra"/>
          <w:sz w:val="28"/>
          <w:szCs w:val="28"/>
          <w:rtl/>
        </w:rPr>
        <w:t xml:space="preserve"> </w:t>
      </w:r>
      <w:r w:rsidRPr="0000691D">
        <w:rPr>
          <w:rFonts w:cs="B Mitra" w:hint="cs"/>
          <w:sz w:val="28"/>
          <w:szCs w:val="28"/>
          <w:rtl/>
        </w:rPr>
        <w:t>استفاده</w:t>
      </w:r>
      <w:r w:rsidRPr="0000691D">
        <w:rPr>
          <w:rFonts w:cs="B Mitra"/>
          <w:sz w:val="28"/>
          <w:szCs w:val="28"/>
          <w:rtl/>
        </w:rPr>
        <w:t xml:space="preserve"> </w:t>
      </w:r>
      <w:r w:rsidRPr="0000691D">
        <w:rPr>
          <w:rFonts w:cs="B Mitra" w:hint="cs"/>
          <w:sz w:val="28"/>
          <w:szCs w:val="28"/>
          <w:rtl/>
        </w:rPr>
        <w:t>می‌کنم</w:t>
      </w:r>
      <w:r w:rsidRPr="0000691D">
        <w:rPr>
          <w:rFonts w:cs="B Mitra"/>
          <w:sz w:val="28"/>
          <w:szCs w:val="28"/>
          <w:rtl/>
        </w:rPr>
        <w:t xml:space="preserve">: </w:t>
      </w:r>
      <w:r w:rsidRPr="0000691D">
        <w:rPr>
          <w:rFonts w:cs="B Mitra" w:hint="cs"/>
          <w:sz w:val="28"/>
          <w:szCs w:val="28"/>
          <w:rtl/>
        </w:rPr>
        <w:t>یک</w:t>
      </w:r>
      <w:r w:rsidRPr="0000691D">
        <w:rPr>
          <w:rFonts w:cs="B Mitra"/>
          <w:sz w:val="28"/>
          <w:szCs w:val="28"/>
          <w:rtl/>
        </w:rPr>
        <w:t xml:space="preserve"> </w:t>
      </w:r>
      <w:r w:rsidRPr="0000691D">
        <w:rPr>
          <w:rFonts w:cs="B Mitra" w:hint="cs"/>
          <w:sz w:val="28"/>
          <w:szCs w:val="28"/>
          <w:rtl/>
        </w:rPr>
        <w:t>تابه</w:t>
      </w:r>
      <w:r w:rsidRPr="0000691D">
        <w:rPr>
          <w:rFonts w:cs="B Mitra"/>
          <w:sz w:val="28"/>
          <w:szCs w:val="28"/>
          <w:rtl/>
        </w:rPr>
        <w:t xml:space="preserve"> </w:t>
      </w:r>
      <w:r w:rsidRPr="0000691D">
        <w:rPr>
          <w:rFonts w:cs="B Mitra" w:hint="cs"/>
          <w:sz w:val="28"/>
          <w:szCs w:val="28"/>
          <w:rtl/>
        </w:rPr>
        <w:t>چدنی</w:t>
      </w:r>
      <w:r w:rsidRPr="0000691D">
        <w:rPr>
          <w:rFonts w:cs="B Mitra"/>
          <w:sz w:val="28"/>
          <w:szCs w:val="28"/>
          <w:rtl/>
        </w:rPr>
        <w:t xml:space="preserve"> </w:t>
      </w:r>
      <w:r w:rsidRPr="0000691D">
        <w:rPr>
          <w:rFonts w:cs="B Mitra" w:hint="cs"/>
          <w:sz w:val="28"/>
          <w:szCs w:val="28"/>
          <w:rtl/>
        </w:rPr>
        <w:t>سنگین</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روکش</w:t>
      </w:r>
      <w:r w:rsidRPr="0000691D">
        <w:rPr>
          <w:rFonts w:cs="B Mitra"/>
          <w:sz w:val="28"/>
          <w:szCs w:val="28"/>
          <w:rtl/>
        </w:rPr>
        <w:t xml:space="preserve"> </w:t>
      </w:r>
      <w:r w:rsidRPr="0000691D">
        <w:rPr>
          <w:rFonts w:cs="B Mitra" w:hint="cs"/>
          <w:sz w:val="28"/>
          <w:szCs w:val="28"/>
          <w:rtl/>
        </w:rPr>
        <w:t>لعابی</w:t>
      </w:r>
      <w:r w:rsidRPr="0000691D">
        <w:rPr>
          <w:rFonts w:cs="B Mitra"/>
          <w:sz w:val="28"/>
          <w:szCs w:val="28"/>
          <w:rtl/>
        </w:rPr>
        <w:t xml:space="preserve"> </w:t>
      </w:r>
      <w:r w:rsidRPr="0000691D">
        <w:rPr>
          <w:rFonts w:cs="B Mitra" w:hint="cs"/>
          <w:sz w:val="28"/>
          <w:szCs w:val="28"/>
          <w:rtl/>
        </w:rPr>
        <w:t>به</w:t>
      </w:r>
      <w:r w:rsidRPr="0000691D">
        <w:rPr>
          <w:rFonts w:cs="B Mitra"/>
          <w:sz w:val="28"/>
          <w:szCs w:val="28"/>
          <w:rtl/>
        </w:rPr>
        <w:t xml:space="preserve"> </w:t>
      </w:r>
      <w:r w:rsidRPr="0000691D">
        <w:rPr>
          <w:rFonts w:cs="B Mitra" w:hint="cs"/>
          <w:sz w:val="28"/>
          <w:szCs w:val="28"/>
          <w:rtl/>
        </w:rPr>
        <w:t>قطر</w:t>
      </w:r>
      <w:r w:rsidRPr="0000691D">
        <w:rPr>
          <w:rFonts w:cs="B Mitra"/>
          <w:sz w:val="28"/>
          <w:szCs w:val="28"/>
          <w:rtl/>
        </w:rPr>
        <w:t xml:space="preserve"> </w:t>
      </w:r>
      <w:r w:rsidRPr="0000691D">
        <w:rPr>
          <w:rFonts w:cs="B Mitra"/>
          <w:sz w:val="28"/>
          <w:szCs w:val="28"/>
          <w:rtl/>
          <w:lang w:bidi="fa-IR"/>
        </w:rPr>
        <w:t>۳۰</w:t>
      </w:r>
      <w:r w:rsidRPr="0000691D">
        <w:rPr>
          <w:rFonts w:cs="B Mitra"/>
          <w:sz w:val="28"/>
          <w:szCs w:val="28"/>
          <w:rtl/>
        </w:rPr>
        <w:t xml:space="preserve"> </w:t>
      </w:r>
      <w:r w:rsidRPr="0000691D">
        <w:rPr>
          <w:rFonts w:cs="B Mitra" w:hint="cs"/>
          <w:sz w:val="28"/>
          <w:szCs w:val="28"/>
          <w:rtl/>
        </w:rPr>
        <w:t>سانتی‌متر</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یک</w:t>
      </w:r>
      <w:r w:rsidRPr="0000691D">
        <w:rPr>
          <w:rFonts w:cs="B Mitra"/>
          <w:sz w:val="28"/>
          <w:szCs w:val="28"/>
          <w:rtl/>
        </w:rPr>
        <w:t xml:space="preserve"> </w:t>
      </w:r>
      <w:r w:rsidRPr="0000691D">
        <w:rPr>
          <w:rFonts w:cs="B Mitra" w:hint="cs"/>
          <w:sz w:val="28"/>
          <w:szCs w:val="28"/>
          <w:rtl/>
        </w:rPr>
        <w:t>قابلمه</w:t>
      </w:r>
      <w:r w:rsidRPr="0000691D">
        <w:rPr>
          <w:rFonts w:cs="B Mitra"/>
          <w:sz w:val="28"/>
          <w:szCs w:val="28"/>
          <w:rtl/>
        </w:rPr>
        <w:t xml:space="preserve"> </w:t>
      </w:r>
      <w:r w:rsidRPr="0000691D">
        <w:rPr>
          <w:rFonts w:cs="B Mitra" w:hint="cs"/>
          <w:sz w:val="28"/>
          <w:szCs w:val="28"/>
          <w:rtl/>
        </w:rPr>
        <w:t>چدنی</w:t>
      </w:r>
      <w:r w:rsidRPr="0000691D">
        <w:rPr>
          <w:rFonts w:cs="B Mitra"/>
          <w:sz w:val="28"/>
          <w:szCs w:val="28"/>
          <w:rtl/>
        </w:rPr>
        <w:t xml:space="preserve"> </w:t>
      </w:r>
      <w:r w:rsidRPr="0000691D">
        <w:rPr>
          <w:rFonts w:cs="B Mitra" w:hint="cs"/>
          <w:sz w:val="28"/>
          <w:szCs w:val="28"/>
          <w:rtl/>
        </w:rPr>
        <w:t>دردار</w:t>
      </w:r>
      <w:r w:rsidRPr="0000691D">
        <w:rPr>
          <w:rFonts w:cs="B Mitra"/>
          <w:sz w:val="28"/>
          <w:szCs w:val="28"/>
          <w:rtl/>
        </w:rPr>
        <w:t xml:space="preserve"> </w:t>
      </w:r>
      <w:r w:rsidRPr="0000691D">
        <w:rPr>
          <w:rFonts w:cs="B Mitra" w:hint="cs"/>
          <w:sz w:val="28"/>
          <w:szCs w:val="28"/>
          <w:rtl/>
        </w:rPr>
        <w:t>لعابی؛</w:t>
      </w:r>
      <w:r w:rsidRPr="0000691D">
        <w:rPr>
          <w:rFonts w:cs="B Mitra"/>
          <w:sz w:val="28"/>
          <w:szCs w:val="28"/>
          <w:rtl/>
        </w:rPr>
        <w:t xml:space="preserve"> </w:t>
      </w:r>
      <w:r w:rsidRPr="0000691D">
        <w:rPr>
          <w:rFonts w:cs="B Mitra" w:hint="cs"/>
          <w:sz w:val="28"/>
          <w:szCs w:val="28"/>
          <w:rtl/>
        </w:rPr>
        <w:t>ظروف</w:t>
      </w:r>
      <w:r w:rsidRPr="0000691D">
        <w:rPr>
          <w:rFonts w:cs="B Mitra"/>
          <w:sz w:val="28"/>
          <w:szCs w:val="28"/>
          <w:rtl/>
        </w:rPr>
        <w:t xml:space="preserve"> </w:t>
      </w:r>
      <w:r w:rsidRPr="0000691D">
        <w:rPr>
          <w:rFonts w:cs="B Mitra" w:hint="cs"/>
          <w:sz w:val="28"/>
          <w:szCs w:val="28"/>
          <w:rtl/>
        </w:rPr>
        <w:t>سبک</w:t>
      </w:r>
      <w:r w:rsidRPr="0000691D">
        <w:rPr>
          <w:rFonts w:cs="B Mitra"/>
          <w:sz w:val="28"/>
          <w:szCs w:val="28"/>
          <w:rtl/>
        </w:rPr>
        <w:t xml:space="preserve"> </w:t>
      </w:r>
      <w:r w:rsidRPr="0000691D">
        <w:rPr>
          <w:rFonts w:cs="B Mitra" w:hint="cs"/>
          <w:sz w:val="28"/>
          <w:szCs w:val="28"/>
          <w:rtl/>
        </w:rPr>
        <w:t>تفلون</w:t>
      </w:r>
      <w:r w:rsidRPr="0000691D">
        <w:rPr>
          <w:rFonts w:cs="B Mitra"/>
          <w:sz w:val="28"/>
          <w:szCs w:val="28"/>
          <w:rtl/>
        </w:rPr>
        <w:t xml:space="preserve"> </w:t>
      </w:r>
      <w:r w:rsidRPr="0000691D">
        <w:rPr>
          <w:rFonts w:cs="B Mitra" w:hint="cs"/>
          <w:sz w:val="28"/>
          <w:szCs w:val="28"/>
          <w:rtl/>
        </w:rPr>
        <w:t>حین</w:t>
      </w:r>
      <w:r w:rsidRPr="0000691D">
        <w:rPr>
          <w:rFonts w:cs="B Mitra"/>
          <w:sz w:val="28"/>
          <w:szCs w:val="28"/>
          <w:rtl/>
        </w:rPr>
        <w:t xml:space="preserve"> </w:t>
      </w:r>
      <w:r w:rsidRPr="0000691D">
        <w:rPr>
          <w:rFonts w:cs="B Mitra" w:hint="cs"/>
          <w:sz w:val="28"/>
          <w:szCs w:val="28"/>
          <w:rtl/>
        </w:rPr>
        <w:t>هم‌زدن</w:t>
      </w:r>
      <w:r w:rsidRPr="0000691D">
        <w:rPr>
          <w:rFonts w:cs="B Mitra"/>
          <w:sz w:val="28"/>
          <w:szCs w:val="28"/>
          <w:rtl/>
        </w:rPr>
        <w:t xml:space="preserve"> </w:t>
      </w:r>
      <w:r w:rsidRPr="0000691D">
        <w:rPr>
          <w:rFonts w:cs="B Mitra" w:hint="cs"/>
          <w:sz w:val="28"/>
          <w:szCs w:val="28"/>
          <w:rtl/>
        </w:rPr>
        <w:t>مدام</w:t>
      </w:r>
      <w:r w:rsidRPr="0000691D">
        <w:rPr>
          <w:rFonts w:cs="B Mitra"/>
          <w:sz w:val="28"/>
          <w:szCs w:val="28"/>
          <w:rtl/>
        </w:rPr>
        <w:t xml:space="preserve"> </w:t>
      </w:r>
      <w:r w:rsidRPr="0000691D">
        <w:rPr>
          <w:rFonts w:cs="B Mitra" w:hint="cs"/>
          <w:sz w:val="28"/>
          <w:szCs w:val="28"/>
          <w:rtl/>
        </w:rPr>
        <w:t>روی</w:t>
      </w:r>
      <w:r w:rsidRPr="0000691D">
        <w:rPr>
          <w:rFonts w:cs="B Mitra"/>
          <w:sz w:val="28"/>
          <w:szCs w:val="28"/>
          <w:rtl/>
        </w:rPr>
        <w:t xml:space="preserve"> </w:t>
      </w:r>
      <w:r w:rsidRPr="0000691D">
        <w:rPr>
          <w:rFonts w:cs="B Mitra" w:hint="cs"/>
          <w:sz w:val="28"/>
          <w:szCs w:val="28"/>
          <w:rtl/>
        </w:rPr>
        <w:t>صفحه</w:t>
      </w:r>
      <w:r w:rsidRPr="0000691D">
        <w:rPr>
          <w:rFonts w:cs="B Mitra"/>
          <w:sz w:val="28"/>
          <w:szCs w:val="28"/>
          <w:rtl/>
        </w:rPr>
        <w:t xml:space="preserve"> </w:t>
      </w:r>
      <w:r w:rsidRPr="0000691D">
        <w:rPr>
          <w:rFonts w:cs="B Mitra" w:hint="cs"/>
          <w:sz w:val="28"/>
          <w:szCs w:val="28"/>
          <w:rtl/>
        </w:rPr>
        <w:t>می‌چرخند</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فرد</w:t>
      </w:r>
      <w:r w:rsidRPr="0000691D">
        <w:rPr>
          <w:rFonts w:cs="B Mitra"/>
          <w:sz w:val="28"/>
          <w:szCs w:val="28"/>
          <w:rtl/>
        </w:rPr>
        <w:t xml:space="preserve"> </w:t>
      </w:r>
      <w:r w:rsidRPr="0000691D">
        <w:rPr>
          <w:rFonts w:cs="B Mitra" w:hint="cs"/>
          <w:sz w:val="28"/>
          <w:szCs w:val="28"/>
          <w:rtl/>
        </w:rPr>
        <w:t>ناچار</w:t>
      </w:r>
      <w:r w:rsidRPr="0000691D">
        <w:rPr>
          <w:rFonts w:cs="B Mitra"/>
          <w:sz w:val="28"/>
          <w:szCs w:val="28"/>
          <w:rtl/>
        </w:rPr>
        <w:t xml:space="preserve"> </w:t>
      </w:r>
      <w:r w:rsidRPr="0000691D">
        <w:rPr>
          <w:rFonts w:cs="B Mitra" w:hint="cs"/>
          <w:sz w:val="28"/>
          <w:szCs w:val="28"/>
          <w:rtl/>
        </w:rPr>
        <w:t>است</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یک</w:t>
      </w:r>
      <w:r w:rsidRPr="0000691D">
        <w:rPr>
          <w:rFonts w:cs="B Mitra"/>
          <w:sz w:val="28"/>
          <w:szCs w:val="28"/>
          <w:rtl/>
        </w:rPr>
        <w:t xml:space="preserve"> </w:t>
      </w:r>
      <w:r w:rsidRPr="0000691D">
        <w:rPr>
          <w:rFonts w:cs="B Mitra" w:hint="cs"/>
          <w:sz w:val="28"/>
          <w:szCs w:val="28"/>
          <w:rtl/>
        </w:rPr>
        <w:t>دست</w:t>
      </w:r>
      <w:r w:rsidRPr="0000691D">
        <w:rPr>
          <w:rFonts w:cs="B Mitra"/>
          <w:sz w:val="28"/>
          <w:szCs w:val="28"/>
          <w:rtl/>
        </w:rPr>
        <w:t xml:space="preserve"> </w:t>
      </w:r>
      <w:r w:rsidRPr="0000691D">
        <w:rPr>
          <w:rFonts w:cs="B Mitra" w:hint="cs"/>
          <w:sz w:val="28"/>
          <w:szCs w:val="28"/>
          <w:rtl/>
        </w:rPr>
        <w:t>ظرف</w:t>
      </w:r>
      <w:r w:rsidRPr="0000691D">
        <w:rPr>
          <w:rFonts w:cs="B Mitra"/>
          <w:sz w:val="28"/>
          <w:szCs w:val="28"/>
          <w:rtl/>
        </w:rPr>
        <w:t xml:space="preserve"> </w:t>
      </w:r>
      <w:r w:rsidRPr="0000691D">
        <w:rPr>
          <w:rFonts w:cs="B Mitra" w:hint="cs"/>
          <w:sz w:val="28"/>
          <w:szCs w:val="28"/>
          <w:rtl/>
        </w:rPr>
        <w:t>داغ</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نگه</w:t>
      </w:r>
      <w:r w:rsidRPr="0000691D">
        <w:rPr>
          <w:rFonts w:cs="B Mitra"/>
          <w:sz w:val="28"/>
          <w:szCs w:val="28"/>
          <w:rtl/>
        </w:rPr>
        <w:t xml:space="preserve"> </w:t>
      </w:r>
      <w:r w:rsidRPr="0000691D">
        <w:rPr>
          <w:rFonts w:cs="B Mitra" w:hint="cs"/>
          <w:sz w:val="28"/>
          <w:szCs w:val="28"/>
          <w:rtl/>
        </w:rPr>
        <w:t>دارد</w:t>
      </w:r>
      <w:r w:rsidRPr="0000691D">
        <w:rPr>
          <w:rFonts w:cs="B Mitra"/>
          <w:sz w:val="28"/>
          <w:szCs w:val="28"/>
          <w:rtl/>
        </w:rPr>
        <w:t xml:space="preserve">. </w:t>
      </w:r>
      <w:r w:rsidRPr="0000691D">
        <w:rPr>
          <w:rFonts w:cs="B Mitra" w:hint="cs"/>
          <w:sz w:val="28"/>
          <w:szCs w:val="28"/>
          <w:rtl/>
        </w:rPr>
        <w:t>اما</w:t>
      </w:r>
      <w:r w:rsidRPr="0000691D">
        <w:rPr>
          <w:rFonts w:cs="B Mitra"/>
          <w:sz w:val="28"/>
          <w:szCs w:val="28"/>
          <w:rtl/>
        </w:rPr>
        <w:t xml:space="preserve"> </w:t>
      </w:r>
      <w:r w:rsidRPr="0000691D">
        <w:rPr>
          <w:rFonts w:cs="B Mitra" w:hint="cs"/>
          <w:sz w:val="28"/>
          <w:szCs w:val="28"/>
          <w:rtl/>
        </w:rPr>
        <w:t>ظروف</w:t>
      </w:r>
      <w:r w:rsidRPr="0000691D">
        <w:rPr>
          <w:rFonts w:cs="B Mitra"/>
          <w:sz w:val="28"/>
          <w:szCs w:val="28"/>
          <w:rtl/>
        </w:rPr>
        <w:t xml:space="preserve"> </w:t>
      </w:r>
      <w:r w:rsidRPr="0000691D">
        <w:rPr>
          <w:rFonts w:cs="B Mitra" w:hint="cs"/>
          <w:sz w:val="28"/>
          <w:szCs w:val="28"/>
          <w:rtl/>
        </w:rPr>
        <w:t>چدنی</w:t>
      </w:r>
      <w:r w:rsidRPr="0000691D">
        <w:rPr>
          <w:rFonts w:cs="B Mitra"/>
          <w:sz w:val="28"/>
          <w:szCs w:val="28"/>
          <w:rtl/>
        </w:rPr>
        <w:t xml:space="preserve"> </w:t>
      </w:r>
      <w:r w:rsidRPr="0000691D">
        <w:rPr>
          <w:rFonts w:cs="B Mitra" w:hint="cs"/>
          <w:sz w:val="28"/>
          <w:szCs w:val="28"/>
          <w:rtl/>
        </w:rPr>
        <w:t>سنگین</w:t>
      </w:r>
      <w:r w:rsidRPr="0000691D">
        <w:rPr>
          <w:rFonts w:cs="B Mitra"/>
          <w:sz w:val="28"/>
          <w:szCs w:val="28"/>
          <w:rtl/>
        </w:rPr>
        <w:t xml:space="preserve"> </w:t>
      </w:r>
      <w:r w:rsidRPr="0000691D">
        <w:rPr>
          <w:rFonts w:cs="B Mitra" w:hint="cs"/>
          <w:sz w:val="28"/>
          <w:szCs w:val="28"/>
          <w:rtl/>
        </w:rPr>
        <w:t>کاملاً</w:t>
      </w:r>
      <w:r w:rsidRPr="0000691D">
        <w:rPr>
          <w:rFonts w:cs="B Mitra"/>
          <w:sz w:val="28"/>
          <w:szCs w:val="28"/>
          <w:rtl/>
        </w:rPr>
        <w:t xml:space="preserve"> </w:t>
      </w:r>
      <w:r w:rsidRPr="0000691D">
        <w:rPr>
          <w:rFonts w:cs="B Mitra" w:hint="cs"/>
          <w:sz w:val="28"/>
          <w:szCs w:val="28"/>
          <w:rtl/>
        </w:rPr>
        <w:t>ثابت</w:t>
      </w:r>
      <w:r w:rsidRPr="0000691D">
        <w:rPr>
          <w:rFonts w:cs="B Mitra"/>
          <w:sz w:val="28"/>
          <w:szCs w:val="28"/>
          <w:rtl/>
        </w:rPr>
        <w:t xml:space="preserve"> </w:t>
      </w:r>
      <w:r w:rsidRPr="0000691D">
        <w:rPr>
          <w:rFonts w:cs="B Mitra" w:hint="cs"/>
          <w:sz w:val="28"/>
          <w:szCs w:val="28"/>
          <w:rtl/>
        </w:rPr>
        <w:t>می‌مانند؛</w:t>
      </w:r>
      <w:r w:rsidRPr="0000691D">
        <w:rPr>
          <w:rFonts w:cs="B Mitra"/>
          <w:sz w:val="28"/>
          <w:szCs w:val="28"/>
          <w:rtl/>
        </w:rPr>
        <w:t xml:space="preserve"> </w:t>
      </w:r>
      <w:r w:rsidRPr="0000691D">
        <w:rPr>
          <w:rFonts w:cs="B Mitra" w:hint="cs"/>
          <w:sz w:val="28"/>
          <w:szCs w:val="28"/>
          <w:rtl/>
        </w:rPr>
        <w:t>به</w:t>
      </w:r>
      <w:r w:rsidRPr="0000691D">
        <w:rPr>
          <w:rFonts w:cs="B Mitra"/>
          <w:sz w:val="28"/>
          <w:szCs w:val="28"/>
          <w:rtl/>
        </w:rPr>
        <w:t xml:space="preserve"> </w:t>
      </w:r>
      <w:r w:rsidRPr="0000691D">
        <w:rPr>
          <w:rFonts w:cs="B Mitra" w:hint="cs"/>
          <w:sz w:val="28"/>
          <w:szCs w:val="28"/>
          <w:rtl/>
        </w:rPr>
        <w:t>همین</w:t>
      </w:r>
      <w:r w:rsidRPr="0000691D">
        <w:rPr>
          <w:rFonts w:cs="B Mitra"/>
          <w:sz w:val="28"/>
          <w:szCs w:val="28"/>
          <w:rtl/>
        </w:rPr>
        <w:t xml:space="preserve"> </w:t>
      </w:r>
      <w:r w:rsidRPr="0000691D">
        <w:rPr>
          <w:rFonts w:cs="B Mitra" w:hint="cs"/>
          <w:sz w:val="28"/>
          <w:szCs w:val="28"/>
          <w:rtl/>
        </w:rPr>
        <w:t>دلیل</w:t>
      </w:r>
      <w:r w:rsidRPr="0000691D">
        <w:rPr>
          <w:rFonts w:cs="B Mitra"/>
          <w:sz w:val="28"/>
          <w:szCs w:val="28"/>
          <w:rtl/>
        </w:rPr>
        <w:t xml:space="preserve"> </w:t>
      </w:r>
      <w:r w:rsidRPr="0000691D">
        <w:rPr>
          <w:rFonts w:cs="B Mitra" w:hint="cs"/>
          <w:sz w:val="28"/>
          <w:szCs w:val="28"/>
          <w:rtl/>
        </w:rPr>
        <w:t>می‌توان</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یک</w:t>
      </w:r>
      <w:r w:rsidRPr="0000691D">
        <w:rPr>
          <w:rFonts w:cs="B Mitra"/>
          <w:sz w:val="28"/>
          <w:szCs w:val="28"/>
          <w:rtl/>
        </w:rPr>
        <w:t xml:space="preserve"> </w:t>
      </w:r>
      <w:r w:rsidRPr="0000691D">
        <w:rPr>
          <w:rFonts w:cs="B Mitra" w:hint="cs"/>
          <w:sz w:val="28"/>
          <w:szCs w:val="28"/>
          <w:rtl/>
        </w:rPr>
        <w:t>دست</w:t>
      </w:r>
      <w:r w:rsidRPr="0000691D">
        <w:rPr>
          <w:rFonts w:cs="B Mitra"/>
          <w:sz w:val="28"/>
          <w:szCs w:val="28"/>
          <w:rtl/>
        </w:rPr>
        <w:t xml:space="preserve"> </w:t>
      </w:r>
      <w:r w:rsidRPr="0000691D">
        <w:rPr>
          <w:rFonts w:cs="B Mitra" w:hint="cs"/>
          <w:sz w:val="28"/>
          <w:szCs w:val="28"/>
          <w:rtl/>
        </w:rPr>
        <w:t>غذا</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هم</w:t>
      </w:r>
      <w:r w:rsidRPr="0000691D">
        <w:rPr>
          <w:rFonts w:cs="B Mitra"/>
          <w:sz w:val="28"/>
          <w:szCs w:val="28"/>
          <w:rtl/>
        </w:rPr>
        <w:t xml:space="preserve"> </w:t>
      </w:r>
      <w:r w:rsidRPr="0000691D">
        <w:rPr>
          <w:rFonts w:cs="B Mitra" w:hint="cs"/>
          <w:sz w:val="28"/>
          <w:szCs w:val="28"/>
          <w:rtl/>
        </w:rPr>
        <w:t>زد</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با</w:t>
      </w:r>
      <w:r w:rsidRPr="0000691D">
        <w:rPr>
          <w:rFonts w:cs="B Mitra"/>
          <w:sz w:val="28"/>
          <w:szCs w:val="28"/>
          <w:rtl/>
        </w:rPr>
        <w:t xml:space="preserve"> </w:t>
      </w:r>
      <w:r w:rsidRPr="0000691D">
        <w:rPr>
          <w:rFonts w:cs="B Mitra" w:hint="cs"/>
          <w:sz w:val="28"/>
          <w:szCs w:val="28"/>
          <w:rtl/>
        </w:rPr>
        <w:t>دست</w:t>
      </w:r>
      <w:r w:rsidRPr="0000691D">
        <w:rPr>
          <w:rFonts w:cs="B Mitra"/>
          <w:sz w:val="28"/>
          <w:szCs w:val="28"/>
          <w:rtl/>
        </w:rPr>
        <w:t xml:space="preserve"> </w:t>
      </w:r>
      <w:r w:rsidRPr="0000691D">
        <w:rPr>
          <w:rFonts w:cs="B Mitra" w:hint="cs"/>
          <w:sz w:val="28"/>
          <w:szCs w:val="28"/>
          <w:rtl/>
        </w:rPr>
        <w:t>دیگر</w:t>
      </w:r>
      <w:r w:rsidRPr="0000691D">
        <w:rPr>
          <w:rFonts w:cs="B Mitra"/>
          <w:sz w:val="28"/>
          <w:szCs w:val="28"/>
          <w:rtl/>
        </w:rPr>
        <w:t xml:space="preserve"> </w:t>
      </w:r>
      <w:r w:rsidRPr="0000691D">
        <w:rPr>
          <w:rFonts w:cs="B Mitra" w:hint="cs"/>
          <w:sz w:val="28"/>
          <w:szCs w:val="28"/>
          <w:rtl/>
        </w:rPr>
        <w:t>مواد</w:t>
      </w:r>
      <w:r w:rsidRPr="0000691D">
        <w:rPr>
          <w:rFonts w:cs="B Mitra"/>
          <w:sz w:val="28"/>
          <w:szCs w:val="28"/>
          <w:rtl/>
        </w:rPr>
        <w:t xml:space="preserve"> </w:t>
      </w:r>
      <w:r w:rsidRPr="0000691D">
        <w:rPr>
          <w:rFonts w:cs="B Mitra" w:hint="cs"/>
          <w:sz w:val="28"/>
          <w:szCs w:val="28"/>
          <w:rtl/>
        </w:rPr>
        <w:t>یا</w:t>
      </w:r>
      <w:r w:rsidRPr="0000691D">
        <w:rPr>
          <w:rFonts w:cs="B Mitra"/>
          <w:sz w:val="28"/>
          <w:szCs w:val="28"/>
          <w:rtl/>
        </w:rPr>
        <w:t xml:space="preserve"> </w:t>
      </w:r>
      <w:r w:rsidRPr="0000691D">
        <w:rPr>
          <w:rFonts w:cs="B Mitra" w:hint="cs"/>
          <w:sz w:val="28"/>
          <w:szCs w:val="28"/>
          <w:rtl/>
        </w:rPr>
        <w:t>ادویه</w:t>
      </w:r>
      <w:r w:rsidRPr="0000691D">
        <w:rPr>
          <w:rFonts w:cs="B Mitra"/>
          <w:sz w:val="28"/>
          <w:szCs w:val="28"/>
          <w:rtl/>
        </w:rPr>
        <w:t xml:space="preserve"> </w:t>
      </w:r>
      <w:r w:rsidRPr="0000691D">
        <w:rPr>
          <w:rFonts w:cs="B Mitra" w:hint="cs"/>
          <w:sz w:val="28"/>
          <w:szCs w:val="28"/>
          <w:rtl/>
        </w:rPr>
        <w:t>را</w:t>
      </w:r>
      <w:r w:rsidRPr="0000691D">
        <w:rPr>
          <w:rFonts w:cs="B Mitra"/>
          <w:sz w:val="28"/>
          <w:szCs w:val="28"/>
          <w:rtl/>
        </w:rPr>
        <w:t xml:space="preserve"> </w:t>
      </w:r>
      <w:r w:rsidRPr="0000691D">
        <w:rPr>
          <w:rFonts w:cs="B Mitra" w:hint="cs"/>
          <w:sz w:val="28"/>
          <w:szCs w:val="28"/>
          <w:rtl/>
        </w:rPr>
        <w:t>اضافه</w:t>
      </w:r>
      <w:r w:rsidRPr="0000691D">
        <w:rPr>
          <w:rFonts w:cs="B Mitra"/>
          <w:sz w:val="28"/>
          <w:szCs w:val="28"/>
          <w:rtl/>
        </w:rPr>
        <w:t xml:space="preserve"> </w:t>
      </w:r>
      <w:r w:rsidRPr="0000691D">
        <w:rPr>
          <w:rFonts w:cs="B Mitra" w:hint="cs"/>
          <w:sz w:val="28"/>
          <w:szCs w:val="28"/>
          <w:rtl/>
        </w:rPr>
        <w:t>کرد</w:t>
      </w:r>
      <w:r w:rsidRPr="0000691D">
        <w:rPr>
          <w:rFonts w:cs="B Mitra"/>
          <w:sz w:val="28"/>
          <w:szCs w:val="28"/>
          <w:rtl/>
        </w:rPr>
        <w:t xml:space="preserve"> </w:t>
      </w:r>
      <w:r w:rsidRPr="0000691D">
        <w:rPr>
          <w:rFonts w:cs="B Mitra" w:hint="cs"/>
          <w:sz w:val="28"/>
          <w:szCs w:val="28"/>
          <w:rtl/>
        </w:rPr>
        <w:t>بدون</w:t>
      </w:r>
      <w:r w:rsidRPr="0000691D">
        <w:rPr>
          <w:rFonts w:cs="B Mitra"/>
          <w:sz w:val="28"/>
          <w:szCs w:val="28"/>
          <w:rtl/>
        </w:rPr>
        <w:t xml:space="preserve"> </w:t>
      </w:r>
      <w:r w:rsidRPr="0000691D">
        <w:rPr>
          <w:rFonts w:cs="B Mitra" w:hint="cs"/>
          <w:sz w:val="28"/>
          <w:szCs w:val="28"/>
          <w:rtl/>
        </w:rPr>
        <w:t>اینکه</w:t>
      </w:r>
      <w:r w:rsidRPr="0000691D">
        <w:rPr>
          <w:rFonts w:cs="B Mitra"/>
          <w:sz w:val="28"/>
          <w:szCs w:val="28"/>
          <w:rtl/>
        </w:rPr>
        <w:t xml:space="preserve"> </w:t>
      </w:r>
      <w:r w:rsidRPr="0000691D">
        <w:rPr>
          <w:rFonts w:cs="B Mitra" w:hint="cs"/>
          <w:sz w:val="28"/>
          <w:szCs w:val="28"/>
          <w:rtl/>
        </w:rPr>
        <w:t>ظرف</w:t>
      </w:r>
      <w:r w:rsidRPr="0000691D">
        <w:rPr>
          <w:rFonts w:cs="B Mitra"/>
          <w:sz w:val="28"/>
          <w:szCs w:val="28"/>
          <w:rtl/>
        </w:rPr>
        <w:t xml:space="preserve"> </w:t>
      </w:r>
      <w:r w:rsidRPr="0000691D">
        <w:rPr>
          <w:rFonts w:cs="B Mitra" w:hint="cs"/>
          <w:sz w:val="28"/>
          <w:szCs w:val="28"/>
          <w:rtl/>
        </w:rPr>
        <w:t>جابه‌جا</w:t>
      </w:r>
      <w:r w:rsidRPr="0000691D">
        <w:rPr>
          <w:rFonts w:cs="B Mitra"/>
          <w:sz w:val="28"/>
          <w:szCs w:val="28"/>
          <w:rtl/>
        </w:rPr>
        <w:t xml:space="preserve"> </w:t>
      </w:r>
      <w:r w:rsidRPr="0000691D">
        <w:rPr>
          <w:rFonts w:cs="B Mitra" w:hint="cs"/>
          <w:sz w:val="28"/>
          <w:szCs w:val="28"/>
          <w:rtl/>
        </w:rPr>
        <w:t>شود</w:t>
      </w:r>
      <w:r w:rsidRPr="0000691D">
        <w:rPr>
          <w:rFonts w:cs="B Mitra"/>
          <w:sz w:val="28"/>
          <w:szCs w:val="28"/>
          <w:rtl/>
        </w:rPr>
        <w:t xml:space="preserve">. </w:t>
      </w:r>
      <w:r w:rsidRPr="0000691D">
        <w:rPr>
          <w:rFonts w:cs="B Mitra" w:hint="cs"/>
          <w:sz w:val="28"/>
          <w:szCs w:val="28"/>
          <w:rtl/>
        </w:rPr>
        <w:t>همچنین</w:t>
      </w:r>
      <w:r w:rsidRPr="0000691D">
        <w:rPr>
          <w:rFonts w:cs="B Mitra"/>
          <w:sz w:val="28"/>
          <w:szCs w:val="28"/>
          <w:rtl/>
        </w:rPr>
        <w:t xml:space="preserve"> </w:t>
      </w:r>
      <w:r w:rsidRPr="0000691D">
        <w:rPr>
          <w:rFonts w:cs="B Mitra" w:hint="cs"/>
          <w:sz w:val="28"/>
          <w:szCs w:val="28"/>
          <w:rtl/>
        </w:rPr>
        <w:t>رنگ</w:t>
      </w:r>
      <w:r w:rsidRPr="0000691D">
        <w:rPr>
          <w:rFonts w:cs="B Mitra"/>
          <w:sz w:val="28"/>
          <w:szCs w:val="28"/>
          <w:rtl/>
        </w:rPr>
        <w:t xml:space="preserve"> </w:t>
      </w:r>
      <w:r w:rsidRPr="0000691D">
        <w:rPr>
          <w:rFonts w:cs="B Mitra" w:hint="cs"/>
          <w:sz w:val="28"/>
          <w:szCs w:val="28"/>
          <w:rtl/>
        </w:rPr>
        <w:t>روشن</w:t>
      </w:r>
      <w:r w:rsidRPr="0000691D">
        <w:rPr>
          <w:rFonts w:cs="B Mitra"/>
          <w:sz w:val="28"/>
          <w:szCs w:val="28"/>
          <w:rtl/>
        </w:rPr>
        <w:t xml:space="preserve"> </w:t>
      </w:r>
      <w:r w:rsidRPr="0000691D">
        <w:rPr>
          <w:rFonts w:cs="B Mitra" w:hint="cs"/>
          <w:sz w:val="28"/>
          <w:szCs w:val="28"/>
          <w:rtl/>
        </w:rPr>
        <w:t>لعاب</w:t>
      </w:r>
      <w:r w:rsidRPr="0000691D">
        <w:rPr>
          <w:rFonts w:cs="B Mitra"/>
          <w:sz w:val="28"/>
          <w:szCs w:val="28"/>
          <w:rtl/>
        </w:rPr>
        <w:t xml:space="preserve"> </w:t>
      </w:r>
      <w:r w:rsidRPr="0000691D">
        <w:rPr>
          <w:rFonts w:cs="B Mitra" w:hint="cs"/>
          <w:sz w:val="28"/>
          <w:szCs w:val="28"/>
          <w:rtl/>
        </w:rPr>
        <w:t>داخلی</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گذشته</w:t>
      </w:r>
      <w:r w:rsidRPr="0000691D">
        <w:rPr>
          <w:rFonts w:cs="B Mitra"/>
          <w:sz w:val="28"/>
          <w:szCs w:val="28"/>
          <w:rtl/>
        </w:rPr>
        <w:t xml:space="preserve"> </w:t>
      </w:r>
      <w:r w:rsidRPr="0000691D">
        <w:rPr>
          <w:rFonts w:cs="B Mitra" w:hint="cs"/>
          <w:sz w:val="28"/>
          <w:szCs w:val="28"/>
          <w:rtl/>
        </w:rPr>
        <w:t>به</w:t>
      </w:r>
      <w:r w:rsidRPr="0000691D">
        <w:rPr>
          <w:rFonts w:cs="B Mitra"/>
          <w:sz w:val="28"/>
          <w:szCs w:val="28"/>
          <w:rtl/>
        </w:rPr>
        <w:t xml:space="preserve"> </w:t>
      </w:r>
      <w:r w:rsidRPr="0000691D">
        <w:rPr>
          <w:rFonts w:cs="B Mitra" w:hint="cs"/>
          <w:sz w:val="28"/>
          <w:szCs w:val="28"/>
          <w:rtl/>
        </w:rPr>
        <w:t>دیدن</w:t>
      </w:r>
      <w:r w:rsidRPr="0000691D">
        <w:rPr>
          <w:rFonts w:cs="B Mitra"/>
          <w:sz w:val="28"/>
          <w:szCs w:val="28"/>
          <w:rtl/>
        </w:rPr>
        <w:t xml:space="preserve"> </w:t>
      </w:r>
      <w:r w:rsidRPr="0000691D">
        <w:rPr>
          <w:rFonts w:cs="B Mitra" w:hint="cs"/>
          <w:sz w:val="28"/>
          <w:szCs w:val="28"/>
          <w:rtl/>
        </w:rPr>
        <w:t>بهتر</w:t>
      </w:r>
      <w:r w:rsidRPr="0000691D">
        <w:rPr>
          <w:rFonts w:cs="B Mitra"/>
          <w:sz w:val="28"/>
          <w:szCs w:val="28"/>
          <w:rtl/>
        </w:rPr>
        <w:t xml:space="preserve"> </w:t>
      </w:r>
      <w:r w:rsidRPr="0000691D">
        <w:rPr>
          <w:rFonts w:cs="B Mitra" w:hint="cs"/>
          <w:sz w:val="28"/>
          <w:szCs w:val="28"/>
          <w:rtl/>
        </w:rPr>
        <w:t>غذا</w:t>
      </w:r>
      <w:r w:rsidRPr="0000691D">
        <w:rPr>
          <w:rFonts w:cs="B Mitra"/>
          <w:sz w:val="28"/>
          <w:szCs w:val="28"/>
          <w:rtl/>
        </w:rPr>
        <w:t xml:space="preserve"> </w:t>
      </w:r>
      <w:r w:rsidRPr="0000691D">
        <w:rPr>
          <w:rFonts w:cs="B Mitra" w:hint="cs"/>
          <w:sz w:val="28"/>
          <w:szCs w:val="28"/>
          <w:rtl/>
        </w:rPr>
        <w:t>کمک</w:t>
      </w:r>
      <w:r w:rsidRPr="0000691D">
        <w:rPr>
          <w:rFonts w:cs="B Mitra"/>
          <w:sz w:val="28"/>
          <w:szCs w:val="28"/>
          <w:rtl/>
        </w:rPr>
        <w:t xml:space="preserve"> </w:t>
      </w:r>
      <w:r w:rsidRPr="0000691D">
        <w:rPr>
          <w:rFonts w:cs="B Mitra" w:hint="cs"/>
          <w:sz w:val="28"/>
          <w:szCs w:val="28"/>
          <w:rtl/>
        </w:rPr>
        <w:t>می‌کرد</w:t>
      </w:r>
      <w:r w:rsidRPr="0000691D">
        <w:rPr>
          <w:rFonts w:cs="B Mitra"/>
          <w:sz w:val="28"/>
          <w:szCs w:val="28"/>
          <w:rtl/>
        </w:rPr>
        <w:t>.</w:t>
      </w:r>
    </w:p>
    <w:p w:rsidR="00A75B1C" w:rsidRPr="0000691D" w:rsidRDefault="00A75B1C" w:rsidP="0000691D">
      <w:pPr>
        <w:bidi/>
        <w:spacing w:line="360" w:lineRule="auto"/>
        <w:jc w:val="both"/>
        <w:rPr>
          <w:rFonts w:cs="B Mitra"/>
          <w:sz w:val="28"/>
          <w:szCs w:val="28"/>
        </w:rPr>
      </w:pPr>
    </w:p>
    <w:p w:rsidR="00A75B1C" w:rsidRPr="0000691D" w:rsidRDefault="00A75B1C" w:rsidP="0000691D">
      <w:pPr>
        <w:bidi/>
        <w:spacing w:line="360" w:lineRule="auto"/>
        <w:jc w:val="both"/>
        <w:rPr>
          <w:rFonts w:cs="B Mitra"/>
          <w:sz w:val="28"/>
          <w:szCs w:val="28"/>
        </w:rPr>
      </w:pPr>
      <w:r w:rsidRPr="0000691D">
        <w:rPr>
          <w:rFonts w:cs="B Mitra" w:hint="cs"/>
          <w:sz w:val="28"/>
          <w:szCs w:val="28"/>
          <w:rtl/>
        </w:rPr>
        <w:t>ادامه</w:t>
      </w:r>
      <w:r w:rsidRPr="0000691D">
        <w:rPr>
          <w:rFonts w:cs="B Mitra"/>
          <w:sz w:val="28"/>
          <w:szCs w:val="28"/>
          <w:rtl/>
        </w:rPr>
        <w:t xml:space="preserve"> </w:t>
      </w:r>
      <w:r w:rsidRPr="0000691D">
        <w:rPr>
          <w:rFonts w:cs="B Mitra" w:hint="cs"/>
          <w:sz w:val="28"/>
          <w:szCs w:val="28"/>
          <w:rtl/>
        </w:rPr>
        <w:t>دارد؛</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بخش</w:t>
      </w:r>
      <w:r w:rsidRPr="0000691D">
        <w:rPr>
          <w:rFonts w:cs="B Mitra"/>
          <w:sz w:val="28"/>
          <w:szCs w:val="28"/>
          <w:rtl/>
        </w:rPr>
        <w:t xml:space="preserve"> </w:t>
      </w:r>
      <w:r w:rsidRPr="0000691D">
        <w:rPr>
          <w:rFonts w:cs="B Mitra" w:hint="cs"/>
          <w:sz w:val="28"/>
          <w:szCs w:val="28"/>
          <w:rtl/>
        </w:rPr>
        <w:t>دوم</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پایانی</w:t>
      </w:r>
      <w:r w:rsidRPr="0000691D">
        <w:rPr>
          <w:rFonts w:cs="B Mitra"/>
          <w:sz w:val="28"/>
          <w:szCs w:val="28"/>
          <w:rtl/>
        </w:rPr>
        <w:t xml:space="preserve"> </w:t>
      </w:r>
      <w:r w:rsidRPr="0000691D">
        <w:rPr>
          <w:rFonts w:cs="B Mitra" w:hint="cs"/>
          <w:sz w:val="28"/>
          <w:szCs w:val="28"/>
          <w:rtl/>
        </w:rPr>
        <w:t>این</w:t>
      </w:r>
      <w:r w:rsidRPr="0000691D">
        <w:rPr>
          <w:rFonts w:cs="B Mitra"/>
          <w:sz w:val="28"/>
          <w:szCs w:val="28"/>
          <w:rtl/>
        </w:rPr>
        <w:t xml:space="preserve"> </w:t>
      </w:r>
      <w:r w:rsidRPr="0000691D">
        <w:rPr>
          <w:rFonts w:cs="B Mitra" w:hint="cs"/>
          <w:sz w:val="28"/>
          <w:szCs w:val="28"/>
          <w:rtl/>
        </w:rPr>
        <w:t>گفت‌وگو</w:t>
      </w:r>
      <w:r w:rsidRPr="0000691D">
        <w:rPr>
          <w:rFonts w:cs="B Mitra"/>
          <w:sz w:val="28"/>
          <w:szCs w:val="28"/>
          <w:rtl/>
        </w:rPr>
        <w:t xml:space="preserve"> </w:t>
      </w:r>
      <w:r w:rsidRPr="0000691D">
        <w:rPr>
          <w:rFonts w:cs="B Mitra" w:hint="cs"/>
          <w:sz w:val="28"/>
          <w:szCs w:val="28"/>
          <w:rtl/>
        </w:rPr>
        <w:t>در</w:t>
      </w:r>
      <w:r w:rsidRPr="0000691D">
        <w:rPr>
          <w:rFonts w:cs="B Mitra"/>
          <w:sz w:val="28"/>
          <w:szCs w:val="28"/>
          <w:rtl/>
        </w:rPr>
        <w:t xml:space="preserve"> </w:t>
      </w:r>
      <w:r w:rsidRPr="0000691D">
        <w:rPr>
          <w:rFonts w:cs="B Mitra" w:hint="cs"/>
          <w:sz w:val="28"/>
          <w:szCs w:val="28"/>
          <w:rtl/>
        </w:rPr>
        <w:t>شماره</w:t>
      </w:r>
      <w:r w:rsidRPr="0000691D">
        <w:rPr>
          <w:rFonts w:cs="B Mitra"/>
          <w:sz w:val="28"/>
          <w:szCs w:val="28"/>
          <w:rtl/>
        </w:rPr>
        <w:t xml:space="preserve"> </w:t>
      </w:r>
      <w:r w:rsidRPr="0000691D">
        <w:rPr>
          <w:rFonts w:cs="B Mitra" w:hint="cs"/>
          <w:sz w:val="28"/>
          <w:szCs w:val="28"/>
          <w:rtl/>
        </w:rPr>
        <w:t>آینده،</w:t>
      </w:r>
      <w:r w:rsidRPr="0000691D">
        <w:rPr>
          <w:rFonts w:cs="B Mitra"/>
          <w:sz w:val="28"/>
          <w:szCs w:val="28"/>
          <w:rtl/>
        </w:rPr>
        <w:t xml:space="preserve"> </w:t>
      </w:r>
      <w:r w:rsidRPr="0000691D">
        <w:rPr>
          <w:rFonts w:cs="B Mitra" w:hint="cs"/>
          <w:sz w:val="28"/>
          <w:szCs w:val="28"/>
          <w:rtl/>
        </w:rPr>
        <w:t>به</w:t>
      </w:r>
      <w:r w:rsidRPr="0000691D">
        <w:rPr>
          <w:rFonts w:cs="B Mitra"/>
          <w:sz w:val="28"/>
          <w:szCs w:val="28"/>
          <w:rtl/>
        </w:rPr>
        <w:t xml:space="preserve"> </w:t>
      </w:r>
      <w:r w:rsidRPr="0000691D">
        <w:rPr>
          <w:rFonts w:cs="B Mitra" w:hint="cs"/>
          <w:sz w:val="28"/>
          <w:szCs w:val="28"/>
          <w:rtl/>
        </w:rPr>
        <w:t>تکنیک‌های</w:t>
      </w:r>
      <w:r w:rsidRPr="0000691D">
        <w:rPr>
          <w:rFonts w:cs="B Mitra"/>
          <w:sz w:val="28"/>
          <w:szCs w:val="28"/>
          <w:rtl/>
        </w:rPr>
        <w:t xml:space="preserve"> </w:t>
      </w:r>
      <w:r w:rsidRPr="0000691D">
        <w:rPr>
          <w:rFonts w:cs="B Mitra" w:hint="cs"/>
          <w:sz w:val="28"/>
          <w:szCs w:val="28"/>
          <w:rtl/>
        </w:rPr>
        <w:t>آماده‌سازی</w:t>
      </w:r>
      <w:r w:rsidRPr="0000691D">
        <w:rPr>
          <w:rFonts w:cs="B Mitra"/>
          <w:sz w:val="28"/>
          <w:szCs w:val="28"/>
          <w:rtl/>
        </w:rPr>
        <w:t xml:space="preserve"> </w:t>
      </w:r>
      <w:r w:rsidRPr="0000691D">
        <w:rPr>
          <w:rFonts w:cs="B Mitra" w:hint="cs"/>
          <w:sz w:val="28"/>
          <w:szCs w:val="28"/>
          <w:rtl/>
        </w:rPr>
        <w:t>مواد،</w:t>
      </w:r>
      <w:r w:rsidRPr="0000691D">
        <w:rPr>
          <w:rFonts w:cs="B Mitra"/>
          <w:sz w:val="28"/>
          <w:szCs w:val="28"/>
          <w:rtl/>
        </w:rPr>
        <w:t xml:space="preserve"> </w:t>
      </w:r>
      <w:r w:rsidRPr="0000691D">
        <w:rPr>
          <w:rFonts w:cs="B Mitra" w:hint="cs"/>
          <w:sz w:val="28"/>
          <w:szCs w:val="28"/>
          <w:rtl/>
        </w:rPr>
        <w:t>نورپردازی،</w:t>
      </w:r>
      <w:r w:rsidRPr="0000691D">
        <w:rPr>
          <w:rFonts w:cs="B Mitra"/>
          <w:sz w:val="28"/>
          <w:szCs w:val="28"/>
          <w:rtl/>
        </w:rPr>
        <w:t xml:space="preserve"> </w:t>
      </w:r>
      <w:r w:rsidRPr="0000691D">
        <w:rPr>
          <w:rFonts w:cs="B Mitra" w:hint="cs"/>
          <w:sz w:val="28"/>
          <w:szCs w:val="28"/>
          <w:rtl/>
        </w:rPr>
        <w:t>مدیریت</w:t>
      </w:r>
      <w:r w:rsidRPr="0000691D">
        <w:rPr>
          <w:rFonts w:cs="B Mitra"/>
          <w:sz w:val="28"/>
          <w:szCs w:val="28"/>
          <w:rtl/>
        </w:rPr>
        <w:t xml:space="preserve"> </w:t>
      </w:r>
      <w:r w:rsidRPr="0000691D">
        <w:rPr>
          <w:rFonts w:cs="B Mitra" w:hint="cs"/>
          <w:sz w:val="28"/>
          <w:szCs w:val="28"/>
          <w:rtl/>
        </w:rPr>
        <w:t>ادویه‌ها</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فریزر،</w:t>
      </w:r>
      <w:r w:rsidRPr="0000691D">
        <w:rPr>
          <w:rFonts w:cs="B Mitra"/>
          <w:sz w:val="28"/>
          <w:szCs w:val="28"/>
          <w:rtl/>
        </w:rPr>
        <w:t xml:space="preserve"> </w:t>
      </w:r>
      <w:r w:rsidRPr="0000691D">
        <w:rPr>
          <w:rFonts w:cs="B Mitra" w:hint="cs"/>
          <w:sz w:val="28"/>
          <w:szCs w:val="28"/>
          <w:rtl/>
        </w:rPr>
        <w:t>و</w:t>
      </w:r>
      <w:r w:rsidRPr="0000691D">
        <w:rPr>
          <w:rFonts w:cs="B Mitra"/>
          <w:sz w:val="28"/>
          <w:szCs w:val="28"/>
          <w:rtl/>
        </w:rPr>
        <w:t xml:space="preserve"> </w:t>
      </w:r>
      <w:r w:rsidRPr="0000691D">
        <w:rPr>
          <w:rFonts w:cs="B Mitra" w:hint="cs"/>
          <w:sz w:val="28"/>
          <w:szCs w:val="28"/>
          <w:rtl/>
        </w:rPr>
        <w:t>ابزارهای</w:t>
      </w:r>
      <w:r w:rsidRPr="0000691D">
        <w:rPr>
          <w:rFonts w:cs="B Mitra"/>
          <w:sz w:val="28"/>
          <w:szCs w:val="28"/>
          <w:rtl/>
        </w:rPr>
        <w:t xml:space="preserve"> </w:t>
      </w:r>
      <w:r w:rsidRPr="0000691D">
        <w:rPr>
          <w:rFonts w:cs="B Mitra" w:hint="cs"/>
          <w:sz w:val="28"/>
          <w:szCs w:val="28"/>
          <w:rtl/>
        </w:rPr>
        <w:t>کمکی</w:t>
      </w:r>
      <w:r w:rsidRPr="0000691D">
        <w:rPr>
          <w:rFonts w:cs="B Mitra"/>
          <w:sz w:val="28"/>
          <w:szCs w:val="28"/>
          <w:rtl/>
        </w:rPr>
        <w:t xml:space="preserve"> </w:t>
      </w:r>
      <w:r w:rsidRPr="0000691D">
        <w:rPr>
          <w:rFonts w:cs="B Mitra" w:hint="cs"/>
          <w:sz w:val="28"/>
          <w:szCs w:val="28"/>
          <w:rtl/>
        </w:rPr>
        <w:t>گویا</w:t>
      </w:r>
      <w:r w:rsidRPr="0000691D">
        <w:rPr>
          <w:rFonts w:cs="B Mitra"/>
          <w:sz w:val="28"/>
          <w:szCs w:val="28"/>
          <w:rtl/>
        </w:rPr>
        <w:t xml:space="preserve"> </w:t>
      </w:r>
      <w:r w:rsidRPr="0000691D">
        <w:rPr>
          <w:rFonts w:cs="B Mitra" w:hint="cs"/>
          <w:sz w:val="28"/>
          <w:szCs w:val="28"/>
          <w:rtl/>
        </w:rPr>
        <w:t>خواهیم</w:t>
      </w:r>
      <w:r w:rsidRPr="0000691D">
        <w:rPr>
          <w:rFonts w:cs="B Mitra"/>
          <w:sz w:val="28"/>
          <w:szCs w:val="28"/>
          <w:rtl/>
        </w:rPr>
        <w:t xml:space="preserve"> </w:t>
      </w:r>
      <w:r w:rsidRPr="0000691D">
        <w:rPr>
          <w:rFonts w:cs="B Mitra" w:hint="cs"/>
          <w:sz w:val="28"/>
          <w:szCs w:val="28"/>
          <w:rtl/>
        </w:rPr>
        <w:t>پرداخت</w:t>
      </w:r>
      <w:r w:rsidRPr="0000691D">
        <w:rPr>
          <w:rFonts w:cs="B Mitra"/>
          <w:sz w:val="28"/>
          <w:szCs w:val="28"/>
          <w:rtl/>
        </w:rPr>
        <w:t>.</w:t>
      </w:r>
    </w:p>
    <w:p w:rsidR="00A75B1C" w:rsidRPr="0000691D" w:rsidRDefault="00A75B1C" w:rsidP="0000691D">
      <w:pPr>
        <w:bidi/>
        <w:spacing w:line="360" w:lineRule="auto"/>
        <w:jc w:val="both"/>
        <w:rPr>
          <w:rFonts w:cs="B Mitra"/>
          <w:b/>
          <w:bCs/>
          <w:sz w:val="28"/>
          <w:szCs w:val="28"/>
        </w:rPr>
      </w:pPr>
      <w:r w:rsidRPr="0000691D">
        <w:rPr>
          <w:rFonts w:cs="B Mitra" w:hint="cs"/>
          <w:b/>
          <w:bCs/>
          <w:sz w:val="28"/>
          <w:szCs w:val="28"/>
          <w:rtl/>
        </w:rPr>
        <w:t>نویسنده</w:t>
      </w:r>
      <w:r w:rsidRPr="0000691D">
        <w:rPr>
          <w:rFonts w:cs="B Mitra"/>
          <w:b/>
          <w:bCs/>
          <w:sz w:val="28"/>
          <w:szCs w:val="28"/>
          <w:rtl/>
        </w:rPr>
        <w:t xml:space="preserve">: </w:t>
      </w:r>
      <w:r w:rsidRPr="0000691D">
        <w:rPr>
          <w:rFonts w:cs="B Mitra"/>
          <w:b/>
          <w:bCs/>
          <w:sz w:val="28"/>
          <w:szCs w:val="28"/>
        </w:rPr>
        <w:t>Hadley Presents Podcast Team</w:t>
      </w:r>
    </w:p>
    <w:p w:rsidR="00A75B1C" w:rsidRPr="0000691D" w:rsidRDefault="00A75B1C" w:rsidP="0000691D">
      <w:pPr>
        <w:bidi/>
        <w:spacing w:line="360" w:lineRule="auto"/>
        <w:jc w:val="both"/>
        <w:rPr>
          <w:rFonts w:cs="B Mitra"/>
          <w:b/>
          <w:bCs/>
          <w:sz w:val="28"/>
          <w:szCs w:val="28"/>
        </w:rPr>
      </w:pPr>
      <w:r w:rsidRPr="0000691D">
        <w:rPr>
          <w:rFonts w:cs="B Mitra" w:hint="cs"/>
          <w:b/>
          <w:bCs/>
          <w:sz w:val="28"/>
          <w:szCs w:val="28"/>
          <w:rtl/>
        </w:rPr>
        <w:t>گردآوری</w:t>
      </w:r>
      <w:r w:rsidRPr="0000691D">
        <w:rPr>
          <w:rFonts w:cs="B Mitra"/>
          <w:b/>
          <w:bCs/>
          <w:sz w:val="28"/>
          <w:szCs w:val="28"/>
          <w:rtl/>
        </w:rPr>
        <w:t xml:space="preserve"> </w:t>
      </w:r>
      <w:r w:rsidRPr="0000691D">
        <w:rPr>
          <w:rFonts w:cs="B Mitra" w:hint="cs"/>
          <w:b/>
          <w:bCs/>
          <w:sz w:val="28"/>
          <w:szCs w:val="28"/>
          <w:rtl/>
        </w:rPr>
        <w:t>از</w:t>
      </w:r>
      <w:r w:rsidRPr="0000691D">
        <w:rPr>
          <w:rFonts w:cs="B Mitra"/>
          <w:b/>
          <w:bCs/>
          <w:sz w:val="28"/>
          <w:szCs w:val="28"/>
          <w:rtl/>
        </w:rPr>
        <w:t xml:space="preserve"> </w:t>
      </w:r>
      <w:r w:rsidRPr="0000691D">
        <w:rPr>
          <w:rFonts w:cs="B Mitra" w:hint="cs"/>
          <w:b/>
          <w:bCs/>
          <w:sz w:val="28"/>
          <w:szCs w:val="28"/>
          <w:rtl/>
        </w:rPr>
        <w:t>وب‌سایت</w:t>
      </w:r>
      <w:r w:rsidRPr="0000691D">
        <w:rPr>
          <w:rFonts w:cs="B Mitra"/>
          <w:b/>
          <w:bCs/>
          <w:sz w:val="28"/>
          <w:szCs w:val="28"/>
          <w:rtl/>
        </w:rPr>
        <w:t xml:space="preserve">: </w:t>
      </w:r>
      <w:r w:rsidRPr="0000691D">
        <w:rPr>
          <w:rFonts w:cs="B Mitra"/>
          <w:b/>
          <w:bCs/>
          <w:sz w:val="28"/>
          <w:szCs w:val="28"/>
        </w:rPr>
        <w:t>pocketcasts.com</w:t>
      </w:r>
    </w:p>
    <w:p w:rsidR="00A75B1C" w:rsidRPr="0000691D" w:rsidRDefault="00A75B1C" w:rsidP="0000691D">
      <w:pPr>
        <w:bidi/>
        <w:spacing w:line="360" w:lineRule="auto"/>
        <w:jc w:val="both"/>
        <w:rPr>
          <w:rFonts w:cs="B Mitra"/>
          <w:b/>
          <w:bCs/>
          <w:sz w:val="28"/>
          <w:szCs w:val="28"/>
          <w:rtl/>
          <w:lang w:bidi="fa-IR"/>
        </w:rPr>
      </w:pPr>
      <w:r w:rsidRPr="0000691D">
        <w:rPr>
          <w:rFonts w:cs="B Mitra" w:hint="cs"/>
          <w:b/>
          <w:bCs/>
          <w:sz w:val="28"/>
          <w:szCs w:val="28"/>
          <w:rtl/>
        </w:rPr>
        <w:t>مترجم</w:t>
      </w:r>
      <w:r w:rsidRPr="0000691D">
        <w:rPr>
          <w:rFonts w:cs="B Mitra"/>
          <w:b/>
          <w:bCs/>
          <w:sz w:val="28"/>
          <w:szCs w:val="28"/>
          <w:rtl/>
        </w:rPr>
        <w:t xml:space="preserve">: </w:t>
      </w:r>
      <w:r w:rsidRPr="0000691D">
        <w:rPr>
          <w:rFonts w:cs="B Mitra" w:hint="cs"/>
          <w:b/>
          <w:bCs/>
          <w:sz w:val="28"/>
          <w:szCs w:val="28"/>
          <w:rtl/>
        </w:rPr>
        <w:t>سارا</w:t>
      </w:r>
      <w:r w:rsidRPr="0000691D">
        <w:rPr>
          <w:rFonts w:cs="B Mitra"/>
          <w:b/>
          <w:bCs/>
          <w:sz w:val="28"/>
          <w:szCs w:val="28"/>
          <w:rtl/>
        </w:rPr>
        <w:t xml:space="preserve"> </w:t>
      </w:r>
      <w:r w:rsidRPr="0000691D">
        <w:rPr>
          <w:rFonts w:cs="B Mitra" w:hint="cs"/>
          <w:b/>
          <w:bCs/>
          <w:sz w:val="28"/>
          <w:szCs w:val="28"/>
          <w:rtl/>
        </w:rPr>
        <w:t>شاهپورجانی</w:t>
      </w:r>
    </w:p>
    <w:p w:rsidR="00A75B1C" w:rsidRPr="0000691D" w:rsidRDefault="00A75B1C" w:rsidP="00C449BE">
      <w:pPr>
        <w:bidi/>
        <w:spacing w:line="360" w:lineRule="auto"/>
        <w:jc w:val="both"/>
        <w:rPr>
          <w:rFonts w:cs="B Mitra"/>
          <w:sz w:val="28"/>
          <w:szCs w:val="28"/>
          <w:rtl/>
        </w:rPr>
      </w:pPr>
    </w:p>
    <w:p w:rsidR="00A75B1C" w:rsidRPr="001B586C" w:rsidRDefault="00A75B1C" w:rsidP="001B586C">
      <w:pPr>
        <w:pStyle w:val="Heading2"/>
        <w:bidi/>
        <w:rPr>
          <w:rFonts w:cs="B Mitra"/>
          <w:color w:val="4472C4" w:themeColor="accent5"/>
          <w:sz w:val="32"/>
          <w:szCs w:val="32"/>
          <w:rtl/>
        </w:rPr>
      </w:pPr>
      <w:bookmarkStart w:id="53" w:name="_Toc243400560"/>
      <w:bookmarkStart w:id="54" w:name="_GoBack"/>
      <w:bookmarkEnd w:id="54"/>
      <w:r w:rsidRPr="001B586C">
        <w:rPr>
          <w:rFonts w:cs="B Mitra"/>
          <w:color w:val="4472C4" w:themeColor="accent5"/>
          <w:sz w:val="32"/>
          <w:szCs w:val="32"/>
          <w:rtl/>
        </w:rPr>
        <w:t>کارآفرین</w:t>
      </w:r>
      <w:r w:rsidR="00145293" w:rsidRPr="001B586C">
        <w:rPr>
          <w:rFonts w:cs="B Mitra"/>
          <w:color w:val="4472C4" w:themeColor="accent5"/>
          <w:sz w:val="32"/>
          <w:szCs w:val="32"/>
        </w:rPr>
        <w:t xml:space="preserve"> </w:t>
      </w:r>
      <w:r w:rsidR="00145293" w:rsidRPr="001B586C">
        <w:rPr>
          <w:rFonts w:cs="B Mitra" w:hint="cs"/>
          <w:color w:val="4472C4" w:themeColor="accent5"/>
          <w:sz w:val="32"/>
          <w:szCs w:val="32"/>
          <w:rtl/>
          <w:lang w:bidi="fa-IR"/>
        </w:rPr>
        <w:t xml:space="preserve">،  </w:t>
      </w:r>
      <w:r w:rsidRPr="001B586C">
        <w:rPr>
          <w:rFonts w:cs="B Mitra" w:hint="cs"/>
          <w:color w:val="4472C4" w:themeColor="accent5"/>
          <w:sz w:val="32"/>
          <w:szCs w:val="32"/>
          <w:rtl/>
        </w:rPr>
        <w:t xml:space="preserve">کارآفرینی فراتر از محدودیت‌ها، </w:t>
      </w:r>
      <w:r w:rsidRPr="001B586C">
        <w:rPr>
          <w:rFonts w:cs="B Mitra"/>
          <w:color w:val="4472C4" w:themeColor="accent5"/>
          <w:sz w:val="32"/>
          <w:szCs w:val="32"/>
          <w:rtl/>
        </w:rPr>
        <w:t xml:space="preserve">بخش </w:t>
      </w:r>
      <w:r w:rsidRPr="001B586C">
        <w:rPr>
          <w:rFonts w:cs="B Mitra" w:hint="cs"/>
          <w:color w:val="4472C4" w:themeColor="accent5"/>
          <w:sz w:val="32"/>
          <w:szCs w:val="32"/>
          <w:rtl/>
        </w:rPr>
        <w:t>چهارم</w:t>
      </w:r>
      <w:bookmarkEnd w:id="53"/>
    </w:p>
    <w:p w:rsidR="00A75B1C" w:rsidRPr="0000691D" w:rsidRDefault="00A75B1C" w:rsidP="0000691D">
      <w:pPr>
        <w:bidi/>
        <w:spacing w:line="360" w:lineRule="auto"/>
        <w:jc w:val="both"/>
        <w:rPr>
          <w:rFonts w:cs="B Mitra"/>
          <w:b/>
          <w:bCs/>
          <w:sz w:val="28"/>
          <w:szCs w:val="28"/>
          <w:rtl/>
        </w:rPr>
      </w:pPr>
      <w:r w:rsidRPr="0000691D">
        <w:rPr>
          <w:rFonts w:cs="B Mitra" w:hint="cs"/>
          <w:b/>
          <w:bCs/>
          <w:sz w:val="28"/>
          <w:szCs w:val="28"/>
          <w:rtl/>
        </w:rPr>
        <w:t>داوود خلیل‌آبادگان</w:t>
      </w:r>
    </w:p>
    <w:p w:rsidR="00A75B1C" w:rsidRPr="0000691D" w:rsidRDefault="00A75B1C" w:rsidP="0000691D">
      <w:pPr>
        <w:bidi/>
        <w:spacing w:line="360" w:lineRule="auto"/>
        <w:jc w:val="both"/>
        <w:rPr>
          <w:rFonts w:cs="B Mitra"/>
          <w:sz w:val="28"/>
          <w:szCs w:val="28"/>
          <w:rtl/>
        </w:rPr>
      </w:pPr>
      <w:r w:rsidRPr="0000691D">
        <w:rPr>
          <w:rFonts w:cs="B Mitra" w:hint="cs"/>
          <w:sz w:val="28"/>
          <w:szCs w:val="28"/>
          <w:rtl/>
        </w:rPr>
        <w:t xml:space="preserve">با </w:t>
      </w:r>
      <w:r w:rsidRPr="0000691D">
        <w:rPr>
          <w:rFonts w:cs="B Mitra"/>
          <w:sz w:val="28"/>
          <w:szCs w:val="28"/>
          <w:rtl/>
        </w:rPr>
        <w:t xml:space="preserve">درود </w:t>
      </w:r>
      <w:r w:rsidRPr="0000691D">
        <w:rPr>
          <w:rFonts w:cs="B Mitra" w:hint="cs"/>
          <w:sz w:val="28"/>
          <w:szCs w:val="28"/>
          <w:rtl/>
        </w:rPr>
        <w:t>به شما عزیزان، هم</w:t>
      </w:r>
      <w:r w:rsidRPr="0000691D">
        <w:rPr>
          <w:rFonts w:cs="B Mitra"/>
          <w:sz w:val="28"/>
          <w:szCs w:val="28"/>
          <w:rtl/>
        </w:rPr>
        <w:t xml:space="preserve">چنان که </w:t>
      </w:r>
      <w:r w:rsidRPr="0000691D">
        <w:rPr>
          <w:rFonts w:cs="B Mitra" w:hint="cs"/>
          <w:sz w:val="28"/>
          <w:szCs w:val="28"/>
          <w:rtl/>
        </w:rPr>
        <w:t xml:space="preserve">پیش‌تر </w:t>
      </w:r>
      <w:r w:rsidRPr="0000691D">
        <w:rPr>
          <w:rFonts w:cs="B Mitra"/>
          <w:sz w:val="28"/>
          <w:szCs w:val="28"/>
          <w:rtl/>
        </w:rPr>
        <w:t>وعده کرده بودم،</w:t>
      </w:r>
      <w:r w:rsidRPr="0000691D">
        <w:rPr>
          <w:rFonts w:cs="B Mitra" w:hint="cs"/>
          <w:sz w:val="28"/>
          <w:szCs w:val="28"/>
          <w:rtl/>
        </w:rPr>
        <w:t xml:space="preserve"> در ایستگاه چهارم از سرویس کارآفرین، </w:t>
      </w:r>
      <w:r w:rsidRPr="0000691D">
        <w:rPr>
          <w:rFonts w:cs="B Mitra"/>
          <w:sz w:val="28"/>
          <w:szCs w:val="28"/>
          <w:rtl/>
        </w:rPr>
        <w:t>به شناسا</w:t>
      </w:r>
      <w:r w:rsidRPr="0000691D">
        <w:rPr>
          <w:rFonts w:cs="B Mitra" w:hint="cs"/>
          <w:sz w:val="28"/>
          <w:szCs w:val="28"/>
          <w:rtl/>
        </w:rPr>
        <w:t>یی</w:t>
      </w:r>
      <w:r w:rsidRPr="0000691D">
        <w:rPr>
          <w:rFonts w:cs="B Mitra"/>
          <w:sz w:val="28"/>
          <w:szCs w:val="28"/>
          <w:rtl/>
        </w:rPr>
        <w:t xml:space="preserve"> و معرف</w:t>
      </w:r>
      <w:r w:rsidRPr="0000691D">
        <w:rPr>
          <w:rFonts w:cs="B Mitra" w:hint="cs"/>
          <w:sz w:val="28"/>
          <w:szCs w:val="28"/>
          <w:rtl/>
        </w:rPr>
        <w:t>ی</w:t>
      </w:r>
      <w:r w:rsidRPr="0000691D">
        <w:rPr>
          <w:rFonts w:cs="B Mitra"/>
          <w:sz w:val="28"/>
          <w:szCs w:val="28"/>
          <w:rtl/>
        </w:rPr>
        <w:t xml:space="preserve"> مختصر فرصت</w:t>
      </w:r>
      <w:r w:rsidRPr="0000691D">
        <w:rPr>
          <w:rFonts w:cs="B Mitra" w:hint="cs"/>
          <w:sz w:val="28"/>
          <w:szCs w:val="28"/>
          <w:rtl/>
        </w:rPr>
        <w:t>‌</w:t>
      </w:r>
      <w:r w:rsidRPr="0000691D">
        <w:rPr>
          <w:rFonts w:cs="B Mitra"/>
          <w:sz w:val="28"/>
          <w:szCs w:val="28"/>
          <w:rtl/>
        </w:rPr>
        <w:t>ها و زم</w:t>
      </w:r>
      <w:r w:rsidRPr="0000691D">
        <w:rPr>
          <w:rFonts w:cs="B Mitra" w:hint="cs"/>
          <w:sz w:val="28"/>
          <w:szCs w:val="28"/>
          <w:rtl/>
        </w:rPr>
        <w:t>ی</w:t>
      </w:r>
      <w:r w:rsidRPr="0000691D">
        <w:rPr>
          <w:rFonts w:cs="B Mitra" w:hint="eastAsia"/>
          <w:sz w:val="28"/>
          <w:szCs w:val="28"/>
          <w:rtl/>
        </w:rPr>
        <w:t>نه</w:t>
      </w:r>
      <w:r w:rsidRPr="0000691D">
        <w:rPr>
          <w:rFonts w:cs="B Mitra" w:hint="cs"/>
          <w:sz w:val="28"/>
          <w:szCs w:val="28"/>
          <w:rtl/>
        </w:rPr>
        <w:t>‌</w:t>
      </w:r>
      <w:r w:rsidRPr="0000691D">
        <w:rPr>
          <w:rFonts w:cs="B Mitra"/>
          <w:sz w:val="28"/>
          <w:szCs w:val="28"/>
          <w:rtl/>
        </w:rPr>
        <w:t>ها</w:t>
      </w:r>
      <w:r w:rsidRPr="0000691D">
        <w:rPr>
          <w:rFonts w:cs="B Mitra" w:hint="cs"/>
          <w:sz w:val="28"/>
          <w:szCs w:val="28"/>
          <w:rtl/>
        </w:rPr>
        <w:t>ی</w:t>
      </w:r>
      <w:r w:rsidRPr="0000691D">
        <w:rPr>
          <w:rFonts w:cs="B Mitra"/>
          <w:sz w:val="28"/>
          <w:szCs w:val="28"/>
          <w:rtl/>
        </w:rPr>
        <w:t xml:space="preserve"> شغل</w:t>
      </w:r>
      <w:r w:rsidRPr="0000691D">
        <w:rPr>
          <w:rFonts w:cs="B Mitra" w:hint="cs"/>
          <w:sz w:val="28"/>
          <w:szCs w:val="28"/>
          <w:rtl/>
        </w:rPr>
        <w:t>ی</w:t>
      </w:r>
      <w:r w:rsidRPr="0000691D">
        <w:rPr>
          <w:rFonts w:cs="B Mitra"/>
          <w:sz w:val="28"/>
          <w:szCs w:val="28"/>
          <w:rtl/>
        </w:rPr>
        <w:t xml:space="preserve"> در مح</w:t>
      </w:r>
      <w:r w:rsidRPr="0000691D">
        <w:rPr>
          <w:rFonts w:cs="B Mitra" w:hint="cs"/>
          <w:sz w:val="28"/>
          <w:szCs w:val="28"/>
          <w:rtl/>
        </w:rPr>
        <w:t>ی</w:t>
      </w:r>
      <w:r w:rsidRPr="0000691D">
        <w:rPr>
          <w:rFonts w:cs="B Mitra" w:hint="eastAsia"/>
          <w:sz w:val="28"/>
          <w:szCs w:val="28"/>
          <w:rtl/>
        </w:rPr>
        <w:t>ط</w:t>
      </w:r>
      <w:r w:rsidRPr="0000691D">
        <w:rPr>
          <w:rFonts w:cs="B Mitra" w:hint="cs"/>
          <w:sz w:val="28"/>
          <w:szCs w:val="28"/>
          <w:rtl/>
        </w:rPr>
        <w:t>‌</w:t>
      </w:r>
      <w:r w:rsidRPr="0000691D">
        <w:rPr>
          <w:rFonts w:cs="B Mitra"/>
          <w:sz w:val="28"/>
          <w:szCs w:val="28"/>
          <w:rtl/>
        </w:rPr>
        <w:t>ها</w:t>
      </w:r>
      <w:r w:rsidRPr="0000691D">
        <w:rPr>
          <w:rFonts w:cs="B Mitra" w:hint="cs"/>
          <w:sz w:val="28"/>
          <w:szCs w:val="28"/>
          <w:rtl/>
        </w:rPr>
        <w:t>ی</w:t>
      </w:r>
      <w:r w:rsidRPr="0000691D">
        <w:rPr>
          <w:rFonts w:cs="B Mitra"/>
          <w:sz w:val="28"/>
          <w:szCs w:val="28"/>
          <w:rtl/>
        </w:rPr>
        <w:t xml:space="preserve"> پر جنب و جوش شهر</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w:t>
      </w:r>
      <w:r w:rsidRPr="0000691D">
        <w:rPr>
          <w:rFonts w:cs="B Mitra"/>
          <w:sz w:val="28"/>
          <w:szCs w:val="28"/>
          <w:rtl/>
        </w:rPr>
        <w:t>پردازم</w:t>
      </w:r>
      <w:r w:rsidRPr="0000691D">
        <w:rPr>
          <w:rFonts w:cs="B Mitra" w:hint="cs"/>
          <w:sz w:val="28"/>
          <w:szCs w:val="28"/>
          <w:rtl/>
        </w:rPr>
        <w:t>.</w:t>
      </w:r>
      <w:r w:rsidRPr="0000691D">
        <w:rPr>
          <w:rFonts w:cs="B Mitra"/>
          <w:sz w:val="28"/>
          <w:szCs w:val="28"/>
          <w:rtl/>
        </w:rPr>
        <w:t xml:space="preserve"> به</w:t>
      </w:r>
      <w:r w:rsidRPr="0000691D">
        <w:rPr>
          <w:rFonts w:cs="B Mitra" w:hint="cs"/>
          <w:sz w:val="28"/>
          <w:szCs w:val="28"/>
          <w:rtl/>
        </w:rPr>
        <w:t xml:space="preserve"> </w:t>
      </w:r>
      <w:r w:rsidRPr="0000691D">
        <w:rPr>
          <w:rFonts w:cs="B Mitra"/>
          <w:sz w:val="28"/>
          <w:szCs w:val="28"/>
          <w:rtl/>
        </w:rPr>
        <w:t>عنوان مقدمه</w:t>
      </w:r>
      <w:r w:rsidRPr="0000691D">
        <w:rPr>
          <w:rFonts w:cs="B Mitra" w:hint="cs"/>
          <w:sz w:val="28"/>
          <w:szCs w:val="28"/>
          <w:rtl/>
        </w:rPr>
        <w:t>،</w:t>
      </w:r>
      <w:r w:rsidRPr="0000691D">
        <w:rPr>
          <w:rFonts w:cs="B Mitra"/>
          <w:sz w:val="28"/>
          <w:szCs w:val="28"/>
          <w:rtl/>
        </w:rPr>
        <w:t xml:space="preserve"> دو نکته کل</w:t>
      </w:r>
      <w:r w:rsidRPr="0000691D">
        <w:rPr>
          <w:rFonts w:cs="B Mitra" w:hint="cs"/>
          <w:sz w:val="28"/>
          <w:szCs w:val="28"/>
          <w:rtl/>
        </w:rPr>
        <w:t>ی</w:t>
      </w:r>
      <w:r w:rsidRPr="0000691D">
        <w:rPr>
          <w:rFonts w:cs="B Mitra"/>
          <w:sz w:val="28"/>
          <w:szCs w:val="28"/>
          <w:rtl/>
        </w:rPr>
        <w:t xml:space="preserve"> را خاطر نشان م</w:t>
      </w:r>
      <w:r w:rsidRPr="0000691D">
        <w:rPr>
          <w:rFonts w:cs="B Mitra" w:hint="cs"/>
          <w:sz w:val="28"/>
          <w:szCs w:val="28"/>
          <w:rtl/>
        </w:rPr>
        <w:t>ی‌</w:t>
      </w:r>
      <w:r w:rsidRPr="0000691D">
        <w:rPr>
          <w:rFonts w:cs="B Mitra"/>
          <w:sz w:val="28"/>
          <w:szCs w:val="28"/>
          <w:rtl/>
        </w:rPr>
        <w:t>شوم</w:t>
      </w:r>
      <w:r w:rsidRPr="0000691D">
        <w:rPr>
          <w:rFonts w:cs="B Mitra" w:hint="cs"/>
          <w:sz w:val="28"/>
          <w:szCs w:val="28"/>
          <w:rtl/>
        </w:rPr>
        <w:t>:</w:t>
      </w:r>
    </w:p>
    <w:p w:rsidR="00A75B1C" w:rsidRPr="0000691D" w:rsidRDefault="00A75B1C" w:rsidP="0000691D">
      <w:pPr>
        <w:bidi/>
        <w:spacing w:line="360" w:lineRule="auto"/>
        <w:jc w:val="both"/>
        <w:rPr>
          <w:rFonts w:cs="B Mitra"/>
          <w:sz w:val="28"/>
          <w:szCs w:val="28"/>
          <w:rtl/>
        </w:rPr>
      </w:pPr>
      <w:r w:rsidRPr="0000691D">
        <w:rPr>
          <w:rFonts w:cs="B Mitra"/>
          <w:sz w:val="28"/>
          <w:szCs w:val="28"/>
          <w:rtl/>
        </w:rPr>
        <w:lastRenderedPageBreak/>
        <w:t xml:space="preserve"> اول ا</w:t>
      </w:r>
      <w:r w:rsidRPr="0000691D">
        <w:rPr>
          <w:rFonts w:cs="B Mitra" w:hint="cs"/>
          <w:sz w:val="28"/>
          <w:szCs w:val="28"/>
          <w:rtl/>
        </w:rPr>
        <w:t>ی</w:t>
      </w:r>
      <w:r w:rsidRPr="0000691D">
        <w:rPr>
          <w:rFonts w:cs="B Mitra" w:hint="eastAsia"/>
          <w:sz w:val="28"/>
          <w:szCs w:val="28"/>
          <w:rtl/>
        </w:rPr>
        <w:t>نکه</w:t>
      </w:r>
      <w:r w:rsidRPr="0000691D">
        <w:rPr>
          <w:rFonts w:cs="B Mitra" w:hint="cs"/>
          <w:sz w:val="28"/>
          <w:szCs w:val="28"/>
          <w:rtl/>
        </w:rPr>
        <w:t>،</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آغاز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مس</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و مهم</w:t>
      </w:r>
      <w:r w:rsidRPr="0000691D">
        <w:rPr>
          <w:rFonts w:cs="B Mitra" w:hint="cs"/>
          <w:sz w:val="28"/>
          <w:szCs w:val="28"/>
          <w:rtl/>
        </w:rPr>
        <w:t>‌</w:t>
      </w:r>
      <w:r w:rsidRPr="0000691D">
        <w:rPr>
          <w:rFonts w:cs="B Mitra"/>
          <w:sz w:val="28"/>
          <w:szCs w:val="28"/>
          <w:rtl/>
        </w:rPr>
        <w:t>تر از همه،</w:t>
      </w:r>
      <w:r w:rsidRPr="0000691D">
        <w:rPr>
          <w:rFonts w:cs="B Mitra" w:hint="cs"/>
          <w:sz w:val="28"/>
          <w:szCs w:val="28"/>
          <w:rtl/>
        </w:rPr>
        <w:t xml:space="preserve"> </w:t>
      </w:r>
      <w:r w:rsidRPr="0000691D">
        <w:rPr>
          <w:rFonts w:cs="B Mitra"/>
          <w:sz w:val="28"/>
          <w:szCs w:val="28"/>
          <w:rtl/>
        </w:rPr>
        <w:t>توف</w:t>
      </w:r>
      <w:r w:rsidRPr="0000691D">
        <w:rPr>
          <w:rFonts w:cs="B Mitra" w:hint="cs"/>
          <w:sz w:val="28"/>
          <w:szCs w:val="28"/>
          <w:rtl/>
        </w:rPr>
        <w:t>ی</w:t>
      </w:r>
      <w:r w:rsidRPr="0000691D">
        <w:rPr>
          <w:rFonts w:cs="B Mitra" w:hint="eastAsia"/>
          <w:sz w:val="28"/>
          <w:szCs w:val="28"/>
          <w:rtl/>
        </w:rPr>
        <w:t>ق</w:t>
      </w:r>
      <w:r w:rsidRPr="0000691D">
        <w:rPr>
          <w:rFonts w:cs="B Mitra"/>
          <w:sz w:val="28"/>
          <w:szCs w:val="28"/>
          <w:rtl/>
        </w:rPr>
        <w:t xml:space="preserve"> در آ</w:t>
      </w:r>
      <w:r w:rsidRPr="0000691D">
        <w:rPr>
          <w:rFonts w:cs="B Mitra" w:hint="cs"/>
          <w:sz w:val="28"/>
          <w:szCs w:val="28"/>
          <w:rtl/>
        </w:rPr>
        <w:t>ن،</w:t>
      </w:r>
      <w:r w:rsidRPr="0000691D">
        <w:rPr>
          <w:rFonts w:cs="B Mitra"/>
          <w:sz w:val="28"/>
          <w:szCs w:val="28"/>
          <w:rtl/>
        </w:rPr>
        <w:t xml:space="preserve"> داشتن روح</w:t>
      </w:r>
      <w:r w:rsidRPr="0000691D">
        <w:rPr>
          <w:rFonts w:cs="B Mitra" w:hint="cs"/>
          <w:sz w:val="28"/>
          <w:szCs w:val="28"/>
          <w:rtl/>
        </w:rPr>
        <w:t>ی</w:t>
      </w:r>
      <w:r w:rsidRPr="0000691D">
        <w:rPr>
          <w:rFonts w:cs="B Mitra" w:hint="eastAsia"/>
          <w:sz w:val="28"/>
          <w:szCs w:val="28"/>
          <w:rtl/>
        </w:rPr>
        <w:t>ه</w:t>
      </w:r>
      <w:r w:rsidRPr="0000691D">
        <w:rPr>
          <w:rFonts w:cs="B Mitra"/>
          <w:sz w:val="28"/>
          <w:szCs w:val="28"/>
          <w:rtl/>
        </w:rPr>
        <w:t xml:space="preserve"> مشارکت محور و مهارت برقرار</w:t>
      </w:r>
      <w:r w:rsidRPr="0000691D">
        <w:rPr>
          <w:rFonts w:cs="B Mitra" w:hint="cs"/>
          <w:sz w:val="28"/>
          <w:szCs w:val="28"/>
          <w:rtl/>
        </w:rPr>
        <w:t>ی</w:t>
      </w:r>
      <w:r w:rsidRPr="0000691D">
        <w:rPr>
          <w:rFonts w:cs="B Mitra"/>
          <w:sz w:val="28"/>
          <w:szCs w:val="28"/>
          <w:rtl/>
        </w:rPr>
        <w:t xml:space="preserve"> ارتباطات و تعامل سازنده</w:t>
      </w:r>
      <w:r w:rsidRPr="0000691D">
        <w:rPr>
          <w:rFonts w:cs="B Mitra" w:hint="cs"/>
          <w:sz w:val="28"/>
          <w:szCs w:val="28"/>
          <w:rtl/>
        </w:rPr>
        <w:t>،</w:t>
      </w:r>
      <w:r w:rsidRPr="0000691D">
        <w:rPr>
          <w:rFonts w:cs="B Mitra"/>
          <w:sz w:val="28"/>
          <w:szCs w:val="28"/>
          <w:rtl/>
        </w:rPr>
        <w:t xml:space="preserve"> از جا</w:t>
      </w:r>
      <w:r w:rsidRPr="0000691D">
        <w:rPr>
          <w:rFonts w:cs="B Mitra" w:hint="cs"/>
          <w:sz w:val="28"/>
          <w:szCs w:val="28"/>
          <w:rtl/>
        </w:rPr>
        <w:t>ی</w:t>
      </w:r>
      <w:r w:rsidRPr="0000691D">
        <w:rPr>
          <w:rFonts w:cs="B Mitra" w:hint="eastAsia"/>
          <w:sz w:val="28"/>
          <w:szCs w:val="28"/>
          <w:rtl/>
        </w:rPr>
        <w:t>گاه</w:t>
      </w:r>
      <w:r w:rsidRPr="0000691D">
        <w:rPr>
          <w:rFonts w:cs="B Mitra" w:hint="cs"/>
          <w:sz w:val="28"/>
          <w:szCs w:val="28"/>
          <w:rtl/>
        </w:rPr>
        <w:t>ی</w:t>
      </w:r>
      <w:r w:rsidRPr="0000691D">
        <w:rPr>
          <w:rFonts w:cs="B Mitra"/>
          <w:sz w:val="28"/>
          <w:szCs w:val="28"/>
          <w:rtl/>
        </w:rPr>
        <w:t xml:space="preserve"> بسزا برخوردار است</w:t>
      </w:r>
      <w:r w:rsidRPr="0000691D">
        <w:rPr>
          <w:rFonts w:cs="B Mitra" w:hint="cs"/>
          <w:sz w:val="28"/>
          <w:szCs w:val="28"/>
          <w:rtl/>
        </w:rPr>
        <w:t>.</w:t>
      </w:r>
    </w:p>
    <w:p w:rsidR="00A75B1C" w:rsidRPr="0000691D" w:rsidRDefault="00A75B1C" w:rsidP="0000691D">
      <w:pPr>
        <w:bidi/>
        <w:spacing w:line="360" w:lineRule="auto"/>
        <w:jc w:val="both"/>
        <w:rPr>
          <w:rFonts w:cs="B Mitra"/>
          <w:sz w:val="28"/>
          <w:szCs w:val="28"/>
          <w:rtl/>
        </w:rPr>
      </w:pPr>
      <w:r w:rsidRPr="0000691D">
        <w:rPr>
          <w:rFonts w:cs="B Mitra"/>
          <w:sz w:val="28"/>
          <w:szCs w:val="28"/>
          <w:rtl/>
        </w:rPr>
        <w:t xml:space="preserve"> دوم ا</w:t>
      </w:r>
      <w:r w:rsidRPr="0000691D">
        <w:rPr>
          <w:rFonts w:cs="B Mitra" w:hint="cs"/>
          <w:sz w:val="28"/>
          <w:szCs w:val="28"/>
          <w:rtl/>
        </w:rPr>
        <w:t>ی</w:t>
      </w:r>
      <w:r w:rsidRPr="0000691D">
        <w:rPr>
          <w:rFonts w:cs="B Mitra" w:hint="eastAsia"/>
          <w:sz w:val="28"/>
          <w:szCs w:val="28"/>
          <w:rtl/>
        </w:rPr>
        <w:t>نکه</w:t>
      </w:r>
      <w:r w:rsidRPr="0000691D">
        <w:rPr>
          <w:rFonts w:cs="B Mitra" w:hint="cs"/>
          <w:sz w:val="28"/>
          <w:szCs w:val="28"/>
          <w:rtl/>
        </w:rPr>
        <w:t>،</w:t>
      </w:r>
      <w:r w:rsidRPr="0000691D">
        <w:rPr>
          <w:rFonts w:cs="B Mitra"/>
          <w:sz w:val="28"/>
          <w:szCs w:val="28"/>
          <w:rtl/>
        </w:rPr>
        <w:t xml:space="preserve"> هر کدام از فرصت</w:t>
      </w:r>
      <w:r w:rsidRPr="0000691D">
        <w:rPr>
          <w:rFonts w:cs="B Mitra" w:hint="cs"/>
          <w:sz w:val="28"/>
          <w:szCs w:val="28"/>
          <w:rtl/>
        </w:rPr>
        <w:t>‌</w:t>
      </w:r>
      <w:r w:rsidRPr="0000691D">
        <w:rPr>
          <w:rFonts w:cs="B Mitra"/>
          <w:sz w:val="28"/>
          <w:szCs w:val="28"/>
          <w:rtl/>
        </w:rPr>
        <w:t>ها</w:t>
      </w:r>
      <w:r w:rsidRPr="0000691D">
        <w:rPr>
          <w:rFonts w:cs="B Mitra" w:hint="cs"/>
          <w:sz w:val="28"/>
          <w:szCs w:val="28"/>
          <w:rtl/>
        </w:rPr>
        <w:t>ی</w:t>
      </w:r>
      <w:r w:rsidRPr="0000691D">
        <w:rPr>
          <w:rFonts w:cs="B Mitra"/>
          <w:sz w:val="28"/>
          <w:szCs w:val="28"/>
          <w:rtl/>
        </w:rPr>
        <w:t xml:space="preserve"> شغل</w:t>
      </w:r>
      <w:r w:rsidRPr="0000691D">
        <w:rPr>
          <w:rFonts w:cs="B Mitra" w:hint="cs"/>
          <w:sz w:val="28"/>
          <w:szCs w:val="28"/>
          <w:rtl/>
        </w:rPr>
        <w:t>ی</w:t>
      </w:r>
      <w:r w:rsidRPr="0000691D">
        <w:rPr>
          <w:rFonts w:cs="B Mitra"/>
          <w:sz w:val="28"/>
          <w:szCs w:val="28"/>
          <w:rtl/>
        </w:rPr>
        <w:t xml:space="preserve"> که ذ</w:t>
      </w:r>
      <w:r w:rsidRPr="0000691D">
        <w:rPr>
          <w:rFonts w:cs="B Mitra" w:hint="cs"/>
          <w:sz w:val="28"/>
          <w:szCs w:val="28"/>
          <w:rtl/>
        </w:rPr>
        <w:t>ی</w:t>
      </w:r>
      <w:r w:rsidRPr="0000691D">
        <w:rPr>
          <w:rFonts w:cs="B Mitra" w:hint="eastAsia"/>
          <w:sz w:val="28"/>
          <w:szCs w:val="28"/>
          <w:rtl/>
        </w:rPr>
        <w:t>لاً</w:t>
      </w:r>
      <w:r w:rsidRPr="0000691D">
        <w:rPr>
          <w:rFonts w:cs="B Mitra"/>
          <w:sz w:val="28"/>
          <w:szCs w:val="28"/>
          <w:rtl/>
        </w:rPr>
        <w:t xml:space="preserve"> معرف</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w:t>
      </w:r>
      <w:r w:rsidRPr="0000691D">
        <w:rPr>
          <w:rFonts w:cs="B Mitra"/>
          <w:sz w:val="28"/>
          <w:szCs w:val="28"/>
          <w:rtl/>
        </w:rPr>
        <w:t>گردند</w:t>
      </w:r>
      <w:r w:rsidRPr="0000691D">
        <w:rPr>
          <w:rFonts w:cs="B Mitra" w:hint="cs"/>
          <w:sz w:val="28"/>
          <w:szCs w:val="28"/>
          <w:rtl/>
        </w:rPr>
        <w:t>،</w:t>
      </w:r>
      <w:r w:rsidRPr="0000691D">
        <w:rPr>
          <w:rFonts w:cs="B Mitra"/>
          <w:sz w:val="28"/>
          <w:szCs w:val="28"/>
          <w:rtl/>
        </w:rPr>
        <w:t xml:space="preserve"> به صورت بالقوه از قابل</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ارائه شدن به عنوان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طرح کار</w:t>
      </w:r>
      <w:r w:rsidRPr="0000691D">
        <w:rPr>
          <w:rFonts w:cs="B Mitra" w:hint="cs"/>
          <w:sz w:val="28"/>
          <w:szCs w:val="28"/>
          <w:rtl/>
        </w:rPr>
        <w:t xml:space="preserve">ی، </w:t>
      </w:r>
      <w:r w:rsidRPr="0000691D">
        <w:rPr>
          <w:rFonts w:cs="B Mitra"/>
          <w:sz w:val="28"/>
          <w:szCs w:val="28"/>
          <w:rtl/>
        </w:rPr>
        <w:t>جهت استفاده از تسه</w:t>
      </w:r>
      <w:r w:rsidRPr="0000691D">
        <w:rPr>
          <w:rFonts w:cs="B Mitra" w:hint="cs"/>
          <w:sz w:val="28"/>
          <w:szCs w:val="28"/>
          <w:rtl/>
        </w:rPr>
        <w:t>ی</w:t>
      </w:r>
      <w:r w:rsidRPr="0000691D">
        <w:rPr>
          <w:rFonts w:cs="B Mitra" w:hint="eastAsia"/>
          <w:sz w:val="28"/>
          <w:szCs w:val="28"/>
          <w:rtl/>
        </w:rPr>
        <w:t>لات</w:t>
      </w:r>
      <w:r w:rsidRPr="0000691D">
        <w:rPr>
          <w:rFonts w:cs="B Mitra"/>
          <w:sz w:val="28"/>
          <w:szCs w:val="28"/>
          <w:rtl/>
        </w:rPr>
        <w:t xml:space="preserve"> ب</w:t>
      </w:r>
      <w:r w:rsidRPr="0000691D">
        <w:rPr>
          <w:rFonts w:cs="B Mitra" w:hint="eastAsia"/>
          <w:sz w:val="28"/>
          <w:szCs w:val="28"/>
          <w:rtl/>
        </w:rPr>
        <w:t>انک</w:t>
      </w:r>
      <w:r w:rsidRPr="0000691D">
        <w:rPr>
          <w:rFonts w:cs="B Mitra" w:hint="cs"/>
          <w:sz w:val="28"/>
          <w:szCs w:val="28"/>
          <w:rtl/>
        </w:rPr>
        <w:t>ی</w:t>
      </w:r>
      <w:r w:rsidRPr="0000691D">
        <w:rPr>
          <w:rFonts w:cs="B Mitra"/>
          <w:sz w:val="28"/>
          <w:szCs w:val="28"/>
          <w:rtl/>
        </w:rPr>
        <w:t xml:space="preserve"> کم بهره اشتغال</w:t>
      </w:r>
      <w:r w:rsidRPr="0000691D">
        <w:rPr>
          <w:rFonts w:cs="B Mitra" w:hint="cs"/>
          <w:sz w:val="28"/>
          <w:szCs w:val="28"/>
          <w:rtl/>
        </w:rPr>
        <w:t>‌</w:t>
      </w:r>
      <w:r w:rsidRPr="0000691D">
        <w:rPr>
          <w:rFonts w:cs="B Mitra"/>
          <w:sz w:val="28"/>
          <w:szCs w:val="28"/>
          <w:rtl/>
        </w:rPr>
        <w:t>زا</w:t>
      </w:r>
      <w:r w:rsidRPr="0000691D">
        <w:rPr>
          <w:rFonts w:cs="B Mitra" w:hint="cs"/>
          <w:sz w:val="28"/>
          <w:szCs w:val="28"/>
          <w:rtl/>
        </w:rPr>
        <w:t>یی</w:t>
      </w:r>
      <w:r w:rsidRPr="0000691D">
        <w:rPr>
          <w:rFonts w:cs="B Mitra"/>
          <w:sz w:val="28"/>
          <w:szCs w:val="28"/>
          <w:rtl/>
        </w:rPr>
        <w:t xml:space="preserve"> برخوردار هستند</w:t>
      </w:r>
      <w:r w:rsidRPr="0000691D">
        <w:rPr>
          <w:rFonts w:cs="B Mitra" w:hint="cs"/>
          <w:sz w:val="28"/>
          <w:szCs w:val="28"/>
          <w:rtl/>
        </w:rPr>
        <w:t>.</w:t>
      </w:r>
    </w:p>
    <w:p w:rsidR="00A75B1C" w:rsidRDefault="00A75B1C" w:rsidP="00EC4B20">
      <w:pPr>
        <w:pStyle w:val="Heading3"/>
        <w:numPr>
          <w:ilvl w:val="1"/>
          <w:numId w:val="19"/>
        </w:numPr>
        <w:bidi/>
        <w:ind w:left="4" w:firstLine="0"/>
        <w:rPr>
          <w:rFonts w:cs="B Mitra"/>
          <w:color w:val="70AD47" w:themeColor="accent6"/>
          <w:sz w:val="28"/>
          <w:szCs w:val="28"/>
        </w:rPr>
      </w:pPr>
      <w:bookmarkStart w:id="55" w:name="_Toc243400561"/>
      <w:r w:rsidRPr="00B546C5">
        <w:rPr>
          <w:rFonts w:cs="B Mitra"/>
          <w:color w:val="70AD47" w:themeColor="accent6"/>
          <w:sz w:val="28"/>
          <w:szCs w:val="28"/>
          <w:rtl/>
        </w:rPr>
        <w:t>تاس</w:t>
      </w:r>
      <w:r w:rsidRPr="00B546C5">
        <w:rPr>
          <w:rFonts w:cs="B Mitra" w:hint="cs"/>
          <w:color w:val="70AD47" w:themeColor="accent6"/>
          <w:sz w:val="28"/>
          <w:szCs w:val="28"/>
          <w:rtl/>
        </w:rPr>
        <w:t>ی</w:t>
      </w:r>
      <w:r w:rsidRPr="00B546C5">
        <w:rPr>
          <w:rFonts w:cs="B Mitra" w:hint="eastAsia"/>
          <w:color w:val="70AD47" w:themeColor="accent6"/>
          <w:sz w:val="28"/>
          <w:szCs w:val="28"/>
          <w:rtl/>
        </w:rPr>
        <w:t>س</w:t>
      </w:r>
      <w:r w:rsidRPr="00B546C5">
        <w:rPr>
          <w:rFonts w:cs="B Mitra"/>
          <w:color w:val="70AD47" w:themeColor="accent6"/>
          <w:sz w:val="28"/>
          <w:szCs w:val="28"/>
          <w:rtl/>
        </w:rPr>
        <w:t xml:space="preserve"> دفتر خدمات کامپ</w:t>
      </w:r>
      <w:r w:rsidRPr="00B546C5">
        <w:rPr>
          <w:rFonts w:cs="B Mitra" w:hint="cs"/>
          <w:color w:val="70AD47" w:themeColor="accent6"/>
          <w:sz w:val="28"/>
          <w:szCs w:val="28"/>
          <w:rtl/>
        </w:rPr>
        <w:t>ی</w:t>
      </w:r>
      <w:r w:rsidRPr="00B546C5">
        <w:rPr>
          <w:rFonts w:cs="B Mitra" w:hint="eastAsia"/>
          <w:color w:val="70AD47" w:themeColor="accent6"/>
          <w:sz w:val="28"/>
          <w:szCs w:val="28"/>
          <w:rtl/>
        </w:rPr>
        <w:t>وتر</w:t>
      </w:r>
      <w:r w:rsidRPr="00B546C5">
        <w:rPr>
          <w:rFonts w:cs="B Mitra" w:hint="cs"/>
          <w:color w:val="70AD47" w:themeColor="accent6"/>
          <w:sz w:val="28"/>
          <w:szCs w:val="28"/>
          <w:rtl/>
        </w:rPr>
        <w:t>ی:</w:t>
      </w:r>
      <w:bookmarkEnd w:id="55"/>
    </w:p>
    <w:p w:rsidR="00EC4B20" w:rsidRPr="00EC4B20" w:rsidRDefault="00EC4B20" w:rsidP="00EC4B20">
      <w:pPr>
        <w:bidi/>
      </w:pPr>
    </w:p>
    <w:p w:rsidR="00EC4B20" w:rsidRPr="00EC4B20" w:rsidRDefault="00EC4B20" w:rsidP="00EC4B20">
      <w:pPr>
        <w:bidi/>
        <w:jc w:val="center"/>
      </w:pPr>
      <w:r>
        <w:rPr>
          <w:noProof/>
        </w:rPr>
        <w:drawing>
          <wp:inline distT="0" distB="0" distL="0" distR="0">
            <wp:extent cx="4324350" cy="2426441"/>
            <wp:effectExtent l="152400" t="152400" r="361950" b="35496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تاسیس دفتر خدمات کامپیوتری.jpg"/>
                    <pic:cNvPicPr/>
                  </pic:nvPicPr>
                  <pic:blipFill>
                    <a:blip r:embed="rId23">
                      <a:extLst>
                        <a:ext uri="{28A0092B-C50C-407E-A947-70E740481C1C}">
                          <a14:useLocalDpi xmlns:a14="http://schemas.microsoft.com/office/drawing/2010/main" val="0"/>
                        </a:ext>
                      </a:extLst>
                    </a:blip>
                    <a:stretch>
                      <a:fillRect/>
                    </a:stretch>
                  </pic:blipFill>
                  <pic:spPr>
                    <a:xfrm>
                      <a:off x="0" y="0"/>
                      <a:ext cx="4330394" cy="2429832"/>
                    </a:xfrm>
                    <a:prstGeom prst="rect">
                      <a:avLst/>
                    </a:prstGeom>
                    <a:ln>
                      <a:noFill/>
                    </a:ln>
                    <a:effectLst>
                      <a:outerShdw blurRad="292100" dist="139700" dir="2700000" algn="tl" rotWithShape="0">
                        <a:srgbClr val="333333">
                          <a:alpha val="65000"/>
                        </a:srgbClr>
                      </a:outerShdw>
                    </a:effectLst>
                  </pic:spPr>
                </pic:pic>
              </a:graphicData>
            </a:graphic>
          </wp:inline>
        </w:drawing>
      </w:r>
    </w:p>
    <w:p w:rsidR="00EC4B20" w:rsidRPr="00EC4B20" w:rsidRDefault="00EC4B20" w:rsidP="00EC4B20">
      <w:pPr>
        <w:pStyle w:val="ListParagraph"/>
        <w:bidi/>
        <w:ind w:left="1440"/>
      </w:pPr>
    </w:p>
    <w:p w:rsidR="00A75B1C" w:rsidRPr="0000691D" w:rsidRDefault="00A75B1C" w:rsidP="0000691D">
      <w:pPr>
        <w:bidi/>
        <w:spacing w:line="360" w:lineRule="auto"/>
        <w:jc w:val="both"/>
        <w:rPr>
          <w:rFonts w:cs="B Mitra"/>
          <w:sz w:val="28"/>
          <w:szCs w:val="28"/>
          <w:rtl/>
        </w:rPr>
      </w:pPr>
      <w:r w:rsidRPr="0000691D">
        <w:rPr>
          <w:rFonts w:cs="B Mitra"/>
          <w:sz w:val="28"/>
          <w:szCs w:val="28"/>
          <w:rtl/>
        </w:rPr>
        <w:t>دوستان</w:t>
      </w:r>
      <w:r w:rsidRPr="0000691D">
        <w:rPr>
          <w:rFonts w:cs="B Mitra" w:hint="cs"/>
          <w:sz w:val="28"/>
          <w:szCs w:val="28"/>
          <w:rtl/>
        </w:rPr>
        <w:t>ی</w:t>
      </w:r>
      <w:r w:rsidRPr="0000691D">
        <w:rPr>
          <w:rFonts w:cs="B Mitra"/>
          <w:sz w:val="28"/>
          <w:szCs w:val="28"/>
          <w:rtl/>
        </w:rPr>
        <w:t xml:space="preserve"> که از اطلاعات و مهارت</w:t>
      </w:r>
      <w:r w:rsidRPr="0000691D">
        <w:rPr>
          <w:rFonts w:cs="B Mitra" w:hint="cs"/>
          <w:sz w:val="28"/>
          <w:szCs w:val="28"/>
          <w:rtl/>
        </w:rPr>
        <w:t>‌</w:t>
      </w:r>
      <w:r w:rsidRPr="0000691D">
        <w:rPr>
          <w:rFonts w:cs="B Mitra"/>
          <w:sz w:val="28"/>
          <w:szCs w:val="28"/>
          <w:rtl/>
        </w:rPr>
        <w:t>ها</w:t>
      </w:r>
      <w:r w:rsidRPr="0000691D">
        <w:rPr>
          <w:rFonts w:cs="B Mitra" w:hint="cs"/>
          <w:sz w:val="28"/>
          <w:szCs w:val="28"/>
          <w:rtl/>
        </w:rPr>
        <w:t>ی</w:t>
      </w:r>
      <w:r w:rsidRPr="0000691D">
        <w:rPr>
          <w:rFonts w:cs="B Mitra"/>
          <w:sz w:val="28"/>
          <w:szCs w:val="28"/>
          <w:rtl/>
        </w:rPr>
        <w:t xml:space="preserve"> متعارف کار با را</w:t>
      </w:r>
      <w:r w:rsidRPr="0000691D">
        <w:rPr>
          <w:rFonts w:cs="B Mitra" w:hint="cs"/>
          <w:sz w:val="28"/>
          <w:szCs w:val="28"/>
          <w:rtl/>
        </w:rPr>
        <w:t>ی</w:t>
      </w:r>
      <w:r w:rsidRPr="0000691D">
        <w:rPr>
          <w:rFonts w:cs="B Mitra" w:hint="eastAsia"/>
          <w:sz w:val="28"/>
          <w:szCs w:val="28"/>
          <w:rtl/>
        </w:rPr>
        <w:t>انه</w:t>
      </w:r>
      <w:r w:rsidRPr="0000691D">
        <w:rPr>
          <w:rFonts w:cs="B Mitra"/>
          <w:sz w:val="28"/>
          <w:szCs w:val="28"/>
          <w:rtl/>
        </w:rPr>
        <w:t xml:space="preserve"> و تلفن همراه برخوردار هستند</w:t>
      </w:r>
      <w:r w:rsidRPr="0000691D">
        <w:rPr>
          <w:rFonts w:cs="B Mitra" w:hint="cs"/>
          <w:sz w:val="28"/>
          <w:szCs w:val="28"/>
          <w:rtl/>
        </w:rPr>
        <w:t xml:space="preserve">، </w:t>
      </w:r>
      <w:r w:rsidRPr="0000691D">
        <w:rPr>
          <w:rFonts w:cs="B Mitra"/>
          <w:sz w:val="28"/>
          <w:szCs w:val="28"/>
          <w:rtl/>
        </w:rPr>
        <w:t>م</w:t>
      </w:r>
      <w:r w:rsidRPr="0000691D">
        <w:rPr>
          <w:rFonts w:cs="B Mitra" w:hint="cs"/>
          <w:sz w:val="28"/>
          <w:szCs w:val="28"/>
          <w:rtl/>
        </w:rPr>
        <w:t>ی‌</w:t>
      </w:r>
      <w:r w:rsidRPr="0000691D">
        <w:rPr>
          <w:rFonts w:cs="B Mitra"/>
          <w:sz w:val="28"/>
          <w:szCs w:val="28"/>
          <w:rtl/>
        </w:rPr>
        <w:t>توانند در صورت داشتن علاقه</w:t>
      </w:r>
      <w:r w:rsidRPr="0000691D">
        <w:rPr>
          <w:rFonts w:cs="B Mitra" w:hint="cs"/>
          <w:sz w:val="28"/>
          <w:szCs w:val="28"/>
          <w:rtl/>
        </w:rPr>
        <w:t>،</w:t>
      </w:r>
      <w:r w:rsidRPr="0000691D">
        <w:rPr>
          <w:rFonts w:cs="B Mitra"/>
          <w:sz w:val="28"/>
          <w:szCs w:val="28"/>
          <w:rtl/>
        </w:rPr>
        <w:t xml:space="preserve"> در قالب دفتر به اصطلاح خدمات پ</w:t>
      </w:r>
      <w:r w:rsidRPr="0000691D">
        <w:rPr>
          <w:rFonts w:cs="B Mitra" w:hint="cs"/>
          <w:sz w:val="28"/>
          <w:szCs w:val="28"/>
          <w:rtl/>
        </w:rPr>
        <w:t>ی</w:t>
      </w:r>
      <w:r w:rsidRPr="0000691D">
        <w:rPr>
          <w:rFonts w:cs="B Mitra" w:hint="eastAsia"/>
          <w:sz w:val="28"/>
          <w:szCs w:val="28"/>
          <w:rtl/>
        </w:rPr>
        <w:t>شخوان</w:t>
      </w:r>
      <w:r w:rsidRPr="0000691D">
        <w:rPr>
          <w:rFonts w:cs="B Mitra"/>
          <w:sz w:val="28"/>
          <w:szCs w:val="28"/>
          <w:rtl/>
        </w:rPr>
        <w:t xml:space="preserve"> دولت و </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کاف</w:t>
      </w:r>
      <w:r w:rsidRPr="0000691D">
        <w:rPr>
          <w:rFonts w:cs="B Mitra" w:hint="cs"/>
          <w:sz w:val="28"/>
          <w:szCs w:val="28"/>
          <w:rtl/>
        </w:rPr>
        <w:t>ی‌</w:t>
      </w:r>
      <w:r w:rsidRPr="0000691D">
        <w:rPr>
          <w:rFonts w:cs="B Mitra"/>
          <w:sz w:val="28"/>
          <w:szCs w:val="28"/>
          <w:rtl/>
        </w:rPr>
        <w:t>نت</w:t>
      </w:r>
      <w:r w:rsidRPr="0000691D">
        <w:rPr>
          <w:rFonts w:cs="B Mitra" w:hint="cs"/>
          <w:sz w:val="28"/>
          <w:szCs w:val="28"/>
          <w:rtl/>
        </w:rPr>
        <w:t>،</w:t>
      </w:r>
      <w:r w:rsidRPr="0000691D">
        <w:rPr>
          <w:rFonts w:cs="B Mitra"/>
          <w:sz w:val="28"/>
          <w:szCs w:val="28"/>
          <w:rtl/>
        </w:rPr>
        <w:t xml:space="preserve"> فع</w:t>
      </w:r>
      <w:r w:rsidRPr="0000691D">
        <w:rPr>
          <w:rFonts w:cs="B Mitra" w:hint="eastAsia"/>
          <w:sz w:val="28"/>
          <w:szCs w:val="28"/>
          <w:rtl/>
        </w:rPr>
        <w:t>ال</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اقتصاد</w:t>
      </w:r>
      <w:r w:rsidRPr="0000691D">
        <w:rPr>
          <w:rFonts w:cs="B Mitra" w:hint="cs"/>
          <w:sz w:val="28"/>
          <w:szCs w:val="28"/>
          <w:rtl/>
        </w:rPr>
        <w:t>ی</w:t>
      </w:r>
      <w:r w:rsidRPr="0000691D">
        <w:rPr>
          <w:rFonts w:cs="B Mitra"/>
          <w:sz w:val="28"/>
          <w:szCs w:val="28"/>
          <w:rtl/>
        </w:rPr>
        <w:t xml:space="preserve"> و درآمدزا</w:t>
      </w:r>
      <w:r w:rsidRPr="0000691D">
        <w:rPr>
          <w:rFonts w:cs="B Mitra" w:hint="cs"/>
          <w:sz w:val="28"/>
          <w:szCs w:val="28"/>
          <w:rtl/>
        </w:rPr>
        <w:t>یی</w:t>
      </w:r>
      <w:r w:rsidRPr="0000691D">
        <w:rPr>
          <w:rFonts w:cs="B Mitra"/>
          <w:sz w:val="28"/>
          <w:szCs w:val="28"/>
          <w:rtl/>
        </w:rPr>
        <w:t xml:space="preserve"> داشته باشند</w:t>
      </w:r>
      <w:r w:rsidRPr="0000691D">
        <w:rPr>
          <w:rFonts w:cs="B Mitra" w:hint="cs"/>
          <w:sz w:val="28"/>
          <w:szCs w:val="28"/>
          <w:rtl/>
        </w:rPr>
        <w:t>.</w:t>
      </w:r>
      <w:r w:rsidRPr="0000691D">
        <w:rPr>
          <w:rFonts w:cs="B Mitra"/>
          <w:sz w:val="28"/>
          <w:szCs w:val="28"/>
          <w:rtl/>
        </w:rPr>
        <w:t xml:space="preserve"> برپا</w:t>
      </w:r>
      <w:r w:rsidRPr="0000691D">
        <w:rPr>
          <w:rFonts w:cs="B Mitra" w:hint="cs"/>
          <w:sz w:val="28"/>
          <w:szCs w:val="28"/>
          <w:rtl/>
        </w:rPr>
        <w:t>یی</w:t>
      </w:r>
      <w:r w:rsidRPr="0000691D">
        <w:rPr>
          <w:rFonts w:cs="B Mitra"/>
          <w:sz w:val="28"/>
          <w:szCs w:val="28"/>
          <w:rtl/>
        </w:rPr>
        <w:t xml:space="preserve"> و تجه</w:t>
      </w:r>
      <w:r w:rsidRPr="0000691D">
        <w:rPr>
          <w:rFonts w:cs="B Mitra" w:hint="cs"/>
          <w:sz w:val="28"/>
          <w:szCs w:val="28"/>
          <w:rtl/>
        </w:rPr>
        <w:t>ی</w:t>
      </w:r>
      <w:r w:rsidRPr="0000691D">
        <w:rPr>
          <w:rFonts w:cs="B Mitra" w:hint="eastAsia"/>
          <w:sz w:val="28"/>
          <w:szCs w:val="28"/>
          <w:rtl/>
        </w:rPr>
        <w:t>ز</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فرصت شغل</w:t>
      </w:r>
      <w:r w:rsidRPr="0000691D">
        <w:rPr>
          <w:rFonts w:cs="B Mitra" w:hint="cs"/>
          <w:sz w:val="28"/>
          <w:szCs w:val="28"/>
          <w:rtl/>
        </w:rPr>
        <w:t>ی،</w:t>
      </w:r>
      <w:r w:rsidRPr="0000691D">
        <w:rPr>
          <w:rFonts w:cs="B Mitra"/>
          <w:sz w:val="28"/>
          <w:szCs w:val="28"/>
          <w:rtl/>
        </w:rPr>
        <w:t xml:space="preserve"> در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اتاق و </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مغازه</w:t>
      </w:r>
      <w:r w:rsidRPr="0000691D">
        <w:rPr>
          <w:rFonts w:cs="B Mitra" w:hint="cs"/>
          <w:sz w:val="28"/>
          <w:szCs w:val="28"/>
          <w:rtl/>
        </w:rPr>
        <w:t>‌</w:t>
      </w:r>
      <w:r w:rsidRPr="0000691D">
        <w:rPr>
          <w:rFonts w:cs="B Mitra"/>
          <w:sz w:val="28"/>
          <w:szCs w:val="28"/>
          <w:rtl/>
        </w:rPr>
        <w:t>ا</w:t>
      </w:r>
      <w:r w:rsidRPr="0000691D">
        <w:rPr>
          <w:rFonts w:cs="B Mitra" w:hint="cs"/>
          <w:sz w:val="28"/>
          <w:szCs w:val="28"/>
          <w:rtl/>
        </w:rPr>
        <w:t>ی</w:t>
      </w:r>
      <w:r w:rsidRPr="0000691D">
        <w:rPr>
          <w:rFonts w:cs="B Mitra"/>
          <w:sz w:val="28"/>
          <w:szCs w:val="28"/>
          <w:rtl/>
        </w:rPr>
        <w:t xml:space="preserve"> دست کم با مساحت شش متر مربع هم امکان</w:t>
      </w:r>
      <w:r w:rsidRPr="0000691D">
        <w:rPr>
          <w:rFonts w:cs="B Mitra" w:hint="cs"/>
          <w:sz w:val="28"/>
          <w:szCs w:val="28"/>
          <w:rtl/>
        </w:rPr>
        <w:t>‌</w:t>
      </w:r>
      <w:r w:rsidRPr="0000691D">
        <w:rPr>
          <w:rFonts w:cs="B Mitra"/>
          <w:sz w:val="28"/>
          <w:szCs w:val="28"/>
          <w:rtl/>
        </w:rPr>
        <w:t>پذ</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م</w:t>
      </w:r>
      <w:r w:rsidRPr="0000691D">
        <w:rPr>
          <w:rFonts w:cs="B Mitra" w:hint="cs"/>
          <w:sz w:val="28"/>
          <w:szCs w:val="28"/>
          <w:rtl/>
        </w:rPr>
        <w:t>ی‌</w:t>
      </w:r>
      <w:r w:rsidRPr="0000691D">
        <w:rPr>
          <w:rFonts w:cs="B Mitra"/>
          <w:sz w:val="28"/>
          <w:szCs w:val="28"/>
          <w:rtl/>
        </w:rPr>
        <w:t>باشد</w:t>
      </w:r>
      <w:r w:rsidRPr="0000691D">
        <w:rPr>
          <w:rFonts w:cs="B Mitra" w:hint="cs"/>
          <w:sz w:val="28"/>
          <w:szCs w:val="28"/>
          <w:rtl/>
        </w:rPr>
        <w:t>.</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مکان شغل</w:t>
      </w:r>
      <w:r w:rsidRPr="0000691D">
        <w:rPr>
          <w:rFonts w:cs="B Mitra" w:hint="cs"/>
          <w:sz w:val="28"/>
          <w:szCs w:val="28"/>
          <w:rtl/>
        </w:rPr>
        <w:t>ی</w:t>
      </w:r>
      <w:r w:rsidRPr="0000691D">
        <w:rPr>
          <w:rFonts w:cs="B Mitra"/>
          <w:sz w:val="28"/>
          <w:szCs w:val="28"/>
          <w:rtl/>
        </w:rPr>
        <w:t xml:space="preserve"> حت</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تواند</w:t>
      </w:r>
      <w:r w:rsidRPr="0000691D">
        <w:rPr>
          <w:rFonts w:cs="B Mitra"/>
          <w:sz w:val="28"/>
          <w:szCs w:val="28"/>
          <w:rtl/>
        </w:rPr>
        <w:t xml:space="preserve"> در قسمت</w:t>
      </w:r>
      <w:r w:rsidRPr="0000691D">
        <w:rPr>
          <w:rFonts w:cs="B Mitra" w:hint="cs"/>
          <w:sz w:val="28"/>
          <w:szCs w:val="28"/>
          <w:rtl/>
        </w:rPr>
        <w:t>ی</w:t>
      </w:r>
      <w:r w:rsidRPr="0000691D">
        <w:rPr>
          <w:rFonts w:cs="B Mitra"/>
          <w:sz w:val="28"/>
          <w:szCs w:val="28"/>
          <w:rtl/>
        </w:rPr>
        <w:t xml:space="preserve"> از پارک</w:t>
      </w:r>
      <w:r w:rsidRPr="0000691D">
        <w:rPr>
          <w:rFonts w:cs="B Mitra" w:hint="cs"/>
          <w:sz w:val="28"/>
          <w:szCs w:val="28"/>
          <w:rtl/>
        </w:rPr>
        <w:t>ی</w:t>
      </w:r>
      <w:r w:rsidRPr="0000691D">
        <w:rPr>
          <w:rFonts w:cs="B Mitra" w:hint="eastAsia"/>
          <w:sz w:val="28"/>
          <w:szCs w:val="28"/>
          <w:rtl/>
        </w:rPr>
        <w:t>نگ</w:t>
      </w:r>
      <w:r w:rsidRPr="0000691D">
        <w:rPr>
          <w:rFonts w:cs="B Mitra"/>
          <w:sz w:val="28"/>
          <w:szCs w:val="28"/>
          <w:rtl/>
        </w:rPr>
        <w:t xml:space="preserve"> منزل و </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کوچه محل سکونت و منطقه</w:t>
      </w:r>
      <w:r w:rsidRPr="0000691D">
        <w:rPr>
          <w:rFonts w:cs="B Mitra" w:hint="cs"/>
          <w:sz w:val="28"/>
          <w:szCs w:val="28"/>
          <w:rtl/>
        </w:rPr>
        <w:t>‌</w:t>
      </w:r>
      <w:r w:rsidRPr="0000691D">
        <w:rPr>
          <w:rFonts w:cs="B Mitra"/>
          <w:sz w:val="28"/>
          <w:szCs w:val="28"/>
          <w:rtl/>
        </w:rPr>
        <w:t>ا</w:t>
      </w:r>
      <w:r w:rsidRPr="0000691D">
        <w:rPr>
          <w:rFonts w:cs="B Mitra" w:hint="cs"/>
          <w:sz w:val="28"/>
          <w:szCs w:val="28"/>
          <w:rtl/>
        </w:rPr>
        <w:t>ی</w:t>
      </w:r>
      <w:r w:rsidRPr="0000691D">
        <w:rPr>
          <w:rFonts w:cs="B Mitra"/>
          <w:sz w:val="28"/>
          <w:szCs w:val="28"/>
          <w:rtl/>
        </w:rPr>
        <w:t xml:space="preserve"> ن</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تجار</w:t>
      </w:r>
      <w:r w:rsidRPr="0000691D">
        <w:rPr>
          <w:rFonts w:cs="B Mitra" w:hint="cs"/>
          <w:sz w:val="28"/>
          <w:szCs w:val="28"/>
          <w:rtl/>
        </w:rPr>
        <w:t>ی</w:t>
      </w:r>
      <w:r w:rsidRPr="0000691D">
        <w:rPr>
          <w:rFonts w:cs="B Mitra"/>
          <w:sz w:val="28"/>
          <w:szCs w:val="28"/>
          <w:rtl/>
        </w:rPr>
        <w:t xml:space="preserve"> هم تأس</w:t>
      </w:r>
      <w:r w:rsidRPr="0000691D">
        <w:rPr>
          <w:rFonts w:cs="B Mitra" w:hint="cs"/>
          <w:sz w:val="28"/>
          <w:szCs w:val="28"/>
          <w:rtl/>
        </w:rPr>
        <w:t>ی</w:t>
      </w:r>
      <w:r w:rsidRPr="0000691D">
        <w:rPr>
          <w:rFonts w:cs="B Mitra" w:hint="eastAsia"/>
          <w:sz w:val="28"/>
          <w:szCs w:val="28"/>
          <w:rtl/>
        </w:rPr>
        <w:t>س</w:t>
      </w:r>
      <w:r w:rsidRPr="0000691D">
        <w:rPr>
          <w:rFonts w:cs="B Mitra"/>
          <w:sz w:val="28"/>
          <w:szCs w:val="28"/>
          <w:rtl/>
        </w:rPr>
        <w:t xml:space="preserve"> گرد</w:t>
      </w:r>
      <w:r w:rsidRPr="0000691D">
        <w:rPr>
          <w:rFonts w:cs="B Mitra" w:hint="eastAsia"/>
          <w:sz w:val="28"/>
          <w:szCs w:val="28"/>
          <w:rtl/>
        </w:rPr>
        <w:t>د</w:t>
      </w:r>
      <w:r w:rsidRPr="0000691D">
        <w:rPr>
          <w:rFonts w:cs="B Mitra" w:hint="cs"/>
          <w:sz w:val="28"/>
          <w:szCs w:val="28"/>
          <w:rtl/>
        </w:rPr>
        <w:t xml:space="preserve">. </w:t>
      </w:r>
      <w:r w:rsidRPr="0000691D">
        <w:rPr>
          <w:rFonts w:cs="B Mitra"/>
          <w:sz w:val="28"/>
          <w:szCs w:val="28"/>
          <w:rtl/>
        </w:rPr>
        <w:t>بد</w:t>
      </w:r>
      <w:r w:rsidRPr="0000691D">
        <w:rPr>
          <w:rFonts w:cs="B Mitra" w:hint="cs"/>
          <w:sz w:val="28"/>
          <w:szCs w:val="28"/>
          <w:rtl/>
        </w:rPr>
        <w:t>ی</w:t>
      </w:r>
      <w:r w:rsidRPr="0000691D">
        <w:rPr>
          <w:rFonts w:cs="B Mitra" w:hint="eastAsia"/>
          <w:sz w:val="28"/>
          <w:szCs w:val="28"/>
          <w:rtl/>
        </w:rPr>
        <w:t>ه</w:t>
      </w:r>
      <w:r w:rsidRPr="0000691D">
        <w:rPr>
          <w:rFonts w:cs="B Mitra" w:hint="cs"/>
          <w:sz w:val="28"/>
          <w:szCs w:val="28"/>
          <w:rtl/>
        </w:rPr>
        <w:t>ی</w:t>
      </w:r>
      <w:r w:rsidRPr="0000691D">
        <w:rPr>
          <w:rFonts w:cs="B Mitra"/>
          <w:sz w:val="28"/>
          <w:szCs w:val="28"/>
          <w:rtl/>
        </w:rPr>
        <w:t xml:space="preserve"> است که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مساحت مکان مورد نظر</w:t>
      </w:r>
      <w:r w:rsidRPr="0000691D">
        <w:rPr>
          <w:rFonts w:cs="B Mitra" w:hint="cs"/>
          <w:sz w:val="28"/>
          <w:szCs w:val="28"/>
          <w:rtl/>
        </w:rPr>
        <w:t>،</w:t>
      </w:r>
      <w:r w:rsidRPr="0000691D">
        <w:rPr>
          <w:rFonts w:cs="B Mitra"/>
          <w:sz w:val="28"/>
          <w:szCs w:val="28"/>
          <w:rtl/>
        </w:rPr>
        <w:t xml:space="preserve"> هر چه ب</w:t>
      </w:r>
      <w:r w:rsidRPr="0000691D">
        <w:rPr>
          <w:rFonts w:cs="B Mitra" w:hint="cs"/>
          <w:sz w:val="28"/>
          <w:szCs w:val="28"/>
          <w:rtl/>
        </w:rPr>
        <w:t>ی</w:t>
      </w:r>
      <w:r w:rsidRPr="0000691D">
        <w:rPr>
          <w:rFonts w:cs="B Mitra" w:hint="eastAsia"/>
          <w:sz w:val="28"/>
          <w:szCs w:val="28"/>
          <w:rtl/>
        </w:rPr>
        <w:t>شتر</w:t>
      </w:r>
      <w:r w:rsidRPr="0000691D">
        <w:rPr>
          <w:rFonts w:cs="B Mitra"/>
          <w:sz w:val="28"/>
          <w:szCs w:val="28"/>
          <w:rtl/>
        </w:rPr>
        <w:t xml:space="preserve"> از عدد </w:t>
      </w:r>
      <w:r w:rsidRPr="0000691D">
        <w:rPr>
          <w:rFonts w:cs="B Mitra" w:hint="cs"/>
          <w:sz w:val="28"/>
          <w:szCs w:val="28"/>
          <w:rtl/>
        </w:rPr>
        <w:t>ی</w:t>
      </w:r>
      <w:r w:rsidRPr="0000691D">
        <w:rPr>
          <w:rFonts w:cs="B Mitra" w:hint="eastAsia"/>
          <w:sz w:val="28"/>
          <w:szCs w:val="28"/>
          <w:rtl/>
        </w:rPr>
        <w:t>اد</w:t>
      </w:r>
      <w:r w:rsidRPr="0000691D">
        <w:rPr>
          <w:rFonts w:cs="B Mitra"/>
          <w:sz w:val="28"/>
          <w:szCs w:val="28"/>
          <w:rtl/>
        </w:rPr>
        <w:t xml:space="preserve"> شده و جانما</w:t>
      </w:r>
      <w:r w:rsidRPr="0000691D">
        <w:rPr>
          <w:rFonts w:cs="B Mitra" w:hint="cs"/>
          <w:sz w:val="28"/>
          <w:szCs w:val="28"/>
          <w:rtl/>
        </w:rPr>
        <w:t>یی</w:t>
      </w:r>
      <w:r w:rsidRPr="0000691D">
        <w:rPr>
          <w:rFonts w:cs="B Mitra"/>
          <w:sz w:val="28"/>
          <w:szCs w:val="28"/>
          <w:rtl/>
        </w:rPr>
        <w:t xml:space="preserve"> آن در مح</w:t>
      </w:r>
      <w:r w:rsidRPr="0000691D">
        <w:rPr>
          <w:rFonts w:cs="B Mitra" w:hint="cs"/>
          <w:sz w:val="28"/>
          <w:szCs w:val="28"/>
          <w:rtl/>
        </w:rPr>
        <w:t>ی</w:t>
      </w:r>
      <w:r w:rsidRPr="0000691D">
        <w:rPr>
          <w:rFonts w:cs="B Mitra" w:hint="eastAsia"/>
          <w:sz w:val="28"/>
          <w:szCs w:val="28"/>
          <w:rtl/>
        </w:rPr>
        <w:t>ط</w:t>
      </w:r>
      <w:r w:rsidRPr="0000691D">
        <w:rPr>
          <w:rFonts w:cs="B Mitra" w:hint="cs"/>
          <w:sz w:val="28"/>
          <w:szCs w:val="28"/>
          <w:rtl/>
        </w:rPr>
        <w:t>ی</w:t>
      </w:r>
      <w:r w:rsidRPr="0000691D">
        <w:rPr>
          <w:rFonts w:cs="B Mitra"/>
          <w:sz w:val="28"/>
          <w:szCs w:val="28"/>
          <w:rtl/>
        </w:rPr>
        <w:t xml:space="preserve"> تجار</w:t>
      </w:r>
      <w:r w:rsidRPr="0000691D">
        <w:rPr>
          <w:rFonts w:cs="B Mitra" w:hint="cs"/>
          <w:sz w:val="28"/>
          <w:szCs w:val="28"/>
          <w:rtl/>
        </w:rPr>
        <w:t>ی</w:t>
      </w:r>
      <w:r w:rsidRPr="0000691D">
        <w:rPr>
          <w:rFonts w:cs="B Mitra"/>
          <w:sz w:val="28"/>
          <w:szCs w:val="28"/>
          <w:rtl/>
        </w:rPr>
        <w:t xml:space="preserve"> و پر رفت و</w:t>
      </w:r>
      <w:r w:rsidRPr="0000691D">
        <w:rPr>
          <w:rFonts w:cs="B Mitra" w:hint="cs"/>
          <w:sz w:val="28"/>
          <w:szCs w:val="28"/>
          <w:rtl/>
        </w:rPr>
        <w:t xml:space="preserve"> </w:t>
      </w:r>
      <w:r w:rsidRPr="0000691D">
        <w:rPr>
          <w:rFonts w:cs="B Mitra"/>
          <w:sz w:val="28"/>
          <w:szCs w:val="28"/>
          <w:rtl/>
        </w:rPr>
        <w:t>آمد باشد</w:t>
      </w:r>
      <w:r w:rsidRPr="0000691D">
        <w:rPr>
          <w:rFonts w:cs="B Mitra" w:hint="cs"/>
          <w:sz w:val="28"/>
          <w:szCs w:val="28"/>
          <w:rtl/>
        </w:rPr>
        <w:t>،</w:t>
      </w:r>
      <w:r w:rsidRPr="0000691D">
        <w:rPr>
          <w:rFonts w:cs="B Mitra"/>
          <w:sz w:val="28"/>
          <w:szCs w:val="28"/>
          <w:rtl/>
        </w:rPr>
        <w:t xml:space="preserve"> بالطبع از رونق ب</w:t>
      </w:r>
      <w:r w:rsidRPr="0000691D">
        <w:rPr>
          <w:rFonts w:cs="B Mitra" w:hint="cs"/>
          <w:sz w:val="28"/>
          <w:szCs w:val="28"/>
          <w:rtl/>
        </w:rPr>
        <w:t>ی</w:t>
      </w:r>
      <w:r w:rsidRPr="0000691D">
        <w:rPr>
          <w:rFonts w:cs="B Mitra" w:hint="eastAsia"/>
          <w:sz w:val="28"/>
          <w:szCs w:val="28"/>
          <w:rtl/>
        </w:rPr>
        <w:t>شتر</w:t>
      </w:r>
      <w:r w:rsidRPr="0000691D">
        <w:rPr>
          <w:rFonts w:cs="B Mitra"/>
          <w:sz w:val="28"/>
          <w:szCs w:val="28"/>
          <w:rtl/>
        </w:rPr>
        <w:t xml:space="preserve"> و بهتر</w:t>
      </w:r>
      <w:r w:rsidRPr="0000691D">
        <w:rPr>
          <w:rFonts w:cs="B Mitra" w:hint="cs"/>
          <w:sz w:val="28"/>
          <w:szCs w:val="28"/>
          <w:rtl/>
        </w:rPr>
        <w:t>ی</w:t>
      </w:r>
      <w:r w:rsidRPr="0000691D">
        <w:rPr>
          <w:rFonts w:cs="B Mitra"/>
          <w:sz w:val="28"/>
          <w:szCs w:val="28"/>
          <w:rtl/>
        </w:rPr>
        <w:t xml:space="preserve"> برخوردار خواهد شد</w:t>
      </w:r>
      <w:r w:rsidRPr="0000691D">
        <w:rPr>
          <w:rFonts w:cs="B Mitra" w:hint="cs"/>
          <w:sz w:val="28"/>
          <w:szCs w:val="28"/>
          <w:rtl/>
        </w:rPr>
        <w:t>.</w:t>
      </w:r>
      <w:r w:rsidRPr="0000691D">
        <w:rPr>
          <w:rFonts w:cs="B Mitra"/>
          <w:sz w:val="28"/>
          <w:szCs w:val="28"/>
          <w:rtl/>
        </w:rPr>
        <w:t xml:space="preserve"> دوستان با آس</w:t>
      </w:r>
      <w:r w:rsidRPr="0000691D">
        <w:rPr>
          <w:rFonts w:cs="B Mitra" w:hint="cs"/>
          <w:sz w:val="28"/>
          <w:szCs w:val="28"/>
          <w:rtl/>
        </w:rPr>
        <w:t>ی</w:t>
      </w:r>
      <w:r w:rsidRPr="0000691D">
        <w:rPr>
          <w:rFonts w:cs="B Mitra" w:hint="eastAsia"/>
          <w:sz w:val="28"/>
          <w:szCs w:val="28"/>
          <w:rtl/>
        </w:rPr>
        <w:t>ب</w:t>
      </w:r>
      <w:r w:rsidRPr="0000691D">
        <w:rPr>
          <w:rFonts w:cs="B Mitra"/>
          <w:sz w:val="28"/>
          <w:szCs w:val="28"/>
          <w:rtl/>
        </w:rPr>
        <w:t xml:space="preserve"> ب</w:t>
      </w:r>
      <w:r w:rsidRPr="0000691D">
        <w:rPr>
          <w:rFonts w:cs="B Mitra" w:hint="cs"/>
          <w:sz w:val="28"/>
          <w:szCs w:val="28"/>
          <w:rtl/>
        </w:rPr>
        <w:t>ی</w:t>
      </w:r>
      <w:r w:rsidRPr="0000691D">
        <w:rPr>
          <w:rFonts w:cs="B Mitra" w:hint="eastAsia"/>
          <w:sz w:val="28"/>
          <w:szCs w:val="28"/>
          <w:rtl/>
        </w:rPr>
        <w:t>نا</w:t>
      </w:r>
      <w:r w:rsidRPr="0000691D">
        <w:rPr>
          <w:rFonts w:cs="B Mitra" w:hint="cs"/>
          <w:sz w:val="28"/>
          <w:szCs w:val="28"/>
          <w:rtl/>
        </w:rPr>
        <w:t>یی</w:t>
      </w:r>
      <w:r w:rsidRPr="0000691D">
        <w:rPr>
          <w:rFonts w:cs="B Mitra"/>
          <w:sz w:val="28"/>
          <w:szCs w:val="28"/>
          <w:rtl/>
        </w:rPr>
        <w:t xml:space="preserve"> م</w:t>
      </w:r>
      <w:r w:rsidRPr="0000691D">
        <w:rPr>
          <w:rFonts w:cs="B Mitra" w:hint="cs"/>
          <w:sz w:val="28"/>
          <w:szCs w:val="28"/>
          <w:rtl/>
        </w:rPr>
        <w:t>ی‌</w:t>
      </w:r>
      <w:r w:rsidRPr="0000691D">
        <w:rPr>
          <w:rFonts w:cs="B Mitra"/>
          <w:sz w:val="28"/>
          <w:szCs w:val="28"/>
          <w:rtl/>
        </w:rPr>
        <w:t>توانند با همکار</w:t>
      </w:r>
      <w:r w:rsidRPr="0000691D">
        <w:rPr>
          <w:rFonts w:cs="B Mitra" w:hint="cs"/>
          <w:sz w:val="28"/>
          <w:szCs w:val="28"/>
          <w:rtl/>
        </w:rPr>
        <w:t>ی</w:t>
      </w:r>
      <w:r w:rsidRPr="0000691D">
        <w:rPr>
          <w:rFonts w:cs="B Mitra"/>
          <w:sz w:val="28"/>
          <w:szCs w:val="28"/>
          <w:rtl/>
        </w:rPr>
        <w:t xml:space="preserve"> و مشارکت مال</w:t>
      </w:r>
      <w:r w:rsidRPr="0000691D">
        <w:rPr>
          <w:rFonts w:cs="B Mitra" w:hint="cs"/>
          <w:sz w:val="28"/>
          <w:szCs w:val="28"/>
          <w:rtl/>
        </w:rPr>
        <w:t>ی</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ک</w:t>
      </w:r>
      <w:r w:rsidRPr="0000691D">
        <w:rPr>
          <w:rFonts w:cs="B Mitra" w:hint="cs"/>
          <w:sz w:val="28"/>
          <w:szCs w:val="28"/>
          <w:rtl/>
        </w:rPr>
        <w:t>ی</w:t>
      </w:r>
      <w:r w:rsidRPr="0000691D">
        <w:rPr>
          <w:rFonts w:cs="B Mitra"/>
          <w:sz w:val="28"/>
          <w:szCs w:val="28"/>
          <w:rtl/>
        </w:rPr>
        <w:t xml:space="preserve"> از اعضا</w:t>
      </w:r>
      <w:r w:rsidRPr="0000691D">
        <w:rPr>
          <w:rFonts w:cs="B Mitra" w:hint="cs"/>
          <w:sz w:val="28"/>
          <w:szCs w:val="28"/>
          <w:rtl/>
        </w:rPr>
        <w:t>ی</w:t>
      </w:r>
      <w:r w:rsidRPr="0000691D">
        <w:rPr>
          <w:rFonts w:cs="B Mitra"/>
          <w:sz w:val="28"/>
          <w:szCs w:val="28"/>
          <w:rtl/>
        </w:rPr>
        <w:t xml:space="preserve"> </w:t>
      </w:r>
      <w:r w:rsidRPr="0000691D">
        <w:rPr>
          <w:rFonts w:cs="B Mitra"/>
          <w:sz w:val="28"/>
          <w:szCs w:val="28"/>
          <w:rtl/>
        </w:rPr>
        <w:lastRenderedPageBreak/>
        <w:t xml:space="preserve">خانواده و </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دوست</w:t>
      </w:r>
      <w:r w:rsidRPr="0000691D">
        <w:rPr>
          <w:rFonts w:cs="B Mitra" w:hint="cs"/>
          <w:sz w:val="28"/>
          <w:szCs w:val="28"/>
          <w:rtl/>
        </w:rPr>
        <w:t>ی</w:t>
      </w:r>
      <w:r w:rsidRPr="0000691D">
        <w:rPr>
          <w:rFonts w:cs="B Mitra"/>
          <w:sz w:val="28"/>
          <w:szCs w:val="28"/>
          <w:rtl/>
        </w:rPr>
        <w:t xml:space="preserve"> مطمئن و دارا</w:t>
      </w:r>
      <w:r w:rsidRPr="0000691D">
        <w:rPr>
          <w:rFonts w:cs="B Mitra" w:hint="cs"/>
          <w:sz w:val="28"/>
          <w:szCs w:val="28"/>
          <w:rtl/>
        </w:rPr>
        <w:t>ی</w:t>
      </w:r>
      <w:r w:rsidRPr="0000691D">
        <w:rPr>
          <w:rFonts w:cs="B Mitra"/>
          <w:sz w:val="28"/>
          <w:szCs w:val="28"/>
          <w:rtl/>
        </w:rPr>
        <w:t xml:space="preserve"> انگ</w:t>
      </w:r>
      <w:r w:rsidRPr="0000691D">
        <w:rPr>
          <w:rFonts w:cs="B Mitra" w:hint="cs"/>
          <w:sz w:val="28"/>
          <w:szCs w:val="28"/>
          <w:rtl/>
        </w:rPr>
        <w:t>ی</w:t>
      </w:r>
      <w:r w:rsidRPr="0000691D">
        <w:rPr>
          <w:rFonts w:cs="B Mitra" w:hint="eastAsia"/>
          <w:sz w:val="28"/>
          <w:szCs w:val="28"/>
          <w:rtl/>
        </w:rPr>
        <w:t>زه</w:t>
      </w:r>
      <w:r w:rsidRPr="0000691D">
        <w:rPr>
          <w:rFonts w:cs="B Mitra"/>
          <w:sz w:val="28"/>
          <w:szCs w:val="28"/>
          <w:rtl/>
        </w:rPr>
        <w:t xml:space="preserve"> لازم</w:t>
      </w:r>
      <w:r w:rsidRPr="0000691D">
        <w:rPr>
          <w:rFonts w:cs="B Mitra" w:hint="cs"/>
          <w:sz w:val="28"/>
          <w:szCs w:val="28"/>
          <w:rtl/>
        </w:rPr>
        <w:t>،</w:t>
      </w:r>
      <w:r w:rsidRPr="0000691D">
        <w:rPr>
          <w:rFonts w:cs="B Mitra"/>
          <w:sz w:val="28"/>
          <w:szCs w:val="28"/>
          <w:rtl/>
        </w:rPr>
        <w:t xml:space="preserve"> پا</w:t>
      </w:r>
      <w:r w:rsidRPr="0000691D">
        <w:rPr>
          <w:rFonts w:cs="B Mitra" w:hint="cs"/>
          <w:sz w:val="28"/>
          <w:szCs w:val="28"/>
          <w:rtl/>
        </w:rPr>
        <w:t>ی</w:t>
      </w:r>
      <w:r w:rsidRPr="0000691D">
        <w:rPr>
          <w:rFonts w:cs="B Mitra"/>
          <w:sz w:val="28"/>
          <w:szCs w:val="28"/>
          <w:rtl/>
        </w:rPr>
        <w:t xml:space="preserve"> در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مس</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شغل</w:t>
      </w:r>
      <w:r w:rsidRPr="0000691D">
        <w:rPr>
          <w:rFonts w:cs="B Mitra" w:hint="cs"/>
          <w:sz w:val="28"/>
          <w:szCs w:val="28"/>
          <w:rtl/>
        </w:rPr>
        <w:t>ی</w:t>
      </w:r>
      <w:r w:rsidRPr="0000691D">
        <w:rPr>
          <w:rFonts w:cs="B Mitra"/>
          <w:sz w:val="28"/>
          <w:szCs w:val="28"/>
          <w:rtl/>
        </w:rPr>
        <w:t xml:space="preserve"> بگذارند</w:t>
      </w:r>
      <w:r w:rsidRPr="0000691D">
        <w:rPr>
          <w:rFonts w:cs="B Mitra" w:hint="cs"/>
          <w:sz w:val="28"/>
          <w:szCs w:val="28"/>
          <w:rtl/>
        </w:rPr>
        <w:t>.</w:t>
      </w:r>
      <w:r w:rsidRPr="0000691D">
        <w:rPr>
          <w:rFonts w:cs="B Mitra"/>
          <w:sz w:val="28"/>
          <w:szCs w:val="28"/>
          <w:rtl/>
        </w:rPr>
        <w:t xml:space="preserve"> به منظور تدو</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طرح شغل</w:t>
      </w:r>
      <w:r w:rsidRPr="0000691D">
        <w:rPr>
          <w:rFonts w:cs="B Mitra" w:hint="cs"/>
          <w:sz w:val="28"/>
          <w:szCs w:val="28"/>
          <w:rtl/>
        </w:rPr>
        <w:t>ی</w:t>
      </w:r>
      <w:r w:rsidRPr="0000691D">
        <w:rPr>
          <w:rFonts w:cs="B Mitra"/>
          <w:sz w:val="28"/>
          <w:szCs w:val="28"/>
          <w:rtl/>
        </w:rPr>
        <w:t xml:space="preserve"> و برآورد هز</w:t>
      </w:r>
      <w:r w:rsidRPr="0000691D">
        <w:rPr>
          <w:rFonts w:cs="B Mitra" w:hint="cs"/>
          <w:sz w:val="28"/>
          <w:szCs w:val="28"/>
          <w:rtl/>
        </w:rPr>
        <w:t>ی</w:t>
      </w:r>
      <w:r w:rsidRPr="0000691D">
        <w:rPr>
          <w:rFonts w:cs="B Mitra" w:hint="eastAsia"/>
          <w:sz w:val="28"/>
          <w:szCs w:val="28"/>
          <w:rtl/>
        </w:rPr>
        <w:t>نه</w:t>
      </w:r>
      <w:r w:rsidRPr="0000691D">
        <w:rPr>
          <w:rFonts w:cs="B Mitra" w:hint="cs"/>
          <w:sz w:val="28"/>
          <w:szCs w:val="28"/>
          <w:rtl/>
        </w:rPr>
        <w:t>‌</w:t>
      </w:r>
      <w:r w:rsidRPr="0000691D">
        <w:rPr>
          <w:rFonts w:cs="B Mitra"/>
          <w:sz w:val="28"/>
          <w:szCs w:val="28"/>
          <w:rtl/>
        </w:rPr>
        <w:t>ها</w:t>
      </w:r>
      <w:r w:rsidRPr="0000691D">
        <w:rPr>
          <w:rFonts w:cs="B Mitra" w:hint="cs"/>
          <w:sz w:val="28"/>
          <w:szCs w:val="28"/>
          <w:rtl/>
        </w:rPr>
        <w:t>ی</w:t>
      </w:r>
      <w:r w:rsidRPr="0000691D">
        <w:rPr>
          <w:rFonts w:cs="B Mitra"/>
          <w:sz w:val="28"/>
          <w:szCs w:val="28"/>
          <w:rtl/>
        </w:rPr>
        <w:t xml:space="preserve"> آن</w:t>
      </w:r>
      <w:r w:rsidRPr="0000691D">
        <w:rPr>
          <w:rFonts w:cs="B Mitra" w:hint="cs"/>
          <w:sz w:val="28"/>
          <w:szCs w:val="28"/>
          <w:rtl/>
        </w:rPr>
        <w:t>،</w:t>
      </w:r>
      <w:r w:rsidRPr="0000691D">
        <w:rPr>
          <w:rFonts w:cs="B Mitra"/>
          <w:sz w:val="28"/>
          <w:szCs w:val="28"/>
          <w:rtl/>
        </w:rPr>
        <w:t xml:space="preserve"> با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به ته</w:t>
      </w:r>
      <w:r w:rsidRPr="0000691D">
        <w:rPr>
          <w:rFonts w:cs="B Mitra" w:hint="cs"/>
          <w:sz w:val="28"/>
          <w:szCs w:val="28"/>
          <w:rtl/>
        </w:rPr>
        <w:t>ی</w:t>
      </w:r>
      <w:r w:rsidRPr="0000691D">
        <w:rPr>
          <w:rFonts w:cs="B Mitra" w:hint="eastAsia"/>
          <w:sz w:val="28"/>
          <w:szCs w:val="28"/>
          <w:rtl/>
        </w:rPr>
        <w:t>ه</w:t>
      </w:r>
      <w:r w:rsidRPr="0000691D">
        <w:rPr>
          <w:rFonts w:cs="B Mitra"/>
          <w:sz w:val="28"/>
          <w:szCs w:val="28"/>
          <w:rtl/>
        </w:rPr>
        <w:t xml:space="preserve"> و تأم</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اب</w:t>
      </w:r>
      <w:r w:rsidRPr="0000691D">
        <w:rPr>
          <w:rFonts w:cs="B Mitra" w:hint="cs"/>
          <w:sz w:val="28"/>
          <w:szCs w:val="28"/>
          <w:rtl/>
        </w:rPr>
        <w:t>ز</w:t>
      </w:r>
      <w:r w:rsidRPr="0000691D">
        <w:rPr>
          <w:rFonts w:cs="B Mitra"/>
          <w:sz w:val="28"/>
          <w:szCs w:val="28"/>
          <w:rtl/>
        </w:rPr>
        <w:t>ار</w:t>
      </w:r>
      <w:r w:rsidRPr="0000691D">
        <w:rPr>
          <w:rFonts w:cs="B Mitra" w:hint="cs"/>
          <w:sz w:val="28"/>
          <w:szCs w:val="28"/>
          <w:rtl/>
        </w:rPr>
        <w:t>ی</w:t>
      </w:r>
      <w:r w:rsidRPr="0000691D">
        <w:rPr>
          <w:rFonts w:cs="B Mitra"/>
          <w:sz w:val="28"/>
          <w:szCs w:val="28"/>
          <w:rtl/>
        </w:rPr>
        <w:t xml:space="preserve"> همچون خط تلفن ثابت برا</w:t>
      </w:r>
      <w:r w:rsidRPr="0000691D">
        <w:rPr>
          <w:rFonts w:cs="B Mitra" w:hint="cs"/>
          <w:sz w:val="28"/>
          <w:szCs w:val="28"/>
          <w:rtl/>
        </w:rPr>
        <w:t>ی</w:t>
      </w:r>
      <w:r w:rsidRPr="0000691D">
        <w:rPr>
          <w:rFonts w:cs="B Mitra"/>
          <w:sz w:val="28"/>
          <w:szCs w:val="28"/>
          <w:rtl/>
        </w:rPr>
        <w:t xml:space="preserve"> برقرار</w:t>
      </w:r>
      <w:r w:rsidRPr="0000691D">
        <w:rPr>
          <w:rFonts w:cs="B Mitra" w:hint="cs"/>
          <w:sz w:val="28"/>
          <w:szCs w:val="28"/>
          <w:rtl/>
        </w:rPr>
        <w:t>ی</w:t>
      </w:r>
      <w:r w:rsidRPr="0000691D">
        <w:rPr>
          <w:rFonts w:cs="B Mitra"/>
          <w:sz w:val="28"/>
          <w:szCs w:val="28"/>
          <w:rtl/>
        </w:rPr>
        <w:t xml:space="preserve"> ارتباطات ا</w:t>
      </w:r>
      <w:r w:rsidRPr="0000691D">
        <w:rPr>
          <w:rFonts w:cs="B Mitra" w:hint="cs"/>
          <w:sz w:val="28"/>
          <w:szCs w:val="28"/>
          <w:rtl/>
        </w:rPr>
        <w:t>ی</w:t>
      </w:r>
      <w:r w:rsidRPr="0000691D">
        <w:rPr>
          <w:rFonts w:cs="B Mitra" w:hint="eastAsia"/>
          <w:sz w:val="28"/>
          <w:szCs w:val="28"/>
          <w:rtl/>
        </w:rPr>
        <w:t>نترنت</w:t>
      </w:r>
      <w:r w:rsidRPr="0000691D">
        <w:rPr>
          <w:rFonts w:cs="B Mitra" w:hint="cs"/>
          <w:sz w:val="28"/>
          <w:szCs w:val="28"/>
          <w:rtl/>
        </w:rPr>
        <w:t xml:space="preserve">ی، </w:t>
      </w:r>
      <w:r w:rsidRPr="0000691D">
        <w:rPr>
          <w:rFonts w:cs="B Mitra"/>
          <w:sz w:val="28"/>
          <w:szCs w:val="28"/>
          <w:rtl/>
        </w:rPr>
        <w:t>س</w:t>
      </w:r>
      <w:r w:rsidRPr="0000691D">
        <w:rPr>
          <w:rFonts w:cs="B Mitra" w:hint="cs"/>
          <w:sz w:val="28"/>
          <w:szCs w:val="28"/>
          <w:rtl/>
        </w:rPr>
        <w:t>ی</w:t>
      </w:r>
      <w:r w:rsidRPr="0000691D">
        <w:rPr>
          <w:rFonts w:cs="B Mitra" w:hint="eastAsia"/>
          <w:sz w:val="28"/>
          <w:szCs w:val="28"/>
          <w:rtl/>
        </w:rPr>
        <w:t>ستم</w:t>
      </w:r>
      <w:r w:rsidRPr="0000691D">
        <w:rPr>
          <w:rFonts w:cs="B Mitra"/>
          <w:sz w:val="28"/>
          <w:szCs w:val="28"/>
          <w:rtl/>
        </w:rPr>
        <w:t xml:space="preserve"> را</w:t>
      </w:r>
      <w:r w:rsidRPr="0000691D">
        <w:rPr>
          <w:rFonts w:cs="B Mitra" w:hint="cs"/>
          <w:sz w:val="28"/>
          <w:szCs w:val="28"/>
          <w:rtl/>
        </w:rPr>
        <w:t>ی</w:t>
      </w:r>
      <w:r w:rsidRPr="0000691D">
        <w:rPr>
          <w:rFonts w:cs="B Mitra" w:hint="eastAsia"/>
          <w:sz w:val="28"/>
          <w:szCs w:val="28"/>
          <w:rtl/>
        </w:rPr>
        <w:t>انه</w:t>
      </w:r>
      <w:r w:rsidRPr="0000691D">
        <w:rPr>
          <w:rFonts w:cs="B Mitra" w:hint="cs"/>
          <w:sz w:val="28"/>
          <w:szCs w:val="28"/>
          <w:rtl/>
        </w:rPr>
        <w:t xml:space="preserve">، </w:t>
      </w:r>
      <w:r w:rsidRPr="0000691D">
        <w:rPr>
          <w:rFonts w:cs="B Mitra"/>
          <w:sz w:val="28"/>
          <w:szCs w:val="28"/>
          <w:rtl/>
        </w:rPr>
        <w:t>چاپگر و اسکنر توجه داشت</w:t>
      </w:r>
      <w:r w:rsidRPr="0000691D">
        <w:rPr>
          <w:rFonts w:cs="B Mitra" w:hint="cs"/>
          <w:sz w:val="28"/>
          <w:szCs w:val="28"/>
          <w:rtl/>
        </w:rPr>
        <w:t>؛</w:t>
      </w:r>
      <w:r w:rsidRPr="0000691D">
        <w:rPr>
          <w:rFonts w:cs="B Mitra"/>
          <w:sz w:val="28"/>
          <w:szCs w:val="28"/>
          <w:rtl/>
        </w:rPr>
        <w:t xml:space="preserve"> باز هم با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w:t>
      </w:r>
      <w:r w:rsidRPr="0000691D">
        <w:rPr>
          <w:rFonts w:cs="B Mitra" w:hint="eastAsia"/>
          <w:sz w:val="28"/>
          <w:szCs w:val="28"/>
          <w:rtl/>
        </w:rPr>
        <w:t>در</w:t>
      </w:r>
      <w:r w:rsidRPr="0000691D">
        <w:rPr>
          <w:rFonts w:cs="B Mitra"/>
          <w:sz w:val="28"/>
          <w:szCs w:val="28"/>
          <w:rtl/>
        </w:rPr>
        <w:t xml:space="preserve"> نظر داشت که با خر</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و نصب سا</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دستگاه</w:t>
      </w:r>
      <w:r w:rsidRPr="0000691D">
        <w:rPr>
          <w:rFonts w:cs="B Mitra" w:hint="cs"/>
          <w:sz w:val="28"/>
          <w:szCs w:val="28"/>
          <w:rtl/>
        </w:rPr>
        <w:t>‌</w:t>
      </w:r>
      <w:r w:rsidRPr="0000691D">
        <w:rPr>
          <w:rFonts w:cs="B Mitra"/>
          <w:sz w:val="28"/>
          <w:szCs w:val="28"/>
          <w:rtl/>
        </w:rPr>
        <w:t>ها</w:t>
      </w:r>
      <w:r w:rsidRPr="0000691D">
        <w:rPr>
          <w:rFonts w:cs="B Mitra" w:hint="cs"/>
          <w:sz w:val="28"/>
          <w:szCs w:val="28"/>
          <w:rtl/>
        </w:rPr>
        <w:t>ی</w:t>
      </w:r>
      <w:r w:rsidRPr="0000691D">
        <w:rPr>
          <w:rFonts w:cs="B Mitra"/>
          <w:sz w:val="28"/>
          <w:szCs w:val="28"/>
          <w:rtl/>
        </w:rPr>
        <w:t xml:space="preserve"> مرتبط با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فعال</w:t>
      </w:r>
      <w:r w:rsidRPr="0000691D">
        <w:rPr>
          <w:rFonts w:cs="B Mitra" w:hint="cs"/>
          <w:sz w:val="28"/>
          <w:szCs w:val="28"/>
          <w:rtl/>
        </w:rPr>
        <w:t>ی</w:t>
      </w:r>
      <w:r w:rsidRPr="0000691D">
        <w:rPr>
          <w:rFonts w:cs="B Mitra" w:hint="eastAsia"/>
          <w:sz w:val="28"/>
          <w:szCs w:val="28"/>
          <w:rtl/>
        </w:rPr>
        <w:t>ت</w:t>
      </w:r>
      <w:r w:rsidRPr="0000691D">
        <w:rPr>
          <w:rFonts w:cs="B Mitra" w:hint="cs"/>
          <w:sz w:val="28"/>
          <w:szCs w:val="28"/>
          <w:rtl/>
        </w:rPr>
        <w:t>،</w:t>
      </w:r>
      <w:r w:rsidRPr="0000691D">
        <w:rPr>
          <w:rFonts w:cs="B Mitra"/>
          <w:sz w:val="28"/>
          <w:szCs w:val="28"/>
          <w:rtl/>
        </w:rPr>
        <w:t xml:space="preserve"> به توسعه و ارائه خدمات ب</w:t>
      </w:r>
      <w:r w:rsidRPr="0000691D">
        <w:rPr>
          <w:rFonts w:cs="B Mitra" w:hint="cs"/>
          <w:sz w:val="28"/>
          <w:szCs w:val="28"/>
          <w:rtl/>
        </w:rPr>
        <w:t>ی</w:t>
      </w:r>
      <w:r w:rsidRPr="0000691D">
        <w:rPr>
          <w:rFonts w:cs="B Mitra" w:hint="eastAsia"/>
          <w:sz w:val="28"/>
          <w:szCs w:val="28"/>
          <w:rtl/>
        </w:rPr>
        <w:t>شتر</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w:t>
      </w:r>
      <w:r w:rsidRPr="0000691D">
        <w:rPr>
          <w:rFonts w:cs="B Mitra"/>
          <w:sz w:val="28"/>
          <w:szCs w:val="28"/>
          <w:rtl/>
        </w:rPr>
        <w:t>توان پرداخت</w:t>
      </w:r>
      <w:r w:rsidRPr="0000691D">
        <w:rPr>
          <w:rFonts w:cs="B Mitra" w:hint="cs"/>
          <w:sz w:val="28"/>
          <w:szCs w:val="28"/>
          <w:rtl/>
        </w:rPr>
        <w:t>.</w:t>
      </w:r>
      <w:r w:rsidRPr="0000691D">
        <w:rPr>
          <w:rFonts w:cs="B Mitra"/>
          <w:sz w:val="28"/>
          <w:szCs w:val="28"/>
          <w:rtl/>
        </w:rPr>
        <w:t xml:space="preserve"> شما م</w:t>
      </w:r>
      <w:r w:rsidRPr="0000691D">
        <w:rPr>
          <w:rFonts w:cs="B Mitra" w:hint="cs"/>
          <w:sz w:val="28"/>
          <w:szCs w:val="28"/>
          <w:rtl/>
        </w:rPr>
        <w:t>ی‌</w:t>
      </w:r>
      <w:r w:rsidRPr="0000691D">
        <w:rPr>
          <w:rFonts w:cs="B Mitra"/>
          <w:sz w:val="28"/>
          <w:szCs w:val="28"/>
          <w:rtl/>
        </w:rPr>
        <w:t>توان</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با را</w:t>
      </w:r>
      <w:r w:rsidRPr="0000691D">
        <w:rPr>
          <w:rFonts w:cs="B Mitra" w:hint="cs"/>
          <w:sz w:val="28"/>
          <w:szCs w:val="28"/>
          <w:rtl/>
        </w:rPr>
        <w:t>ی</w:t>
      </w:r>
      <w:r w:rsidRPr="0000691D">
        <w:rPr>
          <w:rFonts w:cs="B Mitra" w:hint="eastAsia"/>
          <w:sz w:val="28"/>
          <w:szCs w:val="28"/>
          <w:rtl/>
        </w:rPr>
        <w:t>زن</w:t>
      </w:r>
      <w:r w:rsidRPr="0000691D">
        <w:rPr>
          <w:rFonts w:cs="B Mitra" w:hint="cs"/>
          <w:sz w:val="28"/>
          <w:szCs w:val="28"/>
          <w:rtl/>
        </w:rPr>
        <w:t>ی</w:t>
      </w:r>
      <w:r w:rsidRPr="0000691D">
        <w:rPr>
          <w:rFonts w:cs="B Mitra"/>
          <w:sz w:val="28"/>
          <w:szCs w:val="28"/>
          <w:rtl/>
        </w:rPr>
        <w:t xml:space="preserve"> و تعامل در ساختمان ادارات مختلف از قب</w:t>
      </w:r>
      <w:r w:rsidRPr="0000691D">
        <w:rPr>
          <w:rFonts w:cs="B Mitra" w:hint="cs"/>
          <w:sz w:val="28"/>
          <w:szCs w:val="28"/>
          <w:rtl/>
        </w:rPr>
        <w:t>ی</w:t>
      </w:r>
      <w:r w:rsidRPr="0000691D">
        <w:rPr>
          <w:rFonts w:cs="B Mitra" w:hint="eastAsia"/>
          <w:sz w:val="28"/>
          <w:szCs w:val="28"/>
          <w:rtl/>
        </w:rPr>
        <w:t>ل</w:t>
      </w:r>
      <w:r w:rsidRPr="0000691D">
        <w:rPr>
          <w:rFonts w:cs="B Mitra"/>
          <w:sz w:val="28"/>
          <w:szCs w:val="28"/>
          <w:rtl/>
        </w:rPr>
        <w:t xml:space="preserve"> شهردار</w:t>
      </w:r>
      <w:r w:rsidRPr="0000691D">
        <w:rPr>
          <w:rFonts w:cs="B Mitra" w:hint="cs"/>
          <w:sz w:val="28"/>
          <w:szCs w:val="28"/>
          <w:rtl/>
        </w:rPr>
        <w:t>ی‌</w:t>
      </w:r>
      <w:r w:rsidRPr="0000691D">
        <w:rPr>
          <w:rFonts w:cs="B Mitra"/>
          <w:sz w:val="28"/>
          <w:szCs w:val="28"/>
          <w:rtl/>
        </w:rPr>
        <w:t>ها</w:t>
      </w:r>
      <w:r w:rsidRPr="0000691D">
        <w:rPr>
          <w:rFonts w:cs="B Mitra" w:hint="cs"/>
          <w:sz w:val="28"/>
          <w:szCs w:val="28"/>
          <w:rtl/>
        </w:rPr>
        <w:t xml:space="preserve">، </w:t>
      </w:r>
      <w:r w:rsidRPr="0000691D">
        <w:rPr>
          <w:rFonts w:cs="B Mitra"/>
          <w:sz w:val="28"/>
          <w:szCs w:val="28"/>
          <w:rtl/>
        </w:rPr>
        <w:t>آموزش و پرورش</w:t>
      </w:r>
      <w:r w:rsidRPr="0000691D">
        <w:rPr>
          <w:rFonts w:cs="B Mitra" w:hint="cs"/>
          <w:sz w:val="28"/>
          <w:szCs w:val="28"/>
          <w:rtl/>
        </w:rPr>
        <w:t xml:space="preserve">، </w:t>
      </w:r>
      <w:r w:rsidRPr="0000691D">
        <w:rPr>
          <w:rFonts w:cs="B Mitra"/>
          <w:sz w:val="28"/>
          <w:szCs w:val="28"/>
          <w:rtl/>
        </w:rPr>
        <w:t>بهز</w:t>
      </w:r>
      <w:r w:rsidRPr="0000691D">
        <w:rPr>
          <w:rFonts w:cs="B Mitra" w:hint="cs"/>
          <w:sz w:val="28"/>
          <w:szCs w:val="28"/>
          <w:rtl/>
        </w:rPr>
        <w:t>ی</w:t>
      </w:r>
      <w:r w:rsidRPr="0000691D">
        <w:rPr>
          <w:rFonts w:cs="B Mitra" w:hint="eastAsia"/>
          <w:sz w:val="28"/>
          <w:szCs w:val="28"/>
          <w:rtl/>
        </w:rPr>
        <w:t>ست</w:t>
      </w:r>
      <w:r w:rsidRPr="0000691D">
        <w:rPr>
          <w:rFonts w:cs="B Mitra" w:hint="cs"/>
          <w:sz w:val="28"/>
          <w:szCs w:val="28"/>
          <w:rtl/>
        </w:rPr>
        <w:t xml:space="preserve">ی، </w:t>
      </w:r>
      <w:r w:rsidRPr="0000691D">
        <w:rPr>
          <w:rFonts w:cs="B Mitra"/>
          <w:sz w:val="28"/>
          <w:szCs w:val="28"/>
          <w:rtl/>
        </w:rPr>
        <w:t>واحدها</w:t>
      </w:r>
      <w:r w:rsidRPr="0000691D">
        <w:rPr>
          <w:rFonts w:cs="B Mitra" w:hint="cs"/>
          <w:sz w:val="28"/>
          <w:szCs w:val="28"/>
          <w:rtl/>
        </w:rPr>
        <w:t>ی</w:t>
      </w:r>
      <w:r w:rsidRPr="0000691D">
        <w:rPr>
          <w:rFonts w:cs="B Mitra"/>
          <w:sz w:val="28"/>
          <w:szCs w:val="28"/>
          <w:rtl/>
        </w:rPr>
        <w:t xml:space="preserve"> دانشگاه</w:t>
      </w:r>
      <w:r w:rsidRPr="0000691D">
        <w:rPr>
          <w:rFonts w:cs="B Mitra" w:hint="cs"/>
          <w:sz w:val="28"/>
          <w:szCs w:val="28"/>
          <w:rtl/>
        </w:rPr>
        <w:t>ی</w:t>
      </w:r>
      <w:r w:rsidRPr="0000691D">
        <w:rPr>
          <w:rFonts w:cs="B Mitra"/>
          <w:sz w:val="28"/>
          <w:szCs w:val="28"/>
          <w:rtl/>
        </w:rPr>
        <w:t xml:space="preserve"> و ده</w:t>
      </w:r>
      <w:r w:rsidRPr="0000691D">
        <w:rPr>
          <w:rFonts w:cs="B Mitra" w:hint="cs"/>
          <w:sz w:val="28"/>
          <w:szCs w:val="28"/>
          <w:rtl/>
        </w:rPr>
        <w:t>‌</w:t>
      </w:r>
      <w:r w:rsidRPr="0000691D">
        <w:rPr>
          <w:rFonts w:cs="B Mitra"/>
          <w:sz w:val="28"/>
          <w:szCs w:val="28"/>
          <w:rtl/>
        </w:rPr>
        <w:t>ها ادار</w:t>
      </w:r>
      <w:r w:rsidRPr="0000691D">
        <w:rPr>
          <w:rFonts w:cs="B Mitra" w:hint="eastAsia"/>
          <w:sz w:val="28"/>
          <w:szCs w:val="28"/>
          <w:rtl/>
        </w:rPr>
        <w:t>ه</w:t>
      </w:r>
      <w:r w:rsidRPr="0000691D">
        <w:rPr>
          <w:rFonts w:cs="B Mitra"/>
          <w:sz w:val="28"/>
          <w:szCs w:val="28"/>
          <w:rtl/>
        </w:rPr>
        <w:t xml:space="preserve"> د</w:t>
      </w:r>
      <w:r w:rsidRPr="0000691D">
        <w:rPr>
          <w:rFonts w:cs="B Mitra" w:hint="cs"/>
          <w:sz w:val="28"/>
          <w:szCs w:val="28"/>
          <w:rtl/>
        </w:rPr>
        <w:t>ی</w:t>
      </w:r>
      <w:r w:rsidRPr="0000691D">
        <w:rPr>
          <w:rFonts w:cs="B Mitra" w:hint="eastAsia"/>
          <w:sz w:val="28"/>
          <w:szCs w:val="28"/>
          <w:rtl/>
        </w:rPr>
        <w:t>گر</w:t>
      </w:r>
      <w:r w:rsidRPr="0000691D">
        <w:rPr>
          <w:rFonts w:cs="B Mitra" w:hint="cs"/>
          <w:sz w:val="28"/>
          <w:szCs w:val="28"/>
          <w:rtl/>
        </w:rPr>
        <w:t xml:space="preserve">، </w:t>
      </w:r>
      <w:r w:rsidRPr="0000691D">
        <w:rPr>
          <w:rFonts w:cs="B Mitra"/>
          <w:sz w:val="28"/>
          <w:szCs w:val="28"/>
          <w:rtl/>
        </w:rPr>
        <w:t>نسبت به اجاره فضا</w:t>
      </w:r>
      <w:r w:rsidRPr="0000691D">
        <w:rPr>
          <w:rFonts w:cs="B Mitra" w:hint="cs"/>
          <w:sz w:val="28"/>
          <w:szCs w:val="28"/>
          <w:rtl/>
        </w:rPr>
        <w:t>ی</w:t>
      </w:r>
      <w:r w:rsidRPr="0000691D">
        <w:rPr>
          <w:rFonts w:cs="B Mitra"/>
          <w:sz w:val="28"/>
          <w:szCs w:val="28"/>
          <w:rtl/>
        </w:rPr>
        <w:t xml:space="preserve"> مورد نظر اقدام نموده و به ارائه خدمات</w:t>
      </w:r>
      <w:r w:rsidRPr="0000691D">
        <w:rPr>
          <w:rFonts w:cs="B Mitra" w:hint="cs"/>
          <w:sz w:val="28"/>
          <w:szCs w:val="28"/>
          <w:rtl/>
        </w:rPr>
        <w:t>ی</w:t>
      </w:r>
      <w:r w:rsidRPr="0000691D">
        <w:rPr>
          <w:rFonts w:cs="B Mitra"/>
          <w:sz w:val="28"/>
          <w:szCs w:val="28"/>
          <w:rtl/>
        </w:rPr>
        <w:t xml:space="preserve"> همچون فتوکپ</w:t>
      </w:r>
      <w:r w:rsidRPr="0000691D">
        <w:rPr>
          <w:rFonts w:cs="B Mitra" w:hint="cs"/>
          <w:sz w:val="28"/>
          <w:szCs w:val="28"/>
          <w:rtl/>
        </w:rPr>
        <w:t>ی،</w:t>
      </w:r>
      <w:r w:rsidRPr="0000691D">
        <w:rPr>
          <w:rFonts w:cs="B Mitra"/>
          <w:sz w:val="28"/>
          <w:szCs w:val="28"/>
          <w:rtl/>
        </w:rPr>
        <w:t xml:space="preserve"> پر</w:t>
      </w:r>
      <w:r w:rsidRPr="0000691D">
        <w:rPr>
          <w:rFonts w:cs="B Mitra" w:hint="cs"/>
          <w:sz w:val="28"/>
          <w:szCs w:val="28"/>
          <w:rtl/>
        </w:rPr>
        <w:t>ی</w:t>
      </w:r>
      <w:r w:rsidRPr="0000691D">
        <w:rPr>
          <w:rFonts w:cs="B Mitra" w:hint="eastAsia"/>
          <w:sz w:val="28"/>
          <w:szCs w:val="28"/>
          <w:rtl/>
        </w:rPr>
        <w:t>نت</w:t>
      </w:r>
      <w:r w:rsidRPr="0000691D">
        <w:rPr>
          <w:rFonts w:cs="B Mitra"/>
          <w:sz w:val="28"/>
          <w:szCs w:val="28"/>
          <w:rtl/>
        </w:rPr>
        <w:t xml:space="preserve"> و ثبت‌نام‌ها</w:t>
      </w:r>
      <w:r w:rsidRPr="0000691D">
        <w:rPr>
          <w:rFonts w:cs="B Mitra" w:hint="cs"/>
          <w:sz w:val="28"/>
          <w:szCs w:val="28"/>
          <w:rtl/>
        </w:rPr>
        <w:t>ی</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نترنت</w:t>
      </w:r>
      <w:r w:rsidRPr="0000691D">
        <w:rPr>
          <w:rFonts w:cs="B Mitra" w:hint="cs"/>
          <w:sz w:val="28"/>
          <w:szCs w:val="28"/>
          <w:rtl/>
        </w:rPr>
        <w:t>ی</w:t>
      </w:r>
      <w:r w:rsidRPr="0000691D">
        <w:rPr>
          <w:rFonts w:cs="B Mitra"/>
          <w:sz w:val="28"/>
          <w:szCs w:val="28"/>
          <w:rtl/>
        </w:rPr>
        <w:t xml:space="preserve"> اقدام نما</w:t>
      </w:r>
      <w:r w:rsidRPr="0000691D">
        <w:rPr>
          <w:rFonts w:cs="B Mitra" w:hint="cs"/>
          <w:sz w:val="28"/>
          <w:szCs w:val="28"/>
          <w:rtl/>
        </w:rPr>
        <w:t>یی</w:t>
      </w:r>
      <w:r w:rsidRPr="0000691D">
        <w:rPr>
          <w:rFonts w:cs="B Mitra" w:hint="eastAsia"/>
          <w:sz w:val="28"/>
          <w:szCs w:val="28"/>
          <w:rtl/>
        </w:rPr>
        <w:t>د</w:t>
      </w:r>
      <w:r w:rsidRPr="0000691D">
        <w:rPr>
          <w:rFonts w:cs="B Mitra" w:hint="cs"/>
          <w:sz w:val="28"/>
          <w:szCs w:val="28"/>
          <w:rtl/>
        </w:rPr>
        <w:t>.</w:t>
      </w:r>
      <w:r w:rsidRPr="0000691D">
        <w:rPr>
          <w:rFonts w:cs="B Mitra"/>
          <w:sz w:val="28"/>
          <w:szCs w:val="28"/>
          <w:rtl/>
        </w:rPr>
        <w:t xml:space="preserve"> جهت اطم</w:t>
      </w:r>
      <w:r w:rsidRPr="0000691D">
        <w:rPr>
          <w:rFonts w:cs="B Mitra" w:hint="cs"/>
          <w:sz w:val="28"/>
          <w:szCs w:val="28"/>
          <w:rtl/>
        </w:rPr>
        <w:t>ی</w:t>
      </w:r>
      <w:r w:rsidRPr="0000691D">
        <w:rPr>
          <w:rFonts w:cs="B Mitra" w:hint="eastAsia"/>
          <w:sz w:val="28"/>
          <w:szCs w:val="28"/>
          <w:rtl/>
        </w:rPr>
        <w:t>نان</w:t>
      </w:r>
      <w:r w:rsidRPr="0000691D">
        <w:rPr>
          <w:rFonts w:cs="B Mitra"/>
          <w:sz w:val="28"/>
          <w:szCs w:val="28"/>
          <w:rtl/>
        </w:rPr>
        <w:t xml:space="preserve"> خاطر و قوت قلب شما مخاطبان گرام</w:t>
      </w:r>
      <w:r w:rsidRPr="0000691D">
        <w:rPr>
          <w:rFonts w:cs="B Mitra" w:hint="cs"/>
          <w:sz w:val="28"/>
          <w:szCs w:val="28"/>
          <w:rtl/>
        </w:rPr>
        <w:t>ی،</w:t>
      </w:r>
      <w:r w:rsidRPr="0000691D">
        <w:rPr>
          <w:rFonts w:cs="B Mitra"/>
          <w:sz w:val="28"/>
          <w:szCs w:val="28"/>
          <w:rtl/>
        </w:rPr>
        <w:t xml:space="preserve"> عرض م</w:t>
      </w:r>
      <w:r w:rsidRPr="0000691D">
        <w:rPr>
          <w:rFonts w:cs="B Mitra" w:hint="cs"/>
          <w:sz w:val="28"/>
          <w:szCs w:val="28"/>
          <w:rtl/>
        </w:rPr>
        <w:t>ی‌</w:t>
      </w:r>
      <w:r w:rsidRPr="0000691D">
        <w:rPr>
          <w:rFonts w:cs="B Mitra"/>
          <w:sz w:val="28"/>
          <w:szCs w:val="28"/>
          <w:rtl/>
        </w:rPr>
        <w:t>کنم که هم اکنون ده</w:t>
      </w:r>
      <w:r w:rsidRPr="0000691D">
        <w:rPr>
          <w:rFonts w:cs="B Mitra" w:hint="cs"/>
          <w:sz w:val="28"/>
          <w:szCs w:val="28"/>
          <w:rtl/>
        </w:rPr>
        <w:t>‌</w:t>
      </w:r>
      <w:r w:rsidRPr="0000691D">
        <w:rPr>
          <w:rFonts w:cs="B Mitra"/>
          <w:sz w:val="28"/>
          <w:szCs w:val="28"/>
          <w:rtl/>
        </w:rPr>
        <w:t>ها نفر از معلول</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و حت</w:t>
      </w:r>
      <w:r w:rsidRPr="0000691D">
        <w:rPr>
          <w:rFonts w:cs="B Mitra" w:hint="cs"/>
          <w:sz w:val="28"/>
          <w:szCs w:val="28"/>
          <w:rtl/>
        </w:rPr>
        <w:t>ی</w:t>
      </w:r>
      <w:r w:rsidRPr="0000691D">
        <w:rPr>
          <w:rFonts w:cs="B Mitra"/>
          <w:sz w:val="28"/>
          <w:szCs w:val="28"/>
          <w:rtl/>
        </w:rPr>
        <w:t xml:space="preserve"> مد</w:t>
      </w:r>
      <w:r w:rsidRPr="0000691D">
        <w:rPr>
          <w:rFonts w:cs="B Mitra" w:hint="cs"/>
          <w:sz w:val="28"/>
          <w:szCs w:val="28"/>
          <w:rtl/>
        </w:rPr>
        <w:t>ی</w:t>
      </w:r>
      <w:r w:rsidRPr="0000691D">
        <w:rPr>
          <w:rFonts w:cs="B Mitra" w:hint="eastAsia"/>
          <w:sz w:val="28"/>
          <w:szCs w:val="28"/>
          <w:rtl/>
        </w:rPr>
        <w:t>ران</w:t>
      </w:r>
      <w:r w:rsidRPr="0000691D">
        <w:rPr>
          <w:rFonts w:cs="B Mitra"/>
          <w:sz w:val="28"/>
          <w:szCs w:val="28"/>
          <w:rtl/>
        </w:rPr>
        <w:t xml:space="preserve"> تشکل</w:t>
      </w:r>
      <w:r w:rsidRPr="0000691D">
        <w:rPr>
          <w:rFonts w:cs="B Mitra" w:hint="cs"/>
          <w:sz w:val="28"/>
          <w:szCs w:val="28"/>
          <w:rtl/>
        </w:rPr>
        <w:t>‌</w:t>
      </w:r>
      <w:r w:rsidRPr="0000691D">
        <w:rPr>
          <w:rFonts w:cs="B Mitra"/>
          <w:sz w:val="28"/>
          <w:szCs w:val="28"/>
          <w:rtl/>
        </w:rPr>
        <w:t>ها</w:t>
      </w:r>
      <w:r w:rsidRPr="0000691D">
        <w:rPr>
          <w:rFonts w:cs="B Mitra" w:hint="cs"/>
          <w:sz w:val="28"/>
          <w:szCs w:val="28"/>
          <w:rtl/>
        </w:rPr>
        <w:t>ی</w:t>
      </w:r>
      <w:r w:rsidRPr="0000691D">
        <w:rPr>
          <w:rFonts w:cs="B Mitra"/>
          <w:sz w:val="28"/>
          <w:szCs w:val="28"/>
          <w:rtl/>
        </w:rPr>
        <w:t xml:space="preserve"> ناب</w:t>
      </w:r>
      <w:r w:rsidRPr="0000691D">
        <w:rPr>
          <w:rFonts w:cs="B Mitra" w:hint="cs"/>
          <w:sz w:val="28"/>
          <w:szCs w:val="28"/>
          <w:rtl/>
        </w:rPr>
        <w:t>ی</w:t>
      </w:r>
      <w:r w:rsidRPr="0000691D">
        <w:rPr>
          <w:rFonts w:cs="B Mitra" w:hint="eastAsia"/>
          <w:sz w:val="28"/>
          <w:szCs w:val="28"/>
          <w:rtl/>
        </w:rPr>
        <w:t>نا</w:t>
      </w:r>
      <w:r w:rsidRPr="0000691D">
        <w:rPr>
          <w:rFonts w:cs="B Mitra" w:hint="cs"/>
          <w:sz w:val="28"/>
          <w:szCs w:val="28"/>
          <w:rtl/>
        </w:rPr>
        <w:t>ی</w:t>
      </w:r>
      <w:r w:rsidRPr="0000691D">
        <w:rPr>
          <w:rFonts w:cs="B Mitra" w:hint="eastAsia"/>
          <w:sz w:val="28"/>
          <w:szCs w:val="28"/>
          <w:rtl/>
        </w:rPr>
        <w:t>ان</w:t>
      </w:r>
      <w:r w:rsidRPr="0000691D">
        <w:rPr>
          <w:rFonts w:cs="B Mitra" w:hint="cs"/>
          <w:sz w:val="28"/>
          <w:szCs w:val="28"/>
          <w:rtl/>
        </w:rPr>
        <w:t>،</w:t>
      </w:r>
      <w:r w:rsidRPr="0000691D">
        <w:rPr>
          <w:rFonts w:cs="B Mitra"/>
          <w:sz w:val="28"/>
          <w:szCs w:val="28"/>
          <w:rtl/>
        </w:rPr>
        <w:t xml:space="preserve"> در ا</w:t>
      </w:r>
      <w:r w:rsidRPr="0000691D">
        <w:rPr>
          <w:rFonts w:cs="B Mitra" w:hint="cs"/>
          <w:sz w:val="28"/>
          <w:szCs w:val="28"/>
          <w:rtl/>
        </w:rPr>
        <w:t>ی</w:t>
      </w:r>
      <w:r w:rsidRPr="0000691D">
        <w:rPr>
          <w:rFonts w:cs="B Mitra"/>
          <w:sz w:val="28"/>
          <w:szCs w:val="28"/>
          <w:rtl/>
        </w:rPr>
        <w:t>ن زم</w:t>
      </w:r>
      <w:r w:rsidRPr="0000691D">
        <w:rPr>
          <w:rFonts w:cs="B Mitra" w:hint="cs"/>
          <w:sz w:val="28"/>
          <w:szCs w:val="28"/>
          <w:rtl/>
        </w:rPr>
        <w:t>ی</w:t>
      </w:r>
      <w:r w:rsidRPr="0000691D">
        <w:rPr>
          <w:rFonts w:cs="B Mitra" w:hint="eastAsia"/>
          <w:sz w:val="28"/>
          <w:szCs w:val="28"/>
          <w:rtl/>
        </w:rPr>
        <w:t>نه</w:t>
      </w:r>
      <w:r w:rsidRPr="0000691D">
        <w:rPr>
          <w:rFonts w:cs="B Mitra"/>
          <w:sz w:val="28"/>
          <w:szCs w:val="28"/>
          <w:rtl/>
        </w:rPr>
        <w:t xml:space="preserve"> شغل</w:t>
      </w:r>
      <w:r w:rsidRPr="0000691D">
        <w:rPr>
          <w:rFonts w:cs="B Mitra" w:hint="cs"/>
          <w:sz w:val="28"/>
          <w:szCs w:val="28"/>
          <w:rtl/>
        </w:rPr>
        <w:t>ی</w:t>
      </w:r>
      <w:r w:rsidRPr="0000691D">
        <w:rPr>
          <w:rFonts w:cs="B Mitra"/>
          <w:sz w:val="28"/>
          <w:szCs w:val="28"/>
          <w:rtl/>
        </w:rPr>
        <w:t xml:space="preserve"> در جا</w:t>
      </w:r>
      <w:r w:rsidRPr="0000691D">
        <w:rPr>
          <w:rFonts w:cs="B Mitra" w:hint="cs"/>
          <w:sz w:val="28"/>
          <w:szCs w:val="28"/>
          <w:rtl/>
        </w:rPr>
        <w:t>ی</w:t>
      </w:r>
      <w:r w:rsidRPr="0000691D">
        <w:rPr>
          <w:rFonts w:cs="B Mitra"/>
          <w:sz w:val="28"/>
          <w:szCs w:val="28"/>
          <w:rtl/>
        </w:rPr>
        <w:t xml:space="preserve"> جا</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هن</w:t>
      </w:r>
      <w:r w:rsidRPr="0000691D">
        <w:rPr>
          <w:rFonts w:cs="B Mitra"/>
          <w:sz w:val="28"/>
          <w:szCs w:val="28"/>
          <w:rtl/>
        </w:rPr>
        <w:t xml:space="preserve"> عز</w:t>
      </w:r>
      <w:r w:rsidRPr="0000691D">
        <w:rPr>
          <w:rFonts w:cs="B Mitra" w:hint="cs"/>
          <w:sz w:val="28"/>
          <w:szCs w:val="28"/>
          <w:rtl/>
        </w:rPr>
        <w:t>ی</w:t>
      </w:r>
      <w:r w:rsidRPr="0000691D">
        <w:rPr>
          <w:rFonts w:cs="B Mitra" w:hint="eastAsia"/>
          <w:sz w:val="28"/>
          <w:szCs w:val="28"/>
          <w:rtl/>
        </w:rPr>
        <w:t>زمان</w:t>
      </w:r>
      <w:r w:rsidRPr="0000691D">
        <w:rPr>
          <w:rFonts w:cs="B Mitra"/>
          <w:sz w:val="28"/>
          <w:szCs w:val="28"/>
          <w:rtl/>
        </w:rPr>
        <w:t xml:space="preserve"> فعال</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اقتصاد</w:t>
      </w:r>
      <w:r w:rsidRPr="0000691D">
        <w:rPr>
          <w:rFonts w:cs="B Mitra" w:hint="cs"/>
          <w:sz w:val="28"/>
          <w:szCs w:val="28"/>
          <w:rtl/>
        </w:rPr>
        <w:t>ی</w:t>
      </w:r>
      <w:r w:rsidRPr="0000691D">
        <w:rPr>
          <w:rFonts w:cs="B Mitra"/>
          <w:sz w:val="28"/>
          <w:szCs w:val="28"/>
          <w:rtl/>
        </w:rPr>
        <w:t xml:space="preserve"> دارند</w:t>
      </w:r>
      <w:r w:rsidRPr="0000691D">
        <w:rPr>
          <w:rFonts w:cs="B Mitra" w:hint="cs"/>
          <w:sz w:val="28"/>
          <w:szCs w:val="28"/>
          <w:rtl/>
        </w:rPr>
        <w:t>.</w:t>
      </w:r>
    </w:p>
    <w:p w:rsidR="00A75B1C" w:rsidRDefault="00A75B1C" w:rsidP="00E87F79">
      <w:pPr>
        <w:pStyle w:val="Heading3"/>
        <w:numPr>
          <w:ilvl w:val="1"/>
          <w:numId w:val="19"/>
        </w:numPr>
        <w:bidi/>
        <w:ind w:left="4" w:firstLine="0"/>
        <w:rPr>
          <w:rFonts w:cs="B Mitra"/>
          <w:color w:val="70AD47" w:themeColor="accent6"/>
          <w:sz w:val="28"/>
          <w:szCs w:val="28"/>
        </w:rPr>
      </w:pPr>
      <w:bookmarkStart w:id="56" w:name="_Toc243400562"/>
      <w:r w:rsidRPr="00B546C5">
        <w:rPr>
          <w:rFonts w:cs="B Mitra" w:hint="cs"/>
          <w:color w:val="70AD47" w:themeColor="accent6"/>
          <w:sz w:val="28"/>
          <w:szCs w:val="28"/>
          <w:rtl/>
        </w:rPr>
        <w:t>فعالیت در زمینه خدمات ماساژ:</w:t>
      </w:r>
      <w:bookmarkEnd w:id="56"/>
    </w:p>
    <w:p w:rsidR="00E87F79" w:rsidRDefault="00E87F79" w:rsidP="00E87F79">
      <w:pPr>
        <w:bidi/>
      </w:pPr>
    </w:p>
    <w:p w:rsidR="00E87F79" w:rsidRPr="00E87F79" w:rsidRDefault="00E87F79" w:rsidP="00E87F79">
      <w:pPr>
        <w:bidi/>
        <w:jc w:val="center"/>
        <w:rPr>
          <w:rtl/>
        </w:rPr>
      </w:pPr>
      <w:r>
        <w:rPr>
          <w:noProof/>
          <w:rtl/>
        </w:rPr>
        <w:drawing>
          <wp:inline distT="0" distB="0" distL="0" distR="0">
            <wp:extent cx="3076575" cy="2051050"/>
            <wp:effectExtent l="152400" t="152400" r="371475" b="36830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فعالیت در زمینه خدمات ماساژ.jpg"/>
                    <pic:cNvPicPr/>
                  </pic:nvPicPr>
                  <pic:blipFill>
                    <a:blip r:embed="rId24">
                      <a:extLst>
                        <a:ext uri="{28A0092B-C50C-407E-A947-70E740481C1C}">
                          <a14:useLocalDpi xmlns:a14="http://schemas.microsoft.com/office/drawing/2010/main" val="0"/>
                        </a:ext>
                      </a:extLst>
                    </a:blip>
                    <a:stretch>
                      <a:fillRect/>
                    </a:stretch>
                  </pic:blipFill>
                  <pic:spPr>
                    <a:xfrm>
                      <a:off x="0" y="0"/>
                      <a:ext cx="3077049" cy="2051366"/>
                    </a:xfrm>
                    <a:prstGeom prst="rect">
                      <a:avLst/>
                    </a:prstGeom>
                    <a:ln>
                      <a:noFill/>
                    </a:ln>
                    <a:effectLst>
                      <a:outerShdw blurRad="292100" dist="139700" dir="2700000" algn="tl" rotWithShape="0">
                        <a:srgbClr val="333333">
                          <a:alpha val="65000"/>
                        </a:srgbClr>
                      </a:outerShdw>
                    </a:effectLst>
                  </pic:spPr>
                </pic:pic>
              </a:graphicData>
            </a:graphic>
          </wp:inline>
        </w:drawing>
      </w:r>
    </w:p>
    <w:p w:rsidR="00A75B1C" w:rsidRPr="0000691D" w:rsidRDefault="00A75B1C" w:rsidP="0000691D">
      <w:pPr>
        <w:bidi/>
        <w:spacing w:line="360" w:lineRule="auto"/>
        <w:jc w:val="both"/>
        <w:rPr>
          <w:rFonts w:cs="B Mitra"/>
          <w:sz w:val="28"/>
          <w:szCs w:val="28"/>
          <w:rtl/>
        </w:rPr>
      </w:pPr>
      <w:r w:rsidRPr="0000691D">
        <w:rPr>
          <w:rFonts w:cs="B Mitra"/>
          <w:sz w:val="28"/>
          <w:szCs w:val="28"/>
          <w:rtl/>
        </w:rPr>
        <w:t xml:space="preserve"> علاقه‌مندان و به و</w:t>
      </w:r>
      <w:r w:rsidRPr="0000691D">
        <w:rPr>
          <w:rFonts w:cs="B Mitra" w:hint="cs"/>
          <w:sz w:val="28"/>
          <w:szCs w:val="28"/>
          <w:rtl/>
        </w:rPr>
        <w:t>ی</w:t>
      </w:r>
      <w:r w:rsidRPr="0000691D">
        <w:rPr>
          <w:rFonts w:cs="B Mitra" w:hint="eastAsia"/>
          <w:sz w:val="28"/>
          <w:szCs w:val="28"/>
          <w:rtl/>
        </w:rPr>
        <w:t>ژه</w:t>
      </w:r>
      <w:r w:rsidRPr="0000691D">
        <w:rPr>
          <w:rFonts w:cs="B Mitra"/>
          <w:sz w:val="28"/>
          <w:szCs w:val="28"/>
          <w:rtl/>
        </w:rPr>
        <w:t xml:space="preserve"> آن دسته از ناب</w:t>
      </w:r>
      <w:r w:rsidRPr="0000691D">
        <w:rPr>
          <w:rFonts w:cs="B Mitra" w:hint="cs"/>
          <w:sz w:val="28"/>
          <w:szCs w:val="28"/>
          <w:rtl/>
        </w:rPr>
        <w:t>ی</w:t>
      </w:r>
      <w:r w:rsidRPr="0000691D">
        <w:rPr>
          <w:rFonts w:cs="B Mitra" w:hint="eastAsia"/>
          <w:sz w:val="28"/>
          <w:szCs w:val="28"/>
          <w:rtl/>
        </w:rPr>
        <w:t>نا</w:t>
      </w:r>
      <w:r w:rsidRPr="0000691D">
        <w:rPr>
          <w:rFonts w:cs="B Mitra" w:hint="cs"/>
          <w:sz w:val="28"/>
          <w:szCs w:val="28"/>
          <w:rtl/>
        </w:rPr>
        <w:t>ی</w:t>
      </w:r>
      <w:r w:rsidRPr="0000691D">
        <w:rPr>
          <w:rFonts w:cs="B Mitra" w:hint="eastAsia"/>
          <w:sz w:val="28"/>
          <w:szCs w:val="28"/>
          <w:rtl/>
        </w:rPr>
        <w:t>ان</w:t>
      </w:r>
      <w:r w:rsidRPr="0000691D">
        <w:rPr>
          <w:rFonts w:cs="B Mitra" w:hint="cs"/>
          <w:sz w:val="28"/>
          <w:szCs w:val="28"/>
          <w:rtl/>
        </w:rPr>
        <w:t>ی</w:t>
      </w:r>
      <w:r w:rsidRPr="0000691D">
        <w:rPr>
          <w:rFonts w:cs="B Mitra"/>
          <w:sz w:val="28"/>
          <w:szCs w:val="28"/>
          <w:rtl/>
        </w:rPr>
        <w:t xml:space="preserve"> که از عضلات</w:t>
      </w:r>
      <w:r w:rsidRPr="0000691D">
        <w:rPr>
          <w:rFonts w:cs="B Mitra" w:hint="cs"/>
          <w:sz w:val="28"/>
          <w:szCs w:val="28"/>
          <w:rtl/>
        </w:rPr>
        <w:t>ی</w:t>
      </w:r>
      <w:r w:rsidRPr="0000691D">
        <w:rPr>
          <w:rFonts w:cs="B Mitra"/>
          <w:sz w:val="28"/>
          <w:szCs w:val="28"/>
          <w:rtl/>
        </w:rPr>
        <w:t xml:space="preserve"> ن</w:t>
      </w:r>
      <w:r w:rsidRPr="0000691D">
        <w:rPr>
          <w:rFonts w:cs="B Mitra" w:hint="cs"/>
          <w:sz w:val="28"/>
          <w:szCs w:val="28"/>
          <w:rtl/>
        </w:rPr>
        <w:t>ی</w:t>
      </w:r>
      <w:r w:rsidRPr="0000691D">
        <w:rPr>
          <w:rFonts w:cs="B Mitra" w:hint="eastAsia"/>
          <w:sz w:val="28"/>
          <w:szCs w:val="28"/>
          <w:rtl/>
        </w:rPr>
        <w:t>رومند</w:t>
      </w:r>
      <w:r w:rsidRPr="0000691D">
        <w:rPr>
          <w:rFonts w:cs="B Mitra"/>
          <w:sz w:val="28"/>
          <w:szCs w:val="28"/>
          <w:rtl/>
        </w:rPr>
        <w:t xml:space="preserve"> و جسم</w:t>
      </w:r>
      <w:r w:rsidRPr="0000691D">
        <w:rPr>
          <w:rFonts w:cs="B Mitra" w:hint="cs"/>
          <w:sz w:val="28"/>
          <w:szCs w:val="28"/>
          <w:rtl/>
        </w:rPr>
        <w:t>ی</w:t>
      </w:r>
      <w:r w:rsidRPr="0000691D">
        <w:rPr>
          <w:rFonts w:cs="B Mitra"/>
          <w:sz w:val="28"/>
          <w:szCs w:val="28"/>
          <w:rtl/>
        </w:rPr>
        <w:t xml:space="preserve"> تنومند برخوردار هستند</w:t>
      </w:r>
      <w:r w:rsidRPr="0000691D">
        <w:rPr>
          <w:rFonts w:cs="B Mitra" w:hint="cs"/>
          <w:sz w:val="28"/>
          <w:szCs w:val="28"/>
          <w:rtl/>
        </w:rPr>
        <w:t>،</w:t>
      </w:r>
      <w:r w:rsidRPr="0000691D">
        <w:rPr>
          <w:rFonts w:cs="B Mitra"/>
          <w:sz w:val="28"/>
          <w:szCs w:val="28"/>
          <w:rtl/>
        </w:rPr>
        <w:t xml:space="preserve"> م</w:t>
      </w:r>
      <w:r w:rsidRPr="0000691D">
        <w:rPr>
          <w:rFonts w:cs="B Mitra" w:hint="cs"/>
          <w:sz w:val="28"/>
          <w:szCs w:val="28"/>
          <w:rtl/>
        </w:rPr>
        <w:t>ی‌</w:t>
      </w:r>
      <w:r w:rsidRPr="0000691D">
        <w:rPr>
          <w:rFonts w:cs="B Mitra"/>
          <w:sz w:val="28"/>
          <w:szCs w:val="28"/>
          <w:rtl/>
        </w:rPr>
        <w:t>توانند پس از شرکت در کلاس</w:t>
      </w:r>
      <w:r w:rsidRPr="0000691D">
        <w:rPr>
          <w:rFonts w:cs="B Mitra" w:hint="cs"/>
          <w:sz w:val="28"/>
          <w:szCs w:val="28"/>
          <w:rtl/>
        </w:rPr>
        <w:t>‌</w:t>
      </w:r>
      <w:r w:rsidRPr="0000691D">
        <w:rPr>
          <w:rFonts w:cs="B Mitra"/>
          <w:sz w:val="28"/>
          <w:szCs w:val="28"/>
          <w:rtl/>
        </w:rPr>
        <w:t>ها</w:t>
      </w:r>
      <w:r w:rsidRPr="0000691D">
        <w:rPr>
          <w:rFonts w:cs="B Mitra" w:hint="cs"/>
          <w:sz w:val="28"/>
          <w:szCs w:val="28"/>
          <w:rtl/>
        </w:rPr>
        <w:t>ی</w:t>
      </w:r>
      <w:r w:rsidRPr="0000691D">
        <w:rPr>
          <w:rFonts w:cs="B Mitra"/>
          <w:sz w:val="28"/>
          <w:szCs w:val="28"/>
          <w:rtl/>
        </w:rPr>
        <w:t xml:space="preserve"> آموزش</w:t>
      </w:r>
      <w:r w:rsidRPr="0000691D">
        <w:rPr>
          <w:rFonts w:cs="B Mitra" w:hint="cs"/>
          <w:sz w:val="28"/>
          <w:szCs w:val="28"/>
          <w:rtl/>
        </w:rPr>
        <w:t>ی</w:t>
      </w:r>
      <w:r w:rsidRPr="0000691D">
        <w:rPr>
          <w:rFonts w:cs="B Mitra"/>
          <w:sz w:val="28"/>
          <w:szCs w:val="28"/>
          <w:rtl/>
        </w:rPr>
        <w:t xml:space="preserve"> تئور</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و دوره</w:t>
      </w:r>
      <w:r w:rsidRPr="0000691D">
        <w:rPr>
          <w:rFonts w:cs="B Mitra" w:hint="cs"/>
          <w:sz w:val="28"/>
          <w:szCs w:val="28"/>
          <w:rtl/>
        </w:rPr>
        <w:t>‌</w:t>
      </w:r>
      <w:r w:rsidRPr="0000691D">
        <w:rPr>
          <w:rFonts w:cs="B Mitra"/>
          <w:sz w:val="28"/>
          <w:szCs w:val="28"/>
          <w:rtl/>
        </w:rPr>
        <w:t>ها</w:t>
      </w:r>
      <w:r w:rsidRPr="0000691D">
        <w:rPr>
          <w:rFonts w:cs="B Mitra" w:hint="cs"/>
          <w:sz w:val="28"/>
          <w:szCs w:val="28"/>
          <w:rtl/>
        </w:rPr>
        <w:t>ی</w:t>
      </w:r>
      <w:r w:rsidRPr="0000691D">
        <w:rPr>
          <w:rFonts w:cs="B Mitra"/>
          <w:sz w:val="28"/>
          <w:szCs w:val="28"/>
          <w:rtl/>
        </w:rPr>
        <w:t xml:space="preserve"> عمل</w:t>
      </w:r>
      <w:r w:rsidRPr="0000691D">
        <w:rPr>
          <w:rFonts w:cs="B Mitra" w:hint="cs"/>
          <w:sz w:val="28"/>
          <w:szCs w:val="28"/>
          <w:rtl/>
        </w:rPr>
        <w:t>ی،</w:t>
      </w:r>
      <w:r w:rsidRPr="0000691D">
        <w:rPr>
          <w:rFonts w:cs="B Mitra"/>
          <w:sz w:val="28"/>
          <w:szCs w:val="28"/>
          <w:rtl/>
        </w:rPr>
        <w:t xml:space="preserve"> ضمن در</w:t>
      </w:r>
      <w:r w:rsidRPr="0000691D">
        <w:rPr>
          <w:rFonts w:cs="B Mitra" w:hint="cs"/>
          <w:sz w:val="28"/>
          <w:szCs w:val="28"/>
          <w:rtl/>
        </w:rPr>
        <w:t>ی</w:t>
      </w:r>
      <w:r w:rsidRPr="0000691D">
        <w:rPr>
          <w:rFonts w:cs="B Mitra" w:hint="eastAsia"/>
          <w:sz w:val="28"/>
          <w:szCs w:val="28"/>
          <w:rtl/>
        </w:rPr>
        <w:t>افت</w:t>
      </w:r>
      <w:r w:rsidRPr="0000691D">
        <w:rPr>
          <w:rFonts w:cs="B Mitra"/>
          <w:sz w:val="28"/>
          <w:szCs w:val="28"/>
          <w:rtl/>
        </w:rPr>
        <w:t xml:space="preserve"> مجوزها</w:t>
      </w:r>
      <w:r w:rsidRPr="0000691D">
        <w:rPr>
          <w:rFonts w:cs="B Mitra" w:hint="cs"/>
          <w:sz w:val="28"/>
          <w:szCs w:val="28"/>
          <w:rtl/>
        </w:rPr>
        <w:t>ی</w:t>
      </w:r>
      <w:r w:rsidRPr="0000691D">
        <w:rPr>
          <w:rFonts w:cs="B Mitra"/>
          <w:sz w:val="28"/>
          <w:szCs w:val="28"/>
          <w:rtl/>
        </w:rPr>
        <w:t xml:space="preserve"> قانو</w:t>
      </w:r>
      <w:r w:rsidRPr="0000691D">
        <w:rPr>
          <w:rFonts w:cs="B Mitra" w:hint="eastAsia"/>
          <w:sz w:val="28"/>
          <w:szCs w:val="28"/>
          <w:rtl/>
        </w:rPr>
        <w:t>ن</w:t>
      </w:r>
      <w:r w:rsidRPr="0000691D">
        <w:rPr>
          <w:rFonts w:cs="B Mitra" w:hint="cs"/>
          <w:sz w:val="28"/>
          <w:szCs w:val="28"/>
          <w:rtl/>
        </w:rPr>
        <w:t>ی،</w:t>
      </w:r>
      <w:r w:rsidRPr="0000691D">
        <w:rPr>
          <w:rFonts w:cs="B Mitra"/>
          <w:sz w:val="28"/>
          <w:szCs w:val="28"/>
          <w:rtl/>
        </w:rPr>
        <w:t xml:space="preserve"> به فعال</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در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زم</w:t>
      </w:r>
      <w:r w:rsidRPr="0000691D">
        <w:rPr>
          <w:rFonts w:cs="B Mitra" w:hint="cs"/>
          <w:sz w:val="28"/>
          <w:szCs w:val="28"/>
          <w:rtl/>
        </w:rPr>
        <w:t>ی</w:t>
      </w:r>
      <w:r w:rsidRPr="0000691D">
        <w:rPr>
          <w:rFonts w:cs="B Mitra" w:hint="eastAsia"/>
          <w:sz w:val="28"/>
          <w:szCs w:val="28"/>
          <w:rtl/>
        </w:rPr>
        <w:t>نه</w:t>
      </w:r>
      <w:r w:rsidRPr="0000691D">
        <w:rPr>
          <w:rFonts w:cs="B Mitra"/>
          <w:sz w:val="28"/>
          <w:szCs w:val="28"/>
          <w:rtl/>
        </w:rPr>
        <w:t xml:space="preserve"> شغل</w:t>
      </w:r>
      <w:r w:rsidRPr="0000691D">
        <w:rPr>
          <w:rFonts w:cs="B Mitra" w:hint="cs"/>
          <w:sz w:val="28"/>
          <w:szCs w:val="28"/>
          <w:rtl/>
        </w:rPr>
        <w:t>ی</w:t>
      </w:r>
      <w:r w:rsidRPr="0000691D">
        <w:rPr>
          <w:rFonts w:cs="B Mitra"/>
          <w:sz w:val="28"/>
          <w:szCs w:val="28"/>
          <w:rtl/>
        </w:rPr>
        <w:t xml:space="preserve"> بپردازند</w:t>
      </w:r>
      <w:r w:rsidRPr="0000691D">
        <w:rPr>
          <w:rFonts w:cs="B Mitra" w:hint="cs"/>
          <w:sz w:val="28"/>
          <w:szCs w:val="28"/>
          <w:rtl/>
        </w:rPr>
        <w:t>.</w:t>
      </w:r>
      <w:r w:rsidRPr="0000691D">
        <w:rPr>
          <w:rFonts w:cs="B Mitra"/>
          <w:sz w:val="28"/>
          <w:szCs w:val="28"/>
          <w:rtl/>
        </w:rPr>
        <w:t xml:space="preserve"> در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رشته شغل</w:t>
      </w:r>
      <w:r w:rsidRPr="0000691D">
        <w:rPr>
          <w:rFonts w:cs="B Mitra" w:hint="cs"/>
          <w:sz w:val="28"/>
          <w:szCs w:val="28"/>
          <w:rtl/>
        </w:rPr>
        <w:t>ی،</w:t>
      </w:r>
      <w:r w:rsidRPr="0000691D">
        <w:rPr>
          <w:rFonts w:cs="B Mitra"/>
          <w:sz w:val="28"/>
          <w:szCs w:val="28"/>
          <w:rtl/>
        </w:rPr>
        <w:t xml:space="preserve"> خدمات شما معمولاً شامل دو دسته از مخاطبان م</w:t>
      </w:r>
      <w:r w:rsidRPr="0000691D">
        <w:rPr>
          <w:rFonts w:cs="B Mitra" w:hint="cs"/>
          <w:sz w:val="28"/>
          <w:szCs w:val="28"/>
          <w:rtl/>
        </w:rPr>
        <w:t>ی‌</w:t>
      </w:r>
      <w:r w:rsidRPr="0000691D">
        <w:rPr>
          <w:rFonts w:cs="B Mitra"/>
          <w:sz w:val="28"/>
          <w:szCs w:val="28"/>
          <w:rtl/>
        </w:rPr>
        <w:t>باشد</w:t>
      </w:r>
      <w:r w:rsidRPr="0000691D">
        <w:rPr>
          <w:rFonts w:cs="B Mitra" w:hint="cs"/>
          <w:sz w:val="28"/>
          <w:szCs w:val="28"/>
          <w:rtl/>
        </w:rPr>
        <w:t>:</w:t>
      </w:r>
    </w:p>
    <w:p w:rsidR="00A75B1C" w:rsidRPr="0000691D" w:rsidRDefault="00A75B1C" w:rsidP="0000691D">
      <w:pPr>
        <w:bidi/>
        <w:spacing w:line="360" w:lineRule="auto"/>
        <w:jc w:val="both"/>
        <w:rPr>
          <w:rFonts w:cs="B Mitra"/>
          <w:sz w:val="28"/>
          <w:szCs w:val="28"/>
          <w:rtl/>
        </w:rPr>
      </w:pPr>
      <w:r w:rsidRPr="0000691D">
        <w:rPr>
          <w:rFonts w:cs="B Mitra"/>
          <w:sz w:val="28"/>
          <w:szCs w:val="28"/>
          <w:rtl/>
        </w:rPr>
        <w:lastRenderedPageBreak/>
        <w:t xml:space="preserve"> الف</w:t>
      </w:r>
      <w:r w:rsidRPr="0000691D">
        <w:rPr>
          <w:rFonts w:cs="B Mitra" w:hint="cs"/>
          <w:sz w:val="28"/>
          <w:szCs w:val="28"/>
          <w:rtl/>
        </w:rPr>
        <w:t>)</w:t>
      </w:r>
      <w:r w:rsidRPr="0000691D">
        <w:rPr>
          <w:rFonts w:cs="B Mitra"/>
          <w:sz w:val="28"/>
          <w:szCs w:val="28"/>
          <w:rtl/>
        </w:rPr>
        <w:t xml:space="preserve"> افراد دردمند</w:t>
      </w:r>
      <w:r w:rsidRPr="0000691D">
        <w:rPr>
          <w:rFonts w:cs="B Mitra" w:hint="cs"/>
          <w:sz w:val="28"/>
          <w:szCs w:val="28"/>
          <w:rtl/>
        </w:rPr>
        <w:t>ی</w:t>
      </w:r>
      <w:r w:rsidRPr="0000691D">
        <w:rPr>
          <w:rFonts w:cs="B Mitra"/>
          <w:sz w:val="28"/>
          <w:szCs w:val="28"/>
          <w:rtl/>
        </w:rPr>
        <w:t xml:space="preserve"> که به دل</w:t>
      </w:r>
      <w:r w:rsidRPr="0000691D">
        <w:rPr>
          <w:rFonts w:cs="B Mitra" w:hint="cs"/>
          <w:sz w:val="28"/>
          <w:szCs w:val="28"/>
          <w:rtl/>
        </w:rPr>
        <w:t>ی</w:t>
      </w:r>
      <w:r w:rsidRPr="0000691D">
        <w:rPr>
          <w:rFonts w:cs="B Mitra" w:hint="eastAsia"/>
          <w:sz w:val="28"/>
          <w:szCs w:val="28"/>
          <w:rtl/>
        </w:rPr>
        <w:t>ل</w:t>
      </w:r>
      <w:r w:rsidRPr="0000691D">
        <w:rPr>
          <w:rFonts w:cs="B Mitra"/>
          <w:sz w:val="28"/>
          <w:szCs w:val="28"/>
          <w:rtl/>
        </w:rPr>
        <w:t xml:space="preserve"> ابتلا به ب</w:t>
      </w:r>
      <w:r w:rsidRPr="0000691D">
        <w:rPr>
          <w:rFonts w:cs="B Mitra" w:hint="cs"/>
          <w:sz w:val="28"/>
          <w:szCs w:val="28"/>
          <w:rtl/>
        </w:rPr>
        <w:t>ی</w:t>
      </w:r>
      <w:r w:rsidRPr="0000691D">
        <w:rPr>
          <w:rFonts w:cs="B Mitra" w:hint="eastAsia"/>
          <w:sz w:val="28"/>
          <w:szCs w:val="28"/>
          <w:rtl/>
        </w:rPr>
        <w:t>مار</w:t>
      </w:r>
      <w:r w:rsidRPr="0000691D">
        <w:rPr>
          <w:rFonts w:cs="B Mitra" w:hint="cs"/>
          <w:sz w:val="28"/>
          <w:szCs w:val="28"/>
          <w:rtl/>
        </w:rPr>
        <w:t>ی‌</w:t>
      </w:r>
      <w:r w:rsidRPr="0000691D">
        <w:rPr>
          <w:rFonts w:cs="B Mitra" w:hint="eastAsia"/>
          <w:sz w:val="28"/>
          <w:szCs w:val="28"/>
          <w:rtl/>
        </w:rPr>
        <w:t>ها</w:t>
      </w:r>
      <w:r w:rsidRPr="0000691D">
        <w:rPr>
          <w:rFonts w:cs="B Mitra" w:hint="cs"/>
          <w:sz w:val="28"/>
          <w:szCs w:val="28"/>
          <w:rtl/>
        </w:rPr>
        <w:t>ی</w:t>
      </w:r>
      <w:r w:rsidRPr="0000691D">
        <w:rPr>
          <w:rFonts w:cs="B Mitra"/>
          <w:sz w:val="28"/>
          <w:szCs w:val="28"/>
          <w:rtl/>
        </w:rPr>
        <w:t xml:space="preserve"> جسم</w:t>
      </w:r>
      <w:r w:rsidRPr="0000691D">
        <w:rPr>
          <w:rFonts w:cs="B Mitra" w:hint="cs"/>
          <w:sz w:val="28"/>
          <w:szCs w:val="28"/>
          <w:rtl/>
        </w:rPr>
        <w:t>ی</w:t>
      </w:r>
      <w:r w:rsidRPr="0000691D">
        <w:rPr>
          <w:rFonts w:cs="B Mitra"/>
          <w:sz w:val="28"/>
          <w:szCs w:val="28"/>
          <w:rtl/>
        </w:rPr>
        <w:t xml:space="preserve"> از قب</w:t>
      </w:r>
      <w:r w:rsidRPr="0000691D">
        <w:rPr>
          <w:rFonts w:cs="B Mitra" w:hint="cs"/>
          <w:sz w:val="28"/>
          <w:szCs w:val="28"/>
          <w:rtl/>
        </w:rPr>
        <w:t>ی</w:t>
      </w:r>
      <w:r w:rsidRPr="0000691D">
        <w:rPr>
          <w:rFonts w:cs="B Mitra" w:hint="eastAsia"/>
          <w:sz w:val="28"/>
          <w:szCs w:val="28"/>
          <w:rtl/>
        </w:rPr>
        <w:t>ل</w:t>
      </w:r>
      <w:r w:rsidRPr="0000691D">
        <w:rPr>
          <w:rFonts w:cs="B Mitra"/>
          <w:sz w:val="28"/>
          <w:szCs w:val="28"/>
          <w:rtl/>
        </w:rPr>
        <w:t xml:space="preserve"> درد مفاصل گردن کمر و ناراحت</w:t>
      </w:r>
      <w:r w:rsidRPr="0000691D">
        <w:rPr>
          <w:rFonts w:cs="B Mitra" w:hint="cs"/>
          <w:sz w:val="28"/>
          <w:szCs w:val="28"/>
          <w:rtl/>
        </w:rPr>
        <w:t>ی‌</w:t>
      </w:r>
      <w:r w:rsidRPr="0000691D">
        <w:rPr>
          <w:rFonts w:cs="B Mitra" w:hint="eastAsia"/>
          <w:sz w:val="28"/>
          <w:szCs w:val="28"/>
          <w:rtl/>
        </w:rPr>
        <w:t>ها</w:t>
      </w:r>
      <w:r w:rsidRPr="0000691D">
        <w:rPr>
          <w:rFonts w:cs="B Mitra" w:hint="cs"/>
          <w:sz w:val="28"/>
          <w:szCs w:val="28"/>
          <w:rtl/>
        </w:rPr>
        <w:t>یی</w:t>
      </w:r>
      <w:r w:rsidRPr="0000691D">
        <w:rPr>
          <w:rFonts w:cs="B Mitra"/>
          <w:sz w:val="28"/>
          <w:szCs w:val="28"/>
          <w:rtl/>
        </w:rPr>
        <w:t xml:space="preserve"> مانند آن</w:t>
      </w:r>
      <w:r w:rsidRPr="0000691D">
        <w:rPr>
          <w:rFonts w:cs="B Mitra" w:hint="cs"/>
          <w:sz w:val="28"/>
          <w:szCs w:val="28"/>
          <w:rtl/>
        </w:rPr>
        <w:t xml:space="preserve">، </w:t>
      </w:r>
      <w:r w:rsidRPr="0000691D">
        <w:rPr>
          <w:rFonts w:cs="B Mitra"/>
          <w:sz w:val="28"/>
          <w:szCs w:val="28"/>
          <w:rtl/>
        </w:rPr>
        <w:t>ن</w:t>
      </w:r>
      <w:r w:rsidRPr="0000691D">
        <w:rPr>
          <w:rFonts w:cs="B Mitra" w:hint="cs"/>
          <w:sz w:val="28"/>
          <w:szCs w:val="28"/>
          <w:rtl/>
        </w:rPr>
        <w:t>ی</w:t>
      </w:r>
      <w:r w:rsidRPr="0000691D">
        <w:rPr>
          <w:rFonts w:cs="B Mitra" w:hint="eastAsia"/>
          <w:sz w:val="28"/>
          <w:szCs w:val="28"/>
          <w:rtl/>
        </w:rPr>
        <w:t>ازمند</w:t>
      </w:r>
      <w:r w:rsidRPr="0000691D">
        <w:rPr>
          <w:rFonts w:cs="B Mitra"/>
          <w:sz w:val="28"/>
          <w:szCs w:val="28"/>
          <w:rtl/>
        </w:rPr>
        <w:t xml:space="preserve"> دانش ف</w:t>
      </w:r>
      <w:r w:rsidRPr="0000691D">
        <w:rPr>
          <w:rFonts w:cs="B Mitra" w:hint="cs"/>
          <w:sz w:val="28"/>
          <w:szCs w:val="28"/>
          <w:rtl/>
        </w:rPr>
        <w:t>ی</w:t>
      </w:r>
      <w:r w:rsidRPr="0000691D">
        <w:rPr>
          <w:rFonts w:cs="B Mitra" w:hint="eastAsia"/>
          <w:sz w:val="28"/>
          <w:szCs w:val="28"/>
          <w:rtl/>
        </w:rPr>
        <w:t>ز</w:t>
      </w:r>
      <w:r w:rsidRPr="0000691D">
        <w:rPr>
          <w:rFonts w:cs="B Mitra" w:hint="cs"/>
          <w:sz w:val="28"/>
          <w:szCs w:val="28"/>
          <w:rtl/>
        </w:rPr>
        <w:t>ی</w:t>
      </w:r>
      <w:r w:rsidRPr="0000691D">
        <w:rPr>
          <w:rFonts w:cs="B Mitra" w:hint="eastAsia"/>
          <w:sz w:val="28"/>
          <w:szCs w:val="28"/>
          <w:rtl/>
        </w:rPr>
        <w:t>وتراپ</w:t>
      </w:r>
      <w:r w:rsidRPr="0000691D">
        <w:rPr>
          <w:rFonts w:cs="B Mitra" w:hint="cs"/>
          <w:sz w:val="28"/>
          <w:szCs w:val="28"/>
          <w:rtl/>
        </w:rPr>
        <w:t>ی</w:t>
      </w:r>
      <w:r w:rsidRPr="0000691D">
        <w:rPr>
          <w:rFonts w:cs="B Mitra"/>
          <w:sz w:val="28"/>
          <w:szCs w:val="28"/>
          <w:rtl/>
        </w:rPr>
        <w:t xml:space="preserve"> و دستا</w:t>
      </w:r>
      <w:r w:rsidRPr="0000691D">
        <w:rPr>
          <w:rFonts w:cs="B Mitra" w:hint="eastAsia"/>
          <w:sz w:val="28"/>
          <w:szCs w:val="28"/>
          <w:rtl/>
        </w:rPr>
        <w:t>ن</w:t>
      </w:r>
      <w:r w:rsidRPr="0000691D">
        <w:rPr>
          <w:rFonts w:cs="B Mitra"/>
          <w:sz w:val="28"/>
          <w:szCs w:val="28"/>
          <w:rtl/>
        </w:rPr>
        <w:t xml:space="preserve"> شفابخش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ماساژور متعهد</w:t>
      </w:r>
      <w:r w:rsidRPr="0000691D">
        <w:rPr>
          <w:rFonts w:cs="B Mitra" w:hint="cs"/>
          <w:sz w:val="28"/>
          <w:szCs w:val="28"/>
          <w:rtl/>
        </w:rPr>
        <w:t>،</w:t>
      </w:r>
      <w:r w:rsidRPr="0000691D">
        <w:rPr>
          <w:rFonts w:cs="B Mitra"/>
          <w:sz w:val="28"/>
          <w:szCs w:val="28"/>
          <w:rtl/>
        </w:rPr>
        <w:t xml:space="preserve"> اخلاق‌مدار و متخصص م</w:t>
      </w:r>
      <w:r w:rsidRPr="0000691D">
        <w:rPr>
          <w:rFonts w:cs="B Mitra" w:hint="cs"/>
          <w:sz w:val="28"/>
          <w:szCs w:val="28"/>
          <w:rtl/>
        </w:rPr>
        <w:t>ی‌</w:t>
      </w:r>
      <w:r w:rsidRPr="0000691D">
        <w:rPr>
          <w:rFonts w:cs="B Mitra"/>
          <w:sz w:val="28"/>
          <w:szCs w:val="28"/>
          <w:rtl/>
        </w:rPr>
        <w:t>باشند</w:t>
      </w:r>
      <w:r w:rsidRPr="0000691D">
        <w:rPr>
          <w:rFonts w:cs="B Mitra" w:hint="cs"/>
          <w:sz w:val="28"/>
          <w:szCs w:val="28"/>
          <w:rtl/>
        </w:rPr>
        <w:t xml:space="preserve">. </w:t>
      </w:r>
    </w:p>
    <w:p w:rsidR="00A75B1C" w:rsidRPr="0000691D" w:rsidRDefault="00A75B1C" w:rsidP="0000691D">
      <w:pPr>
        <w:bidi/>
        <w:spacing w:line="360" w:lineRule="auto"/>
        <w:jc w:val="both"/>
        <w:rPr>
          <w:rFonts w:cs="B Mitra"/>
          <w:sz w:val="28"/>
          <w:szCs w:val="28"/>
          <w:rtl/>
        </w:rPr>
      </w:pPr>
      <w:r w:rsidRPr="0000691D">
        <w:rPr>
          <w:rFonts w:cs="B Mitra" w:hint="cs"/>
          <w:sz w:val="28"/>
          <w:szCs w:val="28"/>
          <w:rtl/>
        </w:rPr>
        <w:t>ب)</w:t>
      </w:r>
      <w:r w:rsidRPr="0000691D">
        <w:rPr>
          <w:rFonts w:cs="B Mitra"/>
          <w:sz w:val="28"/>
          <w:szCs w:val="28"/>
          <w:rtl/>
        </w:rPr>
        <w:t xml:space="preserve"> افراد مرفه</w:t>
      </w:r>
      <w:r w:rsidRPr="0000691D">
        <w:rPr>
          <w:rFonts w:cs="B Mitra" w:hint="cs"/>
          <w:sz w:val="28"/>
          <w:szCs w:val="28"/>
          <w:rtl/>
        </w:rPr>
        <w:t>ی</w:t>
      </w:r>
      <w:r w:rsidRPr="0000691D">
        <w:rPr>
          <w:rFonts w:cs="B Mitra"/>
          <w:sz w:val="28"/>
          <w:szCs w:val="28"/>
          <w:rtl/>
        </w:rPr>
        <w:t xml:space="preserve"> که شا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درد</w:t>
      </w:r>
      <w:r w:rsidRPr="0000691D">
        <w:rPr>
          <w:rFonts w:cs="B Mitra" w:hint="cs"/>
          <w:sz w:val="28"/>
          <w:szCs w:val="28"/>
          <w:rtl/>
        </w:rPr>
        <w:t>ی</w:t>
      </w:r>
      <w:r w:rsidRPr="0000691D">
        <w:rPr>
          <w:rFonts w:cs="B Mitra"/>
          <w:sz w:val="28"/>
          <w:szCs w:val="28"/>
          <w:rtl/>
        </w:rPr>
        <w:t xml:space="preserve"> نداشته باشند و صرفاً در پ</w:t>
      </w:r>
      <w:r w:rsidRPr="0000691D">
        <w:rPr>
          <w:rFonts w:cs="B Mitra" w:hint="cs"/>
          <w:sz w:val="28"/>
          <w:szCs w:val="28"/>
          <w:rtl/>
        </w:rPr>
        <w:t>ی</w:t>
      </w:r>
      <w:r w:rsidRPr="0000691D">
        <w:rPr>
          <w:rFonts w:cs="B Mitra"/>
          <w:sz w:val="28"/>
          <w:szCs w:val="28"/>
          <w:rtl/>
        </w:rPr>
        <w:t xml:space="preserve"> کسب آرامش جسم</w:t>
      </w:r>
      <w:r w:rsidRPr="0000691D">
        <w:rPr>
          <w:rFonts w:cs="B Mitra" w:hint="cs"/>
          <w:sz w:val="28"/>
          <w:szCs w:val="28"/>
          <w:rtl/>
        </w:rPr>
        <w:t xml:space="preserve">ی، </w:t>
      </w:r>
      <w:r w:rsidRPr="0000691D">
        <w:rPr>
          <w:rFonts w:cs="B Mitra"/>
          <w:sz w:val="28"/>
          <w:szCs w:val="28"/>
          <w:rtl/>
        </w:rPr>
        <w:t>روان</w:t>
      </w:r>
      <w:r w:rsidRPr="0000691D">
        <w:rPr>
          <w:rFonts w:cs="B Mitra" w:hint="cs"/>
          <w:sz w:val="28"/>
          <w:szCs w:val="28"/>
          <w:rtl/>
        </w:rPr>
        <w:t>ی</w:t>
      </w:r>
      <w:r w:rsidRPr="0000691D">
        <w:rPr>
          <w:rFonts w:cs="B Mitra"/>
          <w:sz w:val="28"/>
          <w:szCs w:val="28"/>
          <w:rtl/>
        </w:rPr>
        <w:t xml:space="preserve"> و تجربه به اصطلاح ر</w:t>
      </w:r>
      <w:r w:rsidRPr="0000691D">
        <w:rPr>
          <w:rFonts w:cs="B Mitra" w:hint="cs"/>
          <w:sz w:val="28"/>
          <w:szCs w:val="28"/>
          <w:rtl/>
        </w:rPr>
        <w:t>ی</w:t>
      </w:r>
      <w:r w:rsidRPr="0000691D">
        <w:rPr>
          <w:rFonts w:cs="B Mitra"/>
          <w:sz w:val="28"/>
          <w:szCs w:val="28"/>
          <w:rtl/>
        </w:rPr>
        <w:t>ل</w:t>
      </w:r>
      <w:r w:rsidRPr="0000691D">
        <w:rPr>
          <w:rFonts w:cs="B Mitra" w:hint="cs"/>
          <w:sz w:val="28"/>
          <w:szCs w:val="28"/>
          <w:rtl/>
        </w:rPr>
        <w:t>َ</w:t>
      </w:r>
      <w:r w:rsidRPr="0000691D">
        <w:rPr>
          <w:rFonts w:cs="B Mitra"/>
          <w:sz w:val="28"/>
          <w:szCs w:val="28"/>
          <w:rtl/>
        </w:rPr>
        <w:t>کس</w:t>
      </w:r>
      <w:r w:rsidRPr="0000691D">
        <w:rPr>
          <w:rFonts w:cs="B Mitra" w:hint="cs"/>
          <w:sz w:val="28"/>
          <w:szCs w:val="28"/>
          <w:rtl/>
        </w:rPr>
        <w:t>ِی</w:t>
      </w:r>
      <w:r w:rsidRPr="0000691D">
        <w:rPr>
          <w:rFonts w:cs="B Mitra" w:hint="eastAsia"/>
          <w:sz w:val="28"/>
          <w:szCs w:val="28"/>
          <w:rtl/>
        </w:rPr>
        <w:t>ش</w:t>
      </w:r>
      <w:r w:rsidRPr="0000691D">
        <w:rPr>
          <w:rFonts w:cs="B Mitra" w:hint="cs"/>
          <w:sz w:val="28"/>
          <w:szCs w:val="28"/>
          <w:rtl/>
        </w:rPr>
        <w:t>ِ</w:t>
      </w:r>
      <w:r w:rsidRPr="0000691D">
        <w:rPr>
          <w:rFonts w:cs="B Mitra" w:hint="eastAsia"/>
          <w:sz w:val="28"/>
          <w:szCs w:val="28"/>
          <w:rtl/>
        </w:rPr>
        <w:t>ن</w:t>
      </w:r>
      <w:r w:rsidRPr="0000691D">
        <w:rPr>
          <w:rFonts w:cs="B Mitra"/>
          <w:sz w:val="28"/>
          <w:szCs w:val="28"/>
          <w:rtl/>
        </w:rPr>
        <w:t xml:space="preserve"> م</w:t>
      </w:r>
      <w:r w:rsidRPr="0000691D">
        <w:rPr>
          <w:rFonts w:cs="B Mitra" w:hint="cs"/>
          <w:sz w:val="28"/>
          <w:szCs w:val="28"/>
          <w:rtl/>
        </w:rPr>
        <w:t>ی‌</w:t>
      </w:r>
      <w:r w:rsidRPr="0000691D">
        <w:rPr>
          <w:rFonts w:cs="B Mitra"/>
          <w:sz w:val="28"/>
          <w:szCs w:val="28"/>
          <w:rtl/>
        </w:rPr>
        <w:t>باشند</w:t>
      </w:r>
      <w:r w:rsidRPr="0000691D">
        <w:rPr>
          <w:rFonts w:cs="B Mitra" w:hint="cs"/>
          <w:sz w:val="28"/>
          <w:szCs w:val="28"/>
          <w:rtl/>
        </w:rPr>
        <w:t>.</w:t>
      </w:r>
    </w:p>
    <w:p w:rsidR="00A75B1C" w:rsidRPr="0000691D" w:rsidRDefault="00A75B1C" w:rsidP="0000691D">
      <w:pPr>
        <w:bidi/>
        <w:spacing w:line="360" w:lineRule="auto"/>
        <w:jc w:val="both"/>
        <w:rPr>
          <w:rFonts w:cs="B Mitra"/>
          <w:sz w:val="28"/>
          <w:szCs w:val="28"/>
          <w:rtl/>
        </w:rPr>
      </w:pPr>
      <w:r w:rsidRPr="0000691D">
        <w:rPr>
          <w:rFonts w:cs="B Mitra"/>
          <w:sz w:val="28"/>
          <w:szCs w:val="28"/>
          <w:rtl/>
        </w:rPr>
        <w:t xml:space="preserve"> اگر شما دانش و تخصص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حرفه را دارا هست</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و خواهان فعال</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و کسب درآمد از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راه م</w:t>
      </w:r>
      <w:r w:rsidRPr="0000691D">
        <w:rPr>
          <w:rFonts w:cs="B Mitra" w:hint="cs"/>
          <w:sz w:val="28"/>
          <w:szCs w:val="28"/>
          <w:rtl/>
        </w:rPr>
        <w:t>ی‌</w:t>
      </w:r>
      <w:r w:rsidRPr="0000691D">
        <w:rPr>
          <w:rFonts w:cs="B Mitra"/>
          <w:sz w:val="28"/>
          <w:szCs w:val="28"/>
          <w:rtl/>
        </w:rPr>
        <w:t>باش</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و در ع</w:t>
      </w:r>
      <w:r w:rsidRPr="0000691D">
        <w:rPr>
          <w:rFonts w:cs="B Mitra" w:hint="cs"/>
          <w:sz w:val="28"/>
          <w:szCs w:val="28"/>
          <w:rtl/>
        </w:rPr>
        <w:t>ین</w:t>
      </w:r>
      <w:r w:rsidRPr="0000691D">
        <w:rPr>
          <w:rFonts w:cs="B Mitra"/>
          <w:sz w:val="28"/>
          <w:szCs w:val="28"/>
          <w:rtl/>
        </w:rPr>
        <w:t xml:space="preserve"> حال امکان و توان ماد</w:t>
      </w:r>
      <w:r w:rsidRPr="0000691D">
        <w:rPr>
          <w:rFonts w:cs="B Mitra" w:hint="cs"/>
          <w:sz w:val="28"/>
          <w:szCs w:val="28"/>
          <w:rtl/>
        </w:rPr>
        <w:t>ی</w:t>
      </w:r>
      <w:r w:rsidRPr="0000691D">
        <w:rPr>
          <w:rFonts w:cs="B Mitra"/>
          <w:sz w:val="28"/>
          <w:szCs w:val="28"/>
          <w:rtl/>
        </w:rPr>
        <w:t xml:space="preserve"> جهت تأس</w:t>
      </w:r>
      <w:r w:rsidRPr="0000691D">
        <w:rPr>
          <w:rFonts w:cs="B Mitra" w:hint="cs"/>
          <w:sz w:val="28"/>
          <w:szCs w:val="28"/>
          <w:rtl/>
        </w:rPr>
        <w:t>ی</w:t>
      </w:r>
      <w:r w:rsidRPr="0000691D">
        <w:rPr>
          <w:rFonts w:cs="B Mitra" w:hint="eastAsia"/>
          <w:sz w:val="28"/>
          <w:szCs w:val="28"/>
          <w:rtl/>
        </w:rPr>
        <w:t>س</w:t>
      </w:r>
      <w:r w:rsidRPr="0000691D">
        <w:rPr>
          <w:rFonts w:cs="B Mitra"/>
          <w:sz w:val="28"/>
          <w:szCs w:val="28"/>
          <w:rtl/>
        </w:rPr>
        <w:t xml:space="preserve"> و تجه</w:t>
      </w:r>
      <w:r w:rsidRPr="0000691D">
        <w:rPr>
          <w:rFonts w:cs="B Mitra" w:hint="cs"/>
          <w:sz w:val="28"/>
          <w:szCs w:val="28"/>
          <w:rtl/>
        </w:rPr>
        <w:t>ی</w:t>
      </w:r>
      <w:r w:rsidRPr="0000691D">
        <w:rPr>
          <w:rFonts w:cs="B Mitra" w:hint="eastAsia"/>
          <w:sz w:val="28"/>
          <w:szCs w:val="28"/>
          <w:rtl/>
        </w:rPr>
        <w:t>ز</w:t>
      </w:r>
      <w:r w:rsidRPr="0000691D">
        <w:rPr>
          <w:rFonts w:cs="B Mitra"/>
          <w:sz w:val="28"/>
          <w:szCs w:val="28"/>
          <w:rtl/>
        </w:rPr>
        <w:t xml:space="preserve"> مکان مناسب برا</w:t>
      </w:r>
      <w:r w:rsidRPr="0000691D">
        <w:rPr>
          <w:rFonts w:cs="B Mitra" w:hint="cs"/>
          <w:sz w:val="28"/>
          <w:szCs w:val="28"/>
          <w:rtl/>
        </w:rPr>
        <w:t>ی</w:t>
      </w:r>
      <w:r w:rsidRPr="0000691D">
        <w:rPr>
          <w:rFonts w:cs="B Mitra"/>
          <w:sz w:val="28"/>
          <w:szCs w:val="28"/>
          <w:rtl/>
        </w:rPr>
        <w:t xml:space="preserve"> ارائه خدمات ندار</w:t>
      </w:r>
      <w:r w:rsidRPr="0000691D">
        <w:rPr>
          <w:rFonts w:cs="B Mitra" w:hint="cs"/>
          <w:sz w:val="28"/>
          <w:szCs w:val="28"/>
          <w:rtl/>
        </w:rPr>
        <w:t>ی</w:t>
      </w:r>
      <w:r w:rsidRPr="0000691D">
        <w:rPr>
          <w:rFonts w:cs="B Mitra" w:hint="eastAsia"/>
          <w:sz w:val="28"/>
          <w:szCs w:val="28"/>
          <w:rtl/>
        </w:rPr>
        <w:t>د</w:t>
      </w:r>
      <w:r w:rsidRPr="0000691D">
        <w:rPr>
          <w:rFonts w:cs="B Mitra" w:hint="cs"/>
          <w:sz w:val="28"/>
          <w:szCs w:val="28"/>
          <w:rtl/>
        </w:rPr>
        <w:t xml:space="preserve">، </w:t>
      </w:r>
      <w:r w:rsidRPr="0000691D">
        <w:rPr>
          <w:rFonts w:cs="B Mitra"/>
          <w:sz w:val="28"/>
          <w:szCs w:val="28"/>
          <w:rtl/>
        </w:rPr>
        <w:t>م</w:t>
      </w:r>
      <w:r w:rsidRPr="0000691D">
        <w:rPr>
          <w:rFonts w:cs="B Mitra" w:hint="cs"/>
          <w:sz w:val="28"/>
          <w:szCs w:val="28"/>
          <w:rtl/>
        </w:rPr>
        <w:t>ی‌</w:t>
      </w:r>
      <w:r w:rsidRPr="0000691D">
        <w:rPr>
          <w:rFonts w:cs="B Mitra"/>
          <w:sz w:val="28"/>
          <w:szCs w:val="28"/>
          <w:rtl/>
        </w:rPr>
        <w:t>توان</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به صورت س</w:t>
      </w:r>
      <w:r w:rsidRPr="0000691D">
        <w:rPr>
          <w:rFonts w:cs="B Mitra" w:hint="cs"/>
          <w:sz w:val="28"/>
          <w:szCs w:val="28"/>
          <w:rtl/>
        </w:rPr>
        <w:t>ی</w:t>
      </w:r>
      <w:r w:rsidRPr="0000691D">
        <w:rPr>
          <w:rFonts w:cs="B Mitra" w:hint="eastAsia"/>
          <w:sz w:val="28"/>
          <w:szCs w:val="28"/>
          <w:rtl/>
        </w:rPr>
        <w:t>ار</w:t>
      </w:r>
      <w:r w:rsidRPr="0000691D">
        <w:rPr>
          <w:rFonts w:cs="B Mitra"/>
          <w:sz w:val="28"/>
          <w:szCs w:val="28"/>
          <w:rtl/>
        </w:rPr>
        <w:t xml:space="preserve"> به فعال</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پرداخته و در محل و مکان مشتر</w:t>
      </w:r>
      <w:r w:rsidRPr="0000691D">
        <w:rPr>
          <w:rFonts w:cs="B Mitra" w:hint="cs"/>
          <w:sz w:val="28"/>
          <w:szCs w:val="28"/>
          <w:rtl/>
        </w:rPr>
        <w:t>ی</w:t>
      </w:r>
      <w:r w:rsidRPr="0000691D">
        <w:rPr>
          <w:rFonts w:cs="B Mitra" w:hint="eastAsia"/>
          <w:sz w:val="28"/>
          <w:szCs w:val="28"/>
          <w:rtl/>
        </w:rPr>
        <w:t>ان</w:t>
      </w:r>
      <w:r w:rsidRPr="0000691D">
        <w:rPr>
          <w:rFonts w:cs="B Mitra" w:hint="cs"/>
          <w:sz w:val="28"/>
          <w:szCs w:val="28"/>
          <w:rtl/>
        </w:rPr>
        <w:t>،</w:t>
      </w:r>
      <w:r w:rsidRPr="0000691D">
        <w:rPr>
          <w:rFonts w:cs="B Mitra"/>
          <w:sz w:val="28"/>
          <w:szCs w:val="28"/>
          <w:rtl/>
        </w:rPr>
        <w:t xml:space="preserve"> خدمات خود را عرضه نما</w:t>
      </w:r>
      <w:r w:rsidRPr="0000691D">
        <w:rPr>
          <w:rFonts w:cs="B Mitra" w:hint="cs"/>
          <w:sz w:val="28"/>
          <w:szCs w:val="28"/>
          <w:rtl/>
        </w:rPr>
        <w:t>یی</w:t>
      </w:r>
      <w:r w:rsidRPr="0000691D">
        <w:rPr>
          <w:rFonts w:cs="B Mitra" w:hint="eastAsia"/>
          <w:sz w:val="28"/>
          <w:szCs w:val="28"/>
          <w:rtl/>
        </w:rPr>
        <w:t>د</w:t>
      </w:r>
      <w:r w:rsidRPr="0000691D">
        <w:rPr>
          <w:rFonts w:cs="B Mitra" w:hint="cs"/>
          <w:sz w:val="28"/>
          <w:szCs w:val="28"/>
          <w:rtl/>
        </w:rPr>
        <w:t>.</w:t>
      </w:r>
      <w:r w:rsidRPr="0000691D">
        <w:rPr>
          <w:rFonts w:cs="B Mitra"/>
          <w:sz w:val="28"/>
          <w:szCs w:val="28"/>
          <w:rtl/>
        </w:rPr>
        <w:t xml:space="preserve"> در جا</w:t>
      </w:r>
      <w:r w:rsidRPr="0000691D">
        <w:rPr>
          <w:rFonts w:cs="B Mitra" w:hint="cs"/>
          <w:sz w:val="28"/>
          <w:szCs w:val="28"/>
          <w:rtl/>
        </w:rPr>
        <w:t>یی</w:t>
      </w:r>
      <w:r w:rsidRPr="0000691D">
        <w:rPr>
          <w:rFonts w:cs="B Mitra"/>
          <w:sz w:val="28"/>
          <w:szCs w:val="28"/>
          <w:rtl/>
        </w:rPr>
        <w:t xml:space="preserve"> که درآمدزا</w:t>
      </w:r>
      <w:r w:rsidRPr="0000691D">
        <w:rPr>
          <w:rFonts w:cs="B Mitra" w:hint="cs"/>
          <w:sz w:val="28"/>
          <w:szCs w:val="28"/>
          <w:rtl/>
        </w:rPr>
        <w:t>یی</w:t>
      </w:r>
      <w:r w:rsidRPr="0000691D">
        <w:rPr>
          <w:rFonts w:cs="B Mitra"/>
          <w:sz w:val="28"/>
          <w:szCs w:val="28"/>
          <w:rtl/>
        </w:rPr>
        <w:t xml:space="preserve"> شما با کاهش رنج و درد ب</w:t>
      </w:r>
      <w:r w:rsidRPr="0000691D">
        <w:rPr>
          <w:rFonts w:cs="B Mitra" w:hint="cs"/>
          <w:sz w:val="28"/>
          <w:szCs w:val="28"/>
          <w:rtl/>
        </w:rPr>
        <w:t>ی</w:t>
      </w:r>
      <w:r w:rsidRPr="0000691D">
        <w:rPr>
          <w:rFonts w:cs="B Mitra" w:hint="eastAsia"/>
          <w:sz w:val="28"/>
          <w:szCs w:val="28"/>
          <w:rtl/>
        </w:rPr>
        <w:t>ماران</w:t>
      </w:r>
      <w:r w:rsidRPr="0000691D">
        <w:rPr>
          <w:rFonts w:cs="B Mitra"/>
          <w:sz w:val="28"/>
          <w:szCs w:val="28"/>
          <w:rtl/>
        </w:rPr>
        <w:t xml:space="preserve"> و </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انرژ</w:t>
      </w:r>
      <w:r w:rsidRPr="0000691D">
        <w:rPr>
          <w:rFonts w:cs="B Mitra" w:hint="cs"/>
          <w:sz w:val="28"/>
          <w:szCs w:val="28"/>
          <w:rtl/>
        </w:rPr>
        <w:t>ی</w:t>
      </w:r>
      <w:r w:rsidRPr="0000691D">
        <w:rPr>
          <w:rFonts w:cs="B Mitra"/>
          <w:sz w:val="28"/>
          <w:szCs w:val="28"/>
          <w:rtl/>
        </w:rPr>
        <w:t xml:space="preserve"> بخش</w:t>
      </w:r>
      <w:r w:rsidRPr="0000691D">
        <w:rPr>
          <w:rFonts w:cs="B Mitra" w:hint="cs"/>
          <w:sz w:val="28"/>
          <w:szCs w:val="28"/>
          <w:rtl/>
        </w:rPr>
        <w:t>ی</w:t>
      </w:r>
      <w:r w:rsidRPr="0000691D">
        <w:rPr>
          <w:rFonts w:cs="B Mitra"/>
          <w:sz w:val="28"/>
          <w:szCs w:val="28"/>
          <w:rtl/>
        </w:rPr>
        <w:t xml:space="preserve"> و آرام‌ساز</w:t>
      </w:r>
      <w:r w:rsidRPr="0000691D">
        <w:rPr>
          <w:rFonts w:cs="B Mitra" w:hint="cs"/>
          <w:sz w:val="28"/>
          <w:szCs w:val="28"/>
          <w:rtl/>
        </w:rPr>
        <w:t>ی</w:t>
      </w:r>
      <w:r w:rsidRPr="0000691D">
        <w:rPr>
          <w:rFonts w:cs="B Mitra"/>
          <w:sz w:val="28"/>
          <w:szCs w:val="28"/>
          <w:rtl/>
        </w:rPr>
        <w:t xml:space="preserve"> د</w:t>
      </w:r>
      <w:r w:rsidRPr="0000691D">
        <w:rPr>
          <w:rFonts w:cs="B Mitra" w:hint="cs"/>
          <w:sz w:val="28"/>
          <w:szCs w:val="28"/>
          <w:rtl/>
        </w:rPr>
        <w:t>ی</w:t>
      </w:r>
      <w:r w:rsidRPr="0000691D">
        <w:rPr>
          <w:rFonts w:cs="B Mitra" w:hint="eastAsia"/>
          <w:sz w:val="28"/>
          <w:szCs w:val="28"/>
          <w:rtl/>
        </w:rPr>
        <w:t>گران</w:t>
      </w:r>
      <w:r w:rsidRPr="0000691D">
        <w:rPr>
          <w:rFonts w:cs="B Mitra"/>
          <w:sz w:val="28"/>
          <w:szCs w:val="28"/>
          <w:rtl/>
        </w:rPr>
        <w:t xml:space="preserve"> گره م</w:t>
      </w:r>
      <w:r w:rsidRPr="0000691D">
        <w:rPr>
          <w:rFonts w:cs="B Mitra" w:hint="cs"/>
          <w:sz w:val="28"/>
          <w:szCs w:val="28"/>
          <w:rtl/>
        </w:rPr>
        <w:t>ی‌</w:t>
      </w:r>
      <w:r w:rsidRPr="0000691D">
        <w:rPr>
          <w:rFonts w:cs="B Mitra"/>
          <w:sz w:val="28"/>
          <w:szCs w:val="28"/>
          <w:rtl/>
        </w:rPr>
        <w:t>خورد</w:t>
      </w:r>
      <w:r w:rsidRPr="0000691D">
        <w:rPr>
          <w:rFonts w:cs="B Mitra" w:hint="cs"/>
          <w:sz w:val="28"/>
          <w:szCs w:val="28"/>
          <w:rtl/>
        </w:rPr>
        <w:t>،</w:t>
      </w:r>
      <w:r w:rsidRPr="0000691D">
        <w:rPr>
          <w:rFonts w:cs="B Mitra"/>
          <w:sz w:val="28"/>
          <w:szCs w:val="28"/>
          <w:rtl/>
        </w:rPr>
        <w:t xml:space="preserve"> </w:t>
      </w:r>
      <w:r w:rsidRPr="0000691D">
        <w:rPr>
          <w:rFonts w:cs="B Mitra" w:hint="cs"/>
          <w:sz w:val="28"/>
          <w:szCs w:val="28"/>
          <w:rtl/>
        </w:rPr>
        <w:t xml:space="preserve">این </w:t>
      </w:r>
      <w:r w:rsidRPr="0000691D">
        <w:rPr>
          <w:rFonts w:cs="B Mitra"/>
          <w:sz w:val="28"/>
          <w:szCs w:val="28"/>
          <w:rtl/>
        </w:rPr>
        <w:t>خود</w:t>
      </w:r>
      <w:r w:rsidRPr="0000691D">
        <w:rPr>
          <w:rFonts w:cs="B Mitra" w:hint="cs"/>
          <w:sz w:val="28"/>
          <w:szCs w:val="28"/>
          <w:rtl/>
        </w:rPr>
        <w:t>،</w:t>
      </w:r>
      <w:r w:rsidRPr="0000691D">
        <w:rPr>
          <w:rFonts w:cs="B Mitra"/>
          <w:sz w:val="28"/>
          <w:szCs w:val="28"/>
          <w:rtl/>
        </w:rPr>
        <w:t xml:space="preserve"> عنصر</w:t>
      </w:r>
      <w:r w:rsidRPr="0000691D">
        <w:rPr>
          <w:rFonts w:cs="B Mitra" w:hint="cs"/>
          <w:sz w:val="28"/>
          <w:szCs w:val="28"/>
          <w:rtl/>
        </w:rPr>
        <w:t>ی ا</w:t>
      </w:r>
      <w:r w:rsidRPr="0000691D">
        <w:rPr>
          <w:rFonts w:cs="B Mitra" w:hint="eastAsia"/>
          <w:sz w:val="28"/>
          <w:szCs w:val="28"/>
          <w:rtl/>
        </w:rPr>
        <w:t>ست</w:t>
      </w:r>
      <w:r w:rsidRPr="0000691D">
        <w:rPr>
          <w:rFonts w:cs="B Mitra"/>
          <w:sz w:val="28"/>
          <w:szCs w:val="28"/>
          <w:rtl/>
        </w:rPr>
        <w:t xml:space="preserve"> جداگانه که باعث آرامش روح</w:t>
      </w:r>
      <w:r w:rsidRPr="0000691D">
        <w:rPr>
          <w:rFonts w:cs="B Mitra" w:hint="cs"/>
          <w:sz w:val="28"/>
          <w:szCs w:val="28"/>
          <w:rtl/>
        </w:rPr>
        <w:t>ی</w:t>
      </w:r>
      <w:r w:rsidRPr="0000691D">
        <w:rPr>
          <w:rFonts w:cs="B Mitra"/>
          <w:sz w:val="28"/>
          <w:szCs w:val="28"/>
          <w:rtl/>
        </w:rPr>
        <w:t xml:space="preserve"> و روان</w:t>
      </w:r>
      <w:r w:rsidRPr="0000691D">
        <w:rPr>
          <w:rFonts w:cs="B Mitra" w:hint="cs"/>
          <w:sz w:val="28"/>
          <w:szCs w:val="28"/>
          <w:rtl/>
        </w:rPr>
        <w:t>ی</w:t>
      </w:r>
      <w:r w:rsidRPr="0000691D">
        <w:rPr>
          <w:rFonts w:cs="B Mitra"/>
          <w:sz w:val="28"/>
          <w:szCs w:val="28"/>
          <w:rtl/>
        </w:rPr>
        <w:t xml:space="preserve"> فرد درمانگر م</w:t>
      </w:r>
      <w:r w:rsidRPr="0000691D">
        <w:rPr>
          <w:rFonts w:cs="B Mitra" w:hint="cs"/>
          <w:sz w:val="28"/>
          <w:szCs w:val="28"/>
          <w:rtl/>
        </w:rPr>
        <w:t>ی‌</w:t>
      </w:r>
      <w:r w:rsidRPr="0000691D">
        <w:rPr>
          <w:rFonts w:cs="B Mitra" w:hint="eastAsia"/>
          <w:sz w:val="28"/>
          <w:szCs w:val="28"/>
          <w:rtl/>
        </w:rPr>
        <w:t>شود</w:t>
      </w:r>
      <w:r w:rsidRPr="0000691D">
        <w:rPr>
          <w:rFonts w:cs="B Mitra" w:hint="cs"/>
          <w:sz w:val="28"/>
          <w:szCs w:val="28"/>
          <w:rtl/>
        </w:rPr>
        <w:t xml:space="preserve">؛ </w:t>
      </w:r>
      <w:r w:rsidRPr="0000691D">
        <w:rPr>
          <w:rFonts w:cs="B Mitra"/>
          <w:sz w:val="28"/>
          <w:szCs w:val="28"/>
          <w:rtl/>
        </w:rPr>
        <w:t>بهتر است بدان</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که از دهه‌ها</w:t>
      </w:r>
      <w:r w:rsidRPr="0000691D">
        <w:rPr>
          <w:rFonts w:cs="B Mitra" w:hint="cs"/>
          <w:sz w:val="28"/>
          <w:szCs w:val="28"/>
          <w:rtl/>
        </w:rPr>
        <w:t>ی</w:t>
      </w:r>
      <w:r w:rsidRPr="0000691D">
        <w:rPr>
          <w:rFonts w:cs="B Mitra"/>
          <w:sz w:val="28"/>
          <w:szCs w:val="28"/>
          <w:rtl/>
        </w:rPr>
        <w:t xml:space="preserve"> دور خدمات ماساژ و ف</w:t>
      </w:r>
      <w:r w:rsidRPr="0000691D">
        <w:rPr>
          <w:rFonts w:cs="B Mitra" w:hint="cs"/>
          <w:sz w:val="28"/>
          <w:szCs w:val="28"/>
          <w:rtl/>
        </w:rPr>
        <w:t>ی</w:t>
      </w:r>
      <w:r w:rsidRPr="0000691D">
        <w:rPr>
          <w:rFonts w:cs="B Mitra" w:hint="eastAsia"/>
          <w:sz w:val="28"/>
          <w:szCs w:val="28"/>
          <w:rtl/>
        </w:rPr>
        <w:t>ز</w:t>
      </w:r>
      <w:r w:rsidRPr="0000691D">
        <w:rPr>
          <w:rFonts w:cs="B Mitra" w:hint="cs"/>
          <w:sz w:val="28"/>
          <w:szCs w:val="28"/>
          <w:rtl/>
        </w:rPr>
        <w:t>ی</w:t>
      </w:r>
      <w:r w:rsidRPr="0000691D">
        <w:rPr>
          <w:rFonts w:cs="B Mitra" w:hint="eastAsia"/>
          <w:sz w:val="28"/>
          <w:szCs w:val="28"/>
          <w:rtl/>
        </w:rPr>
        <w:t>وتراپ</w:t>
      </w:r>
      <w:r w:rsidRPr="0000691D">
        <w:rPr>
          <w:rFonts w:cs="B Mitra" w:hint="cs"/>
          <w:sz w:val="28"/>
          <w:szCs w:val="28"/>
          <w:rtl/>
        </w:rPr>
        <w:t>ی،</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ک</w:t>
      </w:r>
      <w:r w:rsidRPr="0000691D">
        <w:rPr>
          <w:rFonts w:cs="B Mitra" w:hint="cs"/>
          <w:sz w:val="28"/>
          <w:szCs w:val="28"/>
          <w:rtl/>
        </w:rPr>
        <w:t>ی</w:t>
      </w:r>
      <w:r w:rsidRPr="0000691D">
        <w:rPr>
          <w:rFonts w:cs="B Mitra"/>
          <w:sz w:val="28"/>
          <w:szCs w:val="28"/>
          <w:rtl/>
        </w:rPr>
        <w:t xml:space="preserve"> از فرصت‌ها</w:t>
      </w:r>
      <w:r w:rsidRPr="0000691D">
        <w:rPr>
          <w:rFonts w:cs="B Mitra" w:hint="cs"/>
          <w:sz w:val="28"/>
          <w:szCs w:val="28"/>
          <w:rtl/>
        </w:rPr>
        <w:t>ی</w:t>
      </w:r>
      <w:r w:rsidRPr="0000691D">
        <w:rPr>
          <w:rFonts w:cs="B Mitra"/>
          <w:sz w:val="28"/>
          <w:szCs w:val="28"/>
          <w:rtl/>
        </w:rPr>
        <w:t xml:space="preserve"> شغل</w:t>
      </w:r>
      <w:r w:rsidRPr="0000691D">
        <w:rPr>
          <w:rFonts w:cs="B Mitra" w:hint="cs"/>
          <w:sz w:val="28"/>
          <w:szCs w:val="28"/>
          <w:rtl/>
        </w:rPr>
        <w:t>ی</w:t>
      </w:r>
      <w:r w:rsidRPr="0000691D">
        <w:rPr>
          <w:rFonts w:cs="B Mitra"/>
          <w:sz w:val="28"/>
          <w:szCs w:val="28"/>
          <w:rtl/>
        </w:rPr>
        <w:t xml:space="preserve"> مناسب برا</w:t>
      </w:r>
      <w:r w:rsidRPr="0000691D">
        <w:rPr>
          <w:rFonts w:cs="B Mitra" w:hint="cs"/>
          <w:sz w:val="28"/>
          <w:szCs w:val="28"/>
          <w:rtl/>
        </w:rPr>
        <w:t>ی</w:t>
      </w:r>
      <w:r w:rsidRPr="0000691D">
        <w:rPr>
          <w:rFonts w:cs="B Mitra"/>
          <w:sz w:val="28"/>
          <w:szCs w:val="28"/>
          <w:rtl/>
        </w:rPr>
        <w:t xml:space="preserve"> افراد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بوده است</w:t>
      </w:r>
      <w:r w:rsidRPr="0000691D">
        <w:rPr>
          <w:rFonts w:cs="B Mitra" w:hint="cs"/>
          <w:sz w:val="28"/>
          <w:szCs w:val="28"/>
          <w:rtl/>
        </w:rPr>
        <w:t>؛</w:t>
      </w:r>
      <w:r w:rsidRPr="0000691D">
        <w:rPr>
          <w:rFonts w:cs="B Mitra"/>
          <w:sz w:val="28"/>
          <w:szCs w:val="28"/>
          <w:rtl/>
        </w:rPr>
        <w:t xml:space="preserve"> در حدود س</w:t>
      </w:r>
      <w:r w:rsidRPr="0000691D">
        <w:rPr>
          <w:rFonts w:cs="B Mitra" w:hint="cs"/>
          <w:sz w:val="28"/>
          <w:szCs w:val="28"/>
          <w:rtl/>
        </w:rPr>
        <w:t>ی</w:t>
      </w:r>
      <w:r w:rsidRPr="0000691D">
        <w:rPr>
          <w:rFonts w:cs="B Mitra"/>
          <w:sz w:val="28"/>
          <w:szCs w:val="28"/>
          <w:rtl/>
        </w:rPr>
        <w:t xml:space="preserve"> سال گذشته بنا به ش</w:t>
      </w:r>
      <w:r w:rsidRPr="0000691D">
        <w:rPr>
          <w:rFonts w:cs="B Mitra" w:hint="eastAsia"/>
          <w:sz w:val="28"/>
          <w:szCs w:val="28"/>
          <w:rtl/>
        </w:rPr>
        <w:t>را</w:t>
      </w:r>
      <w:r w:rsidRPr="0000691D">
        <w:rPr>
          <w:rFonts w:cs="B Mitra" w:hint="cs"/>
          <w:sz w:val="28"/>
          <w:szCs w:val="28"/>
          <w:rtl/>
        </w:rPr>
        <w:t>ی</w:t>
      </w:r>
      <w:r w:rsidRPr="0000691D">
        <w:rPr>
          <w:rFonts w:cs="B Mitra" w:hint="eastAsia"/>
          <w:sz w:val="28"/>
          <w:szCs w:val="28"/>
          <w:rtl/>
        </w:rPr>
        <w:t>ط</w:t>
      </w:r>
      <w:r w:rsidRPr="0000691D">
        <w:rPr>
          <w:rFonts w:cs="B Mitra" w:hint="cs"/>
          <w:sz w:val="28"/>
          <w:szCs w:val="28"/>
          <w:rtl/>
        </w:rPr>
        <w:t>ی،</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فعال</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رونق خود را از دست داده بود ول</w:t>
      </w:r>
      <w:r w:rsidRPr="0000691D">
        <w:rPr>
          <w:rFonts w:cs="B Mitra" w:hint="cs"/>
          <w:sz w:val="28"/>
          <w:szCs w:val="28"/>
          <w:rtl/>
        </w:rPr>
        <w:t>ی</w:t>
      </w:r>
      <w:r w:rsidRPr="0000691D">
        <w:rPr>
          <w:rFonts w:cs="B Mitra"/>
          <w:sz w:val="28"/>
          <w:szCs w:val="28"/>
          <w:rtl/>
        </w:rPr>
        <w:t xml:space="preserve"> هم اکنون با عنا</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به شرا</w:t>
      </w:r>
      <w:r w:rsidRPr="0000691D">
        <w:rPr>
          <w:rFonts w:cs="B Mitra" w:hint="cs"/>
          <w:sz w:val="28"/>
          <w:szCs w:val="28"/>
          <w:rtl/>
        </w:rPr>
        <w:t>ی</w:t>
      </w:r>
      <w:r w:rsidRPr="0000691D">
        <w:rPr>
          <w:rFonts w:cs="B Mitra" w:hint="eastAsia"/>
          <w:sz w:val="28"/>
          <w:szCs w:val="28"/>
          <w:rtl/>
        </w:rPr>
        <w:t>ط</w:t>
      </w:r>
      <w:r w:rsidRPr="0000691D">
        <w:rPr>
          <w:rFonts w:cs="B Mitra"/>
          <w:sz w:val="28"/>
          <w:szCs w:val="28"/>
          <w:rtl/>
        </w:rPr>
        <w:t xml:space="preserve"> اجتماع</w:t>
      </w:r>
      <w:r w:rsidRPr="0000691D">
        <w:rPr>
          <w:rFonts w:cs="B Mitra" w:hint="cs"/>
          <w:sz w:val="28"/>
          <w:szCs w:val="28"/>
          <w:rtl/>
        </w:rPr>
        <w:t>ی</w:t>
      </w:r>
      <w:r w:rsidRPr="0000691D">
        <w:rPr>
          <w:rFonts w:cs="B Mitra"/>
          <w:sz w:val="28"/>
          <w:szCs w:val="28"/>
          <w:rtl/>
        </w:rPr>
        <w:t xml:space="preserve"> و اقتصاد</w:t>
      </w:r>
      <w:r w:rsidRPr="0000691D">
        <w:rPr>
          <w:rFonts w:cs="B Mitra" w:hint="cs"/>
          <w:sz w:val="28"/>
          <w:szCs w:val="28"/>
          <w:rtl/>
        </w:rPr>
        <w:t>ی،</w:t>
      </w:r>
      <w:r w:rsidRPr="0000691D">
        <w:rPr>
          <w:rFonts w:cs="B Mitra"/>
          <w:sz w:val="28"/>
          <w:szCs w:val="28"/>
          <w:rtl/>
        </w:rPr>
        <w:t xml:space="preserve"> بار د</w:t>
      </w:r>
      <w:r w:rsidRPr="0000691D">
        <w:rPr>
          <w:rFonts w:cs="B Mitra" w:hint="cs"/>
          <w:sz w:val="28"/>
          <w:szCs w:val="28"/>
          <w:rtl/>
        </w:rPr>
        <w:t>ی</w:t>
      </w:r>
      <w:r w:rsidRPr="0000691D">
        <w:rPr>
          <w:rFonts w:cs="B Mitra" w:hint="eastAsia"/>
          <w:sz w:val="28"/>
          <w:szCs w:val="28"/>
          <w:rtl/>
        </w:rPr>
        <w:t>گر</w:t>
      </w:r>
      <w:r w:rsidRPr="0000691D">
        <w:rPr>
          <w:rFonts w:cs="B Mitra"/>
          <w:sz w:val="28"/>
          <w:szCs w:val="28"/>
          <w:rtl/>
        </w:rPr>
        <w:t xml:space="preserve"> بازار کار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حرفه جان و رونق</w:t>
      </w:r>
      <w:r w:rsidRPr="0000691D">
        <w:rPr>
          <w:rFonts w:cs="B Mitra" w:hint="cs"/>
          <w:sz w:val="28"/>
          <w:szCs w:val="28"/>
          <w:rtl/>
        </w:rPr>
        <w:t>ی</w:t>
      </w:r>
      <w:r w:rsidRPr="0000691D">
        <w:rPr>
          <w:rFonts w:cs="B Mitra"/>
          <w:sz w:val="28"/>
          <w:szCs w:val="28"/>
          <w:rtl/>
        </w:rPr>
        <w:t xml:space="preserve"> دوباره و چشمگ</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را شاهد است</w:t>
      </w:r>
      <w:r w:rsidRPr="0000691D">
        <w:rPr>
          <w:rFonts w:cs="B Mitra" w:hint="cs"/>
          <w:sz w:val="28"/>
          <w:szCs w:val="28"/>
          <w:rtl/>
        </w:rPr>
        <w:t>.</w:t>
      </w:r>
    </w:p>
    <w:p w:rsidR="00A75B1C" w:rsidRPr="00B546C5" w:rsidRDefault="00A75B1C" w:rsidP="00811672">
      <w:pPr>
        <w:pStyle w:val="Heading3"/>
        <w:bidi/>
        <w:rPr>
          <w:rFonts w:cs="B Mitra"/>
          <w:color w:val="70AD47" w:themeColor="accent6"/>
          <w:sz w:val="28"/>
          <w:szCs w:val="28"/>
          <w:rtl/>
        </w:rPr>
      </w:pPr>
      <w:bookmarkStart w:id="57" w:name="_Toc243400563"/>
      <w:r w:rsidRPr="00B546C5">
        <w:rPr>
          <w:rFonts w:cs="B Mitra" w:hint="cs"/>
          <w:color w:val="70AD47" w:themeColor="accent6"/>
          <w:sz w:val="28"/>
          <w:szCs w:val="28"/>
          <w:rtl/>
        </w:rPr>
        <w:t>3)</w:t>
      </w:r>
      <w:r w:rsidRPr="00B546C5">
        <w:rPr>
          <w:rFonts w:cs="B Mitra"/>
          <w:color w:val="70AD47" w:themeColor="accent6"/>
          <w:sz w:val="28"/>
          <w:szCs w:val="28"/>
          <w:rtl/>
        </w:rPr>
        <w:t xml:space="preserve"> فعال</w:t>
      </w:r>
      <w:r w:rsidRPr="00B546C5">
        <w:rPr>
          <w:rFonts w:cs="B Mitra" w:hint="cs"/>
          <w:color w:val="70AD47" w:themeColor="accent6"/>
          <w:sz w:val="28"/>
          <w:szCs w:val="28"/>
          <w:rtl/>
        </w:rPr>
        <w:t>ی</w:t>
      </w:r>
      <w:r w:rsidRPr="00B546C5">
        <w:rPr>
          <w:rFonts w:cs="B Mitra" w:hint="eastAsia"/>
          <w:color w:val="70AD47" w:themeColor="accent6"/>
          <w:sz w:val="28"/>
          <w:szCs w:val="28"/>
          <w:rtl/>
        </w:rPr>
        <w:t>ت</w:t>
      </w:r>
      <w:r w:rsidRPr="00B546C5">
        <w:rPr>
          <w:rFonts w:cs="B Mitra"/>
          <w:color w:val="70AD47" w:themeColor="accent6"/>
          <w:sz w:val="28"/>
          <w:szCs w:val="28"/>
          <w:rtl/>
        </w:rPr>
        <w:t xml:space="preserve"> به عنوان مشاور و راهنما</w:t>
      </w:r>
      <w:r w:rsidRPr="00B546C5">
        <w:rPr>
          <w:rFonts w:cs="B Mitra" w:hint="cs"/>
          <w:color w:val="70AD47" w:themeColor="accent6"/>
          <w:sz w:val="28"/>
          <w:szCs w:val="28"/>
          <w:rtl/>
        </w:rPr>
        <w:t>:</w:t>
      </w:r>
      <w:bookmarkEnd w:id="57"/>
    </w:p>
    <w:p w:rsidR="00A75B1C" w:rsidRPr="0000691D" w:rsidRDefault="00A75B1C" w:rsidP="0000691D">
      <w:pPr>
        <w:bidi/>
        <w:spacing w:line="360" w:lineRule="auto"/>
        <w:jc w:val="both"/>
        <w:rPr>
          <w:rFonts w:cs="B Mitra"/>
          <w:sz w:val="28"/>
          <w:szCs w:val="28"/>
        </w:rPr>
      </w:pPr>
      <w:r w:rsidRPr="0000691D">
        <w:rPr>
          <w:rFonts w:cs="B Mitra"/>
          <w:sz w:val="28"/>
          <w:szCs w:val="28"/>
          <w:rtl/>
        </w:rPr>
        <w:t>دوستان</w:t>
      </w:r>
      <w:r w:rsidRPr="0000691D">
        <w:rPr>
          <w:rFonts w:cs="B Mitra" w:hint="cs"/>
          <w:sz w:val="28"/>
          <w:szCs w:val="28"/>
          <w:rtl/>
        </w:rPr>
        <w:t>ی</w:t>
      </w:r>
      <w:r w:rsidRPr="0000691D">
        <w:rPr>
          <w:rFonts w:cs="B Mitra"/>
          <w:sz w:val="28"/>
          <w:szCs w:val="28"/>
          <w:rtl/>
        </w:rPr>
        <w:t xml:space="preserve"> که در </w:t>
      </w:r>
      <w:r w:rsidRPr="0000691D">
        <w:rPr>
          <w:rFonts w:cs="B Mitra" w:hint="cs"/>
          <w:sz w:val="28"/>
          <w:szCs w:val="28"/>
          <w:rtl/>
        </w:rPr>
        <w:t>ی</w:t>
      </w:r>
      <w:r w:rsidRPr="0000691D">
        <w:rPr>
          <w:rFonts w:cs="B Mitra" w:hint="eastAsia"/>
          <w:sz w:val="28"/>
          <w:szCs w:val="28"/>
          <w:rtl/>
        </w:rPr>
        <w:t>ک</w:t>
      </w:r>
      <w:r w:rsidRPr="0000691D">
        <w:rPr>
          <w:rFonts w:cs="B Mitra" w:hint="cs"/>
          <w:sz w:val="28"/>
          <w:szCs w:val="28"/>
          <w:rtl/>
        </w:rPr>
        <w:t>ی</w:t>
      </w:r>
      <w:r w:rsidRPr="0000691D">
        <w:rPr>
          <w:rFonts w:cs="B Mitra"/>
          <w:sz w:val="28"/>
          <w:szCs w:val="28"/>
          <w:rtl/>
        </w:rPr>
        <w:t xml:space="preserve"> از رشته</w:t>
      </w:r>
      <w:r w:rsidRPr="0000691D">
        <w:rPr>
          <w:rFonts w:cs="B Mitra" w:hint="cs"/>
          <w:sz w:val="28"/>
          <w:szCs w:val="28"/>
          <w:rtl/>
        </w:rPr>
        <w:t>‌</w:t>
      </w:r>
      <w:r w:rsidRPr="0000691D">
        <w:rPr>
          <w:rFonts w:cs="B Mitra"/>
          <w:sz w:val="28"/>
          <w:szCs w:val="28"/>
          <w:rtl/>
        </w:rPr>
        <w:t>ها</w:t>
      </w:r>
      <w:r w:rsidRPr="0000691D">
        <w:rPr>
          <w:rFonts w:cs="B Mitra" w:hint="cs"/>
          <w:sz w:val="28"/>
          <w:szCs w:val="28"/>
          <w:rtl/>
        </w:rPr>
        <w:t>ی</w:t>
      </w:r>
      <w:r w:rsidRPr="0000691D">
        <w:rPr>
          <w:rFonts w:cs="B Mitra"/>
          <w:sz w:val="28"/>
          <w:szCs w:val="28"/>
          <w:rtl/>
        </w:rPr>
        <w:t xml:space="preserve"> حقوق قضا</w:t>
      </w:r>
      <w:r w:rsidRPr="0000691D">
        <w:rPr>
          <w:rFonts w:cs="B Mitra" w:hint="cs"/>
          <w:sz w:val="28"/>
          <w:szCs w:val="28"/>
          <w:rtl/>
        </w:rPr>
        <w:t>یی</w:t>
      </w:r>
      <w:r w:rsidRPr="0000691D">
        <w:rPr>
          <w:rFonts w:cs="B Mitra"/>
          <w:sz w:val="28"/>
          <w:szCs w:val="28"/>
          <w:rtl/>
        </w:rPr>
        <w:t xml:space="preserve"> و </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روان‌شناس</w:t>
      </w:r>
      <w:r w:rsidRPr="0000691D">
        <w:rPr>
          <w:rFonts w:cs="B Mitra" w:hint="cs"/>
          <w:sz w:val="28"/>
          <w:szCs w:val="28"/>
          <w:rtl/>
        </w:rPr>
        <w:t>ی</w:t>
      </w:r>
      <w:r w:rsidRPr="0000691D">
        <w:rPr>
          <w:rFonts w:cs="B Mitra"/>
          <w:sz w:val="28"/>
          <w:szCs w:val="28"/>
          <w:rtl/>
        </w:rPr>
        <w:t xml:space="preserve"> از تحص</w:t>
      </w:r>
      <w:r w:rsidRPr="0000691D">
        <w:rPr>
          <w:rFonts w:cs="B Mitra" w:hint="cs"/>
          <w:sz w:val="28"/>
          <w:szCs w:val="28"/>
          <w:rtl/>
        </w:rPr>
        <w:t>ی</w:t>
      </w:r>
      <w:r w:rsidRPr="0000691D">
        <w:rPr>
          <w:rFonts w:cs="B Mitra" w:hint="eastAsia"/>
          <w:sz w:val="28"/>
          <w:szCs w:val="28"/>
          <w:rtl/>
        </w:rPr>
        <w:t>لات</w:t>
      </w:r>
      <w:r w:rsidRPr="0000691D">
        <w:rPr>
          <w:rFonts w:cs="B Mitra"/>
          <w:sz w:val="28"/>
          <w:szCs w:val="28"/>
          <w:rtl/>
        </w:rPr>
        <w:t xml:space="preserve"> آکادم</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برخوردار هستند</w:t>
      </w:r>
      <w:r w:rsidRPr="0000691D">
        <w:rPr>
          <w:rFonts w:cs="B Mitra" w:hint="cs"/>
          <w:sz w:val="28"/>
          <w:szCs w:val="28"/>
          <w:rtl/>
        </w:rPr>
        <w:t>،</w:t>
      </w:r>
      <w:r w:rsidRPr="0000691D">
        <w:rPr>
          <w:rFonts w:cs="B Mitra"/>
          <w:sz w:val="28"/>
          <w:szCs w:val="28"/>
          <w:rtl/>
        </w:rPr>
        <w:t xml:space="preserve"> علاوه بر امکان استخدام در ادارات و مراکز صنعت</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w:t>
      </w:r>
      <w:r w:rsidRPr="0000691D">
        <w:rPr>
          <w:rFonts w:cs="B Mitra"/>
          <w:sz w:val="28"/>
          <w:szCs w:val="28"/>
          <w:rtl/>
        </w:rPr>
        <w:t>توانند با انجام مصاحبه و اخذ مجوزها</w:t>
      </w:r>
      <w:r w:rsidRPr="0000691D">
        <w:rPr>
          <w:rFonts w:cs="B Mitra" w:hint="cs"/>
          <w:sz w:val="28"/>
          <w:szCs w:val="28"/>
          <w:rtl/>
        </w:rPr>
        <w:t>ی</w:t>
      </w:r>
      <w:r w:rsidRPr="0000691D">
        <w:rPr>
          <w:rFonts w:cs="B Mitra"/>
          <w:sz w:val="28"/>
          <w:szCs w:val="28"/>
          <w:rtl/>
        </w:rPr>
        <w:t xml:space="preserve"> قانون</w:t>
      </w:r>
      <w:r w:rsidRPr="0000691D">
        <w:rPr>
          <w:rFonts w:cs="B Mitra" w:hint="cs"/>
          <w:sz w:val="28"/>
          <w:szCs w:val="28"/>
          <w:rtl/>
        </w:rPr>
        <w:t xml:space="preserve">ی، </w:t>
      </w:r>
      <w:r w:rsidRPr="0000691D">
        <w:rPr>
          <w:rFonts w:cs="B Mitra"/>
          <w:sz w:val="28"/>
          <w:szCs w:val="28"/>
          <w:rtl/>
        </w:rPr>
        <w:t>نسبت به تأس</w:t>
      </w:r>
      <w:r w:rsidRPr="0000691D">
        <w:rPr>
          <w:rFonts w:cs="B Mitra" w:hint="cs"/>
          <w:sz w:val="28"/>
          <w:szCs w:val="28"/>
          <w:rtl/>
        </w:rPr>
        <w:t>ی</w:t>
      </w:r>
      <w:r w:rsidRPr="0000691D">
        <w:rPr>
          <w:rFonts w:cs="B Mitra" w:hint="eastAsia"/>
          <w:sz w:val="28"/>
          <w:szCs w:val="28"/>
          <w:rtl/>
        </w:rPr>
        <w:t>س</w:t>
      </w:r>
      <w:r w:rsidRPr="0000691D">
        <w:rPr>
          <w:rFonts w:cs="B Mitra"/>
          <w:sz w:val="28"/>
          <w:szCs w:val="28"/>
          <w:rtl/>
        </w:rPr>
        <w:t xml:space="preserve"> مرکز مشاوره اقدام نموده و علاوه بر خود</w:t>
      </w:r>
      <w:r w:rsidRPr="0000691D">
        <w:rPr>
          <w:rFonts w:cs="B Mitra" w:hint="cs"/>
          <w:sz w:val="28"/>
          <w:szCs w:val="28"/>
          <w:rtl/>
        </w:rPr>
        <w:t>،</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سا</w:t>
      </w:r>
      <w:r w:rsidRPr="0000691D">
        <w:rPr>
          <w:rFonts w:cs="B Mitra" w:hint="cs"/>
          <w:sz w:val="28"/>
          <w:szCs w:val="28"/>
          <w:rtl/>
        </w:rPr>
        <w:t>ی</w:t>
      </w:r>
      <w:r w:rsidRPr="0000691D">
        <w:rPr>
          <w:rFonts w:cs="B Mitra" w:hint="eastAsia"/>
          <w:sz w:val="28"/>
          <w:szCs w:val="28"/>
          <w:rtl/>
        </w:rPr>
        <w:t>ر</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ن</w:t>
      </w:r>
      <w:r w:rsidRPr="0000691D">
        <w:rPr>
          <w:rFonts w:cs="B Mitra" w:hint="cs"/>
          <w:sz w:val="28"/>
          <w:szCs w:val="28"/>
          <w:rtl/>
        </w:rPr>
        <w:t>ی</w:t>
      </w:r>
      <w:r w:rsidRPr="0000691D">
        <w:rPr>
          <w:rFonts w:cs="B Mitra" w:hint="eastAsia"/>
          <w:sz w:val="28"/>
          <w:szCs w:val="28"/>
          <w:rtl/>
        </w:rPr>
        <w:t>ز</w:t>
      </w:r>
      <w:r w:rsidRPr="0000691D">
        <w:rPr>
          <w:rFonts w:cs="B Mitra"/>
          <w:sz w:val="28"/>
          <w:szCs w:val="28"/>
          <w:rtl/>
        </w:rPr>
        <w:t xml:space="preserve"> زم</w:t>
      </w:r>
      <w:r w:rsidRPr="0000691D">
        <w:rPr>
          <w:rFonts w:cs="B Mitra" w:hint="cs"/>
          <w:sz w:val="28"/>
          <w:szCs w:val="28"/>
          <w:rtl/>
        </w:rPr>
        <w:t>ی</w:t>
      </w:r>
      <w:r w:rsidRPr="0000691D">
        <w:rPr>
          <w:rFonts w:cs="B Mitra" w:hint="eastAsia"/>
          <w:sz w:val="28"/>
          <w:szCs w:val="28"/>
          <w:rtl/>
        </w:rPr>
        <w:t>نه</w:t>
      </w:r>
      <w:r w:rsidRPr="0000691D">
        <w:rPr>
          <w:rFonts w:cs="B Mitra"/>
          <w:sz w:val="28"/>
          <w:szCs w:val="28"/>
          <w:rtl/>
        </w:rPr>
        <w:t xml:space="preserve"> اشتغال فراهم سازند</w:t>
      </w:r>
      <w:r w:rsidRPr="0000691D">
        <w:rPr>
          <w:rFonts w:cs="B Mitra" w:hint="cs"/>
          <w:sz w:val="28"/>
          <w:szCs w:val="28"/>
          <w:rtl/>
        </w:rPr>
        <w:t>.</w:t>
      </w:r>
      <w:r w:rsidRPr="0000691D">
        <w:rPr>
          <w:rFonts w:cs="B Mitra"/>
          <w:sz w:val="28"/>
          <w:szCs w:val="28"/>
          <w:rtl/>
        </w:rPr>
        <w:t xml:space="preserve"> ع</w:t>
      </w:r>
      <w:r w:rsidRPr="0000691D">
        <w:rPr>
          <w:rFonts w:cs="B Mitra" w:hint="eastAsia"/>
          <w:sz w:val="28"/>
          <w:szCs w:val="28"/>
          <w:rtl/>
        </w:rPr>
        <w:t>ز</w:t>
      </w:r>
      <w:r w:rsidRPr="0000691D">
        <w:rPr>
          <w:rFonts w:cs="B Mitra" w:hint="cs"/>
          <w:sz w:val="28"/>
          <w:szCs w:val="28"/>
          <w:rtl/>
        </w:rPr>
        <w:t>ی</w:t>
      </w:r>
      <w:r w:rsidRPr="0000691D">
        <w:rPr>
          <w:rFonts w:cs="B Mitra" w:hint="eastAsia"/>
          <w:sz w:val="28"/>
          <w:szCs w:val="28"/>
          <w:rtl/>
        </w:rPr>
        <w:t>زان</w:t>
      </w:r>
      <w:r w:rsidRPr="0000691D">
        <w:rPr>
          <w:rFonts w:cs="B Mitra"/>
          <w:sz w:val="28"/>
          <w:szCs w:val="28"/>
          <w:rtl/>
        </w:rPr>
        <w:t xml:space="preserve">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حت</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توانند</w:t>
      </w:r>
      <w:r w:rsidRPr="0000691D">
        <w:rPr>
          <w:rFonts w:cs="B Mitra"/>
          <w:sz w:val="28"/>
          <w:szCs w:val="28"/>
          <w:rtl/>
        </w:rPr>
        <w:t xml:space="preserve"> به صورت گروه</w:t>
      </w:r>
      <w:r w:rsidRPr="0000691D">
        <w:rPr>
          <w:rFonts w:cs="B Mitra" w:hint="cs"/>
          <w:sz w:val="28"/>
          <w:szCs w:val="28"/>
          <w:rtl/>
        </w:rPr>
        <w:t>ی</w:t>
      </w:r>
      <w:r w:rsidRPr="0000691D">
        <w:rPr>
          <w:rFonts w:cs="B Mitra"/>
          <w:sz w:val="28"/>
          <w:szCs w:val="28"/>
          <w:rtl/>
        </w:rPr>
        <w:t xml:space="preserve"> در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مراکز گرد هم آمده و به صورت متمرکز به ارائه خدمات مشاوره‌ا</w:t>
      </w:r>
      <w:r w:rsidRPr="0000691D">
        <w:rPr>
          <w:rFonts w:cs="B Mitra" w:hint="cs"/>
          <w:sz w:val="28"/>
          <w:szCs w:val="28"/>
          <w:rtl/>
        </w:rPr>
        <w:t>ی</w:t>
      </w:r>
      <w:r w:rsidRPr="0000691D">
        <w:rPr>
          <w:rFonts w:cs="B Mitra"/>
          <w:sz w:val="28"/>
          <w:szCs w:val="28"/>
          <w:rtl/>
        </w:rPr>
        <w:t xml:space="preserve"> در زم</w:t>
      </w:r>
      <w:r w:rsidRPr="0000691D">
        <w:rPr>
          <w:rFonts w:cs="B Mitra" w:hint="cs"/>
          <w:sz w:val="28"/>
          <w:szCs w:val="28"/>
          <w:rtl/>
        </w:rPr>
        <w:t>ی</w:t>
      </w:r>
      <w:r w:rsidRPr="0000691D">
        <w:rPr>
          <w:rFonts w:cs="B Mitra" w:hint="eastAsia"/>
          <w:sz w:val="28"/>
          <w:szCs w:val="28"/>
          <w:rtl/>
        </w:rPr>
        <w:t>نه‌ها</w:t>
      </w:r>
      <w:r w:rsidRPr="0000691D">
        <w:rPr>
          <w:rFonts w:cs="B Mitra" w:hint="cs"/>
          <w:sz w:val="28"/>
          <w:szCs w:val="28"/>
          <w:rtl/>
        </w:rPr>
        <w:t>ی</w:t>
      </w:r>
      <w:r w:rsidRPr="0000691D">
        <w:rPr>
          <w:rFonts w:cs="B Mitra"/>
          <w:sz w:val="28"/>
          <w:szCs w:val="28"/>
          <w:rtl/>
        </w:rPr>
        <w:t xml:space="preserve"> حقوق</w:t>
      </w:r>
      <w:r w:rsidRPr="0000691D">
        <w:rPr>
          <w:rFonts w:cs="B Mitra" w:hint="cs"/>
          <w:sz w:val="28"/>
          <w:szCs w:val="28"/>
          <w:rtl/>
        </w:rPr>
        <w:t>ی،</w:t>
      </w:r>
      <w:r w:rsidRPr="0000691D">
        <w:rPr>
          <w:rFonts w:cs="B Mitra"/>
          <w:sz w:val="28"/>
          <w:szCs w:val="28"/>
          <w:rtl/>
        </w:rPr>
        <w:t xml:space="preserve"> خانوادگ</w:t>
      </w:r>
      <w:r w:rsidRPr="0000691D">
        <w:rPr>
          <w:rFonts w:cs="B Mitra" w:hint="cs"/>
          <w:sz w:val="28"/>
          <w:szCs w:val="28"/>
          <w:rtl/>
        </w:rPr>
        <w:t>ی،</w:t>
      </w:r>
      <w:r w:rsidRPr="0000691D">
        <w:rPr>
          <w:rFonts w:cs="B Mitra"/>
          <w:sz w:val="28"/>
          <w:szCs w:val="28"/>
          <w:rtl/>
        </w:rPr>
        <w:t xml:space="preserve"> تحص</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 xml:space="preserve">ی، </w:t>
      </w:r>
      <w:r w:rsidRPr="0000691D">
        <w:rPr>
          <w:rFonts w:cs="B Mitra"/>
          <w:sz w:val="28"/>
          <w:szCs w:val="28"/>
          <w:rtl/>
        </w:rPr>
        <w:t>روان</w:t>
      </w:r>
      <w:r w:rsidRPr="0000691D">
        <w:rPr>
          <w:rFonts w:cs="B Mitra" w:hint="cs"/>
          <w:sz w:val="28"/>
          <w:szCs w:val="28"/>
          <w:rtl/>
        </w:rPr>
        <w:t>ی</w:t>
      </w:r>
      <w:r w:rsidRPr="0000691D">
        <w:rPr>
          <w:rFonts w:cs="B Mitra"/>
          <w:sz w:val="28"/>
          <w:szCs w:val="28"/>
          <w:rtl/>
        </w:rPr>
        <w:t xml:space="preserve"> و... ارائه خدمات نما</w:t>
      </w:r>
      <w:r w:rsidRPr="0000691D">
        <w:rPr>
          <w:rFonts w:cs="B Mitra" w:hint="cs"/>
          <w:sz w:val="28"/>
          <w:szCs w:val="28"/>
          <w:rtl/>
        </w:rPr>
        <w:t>ی</w:t>
      </w:r>
      <w:r w:rsidRPr="0000691D">
        <w:rPr>
          <w:rFonts w:cs="B Mitra" w:hint="eastAsia"/>
          <w:sz w:val="28"/>
          <w:szCs w:val="28"/>
          <w:rtl/>
        </w:rPr>
        <w:t>ند</w:t>
      </w:r>
      <w:r w:rsidRPr="0000691D">
        <w:rPr>
          <w:rFonts w:cs="B Mitra" w:hint="cs"/>
          <w:sz w:val="28"/>
          <w:szCs w:val="28"/>
          <w:rtl/>
        </w:rPr>
        <w:t>.</w:t>
      </w:r>
      <w:r w:rsidRPr="0000691D">
        <w:rPr>
          <w:rFonts w:cs="B Mitra"/>
          <w:sz w:val="28"/>
          <w:szCs w:val="28"/>
          <w:rtl/>
        </w:rPr>
        <w:t xml:space="preserve"> آن دسته از عز</w:t>
      </w:r>
      <w:r w:rsidRPr="0000691D">
        <w:rPr>
          <w:rFonts w:cs="B Mitra" w:hint="cs"/>
          <w:sz w:val="28"/>
          <w:szCs w:val="28"/>
          <w:rtl/>
        </w:rPr>
        <w:t>ی</w:t>
      </w:r>
      <w:r w:rsidRPr="0000691D">
        <w:rPr>
          <w:rFonts w:cs="B Mitra" w:hint="eastAsia"/>
          <w:sz w:val="28"/>
          <w:szCs w:val="28"/>
          <w:rtl/>
        </w:rPr>
        <w:t>زان</w:t>
      </w:r>
      <w:r w:rsidRPr="0000691D">
        <w:rPr>
          <w:rFonts w:cs="B Mitra" w:hint="cs"/>
          <w:sz w:val="28"/>
          <w:szCs w:val="28"/>
          <w:rtl/>
        </w:rPr>
        <w:t>ی</w:t>
      </w:r>
      <w:r w:rsidRPr="0000691D">
        <w:rPr>
          <w:rFonts w:cs="B Mitra"/>
          <w:sz w:val="28"/>
          <w:szCs w:val="28"/>
          <w:rtl/>
        </w:rPr>
        <w:t xml:space="preserve"> که به هر دل</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sz w:val="28"/>
          <w:szCs w:val="28"/>
          <w:rtl/>
        </w:rPr>
        <w:t xml:space="preserve"> خواهان </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قادر به تأس</w:t>
      </w:r>
      <w:r w:rsidRPr="0000691D">
        <w:rPr>
          <w:rFonts w:cs="B Mitra" w:hint="cs"/>
          <w:sz w:val="28"/>
          <w:szCs w:val="28"/>
          <w:rtl/>
        </w:rPr>
        <w:t>ی</w:t>
      </w:r>
      <w:r w:rsidRPr="0000691D">
        <w:rPr>
          <w:rFonts w:cs="B Mitra" w:hint="eastAsia"/>
          <w:sz w:val="28"/>
          <w:szCs w:val="28"/>
          <w:rtl/>
        </w:rPr>
        <w:t>س</w:t>
      </w:r>
      <w:r w:rsidRPr="0000691D">
        <w:rPr>
          <w:rFonts w:cs="B Mitra"/>
          <w:sz w:val="28"/>
          <w:szCs w:val="28"/>
          <w:rtl/>
        </w:rPr>
        <w:t xml:space="preserve"> چن</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مراکز</w:t>
      </w:r>
      <w:r w:rsidRPr="0000691D">
        <w:rPr>
          <w:rFonts w:cs="B Mitra" w:hint="cs"/>
          <w:sz w:val="28"/>
          <w:szCs w:val="28"/>
          <w:rtl/>
        </w:rPr>
        <w:t>ی</w:t>
      </w:r>
      <w:r w:rsidRPr="0000691D">
        <w:rPr>
          <w:rFonts w:cs="B Mitra"/>
          <w:sz w:val="28"/>
          <w:szCs w:val="28"/>
          <w:rtl/>
        </w:rPr>
        <w:t xml:space="preserve"> نیستند</w:t>
      </w:r>
      <w:r w:rsidRPr="0000691D">
        <w:rPr>
          <w:rFonts w:cs="B Mitra" w:hint="cs"/>
          <w:sz w:val="28"/>
          <w:szCs w:val="28"/>
          <w:rtl/>
        </w:rPr>
        <w:t>،</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توانند</w:t>
      </w:r>
      <w:r w:rsidRPr="0000691D">
        <w:rPr>
          <w:rFonts w:cs="B Mitra"/>
          <w:sz w:val="28"/>
          <w:szCs w:val="28"/>
          <w:rtl/>
        </w:rPr>
        <w:t xml:space="preserve"> به صورت پاره وقت و موردی و با استفاده از فرمول </w:t>
      </w:r>
      <w:r w:rsidRPr="0000691D">
        <w:rPr>
          <w:rFonts w:cs="B Mitra"/>
          <w:sz w:val="28"/>
          <w:szCs w:val="28"/>
          <w:rtl/>
          <w:lang w:bidi="fa-IR"/>
        </w:rPr>
        <w:t>۷۰</w:t>
      </w:r>
      <w:r w:rsidRPr="0000691D">
        <w:rPr>
          <w:rFonts w:cs="B Mitra"/>
          <w:sz w:val="28"/>
          <w:szCs w:val="28"/>
          <w:rtl/>
        </w:rPr>
        <w:t xml:space="preserve"> به </w:t>
      </w:r>
      <w:r w:rsidRPr="0000691D">
        <w:rPr>
          <w:rFonts w:cs="B Mitra" w:hint="cs"/>
          <w:sz w:val="28"/>
          <w:szCs w:val="28"/>
          <w:rtl/>
        </w:rPr>
        <w:t xml:space="preserve">۳۰ </w:t>
      </w:r>
      <w:r w:rsidRPr="0000691D">
        <w:rPr>
          <w:rFonts w:cs="B Mitra"/>
          <w:sz w:val="28"/>
          <w:szCs w:val="28"/>
          <w:rtl/>
        </w:rPr>
        <w:t xml:space="preserve">و </w:t>
      </w:r>
      <w:r w:rsidRPr="0000691D">
        <w:rPr>
          <w:rFonts w:cs="B Mitra" w:hint="cs"/>
          <w:sz w:val="28"/>
          <w:szCs w:val="28"/>
          <w:rtl/>
        </w:rPr>
        <w:t xml:space="preserve">یا ۶۰ </w:t>
      </w:r>
      <w:r w:rsidRPr="0000691D">
        <w:rPr>
          <w:rFonts w:cs="B Mitra"/>
          <w:sz w:val="28"/>
          <w:szCs w:val="28"/>
          <w:rtl/>
        </w:rPr>
        <w:t xml:space="preserve">به </w:t>
      </w:r>
      <w:r w:rsidRPr="0000691D">
        <w:rPr>
          <w:rFonts w:cs="B Mitra" w:hint="cs"/>
          <w:sz w:val="28"/>
          <w:szCs w:val="28"/>
          <w:rtl/>
        </w:rPr>
        <w:t xml:space="preserve">۴۰، </w:t>
      </w:r>
      <w:r w:rsidRPr="0000691D">
        <w:rPr>
          <w:rFonts w:cs="B Mitra"/>
          <w:sz w:val="28"/>
          <w:szCs w:val="28"/>
          <w:rtl/>
        </w:rPr>
        <w:t>با مراکز مشاوره همکاری نمایند</w:t>
      </w:r>
      <w:r w:rsidRPr="0000691D">
        <w:rPr>
          <w:rFonts w:cs="B Mitra" w:hint="cs"/>
          <w:sz w:val="28"/>
          <w:szCs w:val="28"/>
          <w:rtl/>
        </w:rPr>
        <w:t>.</w:t>
      </w:r>
      <w:r w:rsidRPr="0000691D">
        <w:rPr>
          <w:rFonts w:cs="B Mitra"/>
          <w:sz w:val="28"/>
          <w:szCs w:val="28"/>
          <w:rtl/>
        </w:rPr>
        <w:t xml:space="preserve"> خوشبختانه امروزه امکان فعالیت در این فرصت شغلی به شکل دورکار</w:t>
      </w:r>
      <w:r w:rsidRPr="0000691D">
        <w:rPr>
          <w:rFonts w:cs="B Mitra" w:hint="cs"/>
          <w:sz w:val="28"/>
          <w:szCs w:val="28"/>
          <w:rtl/>
        </w:rPr>
        <w:t>ی،</w:t>
      </w:r>
      <w:r w:rsidRPr="0000691D">
        <w:rPr>
          <w:rFonts w:cs="B Mitra"/>
          <w:sz w:val="28"/>
          <w:szCs w:val="28"/>
          <w:rtl/>
        </w:rPr>
        <w:t xml:space="preserve"> تلفنی و برخط نیز وجود دارد که نباید از مزایای منحصر به فرد آن غافل بود</w:t>
      </w:r>
      <w:r w:rsidRPr="0000691D">
        <w:rPr>
          <w:rFonts w:cs="B Mitra" w:hint="cs"/>
          <w:sz w:val="28"/>
          <w:szCs w:val="28"/>
          <w:rtl/>
        </w:rPr>
        <w:t>.</w:t>
      </w:r>
    </w:p>
    <w:p w:rsidR="00A75B1C" w:rsidRPr="0000691D" w:rsidRDefault="00A75B1C" w:rsidP="0000691D">
      <w:pPr>
        <w:spacing w:line="360" w:lineRule="auto"/>
        <w:jc w:val="both"/>
        <w:rPr>
          <w:rFonts w:cs="B Mitra"/>
          <w:sz w:val="28"/>
          <w:szCs w:val="28"/>
          <w:rtl/>
        </w:rPr>
      </w:pPr>
    </w:p>
    <w:p w:rsidR="0032708A" w:rsidRPr="00B546C5" w:rsidRDefault="0032708A" w:rsidP="00B546C5">
      <w:pPr>
        <w:pStyle w:val="Heading2"/>
        <w:bidi/>
        <w:rPr>
          <w:rFonts w:cs="B Mitra"/>
          <w:color w:val="4472C4" w:themeColor="accent5"/>
          <w:sz w:val="32"/>
          <w:szCs w:val="32"/>
        </w:rPr>
      </w:pPr>
      <w:bookmarkStart w:id="58" w:name="_Toc243400564"/>
      <w:r w:rsidRPr="00B546C5">
        <w:rPr>
          <w:rFonts w:cs="B Mitra"/>
          <w:color w:val="4472C4" w:themeColor="accent5"/>
          <w:sz w:val="32"/>
          <w:szCs w:val="32"/>
          <w:rtl/>
        </w:rPr>
        <w:lastRenderedPageBreak/>
        <w:t>خاطرات</w:t>
      </w:r>
      <w:r w:rsidRPr="00B546C5">
        <w:rPr>
          <w:rFonts w:cs="B Mitra" w:hint="cs"/>
          <w:color w:val="4472C4" w:themeColor="accent5"/>
          <w:sz w:val="32"/>
          <w:szCs w:val="32"/>
          <w:rtl/>
        </w:rPr>
        <w:t>ی</w:t>
      </w:r>
      <w:r w:rsidRPr="00B546C5">
        <w:rPr>
          <w:rFonts w:cs="B Mitra"/>
          <w:color w:val="4472C4" w:themeColor="accent5"/>
          <w:sz w:val="32"/>
          <w:szCs w:val="32"/>
          <w:rtl/>
        </w:rPr>
        <w:t xml:space="preserve"> از روز جهان</w:t>
      </w:r>
      <w:r w:rsidRPr="00B546C5">
        <w:rPr>
          <w:rFonts w:cs="B Mitra" w:hint="cs"/>
          <w:color w:val="4472C4" w:themeColor="accent5"/>
          <w:sz w:val="32"/>
          <w:szCs w:val="32"/>
          <w:rtl/>
        </w:rPr>
        <w:t>ی</w:t>
      </w:r>
      <w:r w:rsidRPr="00B546C5">
        <w:rPr>
          <w:rFonts w:cs="B Mitra"/>
          <w:color w:val="4472C4" w:themeColor="accent5"/>
          <w:sz w:val="32"/>
          <w:szCs w:val="32"/>
          <w:rtl/>
        </w:rPr>
        <w:t xml:space="preserve"> عصا</w:t>
      </w:r>
      <w:r w:rsidRPr="00B546C5">
        <w:rPr>
          <w:rFonts w:cs="B Mitra" w:hint="cs"/>
          <w:color w:val="4472C4" w:themeColor="accent5"/>
          <w:sz w:val="32"/>
          <w:szCs w:val="32"/>
          <w:rtl/>
        </w:rPr>
        <w:t>ی</w:t>
      </w:r>
      <w:r w:rsidRPr="00B546C5">
        <w:rPr>
          <w:rFonts w:cs="B Mitra"/>
          <w:color w:val="4472C4" w:themeColor="accent5"/>
          <w:sz w:val="32"/>
          <w:szCs w:val="32"/>
          <w:rtl/>
        </w:rPr>
        <w:t xml:space="preserve"> سف</w:t>
      </w:r>
      <w:r w:rsidRPr="00B546C5">
        <w:rPr>
          <w:rFonts w:cs="B Mitra" w:hint="cs"/>
          <w:color w:val="4472C4" w:themeColor="accent5"/>
          <w:sz w:val="32"/>
          <w:szCs w:val="32"/>
          <w:rtl/>
        </w:rPr>
        <w:t>ی</w:t>
      </w:r>
      <w:r w:rsidRPr="00B546C5">
        <w:rPr>
          <w:rFonts w:cs="B Mitra" w:hint="eastAsia"/>
          <w:color w:val="4472C4" w:themeColor="accent5"/>
          <w:sz w:val="32"/>
          <w:szCs w:val="32"/>
          <w:rtl/>
        </w:rPr>
        <w:t>د</w:t>
      </w:r>
      <w:r w:rsidRPr="00B546C5">
        <w:rPr>
          <w:rFonts w:cs="B Mitra" w:hint="cs"/>
          <w:color w:val="4472C4" w:themeColor="accent5"/>
          <w:sz w:val="32"/>
          <w:szCs w:val="32"/>
          <w:rtl/>
        </w:rPr>
        <w:t xml:space="preserve">، </w:t>
      </w:r>
      <w:r w:rsidRPr="00B546C5">
        <w:rPr>
          <w:rFonts w:cs="B Mitra" w:hint="eastAsia"/>
          <w:color w:val="4472C4" w:themeColor="accent5"/>
          <w:sz w:val="32"/>
          <w:szCs w:val="32"/>
          <w:rtl/>
        </w:rPr>
        <w:t>روز</w:t>
      </w:r>
      <w:r w:rsidRPr="00B546C5">
        <w:rPr>
          <w:rFonts w:cs="B Mitra"/>
          <w:color w:val="4472C4" w:themeColor="accent5"/>
          <w:sz w:val="32"/>
          <w:szCs w:val="32"/>
          <w:rtl/>
        </w:rPr>
        <w:t xml:space="preserve"> ناب</w:t>
      </w:r>
      <w:r w:rsidRPr="00B546C5">
        <w:rPr>
          <w:rFonts w:cs="B Mitra" w:hint="cs"/>
          <w:color w:val="4472C4" w:themeColor="accent5"/>
          <w:sz w:val="32"/>
          <w:szCs w:val="32"/>
          <w:rtl/>
        </w:rPr>
        <w:t>ی</w:t>
      </w:r>
      <w:r w:rsidRPr="00B546C5">
        <w:rPr>
          <w:rFonts w:cs="B Mitra" w:hint="eastAsia"/>
          <w:color w:val="4472C4" w:themeColor="accent5"/>
          <w:sz w:val="32"/>
          <w:szCs w:val="32"/>
          <w:rtl/>
        </w:rPr>
        <w:t>نا</w:t>
      </w:r>
      <w:r w:rsidRPr="00B546C5">
        <w:rPr>
          <w:rFonts w:cs="B Mitra" w:hint="cs"/>
          <w:color w:val="4472C4" w:themeColor="accent5"/>
          <w:sz w:val="32"/>
          <w:szCs w:val="32"/>
          <w:rtl/>
        </w:rPr>
        <w:t>ی</w:t>
      </w:r>
      <w:r w:rsidRPr="00B546C5">
        <w:rPr>
          <w:rFonts w:cs="B Mitra" w:hint="eastAsia"/>
          <w:color w:val="4472C4" w:themeColor="accent5"/>
          <w:sz w:val="32"/>
          <w:szCs w:val="32"/>
          <w:rtl/>
        </w:rPr>
        <w:t>ان</w:t>
      </w:r>
      <w:bookmarkEnd w:id="58"/>
      <w:r w:rsidRPr="00B546C5">
        <w:rPr>
          <w:rFonts w:cs="B Mitra"/>
          <w:color w:val="4472C4" w:themeColor="accent5"/>
          <w:sz w:val="32"/>
          <w:szCs w:val="32"/>
        </w:rPr>
        <w:t xml:space="preserve"> </w:t>
      </w:r>
    </w:p>
    <w:p w:rsidR="0032708A" w:rsidRDefault="0032708A" w:rsidP="0000691D">
      <w:pPr>
        <w:bidi/>
        <w:spacing w:line="360" w:lineRule="auto"/>
        <w:jc w:val="both"/>
        <w:rPr>
          <w:rFonts w:cs="B Mitra"/>
          <w:b/>
          <w:bCs/>
          <w:sz w:val="28"/>
          <w:szCs w:val="28"/>
        </w:rPr>
      </w:pPr>
      <w:r w:rsidRPr="0000691D">
        <w:rPr>
          <w:rFonts w:cs="B Mitra" w:hint="cs"/>
          <w:b/>
          <w:bCs/>
          <w:sz w:val="28"/>
          <w:szCs w:val="28"/>
          <w:rtl/>
        </w:rPr>
        <w:t>ی</w:t>
      </w:r>
      <w:r w:rsidRPr="0000691D">
        <w:rPr>
          <w:rFonts w:cs="B Mitra" w:hint="eastAsia"/>
          <w:b/>
          <w:bCs/>
          <w:sz w:val="28"/>
          <w:szCs w:val="28"/>
          <w:rtl/>
        </w:rPr>
        <w:t>داله</w:t>
      </w:r>
      <w:r w:rsidRPr="0000691D">
        <w:rPr>
          <w:rFonts w:cs="B Mitra"/>
          <w:b/>
          <w:bCs/>
          <w:sz w:val="28"/>
          <w:szCs w:val="28"/>
          <w:rtl/>
        </w:rPr>
        <w:t xml:space="preserve"> فرد</w:t>
      </w:r>
      <w:r w:rsidRPr="0000691D">
        <w:rPr>
          <w:rFonts w:cs="B Mitra" w:hint="cs"/>
          <w:b/>
          <w:bCs/>
          <w:sz w:val="28"/>
          <w:szCs w:val="28"/>
          <w:rtl/>
        </w:rPr>
        <w:t>ی</w:t>
      </w:r>
      <w:r w:rsidRPr="0000691D">
        <w:rPr>
          <w:rFonts w:cs="B Mitra" w:hint="eastAsia"/>
          <w:b/>
          <w:bCs/>
          <w:sz w:val="28"/>
          <w:szCs w:val="28"/>
          <w:rtl/>
        </w:rPr>
        <w:t>ن</w:t>
      </w:r>
      <w:r w:rsidRPr="0000691D">
        <w:rPr>
          <w:rFonts w:cs="B Mitra"/>
          <w:b/>
          <w:bCs/>
          <w:sz w:val="28"/>
          <w:szCs w:val="28"/>
          <w:rtl/>
        </w:rPr>
        <w:t xml:space="preserve"> ستوده</w:t>
      </w:r>
      <w:r w:rsidRPr="0000691D">
        <w:rPr>
          <w:rFonts w:cs="B Mitra"/>
          <w:b/>
          <w:bCs/>
          <w:sz w:val="28"/>
          <w:szCs w:val="28"/>
        </w:rPr>
        <w:t xml:space="preserve"> </w:t>
      </w:r>
      <w:r w:rsidRPr="0000691D">
        <w:rPr>
          <w:rFonts w:cs="B Mitra" w:hint="cs"/>
          <w:b/>
          <w:bCs/>
          <w:sz w:val="28"/>
          <w:szCs w:val="28"/>
          <w:rtl/>
        </w:rPr>
        <w:t xml:space="preserve"> </w:t>
      </w:r>
      <w:r w:rsidRPr="0000691D">
        <w:rPr>
          <w:rFonts w:cs="B Mitra" w:hint="eastAsia"/>
          <w:b/>
          <w:bCs/>
          <w:sz w:val="28"/>
          <w:szCs w:val="28"/>
          <w:rtl/>
        </w:rPr>
        <w:t>و</w:t>
      </w:r>
      <w:r w:rsidRPr="0000691D">
        <w:rPr>
          <w:rFonts w:cs="B Mitra"/>
          <w:b/>
          <w:bCs/>
          <w:sz w:val="28"/>
          <w:szCs w:val="28"/>
          <w:rtl/>
        </w:rPr>
        <w:t xml:space="preserve"> پر</w:t>
      </w:r>
      <w:r w:rsidRPr="0000691D">
        <w:rPr>
          <w:rFonts w:cs="B Mitra" w:hint="cs"/>
          <w:b/>
          <w:bCs/>
          <w:sz w:val="28"/>
          <w:szCs w:val="28"/>
          <w:rtl/>
        </w:rPr>
        <w:t>ی</w:t>
      </w:r>
      <w:r w:rsidRPr="0000691D">
        <w:rPr>
          <w:rFonts w:cs="B Mitra" w:hint="eastAsia"/>
          <w:b/>
          <w:bCs/>
          <w:sz w:val="28"/>
          <w:szCs w:val="28"/>
          <w:rtl/>
        </w:rPr>
        <w:t>سا</w:t>
      </w:r>
      <w:r w:rsidRPr="0000691D">
        <w:rPr>
          <w:rFonts w:cs="B Mitra"/>
          <w:b/>
          <w:bCs/>
          <w:sz w:val="28"/>
          <w:szCs w:val="28"/>
          <w:rtl/>
        </w:rPr>
        <w:t xml:space="preserve"> صالح</w:t>
      </w:r>
      <w:r w:rsidRPr="0000691D">
        <w:rPr>
          <w:rFonts w:cs="B Mitra" w:hint="cs"/>
          <w:b/>
          <w:bCs/>
          <w:sz w:val="28"/>
          <w:szCs w:val="28"/>
          <w:rtl/>
        </w:rPr>
        <w:t>ی</w:t>
      </w:r>
      <w:r w:rsidRPr="0000691D">
        <w:rPr>
          <w:rFonts w:cs="B Mitra"/>
          <w:b/>
          <w:bCs/>
          <w:sz w:val="28"/>
          <w:szCs w:val="28"/>
        </w:rPr>
        <w:t xml:space="preserve"> </w:t>
      </w:r>
    </w:p>
    <w:p w:rsidR="00C27870" w:rsidRPr="0000691D" w:rsidRDefault="00C27870" w:rsidP="00C27870">
      <w:pPr>
        <w:bidi/>
        <w:spacing w:line="360" w:lineRule="auto"/>
        <w:jc w:val="center"/>
        <w:rPr>
          <w:rFonts w:cs="B Mitra"/>
          <w:b/>
          <w:bCs/>
          <w:sz w:val="28"/>
          <w:szCs w:val="28"/>
        </w:rPr>
      </w:pPr>
      <w:r>
        <w:rPr>
          <w:rFonts w:cs="B Mitra"/>
          <w:b/>
          <w:bCs/>
          <w:noProof/>
          <w:sz w:val="28"/>
          <w:szCs w:val="28"/>
        </w:rPr>
        <w:drawing>
          <wp:inline distT="0" distB="0" distL="0" distR="0">
            <wp:extent cx="2714625" cy="1813370"/>
            <wp:effectExtent l="152400" t="152400" r="352425" b="3587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خاطراتی از روز جهانی عصای سفید.jpg"/>
                    <pic:cNvPicPr/>
                  </pic:nvPicPr>
                  <pic:blipFill>
                    <a:blip r:embed="rId25">
                      <a:extLst>
                        <a:ext uri="{28A0092B-C50C-407E-A947-70E740481C1C}">
                          <a14:useLocalDpi xmlns:a14="http://schemas.microsoft.com/office/drawing/2010/main" val="0"/>
                        </a:ext>
                      </a:extLst>
                    </a:blip>
                    <a:stretch>
                      <a:fillRect/>
                    </a:stretch>
                  </pic:blipFill>
                  <pic:spPr>
                    <a:xfrm>
                      <a:off x="0" y="0"/>
                      <a:ext cx="2721471" cy="1817943"/>
                    </a:xfrm>
                    <a:prstGeom prst="rect">
                      <a:avLst/>
                    </a:prstGeom>
                    <a:ln>
                      <a:noFill/>
                    </a:ln>
                    <a:effectLst>
                      <a:outerShdw blurRad="292100" dist="139700" dir="2700000" algn="tl" rotWithShape="0">
                        <a:srgbClr val="333333">
                          <a:alpha val="65000"/>
                        </a:srgbClr>
                      </a:outerShdw>
                    </a:effectLst>
                  </pic:spPr>
                </pic:pic>
              </a:graphicData>
            </a:graphic>
          </wp:inline>
        </w:drawing>
      </w:r>
    </w:p>
    <w:p w:rsidR="0032708A" w:rsidRPr="0000691D" w:rsidRDefault="0032708A" w:rsidP="0000691D">
      <w:pPr>
        <w:bidi/>
        <w:spacing w:line="360" w:lineRule="auto"/>
        <w:jc w:val="both"/>
        <w:rPr>
          <w:rFonts w:cs="B Mitra"/>
          <w:sz w:val="28"/>
          <w:szCs w:val="28"/>
          <w:rtl/>
        </w:rPr>
      </w:pPr>
      <w:r w:rsidRPr="0000691D">
        <w:rPr>
          <w:rFonts w:cs="B Mitra" w:hint="eastAsia"/>
          <w:sz w:val="28"/>
          <w:szCs w:val="28"/>
          <w:rtl/>
        </w:rPr>
        <w:t>ماه</w:t>
      </w:r>
      <w:r w:rsidRPr="0000691D">
        <w:rPr>
          <w:rFonts w:cs="B Mitra"/>
          <w:sz w:val="28"/>
          <w:szCs w:val="28"/>
          <w:rtl/>
        </w:rPr>
        <w:t xml:space="preserve"> مهر از قد</w:t>
      </w:r>
      <w:r w:rsidRPr="0000691D">
        <w:rPr>
          <w:rFonts w:cs="B Mitra" w:hint="cs"/>
          <w:sz w:val="28"/>
          <w:szCs w:val="28"/>
          <w:rtl/>
        </w:rPr>
        <w:t>ی</w:t>
      </w:r>
      <w:r w:rsidRPr="0000691D">
        <w:rPr>
          <w:rFonts w:cs="B Mitra" w:hint="eastAsia"/>
          <w:sz w:val="28"/>
          <w:szCs w:val="28"/>
          <w:rtl/>
        </w:rPr>
        <w:t>م‌الا</w:t>
      </w:r>
      <w:r w:rsidRPr="0000691D">
        <w:rPr>
          <w:rFonts w:cs="B Mitra" w:hint="cs"/>
          <w:sz w:val="28"/>
          <w:szCs w:val="28"/>
          <w:rtl/>
        </w:rPr>
        <w:t>ی</w:t>
      </w:r>
      <w:r w:rsidRPr="0000691D">
        <w:rPr>
          <w:rFonts w:cs="B Mitra" w:hint="eastAsia"/>
          <w:sz w:val="28"/>
          <w:szCs w:val="28"/>
          <w:rtl/>
        </w:rPr>
        <w:t>ام</w:t>
      </w:r>
      <w:r w:rsidRPr="0000691D">
        <w:rPr>
          <w:rFonts w:cs="B Mitra" w:hint="cs"/>
          <w:sz w:val="28"/>
          <w:szCs w:val="28"/>
          <w:rtl/>
        </w:rPr>
        <w:t xml:space="preserve">، </w:t>
      </w:r>
      <w:r w:rsidRPr="0000691D">
        <w:rPr>
          <w:rFonts w:cs="B Mitra" w:hint="eastAsia"/>
          <w:sz w:val="28"/>
          <w:szCs w:val="28"/>
          <w:rtl/>
        </w:rPr>
        <w:t>ماه</w:t>
      </w:r>
      <w:r w:rsidRPr="0000691D">
        <w:rPr>
          <w:rFonts w:cs="B Mitra"/>
          <w:sz w:val="28"/>
          <w:szCs w:val="28"/>
          <w:rtl/>
        </w:rPr>
        <w:t xml:space="preserve"> پر تلاش و پر جنب و</w:t>
      </w:r>
      <w:r w:rsidRPr="0000691D">
        <w:rPr>
          <w:rFonts w:cs="B Mitra" w:hint="cs"/>
          <w:sz w:val="28"/>
          <w:szCs w:val="28"/>
          <w:rtl/>
        </w:rPr>
        <w:t xml:space="preserve"> </w:t>
      </w:r>
      <w:r w:rsidRPr="0000691D">
        <w:rPr>
          <w:rFonts w:cs="B Mitra"/>
          <w:sz w:val="28"/>
          <w:szCs w:val="28"/>
          <w:rtl/>
        </w:rPr>
        <w:t>جوش</w:t>
      </w:r>
      <w:r w:rsidRPr="0000691D">
        <w:rPr>
          <w:rFonts w:cs="B Mitra" w:hint="cs"/>
          <w:sz w:val="28"/>
          <w:szCs w:val="28"/>
          <w:rtl/>
        </w:rPr>
        <w:t>ی</w:t>
      </w:r>
      <w:r w:rsidRPr="0000691D">
        <w:rPr>
          <w:rFonts w:cs="B Mitra"/>
          <w:sz w:val="28"/>
          <w:szCs w:val="28"/>
          <w:rtl/>
        </w:rPr>
        <w:t xml:space="preserve"> </w:t>
      </w:r>
      <w:r w:rsidRPr="0000691D">
        <w:rPr>
          <w:rFonts w:cs="B Mitra" w:hint="cs"/>
          <w:sz w:val="28"/>
          <w:szCs w:val="28"/>
          <w:rtl/>
        </w:rPr>
        <w:t xml:space="preserve">بوده </w:t>
      </w:r>
      <w:r w:rsidRPr="0000691D">
        <w:rPr>
          <w:rFonts w:cs="B Mitra"/>
          <w:sz w:val="28"/>
          <w:szCs w:val="28"/>
          <w:rtl/>
        </w:rPr>
        <w:t>است</w:t>
      </w:r>
      <w:r w:rsidRPr="0000691D">
        <w:rPr>
          <w:rFonts w:cs="B Mitra" w:hint="cs"/>
          <w:sz w:val="28"/>
          <w:szCs w:val="28"/>
          <w:rtl/>
        </w:rPr>
        <w:t>؛</w:t>
      </w:r>
      <w:r w:rsidRPr="0000691D">
        <w:rPr>
          <w:rFonts w:cs="B Mitra"/>
          <w:sz w:val="28"/>
          <w:szCs w:val="28"/>
        </w:rPr>
        <w:t xml:space="preserve"> </w:t>
      </w:r>
      <w:r w:rsidRPr="0000691D">
        <w:rPr>
          <w:rFonts w:cs="B Mitra"/>
          <w:sz w:val="28"/>
          <w:szCs w:val="28"/>
          <w:rtl/>
        </w:rPr>
        <w:t>زمان</w:t>
      </w:r>
      <w:r w:rsidRPr="0000691D">
        <w:rPr>
          <w:rFonts w:cs="B Mitra" w:hint="cs"/>
          <w:sz w:val="28"/>
          <w:szCs w:val="28"/>
          <w:rtl/>
        </w:rPr>
        <w:t>ی</w:t>
      </w:r>
      <w:r w:rsidRPr="0000691D">
        <w:rPr>
          <w:rFonts w:cs="B Mitra"/>
          <w:sz w:val="28"/>
          <w:szCs w:val="28"/>
          <w:rtl/>
        </w:rPr>
        <w:t xml:space="preserve"> که  تعل</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و ترب</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جد</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w:t>
      </w:r>
      <w:r w:rsidRPr="0000691D">
        <w:rPr>
          <w:rFonts w:cs="B Mitra" w:hint="cs"/>
          <w:sz w:val="28"/>
          <w:szCs w:val="28"/>
          <w:rtl/>
        </w:rPr>
        <w:t xml:space="preserve"> </w:t>
      </w:r>
      <w:r w:rsidRPr="0000691D">
        <w:rPr>
          <w:rFonts w:cs="B Mitra"/>
          <w:sz w:val="28"/>
          <w:szCs w:val="28"/>
          <w:rtl/>
        </w:rPr>
        <w:t>در ا</w:t>
      </w:r>
      <w:r w:rsidRPr="0000691D">
        <w:rPr>
          <w:rFonts w:cs="B Mitra" w:hint="cs"/>
          <w:sz w:val="28"/>
          <w:szCs w:val="28"/>
          <w:rtl/>
        </w:rPr>
        <w:t>ی</w:t>
      </w:r>
      <w:r w:rsidRPr="0000691D">
        <w:rPr>
          <w:rFonts w:cs="B Mitra" w:hint="eastAsia"/>
          <w:sz w:val="28"/>
          <w:szCs w:val="28"/>
          <w:rtl/>
        </w:rPr>
        <w:t>ران</w:t>
      </w:r>
      <w:r w:rsidRPr="0000691D">
        <w:rPr>
          <w:rFonts w:cs="B Mitra"/>
          <w:sz w:val="28"/>
          <w:szCs w:val="28"/>
          <w:rtl/>
        </w:rPr>
        <w:t xml:space="preserve"> را</w:t>
      </w:r>
      <w:r w:rsidRPr="0000691D">
        <w:rPr>
          <w:rFonts w:cs="B Mitra" w:hint="cs"/>
          <w:sz w:val="28"/>
          <w:szCs w:val="28"/>
          <w:rtl/>
        </w:rPr>
        <w:t>ی</w:t>
      </w:r>
      <w:r w:rsidRPr="0000691D">
        <w:rPr>
          <w:rFonts w:cs="B Mitra" w:hint="eastAsia"/>
          <w:sz w:val="28"/>
          <w:szCs w:val="28"/>
          <w:rtl/>
        </w:rPr>
        <w:t>ج</w:t>
      </w:r>
      <w:r w:rsidRPr="0000691D">
        <w:rPr>
          <w:rFonts w:cs="B Mitra"/>
          <w:sz w:val="28"/>
          <w:szCs w:val="28"/>
          <w:rtl/>
        </w:rPr>
        <w:t xml:space="preserve"> شد،</w:t>
      </w:r>
      <w:r w:rsidRPr="0000691D">
        <w:rPr>
          <w:rFonts w:cs="B Mitra" w:hint="cs"/>
          <w:sz w:val="28"/>
          <w:szCs w:val="28"/>
          <w:rtl/>
        </w:rPr>
        <w:t xml:space="preserve"> </w:t>
      </w:r>
      <w:r w:rsidRPr="0000691D">
        <w:rPr>
          <w:rFonts w:cs="B Mitra" w:hint="eastAsia"/>
          <w:sz w:val="28"/>
          <w:szCs w:val="28"/>
          <w:rtl/>
        </w:rPr>
        <w:t>ماه</w:t>
      </w:r>
      <w:r w:rsidRPr="0000691D">
        <w:rPr>
          <w:rFonts w:cs="B Mitra"/>
          <w:sz w:val="28"/>
          <w:szCs w:val="28"/>
          <w:rtl/>
        </w:rPr>
        <w:t xml:space="preserve"> مهر را شور تعل</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و ترب</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فرا گرفت</w:t>
      </w:r>
      <w:r w:rsidRPr="0000691D">
        <w:rPr>
          <w:rFonts w:cs="B Mitra" w:hint="cs"/>
          <w:sz w:val="28"/>
          <w:szCs w:val="28"/>
          <w:rtl/>
        </w:rPr>
        <w:t xml:space="preserve"> </w:t>
      </w:r>
      <w:r w:rsidRPr="0000691D">
        <w:rPr>
          <w:rFonts w:cs="B Mitra"/>
          <w:sz w:val="28"/>
          <w:szCs w:val="28"/>
          <w:rtl/>
        </w:rPr>
        <w:t>که هنوز هم</w:t>
      </w:r>
      <w:r w:rsidRPr="0000691D">
        <w:rPr>
          <w:rFonts w:cs="B Mitra" w:hint="cs"/>
          <w:sz w:val="28"/>
          <w:szCs w:val="28"/>
          <w:rtl/>
        </w:rPr>
        <w:t>،</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شور و شعف در سراسر  کشور عز</w:t>
      </w:r>
      <w:r w:rsidRPr="0000691D">
        <w:rPr>
          <w:rFonts w:cs="B Mitra" w:hint="cs"/>
          <w:sz w:val="28"/>
          <w:szCs w:val="28"/>
          <w:rtl/>
        </w:rPr>
        <w:t>ی</w:t>
      </w:r>
      <w:r w:rsidRPr="0000691D">
        <w:rPr>
          <w:rFonts w:cs="B Mitra" w:hint="eastAsia"/>
          <w:sz w:val="28"/>
          <w:szCs w:val="28"/>
          <w:rtl/>
        </w:rPr>
        <w:t>زمان</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ران</w:t>
      </w:r>
      <w:r w:rsidRPr="0000691D">
        <w:rPr>
          <w:rFonts w:cs="B Mitra"/>
          <w:sz w:val="28"/>
          <w:szCs w:val="28"/>
          <w:rtl/>
        </w:rPr>
        <w:t xml:space="preserve"> ادامه دارد</w:t>
      </w:r>
      <w:r w:rsidRPr="0000691D">
        <w:rPr>
          <w:rFonts w:cs="B Mitra" w:hint="cs"/>
          <w:sz w:val="28"/>
          <w:szCs w:val="28"/>
          <w:rtl/>
        </w:rPr>
        <w:t xml:space="preserve">؛ </w:t>
      </w:r>
      <w:r w:rsidRPr="0000691D">
        <w:rPr>
          <w:rFonts w:cs="B Mitra" w:hint="eastAsia"/>
          <w:sz w:val="28"/>
          <w:szCs w:val="28"/>
          <w:rtl/>
        </w:rPr>
        <w:t>جا</w:t>
      </w:r>
      <w:r w:rsidRPr="0000691D">
        <w:rPr>
          <w:rFonts w:cs="B Mitra"/>
          <w:sz w:val="28"/>
          <w:szCs w:val="28"/>
          <w:rtl/>
        </w:rPr>
        <w:t xml:space="preserve"> دارد </w:t>
      </w:r>
      <w:r w:rsidRPr="0000691D">
        <w:rPr>
          <w:rFonts w:cs="B Mitra" w:hint="cs"/>
          <w:sz w:val="28"/>
          <w:szCs w:val="28"/>
          <w:rtl/>
        </w:rPr>
        <w:t>ی</w:t>
      </w:r>
      <w:r w:rsidRPr="0000691D">
        <w:rPr>
          <w:rFonts w:cs="B Mitra" w:hint="eastAsia"/>
          <w:sz w:val="28"/>
          <w:szCs w:val="28"/>
          <w:rtl/>
        </w:rPr>
        <w:t>اد</w:t>
      </w:r>
      <w:r w:rsidRPr="0000691D">
        <w:rPr>
          <w:rFonts w:cs="B Mitra" w:hint="cs"/>
          <w:sz w:val="28"/>
          <w:szCs w:val="28"/>
          <w:rtl/>
        </w:rPr>
        <w:t>ی</w:t>
      </w:r>
      <w:r w:rsidRPr="0000691D">
        <w:rPr>
          <w:rFonts w:cs="B Mitra"/>
          <w:sz w:val="28"/>
          <w:szCs w:val="28"/>
          <w:rtl/>
        </w:rPr>
        <w:t xml:space="preserve"> کن</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از م</w:t>
      </w:r>
      <w:r w:rsidRPr="0000691D">
        <w:rPr>
          <w:rFonts w:cs="B Mitra" w:hint="cs"/>
          <w:sz w:val="28"/>
          <w:szCs w:val="28"/>
          <w:rtl/>
        </w:rPr>
        <w:t>ی</w:t>
      </w:r>
      <w:r w:rsidRPr="0000691D">
        <w:rPr>
          <w:rFonts w:cs="B Mitra" w:hint="eastAsia"/>
          <w:sz w:val="28"/>
          <w:szCs w:val="28"/>
          <w:rtl/>
        </w:rPr>
        <w:t>رزا</w:t>
      </w:r>
      <w:r w:rsidRPr="0000691D">
        <w:rPr>
          <w:rFonts w:cs="B Mitra"/>
          <w:sz w:val="28"/>
          <w:szCs w:val="28"/>
          <w:rtl/>
        </w:rPr>
        <w:t xml:space="preserve"> حسن خان تبر</w:t>
      </w:r>
      <w:r w:rsidRPr="0000691D">
        <w:rPr>
          <w:rFonts w:cs="B Mitra" w:hint="cs"/>
          <w:sz w:val="28"/>
          <w:szCs w:val="28"/>
          <w:rtl/>
        </w:rPr>
        <w:t>ی</w:t>
      </w:r>
      <w:r w:rsidRPr="0000691D">
        <w:rPr>
          <w:rFonts w:cs="B Mitra" w:hint="eastAsia"/>
          <w:sz w:val="28"/>
          <w:szCs w:val="28"/>
          <w:rtl/>
        </w:rPr>
        <w:t>ز</w:t>
      </w:r>
      <w:r w:rsidRPr="0000691D">
        <w:rPr>
          <w:rFonts w:cs="B Mitra" w:hint="cs"/>
          <w:sz w:val="28"/>
          <w:szCs w:val="28"/>
          <w:rtl/>
        </w:rPr>
        <w:t>ی</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همان رشد</w:t>
      </w:r>
      <w:r w:rsidRPr="0000691D">
        <w:rPr>
          <w:rFonts w:cs="B Mitra" w:hint="cs"/>
          <w:sz w:val="28"/>
          <w:szCs w:val="28"/>
          <w:rtl/>
        </w:rPr>
        <w:t>ی</w:t>
      </w:r>
      <w:r w:rsidRPr="0000691D">
        <w:rPr>
          <w:rFonts w:cs="B Mitra" w:hint="eastAsia"/>
          <w:sz w:val="28"/>
          <w:szCs w:val="28"/>
          <w:rtl/>
        </w:rPr>
        <w:t>ه</w:t>
      </w:r>
      <w:r w:rsidRPr="0000691D">
        <w:rPr>
          <w:rFonts w:cs="B Mitra" w:hint="cs"/>
          <w:sz w:val="28"/>
          <w:szCs w:val="28"/>
          <w:rtl/>
        </w:rPr>
        <w:t xml:space="preserve">، </w:t>
      </w:r>
      <w:r w:rsidRPr="0000691D">
        <w:rPr>
          <w:rFonts w:cs="B Mitra" w:hint="eastAsia"/>
          <w:sz w:val="28"/>
          <w:szCs w:val="28"/>
          <w:rtl/>
        </w:rPr>
        <w:t>که</w:t>
      </w:r>
      <w:r w:rsidRPr="0000691D">
        <w:rPr>
          <w:rFonts w:cs="B Mitra"/>
          <w:sz w:val="28"/>
          <w:szCs w:val="28"/>
          <w:rtl/>
        </w:rPr>
        <w:t xml:space="preserve"> زحمات ز</w:t>
      </w:r>
      <w:r w:rsidRPr="0000691D">
        <w:rPr>
          <w:rFonts w:cs="B Mitra" w:hint="cs"/>
          <w:sz w:val="28"/>
          <w:szCs w:val="28"/>
          <w:rtl/>
        </w:rPr>
        <w:t>ی</w:t>
      </w:r>
      <w:r w:rsidRPr="0000691D">
        <w:rPr>
          <w:rFonts w:cs="B Mitra" w:hint="eastAsia"/>
          <w:sz w:val="28"/>
          <w:szCs w:val="28"/>
          <w:rtl/>
        </w:rPr>
        <w:t>اد</w:t>
      </w:r>
      <w:r w:rsidRPr="0000691D">
        <w:rPr>
          <w:rFonts w:cs="B Mitra" w:hint="cs"/>
          <w:sz w:val="28"/>
          <w:szCs w:val="28"/>
          <w:rtl/>
        </w:rPr>
        <w:t>ی</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آموزش و پرورش جد</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کش</w:t>
      </w:r>
      <w:r w:rsidRPr="0000691D">
        <w:rPr>
          <w:rFonts w:cs="B Mitra" w:hint="cs"/>
          <w:sz w:val="28"/>
          <w:szCs w:val="28"/>
          <w:rtl/>
        </w:rPr>
        <w:t>ی</w:t>
      </w:r>
      <w:r w:rsidRPr="0000691D">
        <w:rPr>
          <w:rFonts w:cs="B Mitra" w:hint="eastAsia"/>
          <w:sz w:val="28"/>
          <w:szCs w:val="28"/>
          <w:rtl/>
        </w:rPr>
        <w:t>د</w:t>
      </w:r>
      <w:r w:rsidRPr="0000691D">
        <w:rPr>
          <w:rFonts w:cs="B Mitra" w:hint="cs"/>
          <w:sz w:val="28"/>
          <w:szCs w:val="28"/>
          <w:rtl/>
        </w:rPr>
        <w:t xml:space="preserve">؛ </w:t>
      </w:r>
      <w:r w:rsidRPr="0000691D">
        <w:rPr>
          <w:rFonts w:cs="B Mitra" w:hint="eastAsia"/>
          <w:sz w:val="28"/>
          <w:szCs w:val="28"/>
          <w:rtl/>
        </w:rPr>
        <w:t>به</w:t>
      </w:r>
      <w:r w:rsidRPr="0000691D">
        <w:rPr>
          <w:rFonts w:cs="B Mitra"/>
          <w:sz w:val="28"/>
          <w:szCs w:val="28"/>
          <w:rtl/>
        </w:rPr>
        <w:t xml:space="preserve"> هم</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جهت او را پدر آموزش و پرورش نو</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ران</w:t>
      </w:r>
      <w:r w:rsidRPr="0000691D">
        <w:rPr>
          <w:rFonts w:cs="B Mitra"/>
          <w:sz w:val="28"/>
          <w:szCs w:val="28"/>
          <w:rtl/>
        </w:rPr>
        <w:t xml:space="preserve"> نام</w:t>
      </w:r>
      <w:r w:rsidRPr="0000691D">
        <w:rPr>
          <w:rFonts w:cs="B Mitra" w:hint="cs"/>
          <w:sz w:val="28"/>
          <w:szCs w:val="28"/>
          <w:rtl/>
        </w:rPr>
        <w:t>ی</w:t>
      </w:r>
      <w:r w:rsidRPr="0000691D">
        <w:rPr>
          <w:rFonts w:cs="B Mitra" w:hint="eastAsia"/>
          <w:sz w:val="28"/>
          <w:szCs w:val="28"/>
          <w:rtl/>
        </w:rPr>
        <w:t>دند</w:t>
      </w:r>
      <w:r w:rsidRPr="0000691D">
        <w:rPr>
          <w:rFonts w:cs="B Mitra" w:hint="cs"/>
          <w:sz w:val="28"/>
          <w:szCs w:val="28"/>
          <w:rtl/>
        </w:rPr>
        <w:t xml:space="preserve"> و همچنین </w:t>
      </w:r>
      <w:r w:rsidRPr="0000691D">
        <w:rPr>
          <w:rFonts w:cs="B Mitra"/>
          <w:sz w:val="28"/>
          <w:szCs w:val="28"/>
          <w:rtl/>
        </w:rPr>
        <w:t>دکتر حسن علو</w:t>
      </w:r>
      <w:r w:rsidRPr="0000691D">
        <w:rPr>
          <w:rFonts w:cs="B Mitra" w:hint="cs"/>
          <w:sz w:val="28"/>
          <w:szCs w:val="28"/>
          <w:rtl/>
        </w:rPr>
        <w:t>ی</w:t>
      </w:r>
      <w:r w:rsidRPr="0000691D">
        <w:rPr>
          <w:rFonts w:cs="B Mitra"/>
          <w:sz w:val="28"/>
          <w:szCs w:val="28"/>
          <w:rtl/>
        </w:rPr>
        <w:t>، بن</w:t>
      </w:r>
      <w:r w:rsidRPr="0000691D">
        <w:rPr>
          <w:rFonts w:cs="B Mitra" w:hint="cs"/>
          <w:sz w:val="28"/>
          <w:szCs w:val="28"/>
          <w:rtl/>
        </w:rPr>
        <w:t>ی</w:t>
      </w:r>
      <w:r w:rsidRPr="0000691D">
        <w:rPr>
          <w:rFonts w:cs="B Mitra" w:hint="eastAsia"/>
          <w:sz w:val="28"/>
          <w:szCs w:val="28"/>
          <w:rtl/>
        </w:rPr>
        <w:t>ان‌گذار</w:t>
      </w:r>
      <w:r w:rsidRPr="0000691D">
        <w:rPr>
          <w:rFonts w:cs="B Mitra"/>
          <w:sz w:val="28"/>
          <w:szCs w:val="28"/>
          <w:rtl/>
        </w:rPr>
        <w:t xml:space="preserve">  تعل</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و ترب</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نو</w:t>
      </w:r>
      <w:r w:rsidRPr="0000691D">
        <w:rPr>
          <w:rFonts w:cs="B Mitra" w:hint="cs"/>
          <w:sz w:val="28"/>
          <w:szCs w:val="28"/>
          <w:rtl/>
        </w:rPr>
        <w:t xml:space="preserve">ین </w:t>
      </w:r>
      <w:r w:rsidRPr="0000691D">
        <w:rPr>
          <w:rFonts w:cs="B Mitra"/>
          <w:sz w:val="28"/>
          <w:szCs w:val="28"/>
          <w:rtl/>
        </w:rPr>
        <w:t>ناب</w:t>
      </w:r>
      <w:r w:rsidRPr="0000691D">
        <w:rPr>
          <w:rFonts w:cs="B Mitra" w:hint="cs"/>
          <w:sz w:val="28"/>
          <w:szCs w:val="28"/>
          <w:rtl/>
        </w:rPr>
        <w:t>ی</w:t>
      </w:r>
      <w:r w:rsidRPr="0000691D">
        <w:rPr>
          <w:rFonts w:cs="B Mitra" w:hint="eastAsia"/>
          <w:sz w:val="28"/>
          <w:szCs w:val="28"/>
          <w:rtl/>
        </w:rPr>
        <w:t>نا</w:t>
      </w:r>
      <w:r w:rsidRPr="0000691D">
        <w:rPr>
          <w:rFonts w:cs="B Mitra" w:hint="cs"/>
          <w:sz w:val="28"/>
          <w:szCs w:val="28"/>
          <w:rtl/>
        </w:rPr>
        <w:t>ی</w:t>
      </w:r>
      <w:r w:rsidRPr="0000691D">
        <w:rPr>
          <w:rFonts w:cs="B Mitra" w:hint="eastAsia"/>
          <w:sz w:val="28"/>
          <w:szCs w:val="28"/>
          <w:rtl/>
        </w:rPr>
        <w:t>ان</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cs"/>
          <w:sz w:val="28"/>
          <w:szCs w:val="28"/>
          <w:rtl/>
        </w:rPr>
        <w:t xml:space="preserve"> </w:t>
      </w:r>
      <w:r w:rsidRPr="0000691D">
        <w:rPr>
          <w:rFonts w:cs="B Mitra" w:hint="eastAsia"/>
          <w:sz w:val="28"/>
          <w:szCs w:val="28"/>
          <w:rtl/>
        </w:rPr>
        <w:t>در</w:t>
      </w:r>
      <w:r w:rsidRPr="0000691D">
        <w:rPr>
          <w:rFonts w:cs="B Mitra" w:hint="cs"/>
          <w:sz w:val="28"/>
          <w:szCs w:val="28"/>
          <w:rtl/>
        </w:rPr>
        <w:t xml:space="preserve"> روز دوشنبه،</w:t>
      </w:r>
      <w:r w:rsidRPr="0000691D">
        <w:rPr>
          <w:rFonts w:cs="B Mitra"/>
          <w:sz w:val="28"/>
          <w:szCs w:val="28"/>
          <w:rtl/>
        </w:rPr>
        <w:t xml:space="preserve"> 27 مهرماه</w:t>
      </w:r>
      <w:r w:rsidRPr="0000691D">
        <w:rPr>
          <w:rFonts w:cs="B Mitra" w:hint="cs"/>
          <w:sz w:val="28"/>
          <w:szCs w:val="28"/>
          <w:rtl/>
        </w:rPr>
        <w:t xml:space="preserve"> </w:t>
      </w:r>
      <w:r w:rsidRPr="0000691D">
        <w:rPr>
          <w:rFonts w:cs="B Mitra"/>
          <w:sz w:val="28"/>
          <w:szCs w:val="28"/>
          <w:rtl/>
        </w:rPr>
        <w:t xml:space="preserve">1343، </w:t>
      </w:r>
      <w:r w:rsidRPr="0000691D">
        <w:rPr>
          <w:rFonts w:cs="B Mitra" w:hint="eastAsia"/>
          <w:sz w:val="28"/>
          <w:szCs w:val="28"/>
          <w:rtl/>
        </w:rPr>
        <w:t>آموزشگاه</w:t>
      </w:r>
      <w:r w:rsidRPr="0000691D">
        <w:rPr>
          <w:rFonts w:cs="B Mitra"/>
          <w:sz w:val="28"/>
          <w:szCs w:val="28"/>
          <w:rtl/>
        </w:rPr>
        <w:t xml:space="preserve"> رضا پهلو</w:t>
      </w:r>
      <w:r w:rsidRPr="0000691D">
        <w:rPr>
          <w:rFonts w:cs="B Mitra" w:hint="cs"/>
          <w:sz w:val="28"/>
          <w:szCs w:val="28"/>
          <w:rtl/>
        </w:rPr>
        <w:t>ی</w:t>
      </w:r>
      <w:r w:rsidRPr="0000691D">
        <w:rPr>
          <w:rFonts w:cs="B Mitra"/>
          <w:sz w:val="28"/>
          <w:szCs w:val="28"/>
          <w:rtl/>
        </w:rPr>
        <w:t xml:space="preserve"> سابق </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شه</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محب</w:t>
      </w:r>
      <w:r w:rsidRPr="0000691D">
        <w:rPr>
          <w:rFonts w:cs="B Mitra" w:hint="cs"/>
          <w:sz w:val="28"/>
          <w:szCs w:val="28"/>
          <w:rtl/>
        </w:rPr>
        <w:t>ی</w:t>
      </w:r>
      <w:r w:rsidRPr="0000691D">
        <w:rPr>
          <w:rFonts w:cs="B Mitra"/>
          <w:sz w:val="28"/>
          <w:szCs w:val="28"/>
          <w:rtl/>
        </w:rPr>
        <w:t xml:space="preserve"> فعل</w:t>
      </w:r>
      <w:r w:rsidRPr="0000691D">
        <w:rPr>
          <w:rFonts w:cs="B Mitra" w:hint="cs"/>
          <w:sz w:val="28"/>
          <w:szCs w:val="28"/>
          <w:rtl/>
        </w:rPr>
        <w:t>ی</w:t>
      </w:r>
      <w:r w:rsidRPr="0000691D">
        <w:rPr>
          <w:rFonts w:cs="B Mitra"/>
          <w:sz w:val="28"/>
          <w:szCs w:val="28"/>
          <w:rtl/>
        </w:rPr>
        <w:t>، با 33 دانش‌آموز شامل 18 تن روزانه و 15 تن شبانه‌روز</w:t>
      </w:r>
      <w:r w:rsidRPr="0000691D">
        <w:rPr>
          <w:rFonts w:cs="B Mitra" w:hint="cs"/>
          <w:sz w:val="28"/>
          <w:szCs w:val="28"/>
          <w:rtl/>
        </w:rPr>
        <w:t>ی</w:t>
      </w:r>
      <w:r w:rsidRPr="0000691D">
        <w:rPr>
          <w:rFonts w:cs="B Mitra"/>
          <w:sz w:val="28"/>
          <w:szCs w:val="28"/>
          <w:rtl/>
        </w:rPr>
        <w:t>، شروع به کار کرد</w:t>
      </w:r>
      <w:r w:rsidRPr="0000691D">
        <w:rPr>
          <w:rFonts w:cs="B Mitra" w:hint="cs"/>
          <w:sz w:val="28"/>
          <w:szCs w:val="28"/>
          <w:rtl/>
        </w:rPr>
        <w:t xml:space="preserve">؛ </w:t>
      </w:r>
      <w:r w:rsidRPr="0000691D">
        <w:rPr>
          <w:rFonts w:cs="B Mitra"/>
          <w:sz w:val="28"/>
          <w:szCs w:val="28"/>
          <w:rtl/>
        </w:rPr>
        <w:t>بعد از 62 سال، در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زمان، تقارن آن با روز دوشنبه 27 مهر، </w:t>
      </w:r>
      <w:r w:rsidRPr="0000691D">
        <w:rPr>
          <w:rFonts w:cs="B Mitra" w:hint="cs"/>
          <w:sz w:val="28"/>
          <w:szCs w:val="28"/>
          <w:rtl/>
        </w:rPr>
        <w:t xml:space="preserve"> </w:t>
      </w:r>
      <w:r w:rsidRPr="0000691D">
        <w:rPr>
          <w:rFonts w:cs="B Mitra"/>
          <w:sz w:val="28"/>
          <w:szCs w:val="28"/>
          <w:rtl/>
        </w:rPr>
        <w:t>جا دارد از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دو عز</w:t>
      </w:r>
      <w:r w:rsidRPr="0000691D">
        <w:rPr>
          <w:rFonts w:cs="B Mitra" w:hint="cs"/>
          <w:sz w:val="28"/>
          <w:szCs w:val="28"/>
          <w:rtl/>
        </w:rPr>
        <w:t>ی</w:t>
      </w:r>
      <w:r w:rsidRPr="0000691D">
        <w:rPr>
          <w:rFonts w:cs="B Mitra" w:hint="eastAsia"/>
          <w:sz w:val="28"/>
          <w:szCs w:val="28"/>
          <w:rtl/>
        </w:rPr>
        <w:t>ز</w:t>
      </w:r>
      <w:r w:rsidRPr="0000691D">
        <w:rPr>
          <w:rFonts w:cs="B Mitra"/>
          <w:sz w:val="28"/>
          <w:szCs w:val="28"/>
          <w:rtl/>
        </w:rPr>
        <w:t xml:space="preserve"> بزرگوار ضمن گرام</w:t>
      </w:r>
      <w:r w:rsidRPr="0000691D">
        <w:rPr>
          <w:rFonts w:cs="B Mitra" w:hint="cs"/>
          <w:sz w:val="28"/>
          <w:szCs w:val="28"/>
          <w:rtl/>
        </w:rPr>
        <w:t>ی</w:t>
      </w:r>
      <w:r w:rsidRPr="0000691D">
        <w:rPr>
          <w:rFonts w:cs="B Mitra" w:hint="eastAsia"/>
          <w:sz w:val="28"/>
          <w:szCs w:val="28"/>
          <w:rtl/>
        </w:rPr>
        <w:t>داشت</w:t>
      </w:r>
      <w:r w:rsidRPr="0000691D">
        <w:rPr>
          <w:rFonts w:cs="B Mitra"/>
          <w:sz w:val="28"/>
          <w:szCs w:val="28"/>
          <w:rtl/>
        </w:rPr>
        <w:t xml:space="preserve">  و </w:t>
      </w:r>
      <w:r w:rsidRPr="0000691D">
        <w:rPr>
          <w:rFonts w:cs="B Mitra" w:hint="cs"/>
          <w:sz w:val="28"/>
          <w:szCs w:val="28"/>
          <w:rtl/>
        </w:rPr>
        <w:t>ی</w:t>
      </w:r>
      <w:r w:rsidRPr="0000691D">
        <w:rPr>
          <w:rFonts w:cs="B Mitra" w:hint="eastAsia"/>
          <w:sz w:val="28"/>
          <w:szCs w:val="28"/>
          <w:rtl/>
        </w:rPr>
        <w:t>ادآور</w:t>
      </w:r>
      <w:r w:rsidRPr="0000691D">
        <w:rPr>
          <w:rFonts w:cs="B Mitra" w:hint="cs"/>
          <w:sz w:val="28"/>
          <w:szCs w:val="28"/>
          <w:rtl/>
        </w:rPr>
        <w:t>ی</w:t>
      </w:r>
      <w:r w:rsidRPr="0000691D">
        <w:rPr>
          <w:rFonts w:cs="B Mitra"/>
          <w:sz w:val="28"/>
          <w:szCs w:val="28"/>
          <w:rtl/>
        </w:rPr>
        <w:t>، تقد</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نما</w:t>
      </w:r>
      <w:r w:rsidRPr="0000691D">
        <w:rPr>
          <w:rFonts w:cs="B Mitra" w:hint="cs"/>
          <w:sz w:val="28"/>
          <w:szCs w:val="28"/>
          <w:rtl/>
        </w:rPr>
        <w:t>یی</w:t>
      </w:r>
      <w:r w:rsidRPr="0000691D">
        <w:rPr>
          <w:rFonts w:cs="B Mitra" w:hint="eastAsia"/>
          <w:sz w:val="28"/>
          <w:szCs w:val="28"/>
          <w:rtl/>
        </w:rPr>
        <w:t>م</w:t>
      </w:r>
      <w:r w:rsidRPr="0000691D">
        <w:rPr>
          <w:rFonts w:cs="B Mitra" w:hint="cs"/>
          <w:sz w:val="28"/>
          <w:szCs w:val="28"/>
          <w:rtl/>
        </w:rPr>
        <w:t xml:space="preserve">؛ </w:t>
      </w:r>
      <w:r w:rsidRPr="0000691D">
        <w:rPr>
          <w:rFonts w:cs="B Mitra"/>
          <w:sz w:val="28"/>
          <w:szCs w:val="28"/>
          <w:rtl/>
        </w:rPr>
        <w:t>مخصوصاً از م</w:t>
      </w:r>
      <w:r w:rsidRPr="0000691D">
        <w:rPr>
          <w:rFonts w:cs="B Mitra" w:hint="cs"/>
          <w:sz w:val="28"/>
          <w:szCs w:val="28"/>
          <w:rtl/>
        </w:rPr>
        <w:t>ی</w:t>
      </w:r>
      <w:r w:rsidRPr="0000691D">
        <w:rPr>
          <w:rFonts w:cs="B Mitra" w:hint="eastAsia"/>
          <w:sz w:val="28"/>
          <w:szCs w:val="28"/>
          <w:rtl/>
        </w:rPr>
        <w:t>رزا</w:t>
      </w:r>
      <w:r w:rsidRPr="0000691D">
        <w:rPr>
          <w:rFonts w:cs="B Mitra"/>
          <w:sz w:val="28"/>
          <w:szCs w:val="28"/>
          <w:rtl/>
        </w:rPr>
        <w:t xml:space="preserve"> حسن خان رشد</w:t>
      </w:r>
      <w:r w:rsidRPr="0000691D">
        <w:rPr>
          <w:rFonts w:cs="B Mitra" w:hint="cs"/>
          <w:sz w:val="28"/>
          <w:szCs w:val="28"/>
          <w:rtl/>
        </w:rPr>
        <w:t>ی</w:t>
      </w:r>
      <w:r w:rsidRPr="0000691D">
        <w:rPr>
          <w:rFonts w:cs="B Mitra" w:hint="eastAsia"/>
          <w:sz w:val="28"/>
          <w:szCs w:val="28"/>
          <w:rtl/>
        </w:rPr>
        <w:t>ه</w:t>
      </w:r>
      <w:r w:rsidRPr="0000691D">
        <w:rPr>
          <w:rFonts w:cs="B Mitra"/>
          <w:sz w:val="28"/>
          <w:szCs w:val="28"/>
          <w:rtl/>
        </w:rPr>
        <w:t xml:space="preserve"> که سخت</w:t>
      </w:r>
      <w:r w:rsidRPr="0000691D">
        <w:rPr>
          <w:rFonts w:cs="B Mitra" w:hint="cs"/>
          <w:sz w:val="28"/>
          <w:szCs w:val="28"/>
          <w:rtl/>
        </w:rPr>
        <w:t>ی‌</w:t>
      </w:r>
      <w:r w:rsidRPr="0000691D">
        <w:rPr>
          <w:rFonts w:cs="B Mitra" w:hint="eastAsia"/>
          <w:sz w:val="28"/>
          <w:szCs w:val="28"/>
          <w:rtl/>
        </w:rPr>
        <w:t>ها</w:t>
      </w:r>
      <w:r w:rsidRPr="0000691D">
        <w:rPr>
          <w:rFonts w:cs="B Mitra"/>
          <w:sz w:val="28"/>
          <w:szCs w:val="28"/>
          <w:rtl/>
        </w:rPr>
        <w:t xml:space="preserve"> و مرارت‌ها</w:t>
      </w:r>
      <w:r w:rsidRPr="0000691D">
        <w:rPr>
          <w:rFonts w:cs="B Mitra" w:hint="cs"/>
          <w:sz w:val="28"/>
          <w:szCs w:val="28"/>
          <w:rtl/>
        </w:rPr>
        <w:t>ی</w:t>
      </w:r>
      <w:r w:rsidRPr="0000691D">
        <w:rPr>
          <w:rFonts w:cs="B Mitra"/>
          <w:sz w:val="28"/>
          <w:szCs w:val="28"/>
          <w:rtl/>
        </w:rPr>
        <w:t xml:space="preserve">  ب</w:t>
      </w:r>
      <w:r w:rsidRPr="0000691D">
        <w:rPr>
          <w:rFonts w:cs="B Mitra" w:hint="cs"/>
          <w:sz w:val="28"/>
          <w:szCs w:val="28"/>
          <w:rtl/>
        </w:rPr>
        <w:t>ی</w:t>
      </w:r>
      <w:r w:rsidRPr="0000691D">
        <w:rPr>
          <w:rFonts w:cs="B Mitra" w:hint="eastAsia"/>
          <w:sz w:val="28"/>
          <w:szCs w:val="28"/>
          <w:rtl/>
        </w:rPr>
        <w:t>شتر</w:t>
      </w:r>
      <w:r w:rsidRPr="0000691D">
        <w:rPr>
          <w:rFonts w:cs="B Mitra" w:hint="cs"/>
          <w:sz w:val="28"/>
          <w:szCs w:val="28"/>
          <w:rtl/>
        </w:rPr>
        <w:t>ی</w:t>
      </w:r>
      <w:r w:rsidRPr="0000691D">
        <w:rPr>
          <w:rFonts w:cs="B Mitra"/>
          <w:sz w:val="28"/>
          <w:szCs w:val="28"/>
          <w:rtl/>
        </w:rPr>
        <w:t xml:space="preserve"> نسبت به د</w:t>
      </w:r>
      <w:r w:rsidRPr="0000691D">
        <w:rPr>
          <w:rFonts w:cs="B Mitra" w:hint="cs"/>
          <w:sz w:val="28"/>
          <w:szCs w:val="28"/>
          <w:rtl/>
        </w:rPr>
        <w:t>ی</w:t>
      </w:r>
      <w:r w:rsidRPr="0000691D">
        <w:rPr>
          <w:rFonts w:cs="B Mitra" w:hint="eastAsia"/>
          <w:sz w:val="28"/>
          <w:szCs w:val="28"/>
          <w:rtl/>
        </w:rPr>
        <w:t>گران</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جاد</w:t>
      </w:r>
      <w:r w:rsidRPr="0000691D">
        <w:rPr>
          <w:rFonts w:cs="B Mitra"/>
          <w:sz w:val="28"/>
          <w:szCs w:val="28"/>
          <w:rtl/>
        </w:rPr>
        <w:t xml:space="preserve"> مدارس نو</w:t>
      </w:r>
      <w:r w:rsidRPr="0000691D">
        <w:rPr>
          <w:rFonts w:cs="B Mitra" w:hint="cs"/>
          <w:sz w:val="28"/>
          <w:szCs w:val="28"/>
          <w:rtl/>
        </w:rPr>
        <w:t>ی</w:t>
      </w:r>
      <w:r w:rsidRPr="0000691D">
        <w:rPr>
          <w:rFonts w:cs="B Mitra" w:hint="eastAsia"/>
          <w:sz w:val="28"/>
          <w:szCs w:val="28"/>
          <w:rtl/>
        </w:rPr>
        <w:t>ن</w:t>
      </w:r>
      <w:r w:rsidRPr="0000691D">
        <w:rPr>
          <w:rFonts w:cs="B Mitra" w:hint="cs"/>
          <w:sz w:val="28"/>
          <w:szCs w:val="28"/>
          <w:rtl/>
        </w:rPr>
        <w:t xml:space="preserve"> </w:t>
      </w:r>
      <w:r w:rsidRPr="0000691D">
        <w:rPr>
          <w:rFonts w:cs="B Mitra"/>
          <w:sz w:val="28"/>
          <w:szCs w:val="28"/>
          <w:rtl/>
        </w:rPr>
        <w:t>در کشورمان متحمل شد</w:t>
      </w:r>
      <w:r w:rsidRPr="0000691D">
        <w:rPr>
          <w:rFonts w:cs="B Mitra" w:hint="cs"/>
          <w:sz w:val="28"/>
          <w:szCs w:val="28"/>
          <w:rtl/>
        </w:rPr>
        <w:t xml:space="preserve">؛ </w:t>
      </w:r>
      <w:r w:rsidRPr="0000691D">
        <w:rPr>
          <w:rFonts w:cs="B Mitra" w:hint="eastAsia"/>
          <w:sz w:val="28"/>
          <w:szCs w:val="28"/>
          <w:rtl/>
        </w:rPr>
        <w:t>چند</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بار دست و پا</w:t>
      </w:r>
      <w:r w:rsidRPr="0000691D">
        <w:rPr>
          <w:rFonts w:cs="B Mitra" w:hint="cs"/>
          <w:sz w:val="28"/>
          <w:szCs w:val="28"/>
          <w:rtl/>
        </w:rPr>
        <w:t>ی</w:t>
      </w:r>
      <w:r w:rsidRPr="0000691D">
        <w:rPr>
          <w:rFonts w:cs="B Mitra" w:hint="eastAsia"/>
          <w:sz w:val="28"/>
          <w:szCs w:val="28"/>
          <w:rtl/>
        </w:rPr>
        <w:t>ش</w:t>
      </w:r>
      <w:r w:rsidRPr="0000691D">
        <w:rPr>
          <w:rFonts w:cs="B Mitra"/>
          <w:sz w:val="28"/>
          <w:szCs w:val="28"/>
          <w:rtl/>
        </w:rPr>
        <w:t xml:space="preserve"> شکسته شد</w:t>
      </w:r>
      <w:r w:rsidRPr="0000691D">
        <w:rPr>
          <w:rFonts w:cs="B Mitra" w:hint="cs"/>
          <w:sz w:val="28"/>
          <w:szCs w:val="28"/>
          <w:rtl/>
        </w:rPr>
        <w:t xml:space="preserve"> و </w:t>
      </w:r>
      <w:r w:rsidRPr="0000691D">
        <w:rPr>
          <w:rFonts w:cs="B Mitra"/>
          <w:sz w:val="28"/>
          <w:szCs w:val="28"/>
          <w:rtl/>
        </w:rPr>
        <w:t>مدارس</w:t>
      </w:r>
      <w:r w:rsidRPr="0000691D">
        <w:rPr>
          <w:rFonts w:cs="B Mitra" w:hint="cs"/>
          <w:sz w:val="28"/>
          <w:szCs w:val="28"/>
          <w:rtl/>
        </w:rPr>
        <w:t>ی</w:t>
      </w:r>
      <w:r w:rsidRPr="0000691D">
        <w:rPr>
          <w:rFonts w:cs="B Mitra"/>
          <w:sz w:val="28"/>
          <w:szCs w:val="28"/>
          <w:rtl/>
        </w:rPr>
        <w:t xml:space="preserve"> را که تشک</w:t>
      </w:r>
      <w:r w:rsidRPr="0000691D">
        <w:rPr>
          <w:rFonts w:cs="B Mitra" w:hint="cs"/>
          <w:sz w:val="28"/>
          <w:szCs w:val="28"/>
          <w:rtl/>
        </w:rPr>
        <w:t>ی</w:t>
      </w:r>
      <w:r w:rsidRPr="0000691D">
        <w:rPr>
          <w:rFonts w:cs="B Mitra" w:hint="eastAsia"/>
          <w:sz w:val="28"/>
          <w:szCs w:val="28"/>
          <w:rtl/>
        </w:rPr>
        <w:t>ل</w:t>
      </w:r>
      <w:r w:rsidRPr="0000691D">
        <w:rPr>
          <w:rFonts w:cs="B Mitra"/>
          <w:sz w:val="28"/>
          <w:szCs w:val="28"/>
          <w:rtl/>
        </w:rPr>
        <w:t xml:space="preserve"> داده بود خراب کردند</w:t>
      </w:r>
      <w:r w:rsidRPr="0000691D">
        <w:rPr>
          <w:rFonts w:cs="B Mitra" w:hint="cs"/>
          <w:sz w:val="28"/>
          <w:szCs w:val="28"/>
          <w:rtl/>
        </w:rPr>
        <w:t xml:space="preserve">؛ </w:t>
      </w:r>
      <w:r w:rsidRPr="0000691D">
        <w:rPr>
          <w:rFonts w:cs="B Mitra"/>
          <w:sz w:val="28"/>
          <w:szCs w:val="28"/>
          <w:rtl/>
        </w:rPr>
        <w:t>ب</w:t>
      </w:r>
      <w:r w:rsidRPr="0000691D">
        <w:rPr>
          <w:rFonts w:cs="B Mitra" w:hint="cs"/>
          <w:sz w:val="28"/>
          <w:szCs w:val="28"/>
          <w:rtl/>
        </w:rPr>
        <w:t xml:space="preserve">ه </w:t>
      </w:r>
      <w:r w:rsidRPr="0000691D">
        <w:rPr>
          <w:rFonts w:cs="B Mitra"/>
          <w:sz w:val="28"/>
          <w:szCs w:val="28"/>
          <w:rtl/>
        </w:rPr>
        <w:t>قول شاعر،</w:t>
      </w:r>
      <w:r w:rsidRPr="0000691D">
        <w:rPr>
          <w:rFonts w:cs="B Mitra" w:hint="cs"/>
          <w:sz w:val="28"/>
          <w:szCs w:val="28"/>
          <w:rtl/>
        </w:rPr>
        <w:t xml:space="preserve"> </w:t>
      </w:r>
      <w:r w:rsidRPr="0000691D">
        <w:rPr>
          <w:rFonts w:cs="B Mitra"/>
          <w:sz w:val="28"/>
          <w:szCs w:val="28"/>
          <w:rtl/>
        </w:rPr>
        <w:t>روز مهر  و ماه مهر و جشن فرخ  مهرگان، مهر بِفزا،</w:t>
      </w:r>
      <w:r w:rsidRPr="0000691D">
        <w:rPr>
          <w:rFonts w:cs="B Mitra" w:hint="cs"/>
          <w:sz w:val="28"/>
          <w:szCs w:val="28"/>
          <w:rtl/>
        </w:rPr>
        <w:t xml:space="preserve"> </w:t>
      </w:r>
      <w:r w:rsidRPr="0000691D">
        <w:rPr>
          <w:rFonts w:cs="B Mitra" w:hint="eastAsia"/>
          <w:sz w:val="28"/>
          <w:szCs w:val="28"/>
          <w:rtl/>
        </w:rPr>
        <w:t>اِ</w:t>
      </w:r>
      <w:r w:rsidRPr="0000691D">
        <w:rPr>
          <w:rFonts w:cs="B Mitra" w:hint="cs"/>
          <w:sz w:val="28"/>
          <w:szCs w:val="28"/>
          <w:rtl/>
        </w:rPr>
        <w:t>ی</w:t>
      </w:r>
      <w:r w:rsidRPr="0000691D">
        <w:rPr>
          <w:rFonts w:cs="B Mitra"/>
          <w:sz w:val="28"/>
          <w:szCs w:val="28"/>
          <w:rtl/>
        </w:rPr>
        <w:t xml:space="preserve"> نگار  </w:t>
      </w:r>
      <w:r w:rsidRPr="0000691D">
        <w:rPr>
          <w:rFonts w:cs="B Mitra" w:hint="cs"/>
          <w:sz w:val="28"/>
          <w:szCs w:val="28"/>
          <w:rtl/>
        </w:rPr>
        <w:t>ماه‌</w:t>
      </w:r>
      <w:r w:rsidRPr="0000691D">
        <w:rPr>
          <w:rFonts w:cs="B Mitra"/>
          <w:sz w:val="28"/>
          <w:szCs w:val="28"/>
          <w:rtl/>
        </w:rPr>
        <w:t>چهر   مهربان</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sz w:val="28"/>
          <w:szCs w:val="28"/>
        </w:rPr>
        <w:t xml:space="preserve"> </w:t>
      </w:r>
      <w:r w:rsidRPr="0000691D">
        <w:rPr>
          <w:rFonts w:cs="B Mitra"/>
          <w:sz w:val="28"/>
          <w:szCs w:val="28"/>
          <w:rtl/>
        </w:rPr>
        <w:t>فصل پا</w:t>
      </w:r>
      <w:r w:rsidRPr="0000691D">
        <w:rPr>
          <w:rFonts w:cs="B Mitra" w:hint="cs"/>
          <w:sz w:val="28"/>
          <w:szCs w:val="28"/>
          <w:rtl/>
        </w:rPr>
        <w:t>یی</w:t>
      </w:r>
      <w:r w:rsidRPr="0000691D">
        <w:rPr>
          <w:rFonts w:cs="B Mitra" w:hint="eastAsia"/>
          <w:sz w:val="28"/>
          <w:szCs w:val="28"/>
          <w:rtl/>
        </w:rPr>
        <w:t>ز</w:t>
      </w:r>
      <w:r w:rsidRPr="0000691D">
        <w:rPr>
          <w:rFonts w:cs="B Mitra"/>
          <w:sz w:val="28"/>
          <w:szCs w:val="28"/>
          <w:rtl/>
        </w:rPr>
        <w:t xml:space="preserve"> و ماه مهر که آغاز م</w:t>
      </w:r>
      <w:r w:rsidRPr="0000691D">
        <w:rPr>
          <w:rFonts w:cs="B Mitra" w:hint="cs"/>
          <w:sz w:val="28"/>
          <w:szCs w:val="28"/>
          <w:rtl/>
        </w:rPr>
        <w:t>ی‌</w:t>
      </w:r>
      <w:r w:rsidRPr="0000691D">
        <w:rPr>
          <w:rFonts w:cs="B Mitra" w:hint="eastAsia"/>
          <w:sz w:val="28"/>
          <w:szCs w:val="28"/>
          <w:rtl/>
        </w:rPr>
        <w:t>شود</w:t>
      </w:r>
      <w:r w:rsidRPr="0000691D">
        <w:rPr>
          <w:rFonts w:cs="B Mitra"/>
          <w:sz w:val="28"/>
          <w:szCs w:val="28"/>
          <w:rtl/>
        </w:rPr>
        <w:t>، خاطرات مهر ماه سال</w:t>
      </w:r>
      <w:r w:rsidRPr="0000691D">
        <w:rPr>
          <w:rFonts w:cs="B Mitra" w:hint="cs"/>
          <w:sz w:val="28"/>
          <w:szCs w:val="28"/>
          <w:rtl/>
        </w:rPr>
        <w:t>‌</w:t>
      </w:r>
      <w:r w:rsidRPr="0000691D">
        <w:rPr>
          <w:rFonts w:cs="B Mitra"/>
          <w:sz w:val="28"/>
          <w:szCs w:val="28"/>
          <w:rtl/>
        </w:rPr>
        <w:t>ها</w:t>
      </w:r>
      <w:r w:rsidRPr="0000691D">
        <w:rPr>
          <w:rFonts w:cs="B Mitra" w:hint="cs"/>
          <w:sz w:val="28"/>
          <w:szCs w:val="28"/>
          <w:rtl/>
        </w:rPr>
        <w:t>ی</w:t>
      </w:r>
      <w:r w:rsidRPr="0000691D">
        <w:rPr>
          <w:rFonts w:cs="B Mitra"/>
          <w:sz w:val="28"/>
          <w:szCs w:val="28"/>
          <w:rtl/>
        </w:rPr>
        <w:t xml:space="preserve"> قبل برا</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به مرو</w:t>
      </w:r>
      <w:r w:rsidRPr="0000691D">
        <w:rPr>
          <w:rFonts w:cs="B Mitra" w:hint="cs"/>
          <w:sz w:val="28"/>
          <w:szCs w:val="28"/>
          <w:rtl/>
        </w:rPr>
        <w:t xml:space="preserve">ر، </w:t>
      </w:r>
      <w:r w:rsidRPr="0000691D">
        <w:rPr>
          <w:rFonts w:cs="B Mitra"/>
          <w:sz w:val="28"/>
          <w:szCs w:val="28"/>
          <w:rtl/>
        </w:rPr>
        <w:t>تداع</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گردد</w:t>
      </w:r>
      <w:r w:rsidRPr="0000691D">
        <w:rPr>
          <w:rFonts w:cs="B Mitra" w:hint="cs"/>
          <w:sz w:val="28"/>
          <w:szCs w:val="28"/>
          <w:rtl/>
        </w:rPr>
        <w:t xml:space="preserve">؛ </w:t>
      </w:r>
      <w:r w:rsidRPr="0000691D">
        <w:rPr>
          <w:rFonts w:cs="B Mitra" w:hint="eastAsia"/>
          <w:sz w:val="28"/>
          <w:szCs w:val="28"/>
          <w:rtl/>
        </w:rPr>
        <w:t>قبل</w:t>
      </w:r>
      <w:r w:rsidRPr="0000691D">
        <w:rPr>
          <w:rFonts w:cs="B Mitra"/>
          <w:sz w:val="28"/>
          <w:szCs w:val="28"/>
          <w:rtl/>
        </w:rPr>
        <w:t xml:space="preserve"> از ا</w:t>
      </w:r>
      <w:r w:rsidRPr="0000691D">
        <w:rPr>
          <w:rFonts w:cs="B Mitra" w:hint="cs"/>
          <w:sz w:val="28"/>
          <w:szCs w:val="28"/>
          <w:rtl/>
        </w:rPr>
        <w:t>ی</w:t>
      </w:r>
      <w:r w:rsidRPr="0000691D">
        <w:rPr>
          <w:rFonts w:cs="B Mitra" w:hint="eastAsia"/>
          <w:sz w:val="28"/>
          <w:szCs w:val="28"/>
          <w:rtl/>
        </w:rPr>
        <w:t>نکه</w:t>
      </w:r>
      <w:r w:rsidRPr="0000691D">
        <w:rPr>
          <w:rFonts w:cs="B Mitra"/>
          <w:sz w:val="28"/>
          <w:szCs w:val="28"/>
          <w:rtl/>
        </w:rPr>
        <w:t xml:space="preserve"> روز جهان</w:t>
      </w:r>
      <w:r w:rsidRPr="0000691D">
        <w:rPr>
          <w:rFonts w:cs="B Mitra" w:hint="cs"/>
          <w:sz w:val="28"/>
          <w:szCs w:val="28"/>
          <w:rtl/>
        </w:rPr>
        <w:t>ی</w:t>
      </w:r>
      <w:r w:rsidRPr="0000691D">
        <w:rPr>
          <w:rFonts w:cs="B Mitra"/>
          <w:sz w:val="28"/>
          <w:szCs w:val="28"/>
          <w:rtl/>
        </w:rPr>
        <w:t xml:space="preserve"> ناب</w:t>
      </w:r>
      <w:r w:rsidRPr="0000691D">
        <w:rPr>
          <w:rFonts w:cs="B Mitra" w:hint="cs"/>
          <w:sz w:val="28"/>
          <w:szCs w:val="28"/>
          <w:rtl/>
        </w:rPr>
        <w:t>ی</w:t>
      </w:r>
      <w:r w:rsidRPr="0000691D">
        <w:rPr>
          <w:rFonts w:cs="B Mitra" w:hint="eastAsia"/>
          <w:sz w:val="28"/>
          <w:szCs w:val="28"/>
          <w:rtl/>
        </w:rPr>
        <w:t>نا</w:t>
      </w:r>
      <w:r w:rsidRPr="0000691D">
        <w:rPr>
          <w:rFonts w:cs="B Mitra" w:hint="cs"/>
          <w:sz w:val="28"/>
          <w:szCs w:val="28"/>
          <w:rtl/>
        </w:rPr>
        <w:t>ی</w:t>
      </w:r>
      <w:r w:rsidRPr="0000691D">
        <w:rPr>
          <w:rFonts w:cs="B Mitra" w:hint="eastAsia"/>
          <w:sz w:val="28"/>
          <w:szCs w:val="28"/>
          <w:rtl/>
        </w:rPr>
        <w:t>ان</w:t>
      </w:r>
      <w:r w:rsidRPr="0000691D">
        <w:rPr>
          <w:rFonts w:cs="B Mitra"/>
          <w:sz w:val="28"/>
          <w:szCs w:val="28"/>
          <w:rtl/>
        </w:rPr>
        <w:t xml:space="preserve"> در ا</w:t>
      </w:r>
      <w:r w:rsidRPr="0000691D">
        <w:rPr>
          <w:rFonts w:cs="B Mitra" w:hint="cs"/>
          <w:sz w:val="28"/>
          <w:szCs w:val="28"/>
          <w:rtl/>
        </w:rPr>
        <w:t>ی</w:t>
      </w:r>
      <w:r w:rsidRPr="0000691D">
        <w:rPr>
          <w:rFonts w:cs="B Mitra" w:hint="eastAsia"/>
          <w:sz w:val="28"/>
          <w:szCs w:val="28"/>
          <w:rtl/>
        </w:rPr>
        <w:t>ران</w:t>
      </w:r>
      <w:r w:rsidRPr="0000691D">
        <w:rPr>
          <w:rFonts w:cs="B Mitra"/>
          <w:sz w:val="28"/>
          <w:szCs w:val="28"/>
          <w:rtl/>
        </w:rPr>
        <w:t xml:space="preserve"> مطرح  و عنوان شود،</w:t>
      </w:r>
      <w:r w:rsidRPr="0000691D">
        <w:rPr>
          <w:rFonts w:cs="B Mitra" w:hint="cs"/>
          <w:sz w:val="28"/>
          <w:szCs w:val="28"/>
          <w:rtl/>
        </w:rPr>
        <w:t xml:space="preserve"> </w:t>
      </w:r>
      <w:r w:rsidRPr="0000691D">
        <w:rPr>
          <w:rFonts w:cs="B Mitra" w:hint="eastAsia"/>
          <w:sz w:val="28"/>
          <w:szCs w:val="28"/>
          <w:rtl/>
        </w:rPr>
        <w:t>در</w:t>
      </w:r>
      <w:r w:rsidRPr="0000691D">
        <w:rPr>
          <w:rFonts w:cs="B Mitra"/>
          <w:sz w:val="28"/>
          <w:szCs w:val="28"/>
          <w:rtl/>
        </w:rPr>
        <w:t xml:space="preserve"> اواسط دهه 1340</w:t>
      </w:r>
      <w:r w:rsidRPr="0000691D">
        <w:rPr>
          <w:rFonts w:cs="B Mitra" w:hint="cs"/>
          <w:sz w:val="28"/>
          <w:szCs w:val="28"/>
          <w:rtl/>
        </w:rPr>
        <w:t>،</w:t>
      </w:r>
      <w:r w:rsidRPr="0000691D">
        <w:rPr>
          <w:rFonts w:cs="B Mitra"/>
          <w:sz w:val="28"/>
          <w:szCs w:val="28"/>
          <w:rtl/>
        </w:rPr>
        <w:t xml:space="preserve">  مرحوم دکتر محمد خزائل</w:t>
      </w:r>
      <w:r w:rsidRPr="0000691D">
        <w:rPr>
          <w:rFonts w:cs="B Mitra" w:hint="cs"/>
          <w:sz w:val="28"/>
          <w:szCs w:val="28"/>
          <w:rtl/>
        </w:rPr>
        <w:t>ی</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اول</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هفت</w:t>
      </w:r>
      <w:r w:rsidRPr="0000691D">
        <w:rPr>
          <w:rFonts w:cs="B Mitra" w:hint="cs"/>
          <w:sz w:val="28"/>
          <w:szCs w:val="28"/>
          <w:rtl/>
        </w:rPr>
        <w:t xml:space="preserve">ه </w:t>
      </w:r>
      <w:r w:rsidRPr="0000691D">
        <w:rPr>
          <w:rFonts w:cs="B Mitra"/>
          <w:sz w:val="28"/>
          <w:szCs w:val="28"/>
          <w:rtl/>
        </w:rPr>
        <w:t>ماه آذر  را</w:t>
      </w:r>
      <w:r w:rsidRPr="0000691D">
        <w:rPr>
          <w:rFonts w:cs="B Mitra" w:hint="cs"/>
          <w:sz w:val="28"/>
          <w:szCs w:val="28"/>
          <w:rtl/>
        </w:rPr>
        <w:t xml:space="preserve"> </w:t>
      </w:r>
      <w:r w:rsidRPr="0000691D">
        <w:rPr>
          <w:rFonts w:cs="B Mitra"/>
          <w:sz w:val="28"/>
          <w:szCs w:val="28"/>
          <w:rtl/>
        </w:rPr>
        <w:t>هفته روشن</w:t>
      </w:r>
      <w:r w:rsidRPr="0000691D">
        <w:rPr>
          <w:rFonts w:cs="B Mitra" w:hint="cs"/>
          <w:sz w:val="28"/>
          <w:szCs w:val="28"/>
          <w:rtl/>
        </w:rPr>
        <w:t>‌</w:t>
      </w:r>
      <w:r w:rsidRPr="0000691D">
        <w:rPr>
          <w:rFonts w:cs="B Mitra"/>
          <w:sz w:val="28"/>
          <w:szCs w:val="28"/>
          <w:rtl/>
        </w:rPr>
        <w:t>دلان نام</w:t>
      </w:r>
      <w:r w:rsidRPr="0000691D">
        <w:rPr>
          <w:rFonts w:cs="B Mitra" w:hint="cs"/>
          <w:sz w:val="28"/>
          <w:szCs w:val="28"/>
          <w:rtl/>
        </w:rPr>
        <w:t>ی</w:t>
      </w:r>
      <w:r w:rsidRPr="0000691D">
        <w:rPr>
          <w:rFonts w:cs="B Mitra" w:hint="eastAsia"/>
          <w:sz w:val="28"/>
          <w:szCs w:val="28"/>
          <w:rtl/>
        </w:rPr>
        <w:t>د</w:t>
      </w:r>
      <w:r w:rsidRPr="0000691D">
        <w:rPr>
          <w:rFonts w:cs="B Mitra" w:hint="cs"/>
          <w:sz w:val="28"/>
          <w:szCs w:val="28"/>
          <w:rtl/>
        </w:rPr>
        <w:t>؛</w:t>
      </w:r>
      <w:r w:rsidRPr="0000691D">
        <w:rPr>
          <w:rFonts w:cs="B Mitra"/>
          <w:sz w:val="28"/>
          <w:szCs w:val="28"/>
          <w:rtl/>
        </w:rPr>
        <w:t xml:space="preserve"> خ</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sz w:val="28"/>
          <w:szCs w:val="28"/>
          <w:rtl/>
        </w:rPr>
        <w:t>ها  نسبت به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کار</w:t>
      </w:r>
      <w:r w:rsidRPr="0000691D">
        <w:rPr>
          <w:rFonts w:cs="B Mitra" w:hint="cs"/>
          <w:sz w:val="28"/>
          <w:szCs w:val="28"/>
          <w:rtl/>
        </w:rPr>
        <w:t xml:space="preserve"> </w:t>
      </w:r>
      <w:r w:rsidRPr="0000691D">
        <w:rPr>
          <w:rFonts w:cs="B Mitra"/>
          <w:sz w:val="28"/>
          <w:szCs w:val="28"/>
          <w:rtl/>
        </w:rPr>
        <w:t>در محافل عموم</w:t>
      </w:r>
      <w:r w:rsidRPr="0000691D">
        <w:rPr>
          <w:rFonts w:cs="B Mitra" w:hint="cs"/>
          <w:sz w:val="28"/>
          <w:szCs w:val="28"/>
          <w:rtl/>
        </w:rPr>
        <w:t>ی</w:t>
      </w:r>
      <w:r w:rsidRPr="0000691D">
        <w:rPr>
          <w:rFonts w:cs="B Mitra"/>
          <w:sz w:val="28"/>
          <w:szCs w:val="28"/>
          <w:rtl/>
        </w:rPr>
        <w:t xml:space="preserve"> و روزنامه</w:t>
      </w:r>
      <w:r w:rsidRPr="0000691D">
        <w:rPr>
          <w:rFonts w:cs="B Mitra" w:hint="cs"/>
          <w:sz w:val="28"/>
          <w:szCs w:val="28"/>
          <w:rtl/>
        </w:rPr>
        <w:t>‌</w:t>
      </w:r>
      <w:r w:rsidRPr="0000691D">
        <w:rPr>
          <w:rFonts w:cs="B Mitra"/>
          <w:sz w:val="28"/>
          <w:szCs w:val="28"/>
          <w:rtl/>
        </w:rPr>
        <w:t>ها، انتقاد و اعتراض کردند</w:t>
      </w:r>
      <w:r w:rsidRPr="0000691D">
        <w:rPr>
          <w:rFonts w:cs="B Mitra" w:hint="cs"/>
          <w:sz w:val="28"/>
          <w:szCs w:val="28"/>
          <w:rtl/>
        </w:rPr>
        <w:t xml:space="preserve"> </w:t>
      </w:r>
      <w:r w:rsidRPr="0000691D">
        <w:rPr>
          <w:rFonts w:cs="B Mitra" w:hint="eastAsia"/>
          <w:sz w:val="28"/>
          <w:szCs w:val="28"/>
          <w:rtl/>
        </w:rPr>
        <w:t>که</w:t>
      </w:r>
      <w:r w:rsidRPr="0000691D">
        <w:rPr>
          <w:rFonts w:cs="B Mitra"/>
          <w:sz w:val="28"/>
          <w:szCs w:val="28"/>
          <w:rtl/>
        </w:rPr>
        <w:t xml:space="preserve"> مگر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هفته و روز </w:t>
      </w:r>
      <w:r w:rsidRPr="0000691D">
        <w:rPr>
          <w:rFonts w:cs="B Mitra" w:hint="cs"/>
          <w:sz w:val="28"/>
          <w:szCs w:val="28"/>
          <w:rtl/>
        </w:rPr>
        <w:lastRenderedPageBreak/>
        <w:t>و</w:t>
      </w:r>
      <w:r w:rsidRPr="0000691D">
        <w:rPr>
          <w:rFonts w:cs="B Mitra"/>
          <w:sz w:val="28"/>
          <w:szCs w:val="28"/>
          <w:rtl/>
        </w:rPr>
        <w:t xml:space="preserve"> ماه م</w:t>
      </w:r>
      <w:r w:rsidRPr="0000691D">
        <w:rPr>
          <w:rFonts w:cs="B Mitra" w:hint="cs"/>
          <w:sz w:val="28"/>
          <w:szCs w:val="28"/>
          <w:rtl/>
        </w:rPr>
        <w:t>ی‌</w:t>
      </w:r>
      <w:r w:rsidRPr="0000691D">
        <w:rPr>
          <w:rFonts w:cs="B Mitra" w:hint="eastAsia"/>
          <w:sz w:val="28"/>
          <w:szCs w:val="28"/>
          <w:rtl/>
        </w:rPr>
        <w:t>فهم</w:t>
      </w:r>
      <w:r w:rsidRPr="0000691D">
        <w:rPr>
          <w:rFonts w:cs="B Mitra" w:hint="cs"/>
          <w:sz w:val="28"/>
          <w:szCs w:val="28"/>
          <w:rtl/>
        </w:rPr>
        <w:t xml:space="preserve">د؟! </w:t>
      </w:r>
      <w:r w:rsidRPr="0000691D">
        <w:rPr>
          <w:rFonts w:cs="B Mitra" w:hint="eastAsia"/>
          <w:sz w:val="28"/>
          <w:szCs w:val="28"/>
          <w:rtl/>
        </w:rPr>
        <w:t>و</w:t>
      </w:r>
      <w:r w:rsidRPr="0000691D">
        <w:rPr>
          <w:rFonts w:cs="B Mitra"/>
          <w:sz w:val="28"/>
          <w:szCs w:val="28"/>
          <w:rtl/>
        </w:rPr>
        <w:t xml:space="preserve"> متأسفانه،</w:t>
      </w:r>
      <w:r w:rsidRPr="0000691D">
        <w:rPr>
          <w:rFonts w:cs="B Mitra" w:hint="cs"/>
          <w:sz w:val="28"/>
          <w:szCs w:val="28"/>
          <w:rtl/>
        </w:rPr>
        <w:t xml:space="preserve"> </w:t>
      </w:r>
      <w:r w:rsidRPr="0000691D">
        <w:rPr>
          <w:rFonts w:cs="B Mitra"/>
          <w:sz w:val="28"/>
          <w:szCs w:val="28"/>
          <w:rtl/>
        </w:rPr>
        <w:t>فرد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را با فرد مرده  مقا</w:t>
      </w:r>
      <w:r w:rsidRPr="0000691D">
        <w:rPr>
          <w:rFonts w:cs="B Mitra" w:hint="cs"/>
          <w:sz w:val="28"/>
          <w:szCs w:val="28"/>
          <w:rtl/>
        </w:rPr>
        <w:t>ی</w:t>
      </w:r>
      <w:r w:rsidRPr="0000691D">
        <w:rPr>
          <w:rFonts w:cs="B Mitra" w:hint="eastAsia"/>
          <w:sz w:val="28"/>
          <w:szCs w:val="28"/>
          <w:rtl/>
        </w:rPr>
        <w:t>سه</w:t>
      </w:r>
      <w:r w:rsidRPr="0000691D">
        <w:rPr>
          <w:rFonts w:cs="B Mitra"/>
          <w:sz w:val="28"/>
          <w:szCs w:val="28"/>
          <w:rtl/>
        </w:rPr>
        <w:t xml:space="preserve"> کردند</w:t>
      </w:r>
      <w:r w:rsidRPr="0000691D">
        <w:rPr>
          <w:rFonts w:cs="B Mitra" w:hint="cs"/>
          <w:sz w:val="28"/>
          <w:szCs w:val="28"/>
          <w:rtl/>
        </w:rPr>
        <w:t xml:space="preserve">؛ </w:t>
      </w:r>
      <w:r w:rsidRPr="0000691D">
        <w:rPr>
          <w:rFonts w:cs="B Mitra" w:hint="eastAsia"/>
          <w:sz w:val="28"/>
          <w:szCs w:val="28"/>
          <w:rtl/>
        </w:rPr>
        <w:t>دکتر</w:t>
      </w:r>
      <w:r w:rsidRPr="0000691D">
        <w:rPr>
          <w:rFonts w:cs="B Mitra"/>
          <w:sz w:val="28"/>
          <w:szCs w:val="28"/>
          <w:rtl/>
        </w:rPr>
        <w:t xml:space="preserve"> خزائ</w:t>
      </w:r>
      <w:r w:rsidRPr="0000691D">
        <w:rPr>
          <w:rFonts w:cs="B Mitra" w:hint="eastAsia"/>
          <w:sz w:val="28"/>
          <w:szCs w:val="28"/>
          <w:rtl/>
        </w:rPr>
        <w:t>ل</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Pr>
        <w:t>‌</w:t>
      </w:r>
      <w:r w:rsidRPr="0000691D">
        <w:rPr>
          <w:rFonts w:cs="B Mitra" w:hint="eastAsia"/>
          <w:sz w:val="28"/>
          <w:szCs w:val="28"/>
          <w:rtl/>
        </w:rPr>
        <w:t>دانست</w:t>
      </w:r>
      <w:r w:rsidRPr="0000691D">
        <w:rPr>
          <w:rFonts w:cs="B Mitra"/>
          <w:sz w:val="28"/>
          <w:szCs w:val="28"/>
          <w:rtl/>
        </w:rPr>
        <w:t xml:space="preserve"> کلمه ناب</w:t>
      </w:r>
      <w:r w:rsidRPr="0000691D">
        <w:rPr>
          <w:rFonts w:cs="B Mitra" w:hint="cs"/>
          <w:sz w:val="28"/>
          <w:szCs w:val="28"/>
          <w:rtl/>
        </w:rPr>
        <w:t>ی</w:t>
      </w:r>
      <w:r w:rsidRPr="0000691D">
        <w:rPr>
          <w:rFonts w:cs="B Mitra" w:hint="eastAsia"/>
          <w:sz w:val="28"/>
          <w:szCs w:val="28"/>
          <w:rtl/>
        </w:rPr>
        <w:t>نا</w:t>
      </w:r>
      <w:r w:rsidRPr="0000691D">
        <w:rPr>
          <w:rFonts w:cs="B Mitra" w:hint="cs"/>
          <w:sz w:val="28"/>
          <w:szCs w:val="28"/>
          <w:rtl/>
        </w:rPr>
        <w:t xml:space="preserve"> </w:t>
      </w:r>
      <w:r w:rsidRPr="0000691D">
        <w:rPr>
          <w:rFonts w:cs="B Mitra" w:hint="eastAsia"/>
          <w:sz w:val="28"/>
          <w:szCs w:val="28"/>
          <w:rtl/>
        </w:rPr>
        <w:t>بهتر</w:t>
      </w:r>
      <w:r w:rsidRPr="0000691D">
        <w:rPr>
          <w:rFonts w:cs="B Mitra"/>
          <w:sz w:val="28"/>
          <w:szCs w:val="28"/>
          <w:rtl/>
        </w:rPr>
        <w:t xml:space="preserve"> از کلمه روشن</w:t>
      </w:r>
      <w:r w:rsidRPr="0000691D">
        <w:rPr>
          <w:rFonts w:cs="B Mitra" w:hint="cs"/>
          <w:sz w:val="28"/>
          <w:szCs w:val="28"/>
          <w:rtl/>
        </w:rPr>
        <w:t>‌</w:t>
      </w:r>
      <w:r w:rsidRPr="0000691D">
        <w:rPr>
          <w:rFonts w:cs="B Mitra"/>
          <w:sz w:val="28"/>
          <w:szCs w:val="28"/>
          <w:rtl/>
        </w:rPr>
        <w:t>دل است</w:t>
      </w:r>
      <w:r w:rsidRPr="0000691D">
        <w:rPr>
          <w:rFonts w:cs="B Mitra" w:hint="cs"/>
          <w:sz w:val="28"/>
          <w:szCs w:val="28"/>
          <w:rtl/>
        </w:rPr>
        <w:t>؛</w:t>
      </w:r>
      <w:r w:rsidRPr="0000691D">
        <w:rPr>
          <w:rFonts w:cs="B Mitra"/>
          <w:sz w:val="28"/>
          <w:szCs w:val="28"/>
          <w:rtl/>
        </w:rPr>
        <w:t xml:space="preserve"> آن موقع از کلمه کور ب</w:t>
      </w:r>
      <w:r w:rsidRPr="0000691D">
        <w:rPr>
          <w:rFonts w:cs="B Mitra" w:hint="cs"/>
          <w:sz w:val="28"/>
          <w:szCs w:val="28"/>
          <w:rtl/>
        </w:rPr>
        <w:t>ه‌</w:t>
      </w:r>
      <w:r w:rsidRPr="0000691D">
        <w:rPr>
          <w:rFonts w:cs="B Mitra"/>
          <w:sz w:val="28"/>
          <w:szCs w:val="28"/>
          <w:rtl/>
        </w:rPr>
        <w:t>جا</w:t>
      </w:r>
      <w:r w:rsidRPr="0000691D">
        <w:rPr>
          <w:rFonts w:cs="B Mitra" w:hint="cs"/>
          <w:sz w:val="28"/>
          <w:szCs w:val="28"/>
          <w:rtl/>
        </w:rPr>
        <w:t>ی</w:t>
      </w:r>
      <w:r w:rsidRPr="0000691D">
        <w:rPr>
          <w:rFonts w:cs="B Mitra"/>
          <w:sz w:val="28"/>
          <w:szCs w:val="28"/>
          <w:rtl/>
        </w:rPr>
        <w:t xml:space="preserve"> کلمه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استفاده م</w:t>
      </w:r>
      <w:r w:rsidRPr="0000691D">
        <w:rPr>
          <w:rFonts w:cs="B Mitra" w:hint="cs"/>
          <w:sz w:val="28"/>
          <w:szCs w:val="28"/>
          <w:rtl/>
        </w:rPr>
        <w:t>ی‌</w:t>
      </w:r>
      <w:r w:rsidRPr="0000691D">
        <w:rPr>
          <w:rFonts w:cs="B Mitra" w:hint="eastAsia"/>
          <w:sz w:val="28"/>
          <w:szCs w:val="28"/>
          <w:rtl/>
        </w:rPr>
        <w:t>شد</w:t>
      </w:r>
      <w:r w:rsidRPr="0000691D">
        <w:rPr>
          <w:rFonts w:cs="B Mitra"/>
          <w:sz w:val="28"/>
          <w:szCs w:val="28"/>
          <w:rtl/>
        </w:rPr>
        <w:t xml:space="preserve"> </w:t>
      </w:r>
      <w:r w:rsidRPr="0000691D">
        <w:rPr>
          <w:rFonts w:cs="B Mitra" w:hint="eastAsia"/>
          <w:sz w:val="28"/>
          <w:szCs w:val="28"/>
          <w:rtl/>
        </w:rPr>
        <w:t>و</w:t>
      </w:r>
      <w:r w:rsidRPr="0000691D">
        <w:rPr>
          <w:rFonts w:cs="B Mitra"/>
          <w:sz w:val="28"/>
          <w:szCs w:val="28"/>
          <w:rtl/>
        </w:rPr>
        <w:t xml:space="preserve"> عج</w:t>
      </w:r>
      <w:r w:rsidRPr="0000691D">
        <w:rPr>
          <w:rFonts w:cs="B Mitra" w:hint="cs"/>
          <w:sz w:val="28"/>
          <w:szCs w:val="28"/>
          <w:rtl/>
        </w:rPr>
        <w:t>ی</w:t>
      </w:r>
      <w:r w:rsidRPr="0000691D">
        <w:rPr>
          <w:rFonts w:cs="B Mitra" w:hint="eastAsia"/>
          <w:sz w:val="28"/>
          <w:szCs w:val="28"/>
          <w:rtl/>
        </w:rPr>
        <w:t>ب</w:t>
      </w:r>
      <w:r w:rsidRPr="0000691D">
        <w:rPr>
          <w:rFonts w:cs="B Mitra"/>
          <w:sz w:val="28"/>
          <w:szCs w:val="28"/>
          <w:rtl/>
        </w:rPr>
        <w:t xml:space="preserve"> هم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است که در شعر شاعران، کلمه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وجود دارد</w:t>
      </w:r>
      <w:r w:rsidRPr="0000691D">
        <w:rPr>
          <w:rFonts w:cs="B Mitra" w:hint="cs"/>
          <w:sz w:val="28"/>
          <w:szCs w:val="28"/>
          <w:rtl/>
        </w:rPr>
        <w:t>؛</w:t>
      </w:r>
      <w:r w:rsidRPr="0000691D">
        <w:rPr>
          <w:rFonts w:cs="B Mitra"/>
          <w:sz w:val="28"/>
          <w:szCs w:val="28"/>
          <w:rtl/>
        </w:rPr>
        <w:t xml:space="preserve"> سعد</w:t>
      </w:r>
      <w:r w:rsidRPr="0000691D">
        <w:rPr>
          <w:rFonts w:cs="B Mitra" w:hint="cs"/>
          <w:sz w:val="28"/>
          <w:szCs w:val="28"/>
          <w:rtl/>
        </w:rPr>
        <w:t>ی</w:t>
      </w:r>
      <w:r w:rsidRPr="0000691D">
        <w:rPr>
          <w:rFonts w:cs="B Mitra"/>
          <w:sz w:val="28"/>
          <w:szCs w:val="28"/>
          <w:rtl/>
        </w:rPr>
        <w:t>، مولو</w:t>
      </w:r>
      <w:r w:rsidRPr="0000691D">
        <w:rPr>
          <w:rFonts w:cs="B Mitra" w:hint="cs"/>
          <w:sz w:val="28"/>
          <w:szCs w:val="28"/>
          <w:rtl/>
        </w:rPr>
        <w:t>ی</w:t>
      </w:r>
      <w:r w:rsidRPr="0000691D">
        <w:rPr>
          <w:rFonts w:cs="B Mitra"/>
          <w:sz w:val="28"/>
          <w:szCs w:val="28"/>
          <w:rtl/>
        </w:rPr>
        <w:t xml:space="preserve"> و د</w:t>
      </w:r>
      <w:r w:rsidRPr="0000691D">
        <w:rPr>
          <w:rFonts w:cs="B Mitra" w:hint="cs"/>
          <w:sz w:val="28"/>
          <w:szCs w:val="28"/>
          <w:rtl/>
        </w:rPr>
        <w:t>ی</w:t>
      </w:r>
      <w:r w:rsidRPr="0000691D">
        <w:rPr>
          <w:rFonts w:cs="B Mitra" w:hint="eastAsia"/>
          <w:sz w:val="28"/>
          <w:szCs w:val="28"/>
          <w:rtl/>
        </w:rPr>
        <w:t>گر</w:t>
      </w:r>
      <w:r w:rsidRPr="0000691D">
        <w:rPr>
          <w:rFonts w:cs="B Mitra"/>
          <w:sz w:val="28"/>
          <w:szCs w:val="28"/>
          <w:rtl/>
        </w:rPr>
        <w:t xml:space="preserve"> شعرا</w:t>
      </w:r>
      <w:r w:rsidRPr="0000691D">
        <w:rPr>
          <w:rFonts w:cs="B Mitra" w:hint="cs"/>
          <w:sz w:val="28"/>
          <w:szCs w:val="28"/>
          <w:rtl/>
        </w:rPr>
        <w:t xml:space="preserve"> </w:t>
      </w:r>
      <w:r w:rsidRPr="0000691D">
        <w:rPr>
          <w:rFonts w:cs="B Mitra"/>
          <w:sz w:val="28"/>
          <w:szCs w:val="28"/>
          <w:rtl/>
        </w:rPr>
        <w:t>کلمه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را</w:t>
      </w:r>
      <w:r w:rsidRPr="0000691D">
        <w:rPr>
          <w:rFonts w:cs="B Mitra" w:hint="cs"/>
          <w:sz w:val="28"/>
          <w:szCs w:val="28"/>
          <w:rtl/>
        </w:rPr>
        <w:t xml:space="preserve"> </w:t>
      </w:r>
      <w:r w:rsidRPr="0000691D">
        <w:rPr>
          <w:rFonts w:cs="B Mitra"/>
          <w:sz w:val="28"/>
          <w:szCs w:val="28"/>
          <w:rtl/>
        </w:rPr>
        <w:t>ب</w:t>
      </w:r>
      <w:r w:rsidRPr="0000691D">
        <w:rPr>
          <w:rFonts w:cs="B Mitra" w:hint="cs"/>
          <w:sz w:val="28"/>
          <w:szCs w:val="28"/>
          <w:rtl/>
        </w:rPr>
        <w:t xml:space="preserve">ه </w:t>
      </w:r>
      <w:r w:rsidRPr="0000691D">
        <w:rPr>
          <w:rFonts w:cs="B Mitra"/>
          <w:sz w:val="28"/>
          <w:szCs w:val="28"/>
          <w:rtl/>
        </w:rPr>
        <w:t>کار برده</w:t>
      </w:r>
      <w:r w:rsidRPr="0000691D">
        <w:rPr>
          <w:rFonts w:cs="B Mitra" w:hint="cs"/>
          <w:sz w:val="28"/>
          <w:szCs w:val="28"/>
          <w:rtl/>
        </w:rPr>
        <w:t>‌</w:t>
      </w:r>
      <w:r w:rsidRPr="0000691D">
        <w:rPr>
          <w:rFonts w:cs="B Mitra"/>
          <w:sz w:val="28"/>
          <w:szCs w:val="28"/>
          <w:rtl/>
        </w:rPr>
        <w:t>اند</w:t>
      </w:r>
      <w:r w:rsidRPr="0000691D">
        <w:rPr>
          <w:rFonts w:cs="B Mitra" w:hint="cs"/>
          <w:sz w:val="28"/>
          <w:szCs w:val="28"/>
          <w:rtl/>
        </w:rPr>
        <w:t xml:space="preserve">،  </w:t>
      </w:r>
      <w:r w:rsidRPr="0000691D">
        <w:rPr>
          <w:rFonts w:cs="B Mitra"/>
          <w:sz w:val="28"/>
          <w:szCs w:val="28"/>
          <w:rtl/>
        </w:rPr>
        <w:t>اما در تنظ</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سند الفبا</w:t>
      </w:r>
      <w:r w:rsidRPr="0000691D">
        <w:rPr>
          <w:rFonts w:cs="B Mitra" w:hint="cs"/>
          <w:sz w:val="28"/>
          <w:szCs w:val="28"/>
          <w:rtl/>
        </w:rPr>
        <w:t>ی</w:t>
      </w:r>
      <w:r w:rsidRPr="0000691D">
        <w:rPr>
          <w:rFonts w:cs="B Mitra"/>
          <w:sz w:val="28"/>
          <w:szCs w:val="28"/>
          <w:rtl/>
        </w:rPr>
        <w:t xml:space="preserve"> فارس</w:t>
      </w:r>
      <w:r w:rsidRPr="0000691D">
        <w:rPr>
          <w:rFonts w:cs="B Mitra" w:hint="cs"/>
          <w:sz w:val="28"/>
          <w:szCs w:val="28"/>
          <w:rtl/>
        </w:rPr>
        <w:t>ی</w:t>
      </w:r>
      <w:r w:rsidRPr="0000691D">
        <w:rPr>
          <w:rFonts w:cs="B Mitra"/>
          <w:sz w:val="28"/>
          <w:szCs w:val="28"/>
          <w:rtl/>
        </w:rPr>
        <w:t xml:space="preserve"> به خط بر</w:t>
      </w:r>
      <w:r w:rsidRPr="0000691D">
        <w:rPr>
          <w:rFonts w:cs="B Mitra" w:hint="cs"/>
          <w:sz w:val="28"/>
          <w:szCs w:val="28"/>
          <w:rtl/>
        </w:rPr>
        <w:t>ی</w:t>
      </w:r>
      <w:r w:rsidRPr="0000691D">
        <w:rPr>
          <w:rFonts w:cs="B Mitra" w:hint="eastAsia"/>
          <w:sz w:val="28"/>
          <w:szCs w:val="28"/>
          <w:rtl/>
        </w:rPr>
        <w:t>ل</w:t>
      </w:r>
      <w:r w:rsidRPr="0000691D">
        <w:rPr>
          <w:rFonts w:cs="B Mitra"/>
          <w:sz w:val="28"/>
          <w:szCs w:val="28"/>
          <w:rtl/>
        </w:rPr>
        <w:t>، در کتابخانه مل</w:t>
      </w:r>
      <w:r w:rsidRPr="0000691D">
        <w:rPr>
          <w:rFonts w:cs="B Mitra" w:hint="cs"/>
          <w:sz w:val="28"/>
          <w:szCs w:val="28"/>
          <w:rtl/>
        </w:rPr>
        <w:t>ی</w:t>
      </w:r>
      <w:r w:rsidRPr="0000691D">
        <w:rPr>
          <w:rFonts w:cs="B Mitra"/>
          <w:sz w:val="28"/>
          <w:szCs w:val="28"/>
          <w:rtl/>
        </w:rPr>
        <w:t xml:space="preserve"> در آن زمان،</w:t>
      </w:r>
      <w:r w:rsidRPr="0000691D">
        <w:rPr>
          <w:rFonts w:cs="B Mitra" w:hint="cs"/>
          <w:sz w:val="28"/>
          <w:szCs w:val="28"/>
          <w:rtl/>
        </w:rPr>
        <w:t xml:space="preserve"> </w:t>
      </w:r>
      <w:r w:rsidRPr="0000691D">
        <w:rPr>
          <w:rFonts w:cs="B Mitra" w:hint="eastAsia"/>
          <w:sz w:val="28"/>
          <w:szCs w:val="28"/>
          <w:rtl/>
        </w:rPr>
        <w:t>توسط</w:t>
      </w:r>
      <w:r w:rsidRPr="0000691D">
        <w:rPr>
          <w:rFonts w:cs="B Mitra"/>
          <w:sz w:val="28"/>
          <w:szCs w:val="28"/>
          <w:rtl/>
        </w:rPr>
        <w:t xml:space="preserve"> آقا</w:t>
      </w:r>
      <w:r w:rsidRPr="0000691D">
        <w:rPr>
          <w:rFonts w:cs="B Mitra" w:hint="cs"/>
          <w:sz w:val="28"/>
          <w:szCs w:val="28"/>
          <w:rtl/>
        </w:rPr>
        <w:t>ی</w:t>
      </w:r>
      <w:r w:rsidRPr="0000691D">
        <w:rPr>
          <w:rFonts w:cs="B Mitra"/>
          <w:sz w:val="28"/>
          <w:szCs w:val="28"/>
          <w:rtl/>
        </w:rPr>
        <w:t xml:space="preserve"> کِر</w:t>
      </w:r>
      <w:r w:rsidRPr="0000691D">
        <w:rPr>
          <w:rFonts w:cs="B Mitra" w:hint="cs"/>
          <w:sz w:val="28"/>
          <w:szCs w:val="28"/>
          <w:rtl/>
        </w:rPr>
        <w:t>ی</w:t>
      </w:r>
      <w:r w:rsidRPr="0000691D">
        <w:rPr>
          <w:rFonts w:cs="B Mitra" w:hint="eastAsia"/>
          <w:sz w:val="28"/>
          <w:szCs w:val="28"/>
          <w:rtl/>
        </w:rPr>
        <w:t>ستو</w:t>
      </w:r>
      <w:r w:rsidRPr="0000691D">
        <w:rPr>
          <w:rFonts w:cs="B Mitra"/>
          <w:sz w:val="28"/>
          <w:szCs w:val="28"/>
          <w:rtl/>
        </w:rPr>
        <w:t xml:space="preserve"> فِل،</w:t>
      </w:r>
      <w:r w:rsidRPr="0000691D">
        <w:rPr>
          <w:rFonts w:cs="B Mitra" w:hint="cs"/>
          <w:sz w:val="28"/>
          <w:szCs w:val="28"/>
          <w:rtl/>
        </w:rPr>
        <w:t xml:space="preserve"> </w:t>
      </w:r>
      <w:r w:rsidRPr="0000691D">
        <w:rPr>
          <w:rFonts w:cs="B Mitra" w:hint="eastAsia"/>
          <w:sz w:val="28"/>
          <w:szCs w:val="28"/>
          <w:rtl/>
        </w:rPr>
        <w:t>جهت</w:t>
      </w:r>
      <w:r w:rsidRPr="0000691D">
        <w:rPr>
          <w:rFonts w:cs="B Mitra"/>
          <w:sz w:val="28"/>
          <w:szCs w:val="28"/>
          <w:rtl/>
        </w:rPr>
        <w:t xml:space="preserve"> به رسم</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شمردن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خط</w:t>
      </w:r>
      <w:r w:rsidRPr="0000691D">
        <w:rPr>
          <w:rFonts w:cs="B Mitra" w:hint="cs"/>
          <w:sz w:val="28"/>
          <w:szCs w:val="28"/>
          <w:rtl/>
        </w:rPr>
        <w:t>،</w:t>
      </w:r>
      <w:r w:rsidRPr="0000691D">
        <w:rPr>
          <w:rFonts w:cs="B Mitra"/>
          <w:sz w:val="28"/>
          <w:szCs w:val="28"/>
          <w:rtl/>
        </w:rPr>
        <w:t xml:space="preserve"> </w:t>
      </w:r>
      <w:r w:rsidRPr="0000691D">
        <w:rPr>
          <w:rFonts w:cs="B Mitra" w:hint="cs"/>
          <w:sz w:val="28"/>
          <w:szCs w:val="28"/>
          <w:rtl/>
        </w:rPr>
        <w:t xml:space="preserve"> </w:t>
      </w:r>
      <w:r w:rsidRPr="0000691D">
        <w:rPr>
          <w:rFonts w:cs="B Mitra" w:hint="eastAsia"/>
          <w:sz w:val="28"/>
          <w:szCs w:val="28"/>
          <w:rtl/>
        </w:rPr>
        <w:t>ق</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گرد</w:t>
      </w:r>
      <w:r w:rsidRPr="0000691D">
        <w:rPr>
          <w:rFonts w:cs="B Mitra" w:hint="cs"/>
          <w:sz w:val="28"/>
          <w:szCs w:val="28"/>
          <w:rtl/>
        </w:rPr>
        <w:t>ی</w:t>
      </w:r>
      <w:r w:rsidRPr="0000691D">
        <w:rPr>
          <w:rFonts w:cs="B Mitra" w:hint="eastAsia"/>
          <w:sz w:val="28"/>
          <w:szCs w:val="28"/>
          <w:rtl/>
        </w:rPr>
        <w:t>ده</w:t>
      </w:r>
      <w:r w:rsidRPr="0000691D">
        <w:rPr>
          <w:rFonts w:cs="B Mitra"/>
          <w:sz w:val="28"/>
          <w:szCs w:val="28"/>
        </w:rPr>
        <w:t xml:space="preserve"> </w:t>
      </w:r>
      <w:r w:rsidRPr="0000691D">
        <w:rPr>
          <w:rFonts w:cs="B Mitra" w:hint="cs"/>
          <w:sz w:val="28"/>
          <w:szCs w:val="28"/>
          <w:rtl/>
        </w:rPr>
        <w:t xml:space="preserve"> </w:t>
      </w:r>
      <w:r w:rsidRPr="0000691D">
        <w:rPr>
          <w:rFonts w:cs="B Mitra" w:hint="eastAsia"/>
          <w:sz w:val="28"/>
          <w:szCs w:val="28"/>
          <w:rtl/>
        </w:rPr>
        <w:t>که</w:t>
      </w:r>
      <w:r w:rsidRPr="0000691D">
        <w:rPr>
          <w:rFonts w:cs="B Mitra"/>
          <w:sz w:val="28"/>
          <w:szCs w:val="28"/>
          <w:rtl/>
        </w:rPr>
        <w:t xml:space="preserve"> کورها مدرسه دارند، کورها خط</w:t>
      </w:r>
      <w:r w:rsidRPr="0000691D">
        <w:rPr>
          <w:rFonts w:cs="B Mitra" w:hint="cs"/>
          <w:sz w:val="28"/>
          <w:szCs w:val="28"/>
          <w:rtl/>
        </w:rPr>
        <w:t>ی</w:t>
      </w:r>
      <w:r w:rsidRPr="0000691D">
        <w:rPr>
          <w:rFonts w:cs="B Mitra"/>
          <w:sz w:val="28"/>
          <w:szCs w:val="28"/>
          <w:rtl/>
        </w:rPr>
        <w:t xml:space="preserve"> دارند به نام بر</w:t>
      </w:r>
      <w:r w:rsidRPr="0000691D">
        <w:rPr>
          <w:rFonts w:cs="B Mitra" w:hint="cs"/>
          <w:sz w:val="28"/>
          <w:szCs w:val="28"/>
          <w:rtl/>
        </w:rPr>
        <w:t>ی</w:t>
      </w:r>
      <w:r w:rsidRPr="0000691D">
        <w:rPr>
          <w:rFonts w:cs="B Mitra" w:hint="eastAsia"/>
          <w:sz w:val="28"/>
          <w:szCs w:val="28"/>
          <w:rtl/>
        </w:rPr>
        <w:t>ل</w:t>
      </w:r>
      <w:r w:rsidRPr="0000691D">
        <w:rPr>
          <w:rFonts w:cs="B Mitra"/>
          <w:sz w:val="28"/>
          <w:szCs w:val="28"/>
          <w:rtl/>
        </w:rPr>
        <w:t xml:space="preserve">، و شرح داده بود که </w:t>
      </w:r>
      <w:r w:rsidRPr="0000691D">
        <w:rPr>
          <w:rFonts w:cs="B Mitra" w:hint="cs"/>
          <w:sz w:val="28"/>
          <w:szCs w:val="28"/>
          <w:rtl/>
        </w:rPr>
        <w:t xml:space="preserve">چگونه </w:t>
      </w:r>
      <w:r w:rsidRPr="0000691D">
        <w:rPr>
          <w:rFonts w:cs="B Mitra"/>
          <w:sz w:val="28"/>
          <w:szCs w:val="28"/>
          <w:rtl/>
        </w:rPr>
        <w:t>کاغذ را در لوح قرار م</w:t>
      </w:r>
      <w:r w:rsidRPr="0000691D">
        <w:rPr>
          <w:rFonts w:cs="B Mitra" w:hint="cs"/>
          <w:sz w:val="28"/>
          <w:szCs w:val="28"/>
          <w:rtl/>
        </w:rPr>
        <w:t>ی</w:t>
      </w:r>
      <w:r w:rsidRPr="0000691D">
        <w:rPr>
          <w:rFonts w:cs="B Mitra" w:hint="eastAsia"/>
          <w:sz w:val="28"/>
          <w:szCs w:val="28"/>
        </w:rPr>
        <w:t>‌</w:t>
      </w:r>
      <w:r w:rsidRPr="0000691D">
        <w:rPr>
          <w:rFonts w:cs="B Mitra" w:hint="eastAsia"/>
          <w:sz w:val="28"/>
          <w:szCs w:val="28"/>
          <w:rtl/>
        </w:rPr>
        <w:t>دهند</w:t>
      </w:r>
      <w:r w:rsidRPr="0000691D">
        <w:rPr>
          <w:rFonts w:cs="B Mitra" w:hint="cs"/>
          <w:sz w:val="28"/>
          <w:szCs w:val="28"/>
          <w:rtl/>
        </w:rPr>
        <w:t xml:space="preserve">؛ </w:t>
      </w:r>
      <w:r w:rsidRPr="0000691D">
        <w:rPr>
          <w:rFonts w:cs="B Mitra" w:hint="eastAsia"/>
          <w:sz w:val="28"/>
          <w:szCs w:val="28"/>
          <w:rtl/>
        </w:rPr>
        <w:t>دکتر</w:t>
      </w:r>
      <w:r w:rsidRPr="0000691D">
        <w:rPr>
          <w:rFonts w:cs="B Mitra"/>
          <w:sz w:val="28"/>
          <w:szCs w:val="28"/>
          <w:rtl/>
        </w:rPr>
        <w:t xml:space="preserve"> خزائل</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Pr>
        <w:t>‌</w:t>
      </w:r>
      <w:r w:rsidRPr="0000691D">
        <w:rPr>
          <w:rFonts w:cs="B Mitra" w:hint="eastAsia"/>
          <w:sz w:val="28"/>
          <w:szCs w:val="28"/>
          <w:rtl/>
        </w:rPr>
        <w:t>خواست</w:t>
      </w:r>
      <w:r w:rsidRPr="0000691D">
        <w:rPr>
          <w:rFonts w:cs="B Mitra"/>
          <w:sz w:val="28"/>
          <w:szCs w:val="28"/>
          <w:rtl/>
        </w:rPr>
        <w:t xml:space="preserve"> در مقابل کلمه کور، کلمه روشن</w:t>
      </w:r>
      <w:r w:rsidRPr="0000691D">
        <w:rPr>
          <w:rFonts w:cs="B Mitra" w:hint="cs"/>
          <w:sz w:val="28"/>
          <w:szCs w:val="28"/>
          <w:rtl/>
        </w:rPr>
        <w:t>‌</w:t>
      </w:r>
      <w:r w:rsidRPr="0000691D">
        <w:rPr>
          <w:rFonts w:cs="B Mitra"/>
          <w:sz w:val="28"/>
          <w:szCs w:val="28"/>
          <w:rtl/>
        </w:rPr>
        <w:t>دل را جا</w:t>
      </w:r>
      <w:r w:rsidRPr="0000691D">
        <w:rPr>
          <w:rFonts w:cs="B Mitra" w:hint="cs"/>
          <w:sz w:val="28"/>
          <w:szCs w:val="28"/>
          <w:rtl/>
        </w:rPr>
        <w:t>ی</w:t>
      </w:r>
      <w:r w:rsidRPr="0000691D">
        <w:rPr>
          <w:rFonts w:cs="B Mitra" w:hint="eastAsia"/>
          <w:sz w:val="28"/>
          <w:szCs w:val="28"/>
          <w:rtl/>
        </w:rPr>
        <w:t>گز</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کند</w:t>
      </w:r>
      <w:r w:rsidRPr="0000691D">
        <w:rPr>
          <w:rFonts w:cs="B Mitra" w:hint="cs"/>
          <w:sz w:val="28"/>
          <w:szCs w:val="28"/>
          <w:rtl/>
        </w:rPr>
        <w:t xml:space="preserve">؛ </w:t>
      </w:r>
      <w:r w:rsidRPr="0000691D">
        <w:rPr>
          <w:rFonts w:cs="B Mitra" w:hint="eastAsia"/>
          <w:sz w:val="28"/>
          <w:szCs w:val="28"/>
          <w:rtl/>
        </w:rPr>
        <w:t>در</w:t>
      </w:r>
      <w:r w:rsidRPr="0000691D">
        <w:rPr>
          <w:rFonts w:cs="B Mitra"/>
          <w:sz w:val="28"/>
          <w:szCs w:val="28"/>
          <w:rtl/>
        </w:rPr>
        <w:t xml:space="preserve"> آن زمان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جا</w:t>
      </w:r>
      <w:r w:rsidRPr="0000691D">
        <w:rPr>
          <w:rFonts w:cs="B Mitra" w:hint="cs"/>
          <w:sz w:val="28"/>
          <w:szCs w:val="28"/>
          <w:rtl/>
        </w:rPr>
        <w:t>ی</w:t>
      </w:r>
      <w:r w:rsidRPr="0000691D">
        <w:rPr>
          <w:rFonts w:cs="B Mitra" w:hint="eastAsia"/>
          <w:sz w:val="28"/>
          <w:szCs w:val="28"/>
          <w:rtl/>
        </w:rPr>
        <w:t>گز</w:t>
      </w:r>
      <w:r w:rsidRPr="0000691D">
        <w:rPr>
          <w:rFonts w:cs="B Mitra" w:hint="cs"/>
          <w:sz w:val="28"/>
          <w:szCs w:val="28"/>
          <w:rtl/>
        </w:rPr>
        <w:t>ی</w:t>
      </w:r>
      <w:r w:rsidRPr="0000691D">
        <w:rPr>
          <w:rFonts w:cs="B Mitra" w:hint="eastAsia"/>
          <w:sz w:val="28"/>
          <w:szCs w:val="28"/>
          <w:rtl/>
        </w:rPr>
        <w:t>ن</w:t>
      </w:r>
      <w:r w:rsidRPr="0000691D">
        <w:rPr>
          <w:rFonts w:cs="B Mitra" w:hint="cs"/>
          <w:sz w:val="28"/>
          <w:szCs w:val="28"/>
          <w:rtl/>
        </w:rPr>
        <w:t>ی</w:t>
      </w:r>
      <w:r w:rsidRPr="0000691D">
        <w:rPr>
          <w:rFonts w:cs="B Mitra"/>
          <w:sz w:val="28"/>
          <w:szCs w:val="28"/>
          <w:rtl/>
        </w:rPr>
        <w:t xml:space="preserve"> کلمه، ب</w:t>
      </w:r>
      <w:r w:rsidRPr="0000691D">
        <w:rPr>
          <w:rFonts w:cs="B Mitra" w:hint="cs"/>
          <w:sz w:val="28"/>
          <w:szCs w:val="28"/>
          <w:rtl/>
        </w:rPr>
        <w:t>ی</w:t>
      </w:r>
      <w:r w:rsidRPr="0000691D">
        <w:rPr>
          <w:rFonts w:cs="B Mitra" w:hint="eastAsia"/>
          <w:sz w:val="28"/>
          <w:szCs w:val="28"/>
          <w:rtl/>
        </w:rPr>
        <w:t>شتر</w:t>
      </w:r>
      <w:r w:rsidRPr="0000691D">
        <w:rPr>
          <w:rFonts w:cs="B Mitra"/>
          <w:sz w:val="28"/>
          <w:szCs w:val="28"/>
          <w:rtl/>
        </w:rPr>
        <w:t xml:space="preserve"> قابل  پذ</w:t>
      </w:r>
      <w:r w:rsidRPr="0000691D">
        <w:rPr>
          <w:rFonts w:cs="B Mitra" w:hint="cs"/>
          <w:sz w:val="28"/>
          <w:szCs w:val="28"/>
          <w:rtl/>
        </w:rPr>
        <w:t>ی</w:t>
      </w:r>
      <w:r w:rsidRPr="0000691D">
        <w:rPr>
          <w:rFonts w:cs="B Mitra" w:hint="eastAsia"/>
          <w:sz w:val="28"/>
          <w:szCs w:val="28"/>
          <w:rtl/>
        </w:rPr>
        <w:t>رش</w:t>
      </w:r>
      <w:r w:rsidRPr="0000691D">
        <w:rPr>
          <w:rFonts w:cs="B Mitra"/>
          <w:sz w:val="28"/>
          <w:szCs w:val="28"/>
          <w:rtl/>
        </w:rPr>
        <w:t xml:space="preserve"> بود</w:t>
      </w:r>
      <w:r w:rsidRPr="0000691D">
        <w:rPr>
          <w:rFonts w:cs="B Mitra" w:hint="cs"/>
          <w:sz w:val="28"/>
          <w:szCs w:val="28"/>
          <w:rtl/>
        </w:rPr>
        <w:t xml:space="preserve">؛ </w:t>
      </w:r>
      <w:r w:rsidRPr="0000691D">
        <w:rPr>
          <w:rFonts w:cs="B Mitra" w:hint="eastAsia"/>
          <w:sz w:val="28"/>
          <w:szCs w:val="28"/>
          <w:rtl/>
        </w:rPr>
        <w:t>اما</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انتقادها</w:t>
      </w:r>
      <w:r w:rsidRPr="0000691D">
        <w:rPr>
          <w:rFonts w:cs="B Mitra" w:hint="cs"/>
          <w:sz w:val="28"/>
          <w:szCs w:val="28"/>
          <w:rtl/>
        </w:rPr>
        <w:t xml:space="preserve"> </w:t>
      </w:r>
      <w:r w:rsidRPr="0000691D">
        <w:rPr>
          <w:rFonts w:cs="B Mitra"/>
          <w:sz w:val="28"/>
          <w:szCs w:val="28"/>
          <w:rtl/>
        </w:rPr>
        <w:t>و منف</w:t>
      </w:r>
      <w:r w:rsidRPr="0000691D">
        <w:rPr>
          <w:rFonts w:cs="B Mitra" w:hint="cs"/>
          <w:sz w:val="28"/>
          <w:szCs w:val="28"/>
          <w:rtl/>
        </w:rPr>
        <w:t>ی‌</w:t>
      </w:r>
      <w:r w:rsidRPr="0000691D">
        <w:rPr>
          <w:rFonts w:cs="B Mitra"/>
          <w:sz w:val="28"/>
          <w:szCs w:val="28"/>
          <w:rtl/>
        </w:rPr>
        <w:t>گرا</w:t>
      </w:r>
      <w:r w:rsidRPr="0000691D">
        <w:rPr>
          <w:rFonts w:cs="B Mitra" w:hint="cs"/>
          <w:sz w:val="28"/>
          <w:szCs w:val="28"/>
          <w:rtl/>
        </w:rPr>
        <w:t>یی</w:t>
      </w:r>
      <w:r w:rsidRPr="0000691D">
        <w:rPr>
          <w:rFonts w:cs="B Mitra"/>
          <w:sz w:val="28"/>
          <w:szCs w:val="28"/>
          <w:rtl/>
        </w:rPr>
        <w:t xml:space="preserve"> باعث شد که بعد از فوت  دکتر خزائل</w:t>
      </w:r>
      <w:r w:rsidRPr="0000691D">
        <w:rPr>
          <w:rFonts w:cs="B Mitra" w:hint="cs"/>
          <w:sz w:val="28"/>
          <w:szCs w:val="28"/>
          <w:rtl/>
        </w:rPr>
        <w:t>ی</w:t>
      </w:r>
      <w:r w:rsidRPr="0000691D">
        <w:rPr>
          <w:rFonts w:cs="B Mitra"/>
          <w:sz w:val="28"/>
          <w:szCs w:val="28"/>
          <w:rtl/>
        </w:rPr>
        <w:t xml:space="preserve">، </w:t>
      </w:r>
      <w:r w:rsidRPr="0000691D">
        <w:rPr>
          <w:rFonts w:cs="B Mitra" w:hint="eastAsia"/>
          <w:sz w:val="28"/>
          <w:szCs w:val="28"/>
          <w:rtl/>
        </w:rPr>
        <w:t>هفته</w:t>
      </w:r>
      <w:r w:rsidRPr="0000691D">
        <w:rPr>
          <w:rFonts w:cs="B Mitra"/>
          <w:sz w:val="28"/>
          <w:szCs w:val="28"/>
          <w:rtl/>
        </w:rPr>
        <w:t xml:space="preserve"> روشن</w:t>
      </w:r>
      <w:r w:rsidRPr="0000691D">
        <w:rPr>
          <w:rFonts w:cs="B Mitra" w:hint="cs"/>
          <w:sz w:val="28"/>
          <w:szCs w:val="28"/>
          <w:rtl/>
        </w:rPr>
        <w:t>‌</w:t>
      </w:r>
      <w:r w:rsidRPr="0000691D">
        <w:rPr>
          <w:rFonts w:cs="B Mitra"/>
          <w:sz w:val="28"/>
          <w:szCs w:val="28"/>
          <w:rtl/>
        </w:rPr>
        <w:t>دلان و ناب</w:t>
      </w:r>
      <w:r w:rsidRPr="0000691D">
        <w:rPr>
          <w:rFonts w:cs="B Mitra" w:hint="cs"/>
          <w:sz w:val="28"/>
          <w:szCs w:val="28"/>
          <w:rtl/>
        </w:rPr>
        <w:t>ی</w:t>
      </w:r>
      <w:r w:rsidRPr="0000691D">
        <w:rPr>
          <w:rFonts w:cs="B Mitra" w:hint="eastAsia"/>
          <w:sz w:val="28"/>
          <w:szCs w:val="28"/>
          <w:rtl/>
        </w:rPr>
        <w:t>نا</w:t>
      </w:r>
      <w:r w:rsidRPr="0000691D">
        <w:rPr>
          <w:rFonts w:cs="B Mitra" w:hint="cs"/>
          <w:sz w:val="28"/>
          <w:szCs w:val="28"/>
          <w:rtl/>
        </w:rPr>
        <w:t>ی</w:t>
      </w:r>
      <w:r w:rsidRPr="0000691D">
        <w:rPr>
          <w:rFonts w:cs="B Mitra" w:hint="eastAsia"/>
          <w:sz w:val="28"/>
          <w:szCs w:val="28"/>
          <w:rtl/>
        </w:rPr>
        <w:t>ان</w:t>
      </w:r>
      <w:r w:rsidRPr="0000691D">
        <w:rPr>
          <w:rFonts w:cs="B Mitra"/>
          <w:sz w:val="28"/>
          <w:szCs w:val="28"/>
          <w:rtl/>
        </w:rPr>
        <w:t xml:space="preserve">  را از ب</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ب</w:t>
      </w:r>
      <w:r w:rsidRPr="0000691D">
        <w:rPr>
          <w:rFonts w:cs="B Mitra" w:hint="cs"/>
          <w:sz w:val="28"/>
          <w:szCs w:val="28"/>
          <w:rtl/>
        </w:rPr>
        <w:t xml:space="preserve">برند؛ </w:t>
      </w:r>
      <w:r w:rsidRPr="0000691D">
        <w:rPr>
          <w:rFonts w:cs="B Mitra"/>
          <w:sz w:val="28"/>
          <w:szCs w:val="28"/>
          <w:rtl/>
        </w:rPr>
        <w:t>از سو</w:t>
      </w:r>
      <w:r w:rsidRPr="0000691D">
        <w:rPr>
          <w:rFonts w:cs="B Mitra" w:hint="cs"/>
          <w:sz w:val="28"/>
          <w:szCs w:val="28"/>
          <w:rtl/>
        </w:rPr>
        <w:t>یی</w:t>
      </w:r>
      <w:r w:rsidRPr="0000691D">
        <w:rPr>
          <w:rFonts w:cs="B Mitra"/>
          <w:sz w:val="28"/>
          <w:szCs w:val="28"/>
          <w:rtl/>
        </w:rPr>
        <w:t xml:space="preserve"> د</w:t>
      </w:r>
      <w:r w:rsidRPr="0000691D">
        <w:rPr>
          <w:rFonts w:cs="B Mitra" w:hint="cs"/>
          <w:sz w:val="28"/>
          <w:szCs w:val="28"/>
          <w:rtl/>
        </w:rPr>
        <w:t>ی</w:t>
      </w:r>
      <w:r w:rsidRPr="0000691D">
        <w:rPr>
          <w:rFonts w:cs="B Mitra" w:hint="eastAsia"/>
          <w:sz w:val="28"/>
          <w:szCs w:val="28"/>
          <w:rtl/>
        </w:rPr>
        <w:t>گر</w:t>
      </w:r>
      <w:r w:rsidRPr="0000691D">
        <w:rPr>
          <w:rFonts w:cs="B Mitra"/>
          <w:sz w:val="28"/>
          <w:szCs w:val="28"/>
          <w:rtl/>
        </w:rPr>
        <w:t>، ب</w:t>
      </w:r>
      <w:r w:rsidRPr="0000691D">
        <w:rPr>
          <w:rFonts w:cs="B Mitra" w:hint="cs"/>
          <w:sz w:val="28"/>
          <w:szCs w:val="28"/>
          <w:rtl/>
        </w:rPr>
        <w:t xml:space="preserve">ه </w:t>
      </w:r>
      <w:r w:rsidRPr="0000691D">
        <w:rPr>
          <w:rFonts w:cs="B Mitra"/>
          <w:sz w:val="28"/>
          <w:szCs w:val="28"/>
          <w:rtl/>
        </w:rPr>
        <w:t>تدر</w:t>
      </w:r>
      <w:r w:rsidRPr="0000691D">
        <w:rPr>
          <w:rFonts w:cs="B Mitra" w:hint="cs"/>
          <w:sz w:val="28"/>
          <w:szCs w:val="28"/>
          <w:rtl/>
        </w:rPr>
        <w:t>ی</w:t>
      </w:r>
      <w:r w:rsidRPr="0000691D">
        <w:rPr>
          <w:rFonts w:cs="B Mitra" w:hint="eastAsia"/>
          <w:sz w:val="28"/>
          <w:szCs w:val="28"/>
          <w:rtl/>
        </w:rPr>
        <w:t>ج</w:t>
      </w:r>
      <w:r w:rsidRPr="0000691D">
        <w:rPr>
          <w:rFonts w:cs="B Mitra"/>
          <w:sz w:val="28"/>
          <w:szCs w:val="28"/>
          <w:rtl/>
        </w:rPr>
        <w:t xml:space="preserve"> با آگاه</w:t>
      </w:r>
      <w:r w:rsidRPr="0000691D">
        <w:rPr>
          <w:rFonts w:cs="B Mitra" w:hint="cs"/>
          <w:sz w:val="28"/>
          <w:szCs w:val="28"/>
          <w:rtl/>
        </w:rPr>
        <w:t>ی</w:t>
      </w:r>
      <w:r w:rsidRPr="0000691D">
        <w:rPr>
          <w:rFonts w:cs="B Mitra"/>
          <w:sz w:val="28"/>
          <w:szCs w:val="28"/>
          <w:rtl/>
        </w:rPr>
        <w:t xml:space="preserve">  ب</w:t>
      </w:r>
      <w:r w:rsidRPr="0000691D">
        <w:rPr>
          <w:rFonts w:cs="B Mitra" w:hint="cs"/>
          <w:sz w:val="28"/>
          <w:szCs w:val="28"/>
          <w:rtl/>
        </w:rPr>
        <w:t>ی</w:t>
      </w:r>
      <w:r w:rsidRPr="0000691D">
        <w:rPr>
          <w:rFonts w:cs="B Mitra" w:hint="eastAsia"/>
          <w:sz w:val="28"/>
          <w:szCs w:val="28"/>
          <w:rtl/>
        </w:rPr>
        <w:t>شتر</w:t>
      </w:r>
      <w:r w:rsidRPr="0000691D">
        <w:rPr>
          <w:rFonts w:cs="B Mitra"/>
          <w:sz w:val="28"/>
          <w:szCs w:val="28"/>
          <w:rtl/>
        </w:rPr>
        <w:t xml:space="preserve">  از  وضع</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ناب</w:t>
      </w:r>
      <w:r w:rsidRPr="0000691D">
        <w:rPr>
          <w:rFonts w:cs="B Mitra" w:hint="cs"/>
          <w:sz w:val="28"/>
          <w:szCs w:val="28"/>
          <w:rtl/>
        </w:rPr>
        <w:t>ی</w:t>
      </w:r>
      <w:r w:rsidRPr="0000691D">
        <w:rPr>
          <w:rFonts w:cs="B Mitra" w:hint="eastAsia"/>
          <w:sz w:val="28"/>
          <w:szCs w:val="28"/>
          <w:rtl/>
        </w:rPr>
        <w:t>نا</w:t>
      </w:r>
      <w:r w:rsidRPr="0000691D">
        <w:rPr>
          <w:rFonts w:cs="B Mitra" w:hint="cs"/>
          <w:sz w:val="28"/>
          <w:szCs w:val="28"/>
          <w:rtl/>
        </w:rPr>
        <w:t>ی</w:t>
      </w:r>
      <w:r w:rsidRPr="0000691D">
        <w:rPr>
          <w:rFonts w:cs="B Mitra" w:hint="eastAsia"/>
          <w:sz w:val="28"/>
          <w:szCs w:val="28"/>
          <w:rtl/>
        </w:rPr>
        <w:t>ان</w:t>
      </w:r>
      <w:r w:rsidRPr="0000691D">
        <w:rPr>
          <w:rFonts w:cs="B Mitra"/>
          <w:sz w:val="28"/>
          <w:szCs w:val="28"/>
          <w:rtl/>
        </w:rPr>
        <w:t xml:space="preserve"> و ارزش</w:t>
      </w:r>
      <w:r w:rsidRPr="0000691D">
        <w:rPr>
          <w:rFonts w:cs="B Mitra" w:hint="cs"/>
          <w:sz w:val="28"/>
          <w:szCs w:val="28"/>
          <w:rtl/>
        </w:rPr>
        <w:t>‌</w:t>
      </w:r>
      <w:r w:rsidRPr="0000691D">
        <w:rPr>
          <w:rFonts w:cs="B Mitra"/>
          <w:sz w:val="28"/>
          <w:szCs w:val="28"/>
          <w:rtl/>
        </w:rPr>
        <w:t>گذار</w:t>
      </w:r>
      <w:r w:rsidRPr="0000691D">
        <w:rPr>
          <w:rFonts w:cs="B Mitra" w:hint="cs"/>
          <w:sz w:val="28"/>
          <w:szCs w:val="28"/>
          <w:rtl/>
        </w:rPr>
        <w:t>ی</w:t>
      </w:r>
      <w:r w:rsidRPr="0000691D">
        <w:rPr>
          <w:rFonts w:cs="B Mitra"/>
          <w:sz w:val="28"/>
          <w:szCs w:val="28"/>
          <w:rtl/>
        </w:rPr>
        <w:t xml:space="preserve"> جوامع د</w:t>
      </w:r>
      <w:r w:rsidRPr="0000691D">
        <w:rPr>
          <w:rFonts w:cs="B Mitra" w:hint="cs"/>
          <w:sz w:val="28"/>
          <w:szCs w:val="28"/>
          <w:rtl/>
        </w:rPr>
        <w:t>ی</w:t>
      </w:r>
      <w:r w:rsidRPr="0000691D">
        <w:rPr>
          <w:rFonts w:cs="B Mitra" w:hint="eastAsia"/>
          <w:sz w:val="28"/>
          <w:szCs w:val="28"/>
          <w:rtl/>
        </w:rPr>
        <w:t>گر</w:t>
      </w:r>
      <w:r w:rsidRPr="0000691D">
        <w:rPr>
          <w:rFonts w:cs="B Mitra" w:hint="cs"/>
          <w:sz w:val="28"/>
          <w:szCs w:val="28"/>
          <w:rtl/>
        </w:rPr>
        <w:t>،</w:t>
      </w:r>
      <w:r w:rsidRPr="0000691D">
        <w:rPr>
          <w:rFonts w:cs="B Mitra"/>
          <w:sz w:val="28"/>
          <w:szCs w:val="28"/>
          <w:rtl/>
        </w:rPr>
        <w:t xml:space="preserve"> نسبت به وضع</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و کرامت انسان</w:t>
      </w:r>
      <w:r w:rsidRPr="0000691D">
        <w:rPr>
          <w:rFonts w:cs="B Mitra" w:hint="cs"/>
          <w:sz w:val="28"/>
          <w:szCs w:val="28"/>
          <w:rtl/>
        </w:rPr>
        <w:t>ی</w:t>
      </w:r>
      <w:r w:rsidRPr="0000691D">
        <w:rPr>
          <w:rFonts w:cs="B Mitra"/>
          <w:sz w:val="28"/>
          <w:szCs w:val="28"/>
          <w:rtl/>
        </w:rPr>
        <w:t xml:space="preserve"> ناب</w:t>
      </w:r>
      <w:r w:rsidRPr="0000691D">
        <w:rPr>
          <w:rFonts w:cs="B Mitra" w:hint="cs"/>
          <w:sz w:val="28"/>
          <w:szCs w:val="28"/>
          <w:rtl/>
        </w:rPr>
        <w:t>ی</w:t>
      </w:r>
      <w:r w:rsidRPr="0000691D">
        <w:rPr>
          <w:rFonts w:cs="B Mitra" w:hint="eastAsia"/>
          <w:sz w:val="28"/>
          <w:szCs w:val="28"/>
          <w:rtl/>
        </w:rPr>
        <w:t>نا</w:t>
      </w:r>
      <w:r w:rsidRPr="0000691D">
        <w:rPr>
          <w:rFonts w:cs="B Mitra" w:hint="cs"/>
          <w:sz w:val="28"/>
          <w:szCs w:val="28"/>
          <w:rtl/>
        </w:rPr>
        <w:t>ی</w:t>
      </w:r>
      <w:r w:rsidRPr="0000691D">
        <w:rPr>
          <w:rFonts w:cs="B Mitra" w:hint="eastAsia"/>
          <w:sz w:val="28"/>
          <w:szCs w:val="28"/>
          <w:rtl/>
        </w:rPr>
        <w:t>ان</w:t>
      </w:r>
      <w:r w:rsidRPr="0000691D">
        <w:rPr>
          <w:rFonts w:cs="B Mitra"/>
          <w:sz w:val="28"/>
          <w:szCs w:val="28"/>
          <w:rtl/>
        </w:rPr>
        <w:t>،</w:t>
      </w:r>
      <w:r w:rsidRPr="0000691D">
        <w:rPr>
          <w:rFonts w:cs="B Mitra" w:hint="cs"/>
          <w:sz w:val="28"/>
          <w:szCs w:val="28"/>
          <w:rtl/>
        </w:rPr>
        <w:t xml:space="preserve"> </w:t>
      </w:r>
      <w:r w:rsidRPr="0000691D">
        <w:rPr>
          <w:rFonts w:cs="B Mitra"/>
          <w:sz w:val="28"/>
          <w:szCs w:val="28"/>
        </w:rPr>
        <w:t xml:space="preserve"> </w:t>
      </w:r>
      <w:r w:rsidRPr="0000691D">
        <w:rPr>
          <w:rFonts w:cs="B Mitra"/>
          <w:sz w:val="28"/>
          <w:szCs w:val="28"/>
          <w:rtl/>
        </w:rPr>
        <w:t>به مرور روز جهان</w:t>
      </w:r>
      <w:r w:rsidRPr="0000691D">
        <w:rPr>
          <w:rFonts w:cs="B Mitra" w:hint="cs"/>
          <w:sz w:val="28"/>
          <w:szCs w:val="28"/>
          <w:rtl/>
        </w:rPr>
        <w:t>ی</w:t>
      </w:r>
      <w:r w:rsidRPr="0000691D">
        <w:rPr>
          <w:rFonts w:cs="B Mitra"/>
          <w:sz w:val="28"/>
          <w:szCs w:val="28"/>
          <w:rtl/>
        </w:rPr>
        <w:t xml:space="preserve"> عصا</w:t>
      </w:r>
      <w:r w:rsidRPr="0000691D">
        <w:rPr>
          <w:rFonts w:cs="B Mitra" w:hint="cs"/>
          <w:sz w:val="28"/>
          <w:szCs w:val="28"/>
          <w:rtl/>
        </w:rPr>
        <w:t>ی</w:t>
      </w:r>
      <w:r w:rsidRPr="0000691D">
        <w:rPr>
          <w:rFonts w:cs="B Mitra"/>
          <w:sz w:val="28"/>
          <w:szCs w:val="28"/>
          <w:rtl/>
        </w:rPr>
        <w:t xml:space="preserve"> سف</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وارد کشورمان شد و چون از طرف کشورها</w:t>
      </w:r>
      <w:r w:rsidRPr="0000691D">
        <w:rPr>
          <w:rFonts w:cs="B Mitra" w:hint="cs"/>
          <w:sz w:val="28"/>
          <w:szCs w:val="28"/>
          <w:rtl/>
        </w:rPr>
        <w:t>ی</w:t>
      </w:r>
      <w:r w:rsidRPr="0000691D">
        <w:rPr>
          <w:rFonts w:cs="B Mitra"/>
          <w:sz w:val="28"/>
          <w:szCs w:val="28"/>
          <w:rtl/>
        </w:rPr>
        <w:t xml:space="preserve"> دن</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تع</w:t>
      </w:r>
      <w:r w:rsidRPr="0000691D">
        <w:rPr>
          <w:rFonts w:cs="B Mitra" w:hint="cs"/>
          <w:sz w:val="28"/>
          <w:szCs w:val="28"/>
          <w:rtl/>
        </w:rPr>
        <w:t>یی</w:t>
      </w:r>
      <w:r w:rsidRPr="0000691D">
        <w:rPr>
          <w:rFonts w:cs="B Mitra" w:hint="eastAsia"/>
          <w:sz w:val="28"/>
          <w:szCs w:val="28"/>
          <w:rtl/>
        </w:rPr>
        <w:t>ن</w:t>
      </w:r>
      <w:r w:rsidRPr="0000691D">
        <w:rPr>
          <w:rFonts w:cs="B Mitra"/>
          <w:sz w:val="28"/>
          <w:szCs w:val="28"/>
          <w:rtl/>
        </w:rPr>
        <w:t xml:space="preserve"> شده بود،</w:t>
      </w:r>
      <w:r w:rsidRPr="0000691D">
        <w:rPr>
          <w:rFonts w:cs="B Mitra" w:hint="cs"/>
          <w:sz w:val="28"/>
          <w:szCs w:val="28"/>
          <w:rtl/>
        </w:rPr>
        <w:t xml:space="preserve"> </w:t>
      </w:r>
      <w:r w:rsidRPr="0000691D">
        <w:rPr>
          <w:rFonts w:cs="B Mitra"/>
          <w:sz w:val="28"/>
          <w:szCs w:val="28"/>
          <w:rtl/>
        </w:rPr>
        <w:t>برا</w:t>
      </w:r>
      <w:r w:rsidRPr="0000691D">
        <w:rPr>
          <w:rFonts w:cs="B Mitra" w:hint="cs"/>
          <w:sz w:val="28"/>
          <w:szCs w:val="28"/>
          <w:rtl/>
        </w:rPr>
        <w:t>ی</w:t>
      </w:r>
      <w:r w:rsidRPr="0000691D">
        <w:rPr>
          <w:rFonts w:cs="B Mitra"/>
          <w:sz w:val="28"/>
          <w:szCs w:val="28"/>
          <w:rtl/>
        </w:rPr>
        <w:t xml:space="preserve"> اکثر</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مردم کشورمان قابل قبول واقع شد  و نتوانستند ا</w:t>
      </w:r>
      <w:r w:rsidRPr="0000691D">
        <w:rPr>
          <w:rFonts w:cs="B Mitra" w:hint="cs"/>
          <w:sz w:val="28"/>
          <w:szCs w:val="28"/>
          <w:rtl/>
        </w:rPr>
        <w:t>ی</w:t>
      </w:r>
      <w:r w:rsidRPr="0000691D">
        <w:rPr>
          <w:rFonts w:cs="B Mitra" w:hint="eastAsia"/>
          <w:sz w:val="28"/>
          <w:szCs w:val="28"/>
          <w:rtl/>
        </w:rPr>
        <w:t>راد</w:t>
      </w:r>
      <w:r w:rsidRPr="0000691D">
        <w:rPr>
          <w:rFonts w:cs="B Mitra" w:hint="cs"/>
          <w:sz w:val="28"/>
          <w:szCs w:val="28"/>
          <w:rtl/>
        </w:rPr>
        <w:t>ی</w:t>
      </w:r>
      <w:r w:rsidRPr="0000691D">
        <w:rPr>
          <w:rFonts w:cs="B Mitra"/>
          <w:sz w:val="28"/>
          <w:szCs w:val="28"/>
          <w:rtl/>
        </w:rPr>
        <w:t xml:space="preserve"> بر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مناسبت  ب</w:t>
      </w:r>
      <w:r w:rsidRPr="0000691D">
        <w:rPr>
          <w:rFonts w:cs="B Mitra" w:hint="cs"/>
          <w:sz w:val="28"/>
          <w:szCs w:val="28"/>
          <w:rtl/>
        </w:rPr>
        <w:t>ی</w:t>
      </w:r>
      <w:r w:rsidRPr="0000691D">
        <w:rPr>
          <w:rFonts w:cs="B Mitra" w:hint="eastAsia"/>
          <w:sz w:val="28"/>
          <w:szCs w:val="28"/>
          <w:rtl/>
        </w:rPr>
        <w:t>اورند</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cs"/>
          <w:sz w:val="28"/>
          <w:szCs w:val="28"/>
          <w:rtl/>
        </w:rPr>
        <w:t xml:space="preserve">در اینجا </w:t>
      </w:r>
      <w:r w:rsidRPr="0000691D">
        <w:rPr>
          <w:rFonts w:cs="B Mitra"/>
          <w:sz w:val="28"/>
          <w:szCs w:val="28"/>
          <w:rtl/>
        </w:rPr>
        <w:t xml:space="preserve">خاطراتم </w:t>
      </w:r>
      <w:r w:rsidRPr="0000691D">
        <w:rPr>
          <w:rFonts w:cs="B Mitra" w:hint="cs"/>
          <w:sz w:val="28"/>
          <w:szCs w:val="28"/>
          <w:rtl/>
        </w:rPr>
        <w:t xml:space="preserve">را به همراه </w:t>
      </w:r>
      <w:r w:rsidRPr="0000691D">
        <w:rPr>
          <w:rFonts w:cs="B Mitra"/>
          <w:sz w:val="28"/>
          <w:szCs w:val="28"/>
          <w:rtl/>
        </w:rPr>
        <w:t>کارها</w:t>
      </w:r>
      <w:r w:rsidRPr="0000691D">
        <w:rPr>
          <w:rFonts w:cs="B Mitra" w:hint="cs"/>
          <w:sz w:val="28"/>
          <w:szCs w:val="28"/>
          <w:rtl/>
        </w:rPr>
        <w:t>یی</w:t>
      </w:r>
      <w:r w:rsidRPr="0000691D">
        <w:rPr>
          <w:rFonts w:cs="B Mitra"/>
          <w:sz w:val="28"/>
          <w:szCs w:val="28"/>
          <w:rtl/>
        </w:rPr>
        <w:t xml:space="preserve"> که انجام داده</w:t>
      </w:r>
      <w:r w:rsidRPr="0000691D">
        <w:rPr>
          <w:rFonts w:cs="B Mitra" w:hint="cs"/>
          <w:sz w:val="28"/>
          <w:szCs w:val="28"/>
          <w:rtl/>
        </w:rPr>
        <w:t>‌</w:t>
      </w:r>
      <w:r w:rsidRPr="0000691D">
        <w:rPr>
          <w:rFonts w:cs="B Mitra"/>
          <w:sz w:val="28"/>
          <w:szCs w:val="28"/>
          <w:rtl/>
        </w:rPr>
        <w:t>ام و ب</w:t>
      </w:r>
      <w:r w:rsidRPr="0000691D">
        <w:rPr>
          <w:rFonts w:cs="B Mitra" w:hint="cs"/>
          <w:sz w:val="28"/>
          <w:szCs w:val="28"/>
          <w:rtl/>
        </w:rPr>
        <w:t>ه ی</w:t>
      </w:r>
      <w:r w:rsidRPr="0000691D">
        <w:rPr>
          <w:rFonts w:cs="B Mitra" w:hint="eastAsia"/>
          <w:sz w:val="28"/>
          <w:szCs w:val="28"/>
          <w:rtl/>
        </w:rPr>
        <w:t>اد</w:t>
      </w:r>
      <w:r w:rsidRPr="0000691D">
        <w:rPr>
          <w:rFonts w:cs="B Mitra"/>
          <w:sz w:val="28"/>
          <w:szCs w:val="28"/>
          <w:rtl/>
        </w:rPr>
        <w:t xml:space="preserve"> دارم</w:t>
      </w:r>
      <w:r w:rsidRPr="0000691D">
        <w:rPr>
          <w:rFonts w:cs="B Mitra" w:hint="cs"/>
          <w:sz w:val="28"/>
          <w:szCs w:val="28"/>
          <w:rtl/>
        </w:rPr>
        <w:t>،</w:t>
      </w:r>
      <w:r w:rsidRPr="0000691D">
        <w:rPr>
          <w:rFonts w:cs="B Mitra"/>
          <w:sz w:val="28"/>
          <w:szCs w:val="28"/>
          <w:rtl/>
        </w:rPr>
        <w:t xml:space="preserve"> </w:t>
      </w:r>
      <w:r w:rsidRPr="0000691D">
        <w:rPr>
          <w:rFonts w:cs="B Mitra" w:hint="cs"/>
          <w:sz w:val="28"/>
          <w:szCs w:val="28"/>
          <w:rtl/>
        </w:rPr>
        <w:t xml:space="preserve">به مرور </w:t>
      </w:r>
      <w:r w:rsidRPr="0000691D">
        <w:rPr>
          <w:rFonts w:cs="B Mitra"/>
          <w:sz w:val="28"/>
          <w:szCs w:val="28"/>
          <w:rtl/>
        </w:rPr>
        <w:t>با شما دوستان هم</w:t>
      </w:r>
      <w:r w:rsidRPr="0000691D">
        <w:rPr>
          <w:rFonts w:cs="B Mitra" w:hint="cs"/>
          <w:sz w:val="28"/>
          <w:szCs w:val="28"/>
          <w:rtl/>
        </w:rPr>
        <w:t>‌</w:t>
      </w:r>
      <w:r w:rsidRPr="0000691D">
        <w:rPr>
          <w:rFonts w:cs="B Mitra"/>
          <w:sz w:val="28"/>
          <w:szCs w:val="28"/>
          <w:rtl/>
        </w:rPr>
        <w:t>سرنوشت</w:t>
      </w:r>
      <w:r w:rsidRPr="0000691D">
        <w:rPr>
          <w:rFonts w:cs="B Mitra" w:hint="cs"/>
          <w:sz w:val="28"/>
          <w:szCs w:val="28"/>
          <w:rtl/>
        </w:rPr>
        <w:t>ی</w:t>
      </w:r>
      <w:r w:rsidRPr="0000691D">
        <w:rPr>
          <w:rFonts w:cs="B Mitra"/>
          <w:sz w:val="28"/>
          <w:szCs w:val="28"/>
          <w:rtl/>
        </w:rPr>
        <w:t xml:space="preserve"> در م</w:t>
      </w:r>
      <w:r w:rsidRPr="0000691D">
        <w:rPr>
          <w:rFonts w:cs="B Mitra" w:hint="cs"/>
          <w:sz w:val="28"/>
          <w:szCs w:val="28"/>
          <w:rtl/>
        </w:rPr>
        <w:t>ی</w:t>
      </w:r>
      <w:r w:rsidRPr="0000691D">
        <w:rPr>
          <w:rFonts w:cs="B Mitra" w:hint="eastAsia"/>
          <w:sz w:val="28"/>
          <w:szCs w:val="28"/>
          <w:rtl/>
        </w:rPr>
        <w:t>ان</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گذارم</w:t>
      </w:r>
      <w:r w:rsidRPr="0000691D">
        <w:rPr>
          <w:rFonts w:cs="B Mitra" w:hint="cs"/>
          <w:sz w:val="28"/>
          <w:szCs w:val="28"/>
          <w:rtl/>
        </w:rPr>
        <w:t xml:space="preserve">؛ </w:t>
      </w:r>
      <w:r w:rsidRPr="0000691D">
        <w:rPr>
          <w:rFonts w:cs="B Mitra"/>
          <w:sz w:val="28"/>
          <w:szCs w:val="28"/>
          <w:rtl/>
        </w:rPr>
        <w:t>ام</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است نزد شما دوستان، مقبول افتد</w:t>
      </w:r>
      <w:r w:rsidRPr="0000691D">
        <w:rPr>
          <w:rFonts w:cs="B Mitra" w:hint="cs"/>
          <w:sz w:val="28"/>
          <w:szCs w:val="28"/>
          <w:rtl/>
        </w:rPr>
        <w:t>:</w:t>
      </w:r>
    </w:p>
    <w:p w:rsidR="0032708A" w:rsidRPr="003018F8" w:rsidRDefault="0032708A" w:rsidP="003018F8">
      <w:pPr>
        <w:pStyle w:val="Heading3"/>
        <w:bidi/>
        <w:rPr>
          <w:rFonts w:cs="B Mitra"/>
          <w:color w:val="70AD47" w:themeColor="accent6"/>
          <w:sz w:val="28"/>
          <w:szCs w:val="28"/>
        </w:rPr>
      </w:pPr>
      <w:bookmarkStart w:id="59" w:name="_Toc243400565"/>
      <w:r w:rsidRPr="003018F8">
        <w:rPr>
          <w:rFonts w:cs="B Mitra" w:hint="eastAsia"/>
          <w:color w:val="70AD47" w:themeColor="accent6"/>
          <w:sz w:val="28"/>
          <w:szCs w:val="28"/>
          <w:rtl/>
        </w:rPr>
        <w:t>خاطره</w:t>
      </w:r>
      <w:r w:rsidRPr="003018F8">
        <w:rPr>
          <w:rFonts w:cs="B Mitra"/>
          <w:color w:val="70AD47" w:themeColor="accent6"/>
          <w:sz w:val="28"/>
          <w:szCs w:val="28"/>
          <w:rtl/>
        </w:rPr>
        <w:t xml:space="preserve"> شماره </w:t>
      </w:r>
      <w:r w:rsidRPr="003018F8">
        <w:rPr>
          <w:rFonts w:cs="B Mitra" w:hint="cs"/>
          <w:color w:val="70AD47" w:themeColor="accent6"/>
          <w:sz w:val="28"/>
          <w:szCs w:val="28"/>
          <w:rtl/>
        </w:rPr>
        <w:t>ی</w:t>
      </w:r>
      <w:r w:rsidRPr="003018F8">
        <w:rPr>
          <w:rFonts w:cs="B Mitra" w:hint="eastAsia"/>
          <w:color w:val="70AD47" w:themeColor="accent6"/>
          <w:sz w:val="28"/>
          <w:szCs w:val="28"/>
          <w:rtl/>
        </w:rPr>
        <w:t>ک</w:t>
      </w:r>
      <w:bookmarkEnd w:id="59"/>
      <w:r w:rsidRPr="003018F8">
        <w:rPr>
          <w:rFonts w:cs="B Mitra"/>
          <w:color w:val="70AD47" w:themeColor="accent6"/>
          <w:sz w:val="28"/>
          <w:szCs w:val="28"/>
        </w:rPr>
        <w:t xml:space="preserve"> </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به</w:t>
      </w:r>
      <w:r w:rsidRPr="0000691D">
        <w:rPr>
          <w:rFonts w:cs="B Mitra"/>
          <w:sz w:val="28"/>
          <w:szCs w:val="28"/>
          <w:rtl/>
        </w:rPr>
        <w:t xml:space="preserve"> پ</w:t>
      </w:r>
      <w:r w:rsidRPr="0000691D">
        <w:rPr>
          <w:rFonts w:cs="B Mitra" w:hint="cs"/>
          <w:sz w:val="28"/>
          <w:szCs w:val="28"/>
          <w:rtl/>
        </w:rPr>
        <w:t>ی</w:t>
      </w:r>
      <w:r w:rsidRPr="0000691D">
        <w:rPr>
          <w:rFonts w:cs="B Mitra" w:hint="eastAsia"/>
          <w:sz w:val="28"/>
          <w:szCs w:val="28"/>
          <w:rtl/>
        </w:rPr>
        <w:t>شنهاد</w:t>
      </w:r>
      <w:r w:rsidRPr="0000691D">
        <w:rPr>
          <w:rFonts w:cs="B Mitra"/>
          <w:sz w:val="28"/>
          <w:szCs w:val="28"/>
          <w:rtl/>
        </w:rPr>
        <w:t xml:space="preserve"> همسرم</w:t>
      </w:r>
      <w:r w:rsidRPr="0000691D">
        <w:rPr>
          <w:rFonts w:cs="B Mitra" w:hint="cs"/>
          <w:sz w:val="28"/>
          <w:szCs w:val="28"/>
          <w:rtl/>
        </w:rPr>
        <w:t>،</w:t>
      </w:r>
      <w:r w:rsidRPr="0000691D">
        <w:rPr>
          <w:rFonts w:cs="B Mitra"/>
          <w:sz w:val="28"/>
          <w:szCs w:val="28"/>
          <w:rtl/>
        </w:rPr>
        <w:t xml:space="preserve"> جهت بالا</w:t>
      </w:r>
      <w:r w:rsidRPr="0000691D">
        <w:rPr>
          <w:rFonts w:cs="B Mitra" w:hint="cs"/>
          <w:sz w:val="28"/>
          <w:szCs w:val="28"/>
          <w:rtl/>
        </w:rPr>
        <w:t xml:space="preserve"> </w:t>
      </w:r>
      <w:r w:rsidRPr="0000691D">
        <w:rPr>
          <w:rFonts w:cs="B Mitra"/>
          <w:sz w:val="28"/>
          <w:szCs w:val="28"/>
          <w:rtl/>
        </w:rPr>
        <w:t>بردن سطح آگاه</w:t>
      </w:r>
      <w:r w:rsidRPr="0000691D">
        <w:rPr>
          <w:rFonts w:cs="B Mitra" w:hint="cs"/>
          <w:sz w:val="28"/>
          <w:szCs w:val="28"/>
          <w:rtl/>
        </w:rPr>
        <w:t>ی</w:t>
      </w:r>
      <w:r w:rsidRPr="0000691D">
        <w:rPr>
          <w:rFonts w:cs="B Mitra"/>
          <w:sz w:val="28"/>
          <w:szCs w:val="28"/>
          <w:rtl/>
        </w:rPr>
        <w:t xml:space="preserve"> جامعه از خط ناب</w:t>
      </w:r>
      <w:r w:rsidRPr="0000691D">
        <w:rPr>
          <w:rFonts w:cs="B Mitra" w:hint="cs"/>
          <w:sz w:val="28"/>
          <w:szCs w:val="28"/>
          <w:rtl/>
        </w:rPr>
        <w:t>ی</w:t>
      </w:r>
      <w:r w:rsidRPr="0000691D">
        <w:rPr>
          <w:rFonts w:cs="B Mitra" w:hint="eastAsia"/>
          <w:sz w:val="28"/>
          <w:szCs w:val="28"/>
          <w:rtl/>
        </w:rPr>
        <w:t>نا</w:t>
      </w:r>
      <w:r w:rsidRPr="0000691D">
        <w:rPr>
          <w:rFonts w:cs="B Mitra" w:hint="cs"/>
          <w:sz w:val="28"/>
          <w:szCs w:val="28"/>
          <w:rtl/>
        </w:rPr>
        <w:t>یی</w:t>
      </w:r>
      <w:r w:rsidRPr="0000691D">
        <w:rPr>
          <w:rFonts w:cs="B Mitra"/>
          <w:sz w:val="28"/>
          <w:szCs w:val="28"/>
          <w:rtl/>
        </w:rPr>
        <w:t xml:space="preserve"> و روش تحص</w:t>
      </w:r>
      <w:r w:rsidRPr="0000691D">
        <w:rPr>
          <w:rFonts w:cs="B Mitra" w:hint="cs"/>
          <w:sz w:val="28"/>
          <w:szCs w:val="28"/>
          <w:rtl/>
        </w:rPr>
        <w:t>ی</w:t>
      </w:r>
      <w:r w:rsidRPr="0000691D">
        <w:rPr>
          <w:rFonts w:cs="B Mitra" w:hint="eastAsia"/>
          <w:sz w:val="28"/>
          <w:szCs w:val="28"/>
          <w:rtl/>
        </w:rPr>
        <w:t>ل</w:t>
      </w:r>
      <w:r w:rsidRPr="0000691D">
        <w:rPr>
          <w:rFonts w:cs="B Mitra"/>
          <w:sz w:val="28"/>
          <w:szCs w:val="28"/>
          <w:rtl/>
        </w:rPr>
        <w:t xml:space="preserve"> ناب</w:t>
      </w:r>
      <w:r w:rsidRPr="0000691D">
        <w:rPr>
          <w:rFonts w:cs="B Mitra" w:hint="cs"/>
          <w:sz w:val="28"/>
          <w:szCs w:val="28"/>
          <w:rtl/>
        </w:rPr>
        <w:t>ی</w:t>
      </w:r>
      <w:r w:rsidRPr="0000691D">
        <w:rPr>
          <w:rFonts w:cs="B Mitra" w:hint="eastAsia"/>
          <w:sz w:val="28"/>
          <w:szCs w:val="28"/>
          <w:rtl/>
        </w:rPr>
        <w:t>نا</w:t>
      </w:r>
      <w:r w:rsidRPr="0000691D">
        <w:rPr>
          <w:rFonts w:cs="B Mitra" w:hint="cs"/>
          <w:sz w:val="28"/>
          <w:szCs w:val="28"/>
          <w:rtl/>
        </w:rPr>
        <w:t>ی</w:t>
      </w:r>
      <w:r w:rsidRPr="0000691D">
        <w:rPr>
          <w:rFonts w:cs="B Mitra" w:hint="eastAsia"/>
          <w:sz w:val="28"/>
          <w:szCs w:val="28"/>
          <w:rtl/>
        </w:rPr>
        <w:t>ان</w:t>
      </w:r>
      <w:r w:rsidRPr="0000691D">
        <w:rPr>
          <w:rFonts w:cs="B Mitra" w:hint="cs"/>
          <w:sz w:val="28"/>
          <w:szCs w:val="28"/>
          <w:rtl/>
        </w:rPr>
        <w:t>،</w:t>
      </w:r>
      <w:r w:rsidRPr="0000691D">
        <w:rPr>
          <w:rFonts w:cs="B Mitra"/>
          <w:sz w:val="28"/>
          <w:szCs w:val="28"/>
        </w:rPr>
        <w:t xml:space="preserve"> </w:t>
      </w:r>
      <w:r w:rsidRPr="0000691D">
        <w:rPr>
          <w:rFonts w:cs="B Mitra" w:hint="eastAsia"/>
          <w:sz w:val="28"/>
          <w:szCs w:val="28"/>
          <w:rtl/>
        </w:rPr>
        <w:t>در</w:t>
      </w:r>
      <w:r w:rsidRPr="0000691D">
        <w:rPr>
          <w:rFonts w:cs="B Mitra"/>
          <w:sz w:val="28"/>
          <w:szCs w:val="28"/>
          <w:rtl/>
        </w:rPr>
        <w:t xml:space="preserve"> سال 1391 تصم</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گرفت</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صفحه</w:t>
      </w:r>
      <w:r w:rsidRPr="0000691D">
        <w:rPr>
          <w:rFonts w:cs="B Mitra" w:hint="cs"/>
          <w:sz w:val="28"/>
          <w:szCs w:val="28"/>
          <w:rtl/>
        </w:rPr>
        <w:t>‌</w:t>
      </w:r>
      <w:r w:rsidRPr="0000691D">
        <w:rPr>
          <w:rFonts w:cs="B Mitra"/>
          <w:sz w:val="28"/>
          <w:szCs w:val="28"/>
          <w:rtl/>
        </w:rPr>
        <w:t>ها</w:t>
      </w:r>
      <w:r w:rsidRPr="0000691D">
        <w:rPr>
          <w:rFonts w:cs="B Mitra" w:hint="cs"/>
          <w:sz w:val="28"/>
          <w:szCs w:val="28"/>
          <w:rtl/>
        </w:rPr>
        <w:t>ی</w:t>
      </w:r>
      <w:r w:rsidRPr="0000691D">
        <w:rPr>
          <w:rFonts w:cs="B Mitra"/>
          <w:sz w:val="28"/>
          <w:szCs w:val="28"/>
          <w:rtl/>
        </w:rPr>
        <w:t xml:space="preserve"> اول و آخر روزنامه ا</w:t>
      </w:r>
      <w:r w:rsidRPr="0000691D">
        <w:rPr>
          <w:rFonts w:cs="B Mitra" w:hint="cs"/>
          <w:sz w:val="28"/>
          <w:szCs w:val="28"/>
          <w:rtl/>
        </w:rPr>
        <w:t>ی</w:t>
      </w:r>
      <w:r w:rsidRPr="0000691D">
        <w:rPr>
          <w:rFonts w:cs="B Mitra" w:hint="eastAsia"/>
          <w:sz w:val="28"/>
          <w:szCs w:val="28"/>
          <w:rtl/>
        </w:rPr>
        <w:t>ران</w:t>
      </w:r>
      <w:r w:rsidRPr="0000691D">
        <w:rPr>
          <w:rFonts w:cs="B Mitra"/>
          <w:sz w:val="28"/>
          <w:szCs w:val="28"/>
          <w:rtl/>
        </w:rPr>
        <w:t xml:space="preserve"> سف</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را که در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w:t>
      </w:r>
      <w:r w:rsidRPr="0000691D">
        <w:rPr>
          <w:rFonts w:cs="B Mitra" w:hint="cs"/>
          <w:sz w:val="28"/>
          <w:szCs w:val="28"/>
          <w:rtl/>
        </w:rPr>
        <w:t xml:space="preserve">برگ کاغذ </w:t>
      </w:r>
      <w:r w:rsidRPr="0000691D">
        <w:rPr>
          <w:rFonts w:cs="B Mitra"/>
          <w:sz w:val="28"/>
          <w:szCs w:val="28"/>
          <w:rtl/>
        </w:rPr>
        <w:t>بود</w:t>
      </w:r>
      <w:r w:rsidRPr="0000691D">
        <w:rPr>
          <w:rFonts w:cs="B Mitra" w:hint="cs"/>
          <w:sz w:val="28"/>
          <w:szCs w:val="28"/>
          <w:rtl/>
        </w:rPr>
        <w:t>،</w:t>
      </w:r>
      <w:r w:rsidRPr="0000691D">
        <w:rPr>
          <w:rFonts w:cs="B Mitra"/>
          <w:sz w:val="28"/>
          <w:szCs w:val="28"/>
          <w:rtl/>
        </w:rPr>
        <w:t xml:space="preserve"> جمع‌آور</w:t>
      </w:r>
      <w:r w:rsidRPr="0000691D">
        <w:rPr>
          <w:rFonts w:cs="B Mitra" w:hint="cs"/>
          <w:sz w:val="28"/>
          <w:szCs w:val="28"/>
          <w:rtl/>
        </w:rPr>
        <w:t>ی</w:t>
      </w:r>
      <w:r w:rsidRPr="0000691D">
        <w:rPr>
          <w:rFonts w:cs="B Mitra"/>
          <w:sz w:val="28"/>
          <w:szCs w:val="28"/>
          <w:rtl/>
        </w:rPr>
        <w:t xml:space="preserve"> کرد</w:t>
      </w:r>
      <w:r w:rsidRPr="0000691D">
        <w:rPr>
          <w:rFonts w:cs="B Mitra" w:hint="cs"/>
          <w:sz w:val="28"/>
          <w:szCs w:val="28"/>
          <w:rtl/>
        </w:rPr>
        <w:t>ه و در</w:t>
      </w:r>
      <w:r w:rsidRPr="0000691D">
        <w:rPr>
          <w:rFonts w:cs="B Mitra"/>
          <w:sz w:val="28"/>
          <w:szCs w:val="28"/>
          <w:rtl/>
        </w:rPr>
        <w:t xml:space="preserve"> روز جهان</w:t>
      </w:r>
      <w:r w:rsidRPr="0000691D">
        <w:rPr>
          <w:rFonts w:cs="B Mitra" w:hint="cs"/>
          <w:sz w:val="28"/>
          <w:szCs w:val="28"/>
          <w:rtl/>
        </w:rPr>
        <w:t>ی</w:t>
      </w:r>
      <w:r w:rsidRPr="0000691D">
        <w:rPr>
          <w:rFonts w:cs="B Mitra"/>
          <w:sz w:val="28"/>
          <w:szCs w:val="28"/>
          <w:rtl/>
        </w:rPr>
        <w:t xml:space="preserve"> عصا</w:t>
      </w:r>
      <w:r w:rsidRPr="0000691D">
        <w:rPr>
          <w:rFonts w:cs="B Mitra" w:hint="cs"/>
          <w:sz w:val="28"/>
          <w:szCs w:val="28"/>
          <w:rtl/>
        </w:rPr>
        <w:t>ی</w:t>
      </w:r>
      <w:r w:rsidRPr="0000691D">
        <w:rPr>
          <w:rFonts w:cs="B Mitra"/>
          <w:sz w:val="28"/>
          <w:szCs w:val="28"/>
          <w:rtl/>
        </w:rPr>
        <w:t xml:space="preserve"> سف</w:t>
      </w:r>
      <w:r w:rsidRPr="0000691D">
        <w:rPr>
          <w:rFonts w:cs="B Mitra" w:hint="cs"/>
          <w:sz w:val="28"/>
          <w:szCs w:val="28"/>
          <w:rtl/>
        </w:rPr>
        <w:t>ی</w:t>
      </w:r>
      <w:r w:rsidRPr="0000691D">
        <w:rPr>
          <w:rFonts w:cs="B Mitra" w:hint="eastAsia"/>
          <w:sz w:val="28"/>
          <w:szCs w:val="28"/>
          <w:rtl/>
        </w:rPr>
        <w:t>د</w:t>
      </w:r>
      <w:r w:rsidRPr="0000691D">
        <w:rPr>
          <w:rFonts w:cs="B Mitra" w:hint="cs"/>
          <w:sz w:val="28"/>
          <w:szCs w:val="28"/>
          <w:rtl/>
        </w:rPr>
        <w:t xml:space="preserve"> سال 1392،</w:t>
      </w:r>
      <w:r w:rsidRPr="0000691D">
        <w:rPr>
          <w:rFonts w:cs="B Mitra"/>
          <w:sz w:val="28"/>
          <w:szCs w:val="28"/>
          <w:rtl/>
        </w:rPr>
        <w:t xml:space="preserve"> ب</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دانشجو</w:t>
      </w:r>
      <w:r w:rsidRPr="0000691D">
        <w:rPr>
          <w:rFonts w:cs="B Mitra" w:hint="cs"/>
          <w:sz w:val="28"/>
          <w:szCs w:val="28"/>
          <w:rtl/>
        </w:rPr>
        <w:t>ی</w:t>
      </w:r>
      <w:r w:rsidRPr="0000691D">
        <w:rPr>
          <w:rFonts w:cs="B Mitra" w:hint="eastAsia"/>
          <w:sz w:val="28"/>
          <w:szCs w:val="28"/>
          <w:rtl/>
        </w:rPr>
        <w:t>ان</w:t>
      </w:r>
      <w:r w:rsidRPr="0000691D">
        <w:rPr>
          <w:rFonts w:cs="B Mitra"/>
          <w:sz w:val="28"/>
          <w:szCs w:val="28"/>
          <w:rtl/>
        </w:rPr>
        <w:t xml:space="preserve"> حقوق و ادب</w:t>
      </w:r>
      <w:r w:rsidRPr="0000691D">
        <w:rPr>
          <w:rFonts w:cs="B Mitra" w:hint="cs"/>
          <w:sz w:val="28"/>
          <w:szCs w:val="28"/>
          <w:rtl/>
        </w:rPr>
        <w:t>ی</w:t>
      </w:r>
      <w:r w:rsidRPr="0000691D">
        <w:rPr>
          <w:rFonts w:cs="B Mitra" w:hint="eastAsia"/>
          <w:sz w:val="28"/>
          <w:szCs w:val="28"/>
          <w:rtl/>
        </w:rPr>
        <w:t>ات</w:t>
      </w:r>
      <w:r w:rsidRPr="0000691D">
        <w:rPr>
          <w:rFonts w:cs="B Mitra" w:hint="cs"/>
          <w:sz w:val="28"/>
          <w:szCs w:val="28"/>
          <w:rtl/>
        </w:rPr>
        <w:t>،</w:t>
      </w:r>
      <w:r w:rsidRPr="0000691D">
        <w:rPr>
          <w:rFonts w:cs="B Mitra"/>
          <w:sz w:val="28"/>
          <w:szCs w:val="28"/>
          <w:rtl/>
        </w:rPr>
        <w:t xml:space="preserve"> کنار در اصل</w:t>
      </w:r>
      <w:r w:rsidRPr="0000691D">
        <w:rPr>
          <w:rFonts w:cs="B Mitra" w:hint="cs"/>
          <w:sz w:val="28"/>
          <w:szCs w:val="28"/>
          <w:rtl/>
        </w:rPr>
        <w:t>ی</w:t>
      </w:r>
      <w:r w:rsidRPr="0000691D">
        <w:rPr>
          <w:rFonts w:cs="B Mitra"/>
          <w:sz w:val="28"/>
          <w:szCs w:val="28"/>
          <w:rtl/>
        </w:rPr>
        <w:t xml:space="preserve"> دانشگاه تهران توز</w:t>
      </w:r>
      <w:r w:rsidRPr="0000691D">
        <w:rPr>
          <w:rFonts w:cs="B Mitra" w:hint="cs"/>
          <w:sz w:val="28"/>
          <w:szCs w:val="28"/>
          <w:rtl/>
        </w:rPr>
        <w:t>ی</w:t>
      </w:r>
      <w:r w:rsidRPr="0000691D">
        <w:rPr>
          <w:rFonts w:cs="B Mitra" w:hint="eastAsia"/>
          <w:sz w:val="28"/>
          <w:szCs w:val="28"/>
          <w:rtl/>
        </w:rPr>
        <w:t>ع</w:t>
      </w:r>
      <w:r w:rsidRPr="0000691D">
        <w:rPr>
          <w:rFonts w:cs="B Mitra"/>
          <w:sz w:val="28"/>
          <w:szCs w:val="28"/>
          <w:rtl/>
        </w:rPr>
        <w:t xml:space="preserve"> نما</w:t>
      </w:r>
      <w:r w:rsidRPr="0000691D">
        <w:rPr>
          <w:rFonts w:cs="B Mitra" w:hint="cs"/>
          <w:sz w:val="28"/>
          <w:szCs w:val="28"/>
          <w:rtl/>
        </w:rPr>
        <w:t>یی</w:t>
      </w:r>
      <w:r w:rsidRPr="0000691D">
        <w:rPr>
          <w:rFonts w:cs="B Mitra" w:hint="eastAsia"/>
          <w:sz w:val="28"/>
          <w:szCs w:val="28"/>
          <w:rtl/>
        </w:rPr>
        <w:t>م</w:t>
      </w:r>
      <w:r w:rsidRPr="0000691D">
        <w:rPr>
          <w:rFonts w:cs="B Mitra"/>
          <w:sz w:val="28"/>
          <w:szCs w:val="28"/>
          <w:rtl/>
        </w:rPr>
        <w:t xml:space="preserve">  و در هنگام توز</w:t>
      </w:r>
      <w:r w:rsidRPr="0000691D">
        <w:rPr>
          <w:rFonts w:cs="B Mitra" w:hint="cs"/>
          <w:sz w:val="28"/>
          <w:szCs w:val="28"/>
          <w:rtl/>
        </w:rPr>
        <w:t>ی</w:t>
      </w:r>
      <w:r w:rsidRPr="0000691D">
        <w:rPr>
          <w:rFonts w:cs="B Mitra" w:hint="eastAsia"/>
          <w:sz w:val="28"/>
          <w:szCs w:val="28"/>
          <w:rtl/>
        </w:rPr>
        <w:t>ع</w:t>
      </w:r>
      <w:r w:rsidRPr="0000691D">
        <w:rPr>
          <w:rFonts w:cs="B Mitra" w:hint="cs"/>
          <w:sz w:val="28"/>
          <w:szCs w:val="28"/>
          <w:rtl/>
        </w:rPr>
        <w:t>،</w:t>
      </w:r>
      <w:r w:rsidRPr="0000691D">
        <w:rPr>
          <w:rFonts w:cs="B Mitra"/>
          <w:sz w:val="28"/>
          <w:szCs w:val="28"/>
          <w:rtl/>
        </w:rPr>
        <w:t xml:space="preserve"> در خصوص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برگه</w:t>
      </w:r>
      <w:r w:rsidRPr="0000691D">
        <w:rPr>
          <w:rFonts w:cs="B Mitra" w:hint="cs"/>
          <w:sz w:val="28"/>
          <w:szCs w:val="28"/>
          <w:rtl/>
        </w:rPr>
        <w:t>‌</w:t>
      </w:r>
      <w:r w:rsidRPr="0000691D">
        <w:rPr>
          <w:rFonts w:cs="B Mitra"/>
          <w:sz w:val="28"/>
          <w:szCs w:val="28"/>
          <w:rtl/>
        </w:rPr>
        <w:t>ها توض</w:t>
      </w:r>
      <w:r w:rsidRPr="0000691D">
        <w:rPr>
          <w:rFonts w:cs="B Mitra" w:hint="cs"/>
          <w:sz w:val="28"/>
          <w:szCs w:val="28"/>
          <w:rtl/>
        </w:rPr>
        <w:t>ی</w:t>
      </w:r>
      <w:r w:rsidRPr="0000691D">
        <w:rPr>
          <w:rFonts w:cs="B Mitra" w:hint="eastAsia"/>
          <w:sz w:val="28"/>
          <w:szCs w:val="28"/>
          <w:rtl/>
        </w:rPr>
        <w:t>حات</w:t>
      </w:r>
      <w:r w:rsidRPr="0000691D">
        <w:rPr>
          <w:rFonts w:cs="B Mitra"/>
          <w:sz w:val="28"/>
          <w:szCs w:val="28"/>
          <w:rtl/>
        </w:rPr>
        <w:t xml:space="preserve"> مختصر</w:t>
      </w:r>
      <w:r w:rsidRPr="0000691D">
        <w:rPr>
          <w:rFonts w:cs="B Mitra" w:hint="cs"/>
          <w:sz w:val="28"/>
          <w:szCs w:val="28"/>
          <w:rtl/>
        </w:rPr>
        <w:t>ی</w:t>
      </w:r>
      <w:r w:rsidRPr="0000691D">
        <w:rPr>
          <w:rFonts w:cs="B Mitra"/>
          <w:sz w:val="28"/>
          <w:szCs w:val="28"/>
          <w:rtl/>
        </w:rPr>
        <w:t xml:space="preserve"> هم بده</w:t>
      </w:r>
      <w:r w:rsidRPr="0000691D">
        <w:rPr>
          <w:rFonts w:cs="B Mitra" w:hint="cs"/>
          <w:sz w:val="28"/>
          <w:szCs w:val="28"/>
          <w:rtl/>
        </w:rPr>
        <w:t>ی</w:t>
      </w:r>
      <w:r w:rsidRPr="0000691D">
        <w:rPr>
          <w:rFonts w:cs="B Mitra" w:hint="eastAsia"/>
          <w:sz w:val="28"/>
          <w:szCs w:val="28"/>
          <w:rtl/>
        </w:rPr>
        <w:t>م</w:t>
      </w:r>
      <w:r w:rsidRPr="0000691D">
        <w:rPr>
          <w:rFonts w:cs="B Mitra" w:hint="cs"/>
          <w:sz w:val="28"/>
          <w:szCs w:val="28"/>
          <w:rtl/>
        </w:rPr>
        <w:t xml:space="preserve">؛ روی این برگه‌ها، </w:t>
      </w:r>
      <w:r w:rsidRPr="0000691D">
        <w:rPr>
          <w:rFonts w:cs="B Mitra"/>
          <w:sz w:val="28"/>
          <w:szCs w:val="28"/>
          <w:rtl/>
        </w:rPr>
        <w:t>الفبا</w:t>
      </w:r>
      <w:r w:rsidRPr="0000691D">
        <w:rPr>
          <w:rFonts w:cs="B Mitra" w:hint="cs"/>
          <w:sz w:val="28"/>
          <w:szCs w:val="28"/>
          <w:rtl/>
        </w:rPr>
        <w:t>ی</w:t>
      </w:r>
      <w:r w:rsidRPr="0000691D">
        <w:rPr>
          <w:rFonts w:cs="B Mitra"/>
          <w:sz w:val="28"/>
          <w:szCs w:val="28"/>
          <w:rtl/>
        </w:rPr>
        <w:t xml:space="preserve"> خط بر</w:t>
      </w:r>
      <w:r w:rsidRPr="0000691D">
        <w:rPr>
          <w:rFonts w:cs="B Mitra" w:hint="cs"/>
          <w:sz w:val="28"/>
          <w:szCs w:val="28"/>
          <w:rtl/>
        </w:rPr>
        <w:t>ی</w:t>
      </w:r>
      <w:r w:rsidRPr="0000691D">
        <w:rPr>
          <w:rFonts w:cs="B Mitra" w:hint="eastAsia"/>
          <w:sz w:val="28"/>
          <w:szCs w:val="28"/>
          <w:rtl/>
        </w:rPr>
        <w:t>ل</w:t>
      </w:r>
      <w:r w:rsidRPr="0000691D">
        <w:rPr>
          <w:rFonts w:cs="B Mitra"/>
          <w:sz w:val="28"/>
          <w:szCs w:val="28"/>
          <w:rtl/>
        </w:rPr>
        <w:t xml:space="preserve"> به فارس</w:t>
      </w:r>
      <w:r w:rsidRPr="0000691D">
        <w:rPr>
          <w:rFonts w:cs="B Mitra" w:hint="cs"/>
          <w:sz w:val="28"/>
          <w:szCs w:val="28"/>
          <w:rtl/>
        </w:rPr>
        <w:t>ی</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ب</w:t>
      </w:r>
      <w:r w:rsidRPr="0000691D">
        <w:rPr>
          <w:rFonts w:cs="B Mitra" w:hint="cs"/>
          <w:sz w:val="28"/>
          <w:szCs w:val="28"/>
          <w:rtl/>
        </w:rPr>
        <w:t>ی</w:t>
      </w:r>
      <w:r w:rsidRPr="0000691D">
        <w:rPr>
          <w:rFonts w:cs="B Mitra" w:hint="eastAsia"/>
          <w:sz w:val="28"/>
          <w:szCs w:val="28"/>
          <w:rtl/>
        </w:rPr>
        <w:t>نا</w:t>
      </w:r>
      <w:r w:rsidRPr="0000691D">
        <w:rPr>
          <w:rFonts w:cs="B Mitra" w:hint="cs"/>
          <w:sz w:val="28"/>
          <w:szCs w:val="28"/>
          <w:rtl/>
        </w:rPr>
        <w:t>ی</w:t>
      </w:r>
      <w:r w:rsidRPr="0000691D">
        <w:rPr>
          <w:rFonts w:cs="B Mitra" w:hint="eastAsia"/>
          <w:sz w:val="28"/>
          <w:szCs w:val="28"/>
          <w:rtl/>
        </w:rPr>
        <w:t>ان</w:t>
      </w:r>
      <w:r w:rsidRPr="0000691D">
        <w:rPr>
          <w:rFonts w:cs="B Mitra"/>
          <w:sz w:val="28"/>
          <w:szCs w:val="28"/>
          <w:rtl/>
        </w:rPr>
        <w:t xml:space="preserve"> نوشته م</w:t>
      </w:r>
      <w:r w:rsidRPr="0000691D">
        <w:rPr>
          <w:rFonts w:cs="B Mitra" w:hint="cs"/>
          <w:sz w:val="28"/>
          <w:szCs w:val="28"/>
          <w:rtl/>
        </w:rPr>
        <w:t>ی‌</w:t>
      </w:r>
      <w:r w:rsidRPr="0000691D">
        <w:rPr>
          <w:rFonts w:cs="B Mitra"/>
          <w:sz w:val="28"/>
          <w:szCs w:val="28"/>
          <w:rtl/>
        </w:rPr>
        <w:t>شد</w:t>
      </w:r>
      <w:r w:rsidRPr="0000691D">
        <w:rPr>
          <w:rFonts w:cs="B Mitra" w:hint="cs"/>
          <w:sz w:val="28"/>
          <w:szCs w:val="28"/>
          <w:rtl/>
        </w:rPr>
        <w:t xml:space="preserve">؛ </w:t>
      </w:r>
      <w:r w:rsidRPr="0000691D">
        <w:rPr>
          <w:rFonts w:cs="B Mitra"/>
          <w:sz w:val="28"/>
          <w:szCs w:val="28"/>
          <w:rtl/>
        </w:rPr>
        <w:t>در آن ا</w:t>
      </w:r>
      <w:r w:rsidRPr="0000691D">
        <w:rPr>
          <w:rFonts w:cs="B Mitra" w:hint="cs"/>
          <w:sz w:val="28"/>
          <w:szCs w:val="28"/>
          <w:rtl/>
        </w:rPr>
        <w:t>ی</w:t>
      </w:r>
      <w:r w:rsidRPr="0000691D">
        <w:rPr>
          <w:rFonts w:cs="B Mitra" w:hint="eastAsia"/>
          <w:sz w:val="28"/>
          <w:szCs w:val="28"/>
          <w:rtl/>
        </w:rPr>
        <w:t>ام</w:t>
      </w:r>
      <w:r w:rsidRPr="0000691D">
        <w:rPr>
          <w:rFonts w:cs="B Mitra" w:hint="cs"/>
          <w:sz w:val="28"/>
          <w:szCs w:val="28"/>
          <w:rtl/>
        </w:rPr>
        <w:t>،</w:t>
      </w:r>
      <w:r w:rsidRPr="0000691D">
        <w:rPr>
          <w:rFonts w:cs="B Mitra"/>
          <w:sz w:val="28"/>
          <w:szCs w:val="28"/>
          <w:rtl/>
        </w:rPr>
        <w:t xml:space="preserve"> همه روزه من روزنامه ا</w:t>
      </w:r>
      <w:r w:rsidRPr="0000691D">
        <w:rPr>
          <w:rFonts w:cs="B Mitra" w:hint="cs"/>
          <w:sz w:val="28"/>
          <w:szCs w:val="28"/>
          <w:rtl/>
        </w:rPr>
        <w:t>ی</w:t>
      </w:r>
      <w:r w:rsidRPr="0000691D">
        <w:rPr>
          <w:rFonts w:cs="B Mitra" w:hint="eastAsia"/>
          <w:sz w:val="28"/>
          <w:szCs w:val="28"/>
          <w:rtl/>
        </w:rPr>
        <w:t>ران</w:t>
      </w:r>
      <w:r w:rsidRPr="0000691D">
        <w:rPr>
          <w:rFonts w:cs="B Mitra"/>
          <w:sz w:val="28"/>
          <w:szCs w:val="28"/>
          <w:rtl/>
        </w:rPr>
        <w:t xml:space="preserve"> سف</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را در</w:t>
      </w:r>
      <w:r w:rsidRPr="0000691D">
        <w:rPr>
          <w:rFonts w:cs="B Mitra" w:hint="cs"/>
          <w:sz w:val="28"/>
          <w:szCs w:val="28"/>
          <w:rtl/>
        </w:rPr>
        <w:t>ی</w:t>
      </w:r>
      <w:r w:rsidRPr="0000691D">
        <w:rPr>
          <w:rFonts w:cs="B Mitra" w:hint="eastAsia"/>
          <w:sz w:val="28"/>
          <w:szCs w:val="28"/>
          <w:rtl/>
        </w:rPr>
        <w:t>افت</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Pr>
        <w:t>‌</w:t>
      </w:r>
      <w:r w:rsidRPr="0000691D">
        <w:rPr>
          <w:rFonts w:cs="B Mitra" w:hint="eastAsia"/>
          <w:sz w:val="28"/>
          <w:szCs w:val="28"/>
          <w:rtl/>
        </w:rPr>
        <w:t>کردم</w:t>
      </w:r>
      <w:r w:rsidRPr="0000691D">
        <w:rPr>
          <w:rFonts w:cs="B Mitra" w:hint="cs"/>
          <w:sz w:val="28"/>
          <w:szCs w:val="28"/>
          <w:rtl/>
        </w:rPr>
        <w:t xml:space="preserve">، </w:t>
      </w:r>
      <w:r w:rsidRPr="0000691D">
        <w:rPr>
          <w:rFonts w:cs="B Mitra"/>
          <w:sz w:val="28"/>
          <w:szCs w:val="28"/>
          <w:rtl/>
        </w:rPr>
        <w:t>به د</w:t>
      </w:r>
      <w:r w:rsidRPr="0000691D">
        <w:rPr>
          <w:rFonts w:cs="B Mitra" w:hint="cs"/>
          <w:sz w:val="28"/>
          <w:szCs w:val="28"/>
          <w:rtl/>
        </w:rPr>
        <w:t>ی</w:t>
      </w:r>
      <w:r w:rsidRPr="0000691D">
        <w:rPr>
          <w:rFonts w:cs="B Mitra" w:hint="eastAsia"/>
          <w:sz w:val="28"/>
          <w:szCs w:val="28"/>
          <w:rtl/>
        </w:rPr>
        <w:t>گران</w:t>
      </w:r>
      <w:r w:rsidRPr="0000691D">
        <w:rPr>
          <w:rFonts w:cs="B Mitra"/>
          <w:sz w:val="28"/>
          <w:szCs w:val="28"/>
          <w:rtl/>
        </w:rPr>
        <w:t xml:space="preserve"> هم سپرده بودم</w:t>
      </w:r>
      <w:r w:rsidRPr="0000691D">
        <w:rPr>
          <w:rFonts w:cs="B Mitra" w:hint="cs"/>
          <w:sz w:val="28"/>
          <w:szCs w:val="28"/>
          <w:rtl/>
        </w:rPr>
        <w:t xml:space="preserve"> </w:t>
      </w:r>
      <w:r w:rsidRPr="0000691D">
        <w:rPr>
          <w:rFonts w:cs="B Mitra"/>
          <w:sz w:val="28"/>
          <w:szCs w:val="28"/>
          <w:rtl/>
        </w:rPr>
        <w:t>که آن</w:t>
      </w:r>
      <w:r w:rsidRPr="0000691D">
        <w:rPr>
          <w:rFonts w:cs="B Mitra" w:hint="cs"/>
          <w:sz w:val="28"/>
          <w:szCs w:val="28"/>
          <w:rtl/>
        </w:rPr>
        <w:t>‌</w:t>
      </w:r>
      <w:r w:rsidRPr="0000691D">
        <w:rPr>
          <w:rFonts w:cs="B Mitra"/>
          <w:sz w:val="28"/>
          <w:szCs w:val="28"/>
          <w:rtl/>
        </w:rPr>
        <w:t>ها هم</w:t>
      </w:r>
      <w:r w:rsidRPr="0000691D">
        <w:rPr>
          <w:rFonts w:cs="B Mitra" w:hint="cs"/>
          <w:sz w:val="28"/>
          <w:szCs w:val="28"/>
          <w:rtl/>
        </w:rPr>
        <w:t>،</w:t>
      </w:r>
      <w:r w:rsidRPr="0000691D">
        <w:rPr>
          <w:rFonts w:cs="B Mitra"/>
          <w:sz w:val="28"/>
          <w:szCs w:val="28"/>
          <w:rtl/>
        </w:rPr>
        <w:t xml:space="preserve"> در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مس</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با من همکار</w:t>
      </w:r>
      <w:r w:rsidRPr="0000691D">
        <w:rPr>
          <w:rFonts w:cs="B Mitra" w:hint="cs"/>
          <w:sz w:val="28"/>
          <w:szCs w:val="28"/>
          <w:rtl/>
        </w:rPr>
        <w:t>ی</w:t>
      </w:r>
      <w:r w:rsidRPr="0000691D">
        <w:rPr>
          <w:rFonts w:cs="B Mitra"/>
          <w:sz w:val="28"/>
          <w:szCs w:val="28"/>
          <w:rtl/>
        </w:rPr>
        <w:t xml:space="preserve"> کنند و در جمع</w:t>
      </w:r>
      <w:r w:rsidRPr="0000691D">
        <w:rPr>
          <w:rFonts w:cs="B Mitra" w:hint="cs"/>
          <w:sz w:val="28"/>
          <w:szCs w:val="28"/>
          <w:rtl/>
        </w:rPr>
        <w:t>‌</w:t>
      </w:r>
      <w:r w:rsidRPr="0000691D">
        <w:rPr>
          <w:rFonts w:cs="B Mitra"/>
          <w:sz w:val="28"/>
          <w:szCs w:val="28"/>
          <w:rtl/>
        </w:rPr>
        <w:t>آور</w:t>
      </w:r>
      <w:r w:rsidRPr="0000691D">
        <w:rPr>
          <w:rFonts w:cs="B Mitra" w:hint="cs"/>
          <w:sz w:val="28"/>
          <w:szCs w:val="28"/>
          <w:rtl/>
        </w:rPr>
        <w:t>ی</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صفحات به من کمک کنن</w:t>
      </w:r>
      <w:r w:rsidRPr="0000691D">
        <w:rPr>
          <w:rFonts w:cs="B Mitra" w:hint="cs"/>
          <w:sz w:val="28"/>
          <w:szCs w:val="28"/>
          <w:rtl/>
        </w:rPr>
        <w:t>د؛</w:t>
      </w:r>
      <w:r w:rsidRPr="0000691D">
        <w:rPr>
          <w:rFonts w:cs="B Mitra"/>
          <w:sz w:val="28"/>
          <w:szCs w:val="28"/>
        </w:rPr>
        <w:t xml:space="preserve"> </w:t>
      </w:r>
      <w:r w:rsidRPr="0000691D">
        <w:rPr>
          <w:rFonts w:cs="B Mitra"/>
          <w:sz w:val="28"/>
          <w:szCs w:val="28"/>
          <w:rtl/>
        </w:rPr>
        <w:t>حدود چهار پلاست</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بزرگ شد</w:t>
      </w:r>
      <w:r w:rsidRPr="0000691D">
        <w:rPr>
          <w:rFonts w:cs="B Mitra" w:hint="cs"/>
          <w:sz w:val="28"/>
          <w:szCs w:val="28"/>
          <w:rtl/>
        </w:rPr>
        <w:t xml:space="preserve">؛ </w:t>
      </w:r>
      <w:r w:rsidRPr="0000691D">
        <w:rPr>
          <w:rFonts w:cs="B Mitra" w:hint="eastAsia"/>
          <w:sz w:val="28"/>
          <w:szCs w:val="28"/>
          <w:rtl/>
        </w:rPr>
        <w:t>هدف</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بود که در  روز عصا</w:t>
      </w:r>
      <w:r w:rsidRPr="0000691D">
        <w:rPr>
          <w:rFonts w:cs="B Mitra" w:hint="cs"/>
          <w:sz w:val="28"/>
          <w:szCs w:val="28"/>
          <w:rtl/>
        </w:rPr>
        <w:t>ی</w:t>
      </w:r>
      <w:r w:rsidRPr="0000691D">
        <w:rPr>
          <w:rFonts w:cs="B Mitra"/>
          <w:sz w:val="28"/>
          <w:szCs w:val="28"/>
          <w:rtl/>
        </w:rPr>
        <w:t xml:space="preserve"> سف</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بتوانم تعداد</w:t>
      </w:r>
      <w:r w:rsidRPr="0000691D">
        <w:rPr>
          <w:rFonts w:cs="B Mitra" w:hint="cs"/>
          <w:sz w:val="28"/>
          <w:szCs w:val="28"/>
          <w:rtl/>
        </w:rPr>
        <w:t>ی</w:t>
      </w:r>
      <w:r w:rsidRPr="0000691D">
        <w:rPr>
          <w:rFonts w:cs="B Mitra"/>
          <w:sz w:val="28"/>
          <w:szCs w:val="28"/>
          <w:rtl/>
        </w:rPr>
        <w:t xml:space="preserve"> از افراد را با روز جهان</w:t>
      </w:r>
      <w:r w:rsidRPr="0000691D">
        <w:rPr>
          <w:rFonts w:cs="B Mitra" w:hint="cs"/>
          <w:sz w:val="28"/>
          <w:szCs w:val="28"/>
          <w:rtl/>
        </w:rPr>
        <w:t>ی</w:t>
      </w:r>
      <w:r w:rsidRPr="0000691D">
        <w:rPr>
          <w:rFonts w:cs="B Mitra"/>
          <w:sz w:val="28"/>
          <w:szCs w:val="28"/>
          <w:rtl/>
        </w:rPr>
        <w:t xml:space="preserve"> عصا</w:t>
      </w:r>
      <w:r w:rsidRPr="0000691D">
        <w:rPr>
          <w:rFonts w:cs="B Mitra" w:hint="cs"/>
          <w:sz w:val="28"/>
          <w:szCs w:val="28"/>
          <w:rtl/>
        </w:rPr>
        <w:t>ی</w:t>
      </w:r>
      <w:r w:rsidRPr="0000691D">
        <w:rPr>
          <w:rFonts w:cs="B Mitra"/>
          <w:sz w:val="28"/>
          <w:szCs w:val="28"/>
          <w:rtl/>
        </w:rPr>
        <w:t xml:space="preserve"> سف</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و خط بر</w:t>
      </w:r>
      <w:r w:rsidRPr="0000691D">
        <w:rPr>
          <w:rFonts w:cs="B Mitra" w:hint="cs"/>
          <w:sz w:val="28"/>
          <w:szCs w:val="28"/>
          <w:rtl/>
        </w:rPr>
        <w:t>ی</w:t>
      </w:r>
      <w:r w:rsidRPr="0000691D">
        <w:rPr>
          <w:rFonts w:cs="B Mitra" w:hint="eastAsia"/>
          <w:sz w:val="28"/>
          <w:szCs w:val="28"/>
          <w:rtl/>
        </w:rPr>
        <w:t>ل</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خط ناب</w:t>
      </w:r>
      <w:r w:rsidRPr="0000691D">
        <w:rPr>
          <w:rFonts w:cs="B Mitra" w:hint="cs"/>
          <w:sz w:val="28"/>
          <w:szCs w:val="28"/>
          <w:rtl/>
        </w:rPr>
        <w:t>ی</w:t>
      </w:r>
      <w:r w:rsidRPr="0000691D">
        <w:rPr>
          <w:rFonts w:cs="B Mitra" w:hint="eastAsia"/>
          <w:sz w:val="28"/>
          <w:szCs w:val="28"/>
          <w:rtl/>
        </w:rPr>
        <w:t>نا</w:t>
      </w:r>
      <w:r w:rsidRPr="0000691D">
        <w:rPr>
          <w:rFonts w:cs="B Mitra" w:hint="cs"/>
          <w:sz w:val="28"/>
          <w:szCs w:val="28"/>
          <w:rtl/>
        </w:rPr>
        <w:t>یی</w:t>
      </w:r>
      <w:r w:rsidRPr="0000691D">
        <w:rPr>
          <w:rFonts w:cs="B Mitra"/>
          <w:sz w:val="28"/>
          <w:szCs w:val="28"/>
          <w:rtl/>
        </w:rPr>
        <w:t xml:space="preserve"> آشنا کنم</w:t>
      </w:r>
      <w:r w:rsidRPr="0000691D">
        <w:rPr>
          <w:rFonts w:cs="B Mitra" w:hint="cs"/>
          <w:sz w:val="28"/>
          <w:szCs w:val="28"/>
          <w:rtl/>
        </w:rPr>
        <w:t xml:space="preserve">؛ </w:t>
      </w:r>
      <w:r w:rsidRPr="0000691D">
        <w:rPr>
          <w:rFonts w:cs="B Mitra" w:hint="eastAsia"/>
          <w:sz w:val="28"/>
          <w:szCs w:val="28"/>
          <w:rtl/>
        </w:rPr>
        <w:t>افراد</w:t>
      </w:r>
      <w:r w:rsidRPr="0000691D">
        <w:rPr>
          <w:rFonts w:cs="B Mitra" w:hint="cs"/>
          <w:sz w:val="28"/>
          <w:szCs w:val="28"/>
          <w:rtl/>
        </w:rPr>
        <w:t>ی</w:t>
      </w:r>
      <w:r w:rsidRPr="0000691D">
        <w:rPr>
          <w:rFonts w:cs="B Mitra"/>
          <w:sz w:val="28"/>
          <w:szCs w:val="28"/>
          <w:rtl/>
        </w:rPr>
        <w:t xml:space="preserve"> که </w:t>
      </w:r>
      <w:r w:rsidRPr="0000691D">
        <w:rPr>
          <w:rFonts w:cs="B Mitra" w:hint="cs"/>
          <w:sz w:val="28"/>
          <w:szCs w:val="28"/>
          <w:rtl/>
        </w:rPr>
        <w:t xml:space="preserve">با آن‌ها </w:t>
      </w:r>
      <w:r w:rsidRPr="0000691D">
        <w:rPr>
          <w:rFonts w:cs="B Mitra"/>
          <w:sz w:val="28"/>
          <w:szCs w:val="28"/>
          <w:rtl/>
        </w:rPr>
        <w:t>مواجه شد</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w:t>
      </w:r>
      <w:r w:rsidRPr="0000691D">
        <w:rPr>
          <w:rFonts w:cs="B Mitra" w:hint="cs"/>
          <w:sz w:val="28"/>
          <w:szCs w:val="28"/>
          <w:rtl/>
        </w:rPr>
        <w:t xml:space="preserve"> </w:t>
      </w:r>
      <w:r w:rsidRPr="0000691D">
        <w:rPr>
          <w:rFonts w:cs="B Mitra"/>
          <w:sz w:val="28"/>
          <w:szCs w:val="28"/>
          <w:rtl/>
        </w:rPr>
        <w:t>چند گروه بودن</w:t>
      </w:r>
      <w:r w:rsidRPr="0000691D">
        <w:rPr>
          <w:rFonts w:cs="B Mitra" w:hint="cs"/>
          <w:sz w:val="28"/>
          <w:szCs w:val="28"/>
          <w:rtl/>
        </w:rPr>
        <w:t>د:</w:t>
      </w:r>
      <w:r w:rsidRPr="0000691D">
        <w:rPr>
          <w:rFonts w:cs="B Mitra"/>
          <w:sz w:val="28"/>
          <w:szCs w:val="28"/>
        </w:rPr>
        <w:t xml:space="preserve"> </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lastRenderedPageBreak/>
        <w:t>گروه</w:t>
      </w:r>
      <w:r w:rsidRPr="0000691D">
        <w:rPr>
          <w:rFonts w:cs="B Mitra"/>
          <w:sz w:val="28"/>
          <w:szCs w:val="28"/>
          <w:rtl/>
        </w:rPr>
        <w:t xml:space="preserve"> اول</w:t>
      </w:r>
      <w:r w:rsidRPr="0000691D">
        <w:rPr>
          <w:rFonts w:cs="B Mitra" w:hint="cs"/>
          <w:sz w:val="28"/>
          <w:szCs w:val="28"/>
          <w:rtl/>
        </w:rPr>
        <w:t>،</w:t>
      </w:r>
      <w:r w:rsidRPr="0000691D">
        <w:rPr>
          <w:rFonts w:cs="B Mitra"/>
          <w:sz w:val="28"/>
          <w:szCs w:val="28"/>
          <w:rtl/>
        </w:rPr>
        <w:t xml:space="preserve"> اکثر</w:t>
      </w:r>
      <w:r w:rsidRPr="0000691D">
        <w:rPr>
          <w:rFonts w:cs="B Mitra" w:hint="cs"/>
          <w:sz w:val="28"/>
          <w:szCs w:val="28"/>
          <w:rtl/>
        </w:rPr>
        <w:t>ی</w:t>
      </w:r>
      <w:r w:rsidRPr="0000691D">
        <w:rPr>
          <w:rFonts w:cs="B Mitra" w:hint="eastAsia"/>
          <w:sz w:val="28"/>
          <w:szCs w:val="28"/>
          <w:rtl/>
        </w:rPr>
        <w:t>ت</w:t>
      </w:r>
      <w:r w:rsidRPr="0000691D">
        <w:rPr>
          <w:rFonts w:cs="B Mitra" w:hint="cs"/>
          <w:sz w:val="28"/>
          <w:szCs w:val="28"/>
          <w:rtl/>
        </w:rPr>
        <w:t>ی</w:t>
      </w:r>
      <w:r w:rsidRPr="0000691D">
        <w:rPr>
          <w:rFonts w:cs="B Mitra"/>
          <w:sz w:val="28"/>
          <w:szCs w:val="28"/>
          <w:rtl/>
        </w:rPr>
        <w:t xml:space="preserve"> بودند که ورق را که بهشان م</w:t>
      </w:r>
      <w:r w:rsidRPr="0000691D">
        <w:rPr>
          <w:rFonts w:cs="B Mitra" w:hint="cs"/>
          <w:sz w:val="28"/>
          <w:szCs w:val="28"/>
          <w:rtl/>
        </w:rPr>
        <w:t>ی‌</w:t>
      </w:r>
      <w:r w:rsidRPr="0000691D">
        <w:rPr>
          <w:rFonts w:cs="B Mitra" w:hint="eastAsia"/>
          <w:sz w:val="28"/>
          <w:szCs w:val="28"/>
          <w:rtl/>
        </w:rPr>
        <w:t>داد</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از ما م</w:t>
      </w:r>
      <w:r w:rsidRPr="0000691D">
        <w:rPr>
          <w:rFonts w:cs="B Mitra" w:hint="cs"/>
          <w:sz w:val="28"/>
          <w:szCs w:val="28"/>
          <w:rtl/>
        </w:rPr>
        <w:t>ی</w:t>
      </w:r>
      <w:r w:rsidRPr="0000691D">
        <w:rPr>
          <w:rFonts w:cs="B Mitra" w:hint="eastAsia"/>
          <w:sz w:val="28"/>
          <w:szCs w:val="28"/>
        </w:rPr>
        <w:t>‌</w:t>
      </w:r>
      <w:r w:rsidRPr="0000691D">
        <w:rPr>
          <w:rFonts w:cs="B Mitra" w:hint="eastAsia"/>
          <w:sz w:val="28"/>
          <w:szCs w:val="28"/>
          <w:rtl/>
        </w:rPr>
        <w:t>گرفتند</w:t>
      </w:r>
      <w:r w:rsidRPr="0000691D">
        <w:rPr>
          <w:rFonts w:cs="B Mitra"/>
          <w:sz w:val="28"/>
          <w:szCs w:val="28"/>
          <w:rtl/>
        </w:rPr>
        <w:t xml:space="preserve"> و در ک</w:t>
      </w:r>
      <w:r w:rsidRPr="0000691D">
        <w:rPr>
          <w:rFonts w:cs="B Mitra" w:hint="cs"/>
          <w:sz w:val="28"/>
          <w:szCs w:val="28"/>
          <w:rtl/>
        </w:rPr>
        <w:t>ی</w:t>
      </w:r>
      <w:r w:rsidRPr="0000691D">
        <w:rPr>
          <w:rFonts w:cs="B Mitra" w:hint="eastAsia"/>
          <w:sz w:val="28"/>
          <w:szCs w:val="28"/>
          <w:rtl/>
        </w:rPr>
        <w:t>ف</w:t>
      </w:r>
      <w:r w:rsidRPr="0000691D">
        <w:rPr>
          <w:rFonts w:cs="B Mitra"/>
          <w:sz w:val="28"/>
          <w:szCs w:val="28"/>
          <w:rtl/>
        </w:rPr>
        <w:t>شان قرار م</w:t>
      </w:r>
      <w:r w:rsidRPr="0000691D">
        <w:rPr>
          <w:rFonts w:cs="B Mitra" w:hint="cs"/>
          <w:sz w:val="28"/>
          <w:szCs w:val="28"/>
          <w:rtl/>
        </w:rPr>
        <w:t>ی‌</w:t>
      </w:r>
      <w:r w:rsidRPr="0000691D">
        <w:rPr>
          <w:rFonts w:cs="B Mitra" w:hint="eastAsia"/>
          <w:sz w:val="28"/>
          <w:szCs w:val="28"/>
          <w:rtl/>
        </w:rPr>
        <w:t>دادند</w:t>
      </w:r>
      <w:r w:rsidRPr="0000691D">
        <w:rPr>
          <w:rFonts w:cs="B Mitra"/>
          <w:sz w:val="28"/>
          <w:szCs w:val="28"/>
          <w:rtl/>
        </w:rPr>
        <w:t xml:space="preserve"> و وقت</w:t>
      </w:r>
      <w:r w:rsidRPr="0000691D">
        <w:rPr>
          <w:rFonts w:cs="B Mitra" w:hint="cs"/>
          <w:sz w:val="28"/>
          <w:szCs w:val="28"/>
          <w:rtl/>
        </w:rPr>
        <w:t>ی</w:t>
      </w:r>
      <w:r w:rsidRPr="0000691D">
        <w:rPr>
          <w:rFonts w:cs="B Mitra"/>
          <w:sz w:val="28"/>
          <w:szCs w:val="28"/>
          <w:rtl/>
        </w:rPr>
        <w:t xml:space="preserve"> که برا</w:t>
      </w:r>
      <w:r w:rsidRPr="0000691D">
        <w:rPr>
          <w:rFonts w:cs="B Mitra" w:hint="cs"/>
          <w:sz w:val="28"/>
          <w:szCs w:val="28"/>
          <w:rtl/>
        </w:rPr>
        <w:t>یشان</w:t>
      </w:r>
      <w:r w:rsidRPr="0000691D">
        <w:rPr>
          <w:rFonts w:cs="B Mitra"/>
          <w:sz w:val="28"/>
          <w:szCs w:val="28"/>
          <w:rtl/>
        </w:rPr>
        <w:t xml:space="preserve"> توض</w:t>
      </w:r>
      <w:r w:rsidRPr="0000691D">
        <w:rPr>
          <w:rFonts w:cs="B Mitra" w:hint="cs"/>
          <w:sz w:val="28"/>
          <w:szCs w:val="28"/>
          <w:rtl/>
        </w:rPr>
        <w:t>ی</w:t>
      </w:r>
      <w:r w:rsidRPr="0000691D">
        <w:rPr>
          <w:rFonts w:cs="B Mitra" w:hint="eastAsia"/>
          <w:sz w:val="28"/>
          <w:szCs w:val="28"/>
          <w:rtl/>
        </w:rPr>
        <w:t>ح</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داد</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م</w:t>
      </w:r>
      <w:r w:rsidRPr="0000691D">
        <w:rPr>
          <w:rFonts w:cs="B Mitra" w:hint="cs"/>
          <w:sz w:val="28"/>
          <w:szCs w:val="28"/>
          <w:rtl/>
        </w:rPr>
        <w:t>ی‌</w:t>
      </w:r>
      <w:r w:rsidRPr="0000691D">
        <w:rPr>
          <w:rFonts w:cs="B Mitra" w:hint="eastAsia"/>
          <w:sz w:val="28"/>
          <w:szCs w:val="28"/>
          <w:rtl/>
        </w:rPr>
        <w:t>گفتند</w:t>
      </w:r>
      <w:r w:rsidRPr="0000691D">
        <w:rPr>
          <w:rFonts w:cs="B Mitra" w:hint="cs"/>
          <w:sz w:val="28"/>
          <w:szCs w:val="28"/>
          <w:rtl/>
        </w:rPr>
        <w:t>:</w:t>
      </w:r>
      <w:r w:rsidRPr="0000691D">
        <w:rPr>
          <w:rFonts w:cs="B Mitra"/>
          <w:sz w:val="28"/>
          <w:szCs w:val="28"/>
          <w:rtl/>
        </w:rPr>
        <w:t xml:space="preserve"> </w:t>
      </w:r>
      <w:r w:rsidRPr="0000691D">
        <w:rPr>
          <w:rFonts w:cs="B Mitra" w:hint="cs"/>
          <w:sz w:val="28"/>
          <w:szCs w:val="28"/>
          <w:rtl/>
        </w:rPr>
        <w:t>«</w:t>
      </w:r>
      <w:r w:rsidRPr="0000691D">
        <w:rPr>
          <w:rFonts w:cs="B Mitra"/>
          <w:sz w:val="28"/>
          <w:szCs w:val="28"/>
          <w:rtl/>
        </w:rPr>
        <w:t>چه جالب!</w:t>
      </w:r>
      <w:r w:rsidRPr="0000691D">
        <w:rPr>
          <w:rFonts w:cs="B Mitra" w:hint="cs"/>
          <w:sz w:val="28"/>
          <w:szCs w:val="28"/>
          <w:rtl/>
        </w:rPr>
        <w:t xml:space="preserve"> </w:t>
      </w:r>
      <w:r w:rsidRPr="0000691D">
        <w:rPr>
          <w:rFonts w:cs="B Mitra"/>
          <w:sz w:val="28"/>
          <w:szCs w:val="28"/>
          <w:rtl/>
        </w:rPr>
        <w:t>مگ</w:t>
      </w:r>
      <w:r w:rsidRPr="0000691D">
        <w:rPr>
          <w:rFonts w:cs="B Mitra" w:hint="cs"/>
          <w:sz w:val="28"/>
          <w:szCs w:val="28"/>
          <w:rtl/>
        </w:rPr>
        <w:t>ر</w:t>
      </w:r>
      <w:r w:rsidRPr="0000691D">
        <w:rPr>
          <w:rFonts w:cs="B Mitra"/>
          <w:sz w:val="28"/>
          <w:szCs w:val="28"/>
          <w:rtl/>
        </w:rPr>
        <w:t xml:space="preserve"> ناب</w:t>
      </w:r>
      <w:r w:rsidRPr="0000691D">
        <w:rPr>
          <w:rFonts w:cs="B Mitra" w:hint="cs"/>
          <w:sz w:val="28"/>
          <w:szCs w:val="28"/>
          <w:rtl/>
        </w:rPr>
        <w:t>ی</w:t>
      </w:r>
      <w:r w:rsidRPr="0000691D">
        <w:rPr>
          <w:rFonts w:cs="B Mitra" w:hint="eastAsia"/>
          <w:sz w:val="28"/>
          <w:szCs w:val="28"/>
          <w:rtl/>
        </w:rPr>
        <w:t>ناها</w:t>
      </w:r>
      <w:r w:rsidRPr="0000691D">
        <w:rPr>
          <w:rFonts w:cs="B Mitra"/>
          <w:sz w:val="28"/>
          <w:szCs w:val="28"/>
          <w:rtl/>
        </w:rPr>
        <w:t xml:space="preserve"> هم درس م</w:t>
      </w:r>
      <w:r w:rsidRPr="0000691D">
        <w:rPr>
          <w:rFonts w:cs="B Mitra" w:hint="cs"/>
          <w:sz w:val="28"/>
          <w:szCs w:val="28"/>
          <w:rtl/>
        </w:rPr>
        <w:t>ی‌</w:t>
      </w:r>
      <w:r w:rsidRPr="0000691D">
        <w:rPr>
          <w:rFonts w:cs="B Mitra" w:hint="eastAsia"/>
          <w:sz w:val="28"/>
          <w:szCs w:val="28"/>
          <w:rtl/>
        </w:rPr>
        <w:t>خوانند</w:t>
      </w:r>
      <w:r w:rsidRPr="0000691D">
        <w:rPr>
          <w:rFonts w:cs="B Mitra" w:hint="cs"/>
          <w:sz w:val="28"/>
          <w:szCs w:val="28"/>
          <w:rtl/>
        </w:rPr>
        <w:t>!»</w:t>
      </w:r>
      <w:r w:rsidRPr="0000691D">
        <w:rPr>
          <w:rFonts w:cs="B Mitra"/>
          <w:sz w:val="28"/>
          <w:szCs w:val="28"/>
        </w:rPr>
        <w:t xml:space="preserve"> </w:t>
      </w:r>
    </w:p>
    <w:p w:rsidR="0032708A" w:rsidRPr="0000691D" w:rsidRDefault="0032708A" w:rsidP="0000691D">
      <w:pPr>
        <w:bidi/>
        <w:spacing w:line="360" w:lineRule="auto"/>
        <w:jc w:val="both"/>
        <w:rPr>
          <w:rFonts w:cs="B Mitra"/>
          <w:sz w:val="28"/>
          <w:szCs w:val="28"/>
        </w:rPr>
      </w:pPr>
      <w:r w:rsidRPr="0000691D">
        <w:rPr>
          <w:rFonts w:cs="B Mitra"/>
          <w:sz w:val="28"/>
          <w:szCs w:val="28"/>
          <w:rtl/>
        </w:rPr>
        <w:t>م</w:t>
      </w:r>
      <w:r w:rsidRPr="0000691D">
        <w:rPr>
          <w:rFonts w:cs="B Mitra" w:hint="cs"/>
          <w:sz w:val="28"/>
          <w:szCs w:val="28"/>
          <w:rtl/>
        </w:rPr>
        <w:t>ی</w:t>
      </w:r>
      <w:r w:rsidRPr="0000691D">
        <w:rPr>
          <w:rFonts w:cs="B Mitra" w:hint="eastAsia"/>
          <w:sz w:val="28"/>
          <w:szCs w:val="28"/>
        </w:rPr>
        <w:t>‌</w:t>
      </w:r>
      <w:r w:rsidRPr="0000691D">
        <w:rPr>
          <w:rFonts w:cs="B Mitra" w:hint="eastAsia"/>
          <w:sz w:val="28"/>
          <w:szCs w:val="28"/>
          <w:rtl/>
        </w:rPr>
        <w:t>گفتم</w:t>
      </w:r>
      <w:r w:rsidRPr="0000691D">
        <w:rPr>
          <w:rFonts w:cs="B Mitra" w:hint="cs"/>
          <w:sz w:val="28"/>
          <w:szCs w:val="28"/>
          <w:rtl/>
        </w:rPr>
        <w:t>:</w:t>
      </w:r>
      <w:r w:rsidRPr="0000691D">
        <w:rPr>
          <w:rFonts w:cs="B Mitra"/>
          <w:sz w:val="28"/>
          <w:szCs w:val="28"/>
          <w:rtl/>
        </w:rPr>
        <w:t xml:space="preserve"> </w:t>
      </w:r>
      <w:r w:rsidRPr="0000691D">
        <w:rPr>
          <w:rFonts w:cs="B Mitra" w:hint="cs"/>
          <w:sz w:val="28"/>
          <w:szCs w:val="28"/>
          <w:rtl/>
        </w:rPr>
        <w:t>«</w:t>
      </w:r>
      <w:r w:rsidRPr="0000691D">
        <w:rPr>
          <w:rFonts w:cs="B Mitra"/>
          <w:sz w:val="28"/>
          <w:szCs w:val="28"/>
          <w:rtl/>
        </w:rPr>
        <w:t>بله</w:t>
      </w:r>
      <w:r w:rsidRPr="0000691D">
        <w:rPr>
          <w:rFonts w:cs="B Mitra" w:hint="cs"/>
          <w:sz w:val="28"/>
          <w:szCs w:val="28"/>
          <w:rtl/>
        </w:rPr>
        <w:t>؛</w:t>
      </w:r>
      <w:r w:rsidRPr="0000691D">
        <w:rPr>
          <w:rFonts w:cs="B Mitra"/>
          <w:sz w:val="28"/>
          <w:szCs w:val="28"/>
          <w:rtl/>
        </w:rPr>
        <w:t xml:space="preserve"> شما که به دانشگاه م</w:t>
      </w:r>
      <w:r w:rsidRPr="0000691D">
        <w:rPr>
          <w:rFonts w:cs="B Mitra" w:hint="cs"/>
          <w:sz w:val="28"/>
          <w:szCs w:val="28"/>
          <w:rtl/>
        </w:rPr>
        <w:t>ی</w:t>
      </w:r>
      <w:r w:rsidRPr="0000691D">
        <w:rPr>
          <w:rFonts w:cs="B Mitra" w:hint="eastAsia"/>
          <w:sz w:val="28"/>
          <w:szCs w:val="28"/>
        </w:rPr>
        <w:t>‌</w:t>
      </w:r>
      <w:r w:rsidRPr="0000691D">
        <w:rPr>
          <w:rFonts w:cs="B Mitra" w:hint="eastAsia"/>
          <w:sz w:val="28"/>
          <w:szCs w:val="28"/>
          <w:rtl/>
        </w:rPr>
        <w:t>رو</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w:t>
      </w:r>
      <w:r w:rsidRPr="0000691D">
        <w:rPr>
          <w:rFonts w:cs="B Mitra" w:hint="cs"/>
          <w:sz w:val="28"/>
          <w:szCs w:val="28"/>
          <w:rtl/>
        </w:rPr>
        <w:t xml:space="preserve">اگر </w:t>
      </w:r>
      <w:r w:rsidRPr="0000691D">
        <w:rPr>
          <w:rFonts w:cs="B Mitra"/>
          <w:sz w:val="28"/>
          <w:szCs w:val="28"/>
          <w:rtl/>
        </w:rPr>
        <w:t>دقت کن</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در دانشکده حقوق </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ادب</w:t>
      </w:r>
      <w:r w:rsidRPr="0000691D">
        <w:rPr>
          <w:rFonts w:cs="B Mitra" w:hint="cs"/>
          <w:sz w:val="28"/>
          <w:szCs w:val="28"/>
          <w:rtl/>
        </w:rPr>
        <w:t>ی</w:t>
      </w:r>
      <w:r w:rsidRPr="0000691D">
        <w:rPr>
          <w:rFonts w:cs="B Mitra" w:hint="eastAsia"/>
          <w:sz w:val="28"/>
          <w:szCs w:val="28"/>
          <w:rtl/>
        </w:rPr>
        <w:t>ات</w:t>
      </w:r>
      <w:r w:rsidRPr="0000691D">
        <w:rPr>
          <w:rFonts w:cs="B Mitra"/>
          <w:sz w:val="28"/>
          <w:szCs w:val="28"/>
          <w:rtl/>
        </w:rPr>
        <w:t xml:space="preserve"> و همچن</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در رشته هنرها</w:t>
      </w:r>
      <w:r w:rsidRPr="0000691D">
        <w:rPr>
          <w:rFonts w:cs="B Mitra" w:hint="cs"/>
          <w:sz w:val="28"/>
          <w:szCs w:val="28"/>
          <w:rtl/>
        </w:rPr>
        <w:t>ی</w:t>
      </w:r>
      <w:r w:rsidRPr="0000691D">
        <w:rPr>
          <w:rFonts w:cs="B Mitra"/>
          <w:sz w:val="28"/>
          <w:szCs w:val="28"/>
          <w:rtl/>
        </w:rPr>
        <w:t xml:space="preserve"> ز</w:t>
      </w:r>
      <w:r w:rsidRPr="0000691D">
        <w:rPr>
          <w:rFonts w:cs="B Mitra" w:hint="cs"/>
          <w:sz w:val="28"/>
          <w:szCs w:val="28"/>
          <w:rtl/>
        </w:rPr>
        <w:t>ی</w:t>
      </w:r>
      <w:r w:rsidRPr="0000691D">
        <w:rPr>
          <w:rFonts w:cs="B Mitra" w:hint="eastAsia"/>
          <w:sz w:val="28"/>
          <w:szCs w:val="28"/>
          <w:rtl/>
        </w:rPr>
        <w:t>با</w:t>
      </w:r>
      <w:r w:rsidRPr="0000691D">
        <w:rPr>
          <w:rFonts w:cs="B Mitra" w:hint="cs"/>
          <w:sz w:val="28"/>
          <w:szCs w:val="28"/>
          <w:rtl/>
        </w:rPr>
        <w:t>،</w:t>
      </w:r>
      <w:r w:rsidRPr="0000691D">
        <w:rPr>
          <w:rFonts w:cs="B Mitra"/>
          <w:sz w:val="28"/>
          <w:szCs w:val="28"/>
          <w:rtl/>
        </w:rPr>
        <w:t xml:space="preserve"> تعداد</w:t>
      </w:r>
      <w:r w:rsidRPr="0000691D">
        <w:rPr>
          <w:rFonts w:cs="B Mitra" w:hint="cs"/>
          <w:sz w:val="28"/>
          <w:szCs w:val="28"/>
          <w:rtl/>
        </w:rPr>
        <w:t>ی</w:t>
      </w:r>
      <w:r w:rsidRPr="0000691D">
        <w:rPr>
          <w:rFonts w:cs="B Mitra"/>
          <w:sz w:val="28"/>
          <w:szCs w:val="28"/>
          <w:rtl/>
        </w:rPr>
        <w:t xml:space="preserve"> ناب</w:t>
      </w:r>
      <w:r w:rsidRPr="0000691D">
        <w:rPr>
          <w:rFonts w:cs="B Mitra" w:hint="cs"/>
          <w:sz w:val="28"/>
          <w:szCs w:val="28"/>
          <w:rtl/>
        </w:rPr>
        <w:t>ی</w:t>
      </w:r>
      <w:r w:rsidRPr="0000691D">
        <w:rPr>
          <w:rFonts w:cs="B Mitra" w:hint="eastAsia"/>
          <w:sz w:val="28"/>
          <w:szCs w:val="28"/>
          <w:rtl/>
        </w:rPr>
        <w:t>نا</w:t>
      </w:r>
      <w:r w:rsidRPr="0000691D">
        <w:rPr>
          <w:rFonts w:cs="B Mitra"/>
          <w:sz w:val="28"/>
          <w:szCs w:val="28"/>
          <w:rtl/>
        </w:rPr>
        <w:t xml:space="preserve"> هستند که  رفت و آمد م</w:t>
      </w:r>
      <w:r w:rsidRPr="0000691D">
        <w:rPr>
          <w:rFonts w:cs="B Mitra" w:hint="cs"/>
          <w:sz w:val="28"/>
          <w:szCs w:val="28"/>
          <w:rtl/>
        </w:rPr>
        <w:t>ی</w:t>
      </w:r>
      <w:r w:rsidRPr="0000691D">
        <w:rPr>
          <w:rFonts w:cs="B Mitra" w:hint="eastAsia"/>
          <w:sz w:val="28"/>
          <w:szCs w:val="28"/>
        </w:rPr>
        <w:t>‌</w:t>
      </w:r>
      <w:r w:rsidRPr="0000691D">
        <w:rPr>
          <w:rFonts w:cs="B Mitra" w:hint="eastAsia"/>
          <w:sz w:val="28"/>
          <w:szCs w:val="28"/>
          <w:rtl/>
        </w:rPr>
        <w:t>کنند</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sz w:val="28"/>
          <w:szCs w:val="28"/>
        </w:rPr>
        <w:t xml:space="preserve"> </w:t>
      </w:r>
      <w:r w:rsidRPr="0000691D">
        <w:rPr>
          <w:rFonts w:cs="B Mitra"/>
          <w:sz w:val="28"/>
          <w:szCs w:val="28"/>
          <w:rtl/>
        </w:rPr>
        <w:t>گروه د</w:t>
      </w:r>
      <w:r w:rsidRPr="0000691D">
        <w:rPr>
          <w:rFonts w:cs="B Mitra" w:hint="cs"/>
          <w:sz w:val="28"/>
          <w:szCs w:val="28"/>
          <w:rtl/>
        </w:rPr>
        <w:t>ی</w:t>
      </w:r>
      <w:r w:rsidRPr="0000691D">
        <w:rPr>
          <w:rFonts w:cs="B Mitra" w:hint="eastAsia"/>
          <w:sz w:val="28"/>
          <w:szCs w:val="28"/>
          <w:rtl/>
        </w:rPr>
        <w:t>گر</w:t>
      </w:r>
      <w:r w:rsidRPr="0000691D">
        <w:rPr>
          <w:rFonts w:cs="B Mitra" w:hint="cs"/>
          <w:sz w:val="28"/>
          <w:szCs w:val="28"/>
          <w:rtl/>
        </w:rPr>
        <w:t>ی</w:t>
      </w:r>
      <w:r w:rsidRPr="0000691D">
        <w:rPr>
          <w:rFonts w:cs="B Mitra"/>
          <w:sz w:val="28"/>
          <w:szCs w:val="28"/>
          <w:rtl/>
        </w:rPr>
        <w:t xml:space="preserve"> هم م</w:t>
      </w:r>
      <w:r w:rsidRPr="0000691D">
        <w:rPr>
          <w:rFonts w:cs="B Mitra" w:hint="cs"/>
          <w:sz w:val="28"/>
          <w:szCs w:val="28"/>
          <w:rtl/>
        </w:rPr>
        <w:t>ی‌</w:t>
      </w:r>
      <w:r w:rsidRPr="0000691D">
        <w:rPr>
          <w:rFonts w:cs="B Mitra"/>
          <w:sz w:val="28"/>
          <w:szCs w:val="28"/>
          <w:rtl/>
        </w:rPr>
        <w:t>آمدند و از ما برگه</w:t>
      </w:r>
      <w:r w:rsidRPr="0000691D">
        <w:rPr>
          <w:rFonts w:cs="B Mitra" w:hint="cs"/>
          <w:sz w:val="28"/>
          <w:szCs w:val="28"/>
          <w:rtl/>
        </w:rPr>
        <w:t>‌</w:t>
      </w:r>
      <w:r w:rsidRPr="0000691D">
        <w:rPr>
          <w:rFonts w:cs="B Mitra"/>
          <w:sz w:val="28"/>
          <w:szCs w:val="28"/>
          <w:rtl/>
        </w:rPr>
        <w:t>ها ر</w:t>
      </w:r>
      <w:r w:rsidRPr="0000691D">
        <w:rPr>
          <w:rFonts w:cs="B Mitra" w:hint="cs"/>
          <w:sz w:val="28"/>
          <w:szCs w:val="28"/>
          <w:rtl/>
        </w:rPr>
        <w:t xml:space="preserve">ا </w:t>
      </w:r>
      <w:r w:rsidRPr="0000691D">
        <w:rPr>
          <w:rFonts w:cs="B Mitra"/>
          <w:sz w:val="28"/>
          <w:szCs w:val="28"/>
          <w:rtl/>
        </w:rPr>
        <w:t>م</w:t>
      </w:r>
      <w:r w:rsidRPr="0000691D">
        <w:rPr>
          <w:rFonts w:cs="B Mitra" w:hint="cs"/>
          <w:sz w:val="28"/>
          <w:szCs w:val="28"/>
          <w:rtl/>
        </w:rPr>
        <w:t>ی</w:t>
      </w:r>
      <w:r w:rsidRPr="0000691D">
        <w:rPr>
          <w:rFonts w:cs="B Mitra" w:hint="eastAsia"/>
          <w:sz w:val="28"/>
          <w:szCs w:val="28"/>
        </w:rPr>
        <w:t>‌</w:t>
      </w:r>
      <w:r w:rsidRPr="0000691D">
        <w:rPr>
          <w:rFonts w:cs="B Mitra" w:hint="eastAsia"/>
          <w:sz w:val="28"/>
          <w:szCs w:val="28"/>
          <w:rtl/>
        </w:rPr>
        <w:t>گرفتند</w:t>
      </w:r>
      <w:r w:rsidRPr="0000691D">
        <w:rPr>
          <w:rFonts w:cs="B Mitra"/>
          <w:sz w:val="28"/>
          <w:szCs w:val="28"/>
          <w:rtl/>
        </w:rPr>
        <w:t xml:space="preserve"> و م</w:t>
      </w:r>
      <w:r w:rsidRPr="0000691D">
        <w:rPr>
          <w:rFonts w:cs="B Mitra" w:hint="cs"/>
          <w:sz w:val="28"/>
          <w:szCs w:val="28"/>
          <w:rtl/>
        </w:rPr>
        <w:t>ی‌</w:t>
      </w:r>
      <w:r w:rsidRPr="0000691D">
        <w:rPr>
          <w:rFonts w:cs="B Mitra" w:hint="eastAsia"/>
          <w:sz w:val="28"/>
          <w:szCs w:val="28"/>
          <w:rtl/>
        </w:rPr>
        <w:t>رفتند</w:t>
      </w:r>
      <w:r w:rsidRPr="0000691D">
        <w:rPr>
          <w:rFonts w:cs="B Mitra" w:hint="cs"/>
          <w:sz w:val="28"/>
          <w:szCs w:val="28"/>
          <w:rtl/>
        </w:rPr>
        <w:t xml:space="preserve"> و </w:t>
      </w:r>
      <w:r w:rsidRPr="0000691D">
        <w:rPr>
          <w:rFonts w:cs="B Mitra"/>
          <w:sz w:val="28"/>
          <w:szCs w:val="28"/>
          <w:rtl/>
        </w:rPr>
        <w:t xml:space="preserve"> ز</w:t>
      </w:r>
      <w:r w:rsidRPr="0000691D">
        <w:rPr>
          <w:rFonts w:cs="B Mitra" w:hint="cs"/>
          <w:sz w:val="28"/>
          <w:szCs w:val="28"/>
          <w:rtl/>
        </w:rPr>
        <w:t>ی</w:t>
      </w:r>
      <w:r w:rsidRPr="0000691D">
        <w:rPr>
          <w:rFonts w:cs="B Mitra" w:hint="eastAsia"/>
          <w:sz w:val="28"/>
          <w:szCs w:val="28"/>
          <w:rtl/>
        </w:rPr>
        <w:t>اد</w:t>
      </w:r>
      <w:r w:rsidRPr="0000691D">
        <w:rPr>
          <w:rFonts w:cs="B Mitra"/>
          <w:sz w:val="28"/>
          <w:szCs w:val="28"/>
          <w:rtl/>
        </w:rPr>
        <w:t xml:space="preserve"> هم</w:t>
      </w:r>
      <w:r w:rsidRPr="0000691D">
        <w:rPr>
          <w:rFonts w:cs="B Mitra" w:hint="cs"/>
          <w:sz w:val="28"/>
          <w:szCs w:val="28"/>
          <w:rtl/>
        </w:rPr>
        <w:t xml:space="preserve"> </w:t>
      </w:r>
      <w:r w:rsidRPr="0000691D">
        <w:rPr>
          <w:rFonts w:cs="B Mitra"/>
          <w:sz w:val="28"/>
          <w:szCs w:val="28"/>
          <w:rtl/>
        </w:rPr>
        <w:t>به گفته</w:t>
      </w:r>
      <w:r w:rsidRPr="0000691D">
        <w:rPr>
          <w:rFonts w:cs="B Mitra" w:hint="cs"/>
          <w:sz w:val="28"/>
          <w:szCs w:val="28"/>
          <w:rtl/>
        </w:rPr>
        <w:t>‌</w:t>
      </w:r>
      <w:r w:rsidRPr="0000691D">
        <w:rPr>
          <w:rFonts w:cs="B Mitra"/>
          <w:sz w:val="28"/>
          <w:szCs w:val="28"/>
          <w:rtl/>
        </w:rPr>
        <w:t>ها</w:t>
      </w:r>
      <w:r w:rsidRPr="0000691D">
        <w:rPr>
          <w:rFonts w:cs="B Mitra" w:hint="cs"/>
          <w:sz w:val="28"/>
          <w:szCs w:val="28"/>
          <w:rtl/>
        </w:rPr>
        <w:t>ی</w:t>
      </w:r>
      <w:r w:rsidRPr="0000691D">
        <w:rPr>
          <w:rFonts w:cs="B Mitra"/>
          <w:sz w:val="28"/>
          <w:szCs w:val="28"/>
          <w:rtl/>
        </w:rPr>
        <w:t xml:space="preserve"> ما دقت نم</w:t>
      </w:r>
      <w:r w:rsidRPr="0000691D">
        <w:rPr>
          <w:rFonts w:cs="B Mitra" w:hint="cs"/>
          <w:sz w:val="28"/>
          <w:szCs w:val="28"/>
          <w:rtl/>
        </w:rPr>
        <w:t>ی</w:t>
      </w:r>
      <w:r w:rsidRPr="0000691D">
        <w:rPr>
          <w:rFonts w:cs="B Mitra" w:hint="eastAsia"/>
          <w:sz w:val="28"/>
          <w:szCs w:val="28"/>
        </w:rPr>
        <w:t>‌</w:t>
      </w:r>
      <w:r w:rsidRPr="0000691D">
        <w:rPr>
          <w:rFonts w:cs="B Mitra" w:hint="eastAsia"/>
          <w:sz w:val="28"/>
          <w:szCs w:val="28"/>
          <w:rtl/>
        </w:rPr>
        <w:t>کردند</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گروه</w:t>
      </w:r>
      <w:r w:rsidRPr="0000691D">
        <w:rPr>
          <w:rFonts w:cs="B Mitra"/>
          <w:sz w:val="28"/>
          <w:szCs w:val="28"/>
          <w:rtl/>
        </w:rPr>
        <w:t xml:space="preserve"> بعد</w:t>
      </w:r>
      <w:r w:rsidRPr="0000691D">
        <w:rPr>
          <w:rFonts w:cs="B Mitra" w:hint="cs"/>
          <w:sz w:val="28"/>
          <w:szCs w:val="28"/>
          <w:rtl/>
        </w:rPr>
        <w:t>ی</w:t>
      </w:r>
      <w:r w:rsidRPr="0000691D">
        <w:rPr>
          <w:rFonts w:cs="B Mitra"/>
          <w:sz w:val="28"/>
          <w:szCs w:val="28"/>
          <w:rtl/>
        </w:rPr>
        <w:t xml:space="preserve"> هم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برگه</w:t>
      </w:r>
      <w:r w:rsidRPr="0000691D">
        <w:rPr>
          <w:rFonts w:cs="B Mitra" w:hint="cs"/>
          <w:sz w:val="28"/>
          <w:szCs w:val="28"/>
          <w:rtl/>
        </w:rPr>
        <w:t>‌</w:t>
      </w:r>
      <w:r w:rsidRPr="0000691D">
        <w:rPr>
          <w:rFonts w:cs="B Mitra"/>
          <w:sz w:val="28"/>
          <w:szCs w:val="28"/>
          <w:rtl/>
        </w:rPr>
        <w:t>ها را از ما نم</w:t>
      </w:r>
      <w:r w:rsidRPr="0000691D">
        <w:rPr>
          <w:rFonts w:cs="B Mitra" w:hint="cs"/>
          <w:sz w:val="28"/>
          <w:szCs w:val="28"/>
          <w:rtl/>
        </w:rPr>
        <w:t>ی‌</w:t>
      </w:r>
      <w:r w:rsidRPr="0000691D">
        <w:rPr>
          <w:rFonts w:cs="B Mitra" w:hint="eastAsia"/>
          <w:sz w:val="28"/>
          <w:szCs w:val="28"/>
          <w:rtl/>
        </w:rPr>
        <w:t>گرفتند</w:t>
      </w:r>
      <w:r w:rsidRPr="0000691D">
        <w:rPr>
          <w:rFonts w:cs="B Mitra"/>
          <w:sz w:val="28"/>
          <w:szCs w:val="28"/>
          <w:rtl/>
        </w:rPr>
        <w:t xml:space="preserve"> و م</w:t>
      </w:r>
      <w:r w:rsidRPr="0000691D">
        <w:rPr>
          <w:rFonts w:cs="B Mitra" w:hint="cs"/>
          <w:sz w:val="28"/>
          <w:szCs w:val="28"/>
          <w:rtl/>
        </w:rPr>
        <w:t>ی‌</w:t>
      </w:r>
      <w:r w:rsidRPr="0000691D">
        <w:rPr>
          <w:rFonts w:cs="B Mitra"/>
          <w:sz w:val="28"/>
          <w:szCs w:val="28"/>
          <w:rtl/>
        </w:rPr>
        <w:t>ترس</w:t>
      </w:r>
      <w:r w:rsidRPr="0000691D">
        <w:rPr>
          <w:rFonts w:cs="B Mitra" w:hint="cs"/>
          <w:sz w:val="28"/>
          <w:szCs w:val="28"/>
          <w:rtl/>
        </w:rPr>
        <w:t>ی</w:t>
      </w:r>
      <w:r w:rsidRPr="0000691D">
        <w:rPr>
          <w:rFonts w:cs="B Mitra" w:hint="eastAsia"/>
          <w:sz w:val="28"/>
          <w:szCs w:val="28"/>
          <w:rtl/>
        </w:rPr>
        <w:t>دند</w:t>
      </w:r>
      <w:r w:rsidRPr="0000691D">
        <w:rPr>
          <w:rFonts w:cs="B Mitra" w:hint="cs"/>
          <w:sz w:val="28"/>
          <w:szCs w:val="28"/>
          <w:rtl/>
        </w:rPr>
        <w:t xml:space="preserve">؛ </w:t>
      </w:r>
      <w:r w:rsidRPr="0000691D">
        <w:rPr>
          <w:rFonts w:cs="B Mitra"/>
          <w:sz w:val="28"/>
          <w:szCs w:val="28"/>
          <w:rtl/>
        </w:rPr>
        <w:t>م</w:t>
      </w:r>
      <w:r w:rsidRPr="0000691D">
        <w:rPr>
          <w:rFonts w:cs="B Mitra" w:hint="cs"/>
          <w:sz w:val="28"/>
          <w:szCs w:val="28"/>
          <w:rtl/>
        </w:rPr>
        <w:t>ی‌</w:t>
      </w:r>
      <w:r w:rsidRPr="0000691D">
        <w:rPr>
          <w:rFonts w:cs="B Mitra"/>
          <w:sz w:val="28"/>
          <w:szCs w:val="28"/>
          <w:rtl/>
        </w:rPr>
        <w:t>گفتند</w:t>
      </w:r>
      <w:r w:rsidRPr="0000691D">
        <w:rPr>
          <w:rFonts w:cs="B Mitra" w:hint="cs"/>
          <w:sz w:val="28"/>
          <w:szCs w:val="28"/>
          <w:rtl/>
        </w:rPr>
        <w:t xml:space="preserve"> </w:t>
      </w:r>
      <w:r w:rsidRPr="0000691D">
        <w:rPr>
          <w:rFonts w:cs="B Mitra"/>
          <w:sz w:val="28"/>
          <w:szCs w:val="28"/>
          <w:rtl/>
        </w:rPr>
        <w:t>که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برگه </w:t>
      </w:r>
      <w:r w:rsidRPr="0000691D">
        <w:rPr>
          <w:rFonts w:cs="B Mitra" w:hint="cs"/>
          <w:sz w:val="28"/>
          <w:szCs w:val="28"/>
          <w:rtl/>
        </w:rPr>
        <w:t>چیست یا اینکه</w:t>
      </w:r>
      <w:r w:rsidRPr="0000691D">
        <w:rPr>
          <w:rFonts w:cs="B Mitra"/>
          <w:sz w:val="28"/>
          <w:szCs w:val="28"/>
          <w:rtl/>
        </w:rPr>
        <w:t xml:space="preserve"> </w:t>
      </w:r>
      <w:r w:rsidRPr="0000691D">
        <w:rPr>
          <w:rFonts w:cs="B Mitra" w:hint="cs"/>
          <w:sz w:val="28"/>
          <w:szCs w:val="28"/>
          <w:rtl/>
        </w:rPr>
        <w:t xml:space="preserve">می‌گفتند </w:t>
      </w:r>
      <w:r w:rsidRPr="0000691D">
        <w:rPr>
          <w:rFonts w:cs="B Mitra"/>
          <w:sz w:val="28"/>
          <w:szCs w:val="28"/>
          <w:rtl/>
        </w:rPr>
        <w:t>ما کار دار</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و ب</w:t>
      </w:r>
      <w:r w:rsidRPr="0000691D">
        <w:rPr>
          <w:rFonts w:cs="B Mitra" w:hint="cs"/>
          <w:sz w:val="28"/>
          <w:szCs w:val="28"/>
          <w:rtl/>
        </w:rPr>
        <w:t>ی‌</w:t>
      </w:r>
      <w:r w:rsidRPr="0000691D">
        <w:rPr>
          <w:rFonts w:cs="B Mitra"/>
          <w:sz w:val="28"/>
          <w:szCs w:val="28"/>
          <w:rtl/>
        </w:rPr>
        <w:t>اعتنا رد م</w:t>
      </w:r>
      <w:r w:rsidRPr="0000691D">
        <w:rPr>
          <w:rFonts w:cs="B Mitra" w:hint="cs"/>
          <w:sz w:val="28"/>
          <w:szCs w:val="28"/>
          <w:rtl/>
        </w:rPr>
        <w:t>ی‌</w:t>
      </w:r>
      <w:r w:rsidRPr="0000691D">
        <w:rPr>
          <w:rFonts w:cs="B Mitra" w:hint="eastAsia"/>
          <w:sz w:val="28"/>
          <w:szCs w:val="28"/>
          <w:rtl/>
        </w:rPr>
        <w:t>شدند</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گروه هم</w:t>
      </w:r>
      <w:r w:rsidRPr="0000691D">
        <w:rPr>
          <w:rFonts w:cs="B Mitra" w:hint="cs"/>
          <w:sz w:val="28"/>
          <w:szCs w:val="28"/>
          <w:rtl/>
        </w:rPr>
        <w:t>،</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برگه</w:t>
      </w:r>
      <w:r w:rsidRPr="0000691D">
        <w:rPr>
          <w:rFonts w:cs="B Mitra" w:hint="cs"/>
          <w:sz w:val="28"/>
          <w:szCs w:val="28"/>
          <w:rtl/>
        </w:rPr>
        <w:t>‌</w:t>
      </w:r>
      <w:r w:rsidRPr="0000691D">
        <w:rPr>
          <w:rFonts w:cs="B Mitra"/>
          <w:sz w:val="28"/>
          <w:szCs w:val="28"/>
          <w:rtl/>
        </w:rPr>
        <w:t>ها را از ما م</w:t>
      </w:r>
      <w:r w:rsidRPr="0000691D">
        <w:rPr>
          <w:rFonts w:cs="B Mitra" w:hint="cs"/>
          <w:sz w:val="28"/>
          <w:szCs w:val="28"/>
          <w:rtl/>
        </w:rPr>
        <w:t>ی</w:t>
      </w:r>
      <w:r w:rsidRPr="0000691D">
        <w:rPr>
          <w:rFonts w:cs="B Mitra" w:hint="eastAsia"/>
          <w:sz w:val="28"/>
          <w:szCs w:val="28"/>
        </w:rPr>
        <w:t>‌</w:t>
      </w:r>
      <w:r w:rsidRPr="0000691D">
        <w:rPr>
          <w:rFonts w:cs="B Mitra" w:hint="eastAsia"/>
          <w:sz w:val="28"/>
          <w:szCs w:val="28"/>
          <w:rtl/>
        </w:rPr>
        <w:t>گرفتند</w:t>
      </w:r>
      <w:r w:rsidRPr="0000691D">
        <w:rPr>
          <w:rFonts w:cs="B Mitra"/>
          <w:sz w:val="28"/>
          <w:szCs w:val="28"/>
          <w:rtl/>
        </w:rPr>
        <w:t xml:space="preserve"> ول</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رفتند</w:t>
      </w:r>
      <w:r w:rsidRPr="0000691D">
        <w:rPr>
          <w:rFonts w:cs="B Mitra"/>
          <w:sz w:val="28"/>
          <w:szCs w:val="28"/>
          <w:rtl/>
        </w:rPr>
        <w:t xml:space="preserve"> چند قدم جلوتر و آن برگه را به زم</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م</w:t>
      </w:r>
      <w:r w:rsidRPr="0000691D">
        <w:rPr>
          <w:rFonts w:cs="B Mitra" w:hint="cs"/>
          <w:sz w:val="28"/>
          <w:szCs w:val="28"/>
          <w:rtl/>
        </w:rPr>
        <w:t>ی‌</w:t>
      </w:r>
      <w:r w:rsidRPr="0000691D">
        <w:rPr>
          <w:rFonts w:cs="B Mitra"/>
          <w:sz w:val="28"/>
          <w:szCs w:val="28"/>
          <w:rtl/>
        </w:rPr>
        <w:t>انداختند</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ول</w:t>
      </w:r>
      <w:r w:rsidRPr="0000691D">
        <w:rPr>
          <w:rFonts w:cs="B Mitra" w:hint="cs"/>
          <w:sz w:val="28"/>
          <w:szCs w:val="28"/>
          <w:rtl/>
        </w:rPr>
        <w:t>ی</w:t>
      </w:r>
      <w:r w:rsidRPr="0000691D">
        <w:rPr>
          <w:rFonts w:cs="B Mitra"/>
          <w:sz w:val="28"/>
          <w:szCs w:val="28"/>
          <w:rtl/>
        </w:rPr>
        <w:t xml:space="preserve"> اکثر</w:t>
      </w:r>
      <w:r w:rsidRPr="0000691D">
        <w:rPr>
          <w:rFonts w:cs="B Mitra" w:hint="cs"/>
          <w:sz w:val="28"/>
          <w:szCs w:val="28"/>
          <w:rtl/>
        </w:rPr>
        <w:t>ی</w:t>
      </w:r>
      <w:r w:rsidRPr="0000691D">
        <w:rPr>
          <w:rFonts w:cs="B Mitra" w:hint="eastAsia"/>
          <w:sz w:val="28"/>
          <w:szCs w:val="28"/>
          <w:rtl/>
        </w:rPr>
        <w:t>ت</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برگه</w:t>
      </w:r>
      <w:r w:rsidRPr="0000691D">
        <w:rPr>
          <w:rFonts w:cs="B Mitra" w:hint="cs"/>
          <w:sz w:val="28"/>
          <w:szCs w:val="28"/>
          <w:rtl/>
        </w:rPr>
        <w:t>‌</w:t>
      </w:r>
      <w:r w:rsidRPr="0000691D">
        <w:rPr>
          <w:rFonts w:cs="B Mitra"/>
          <w:sz w:val="28"/>
          <w:szCs w:val="28"/>
          <w:rtl/>
        </w:rPr>
        <w:t>ها را از ما م</w:t>
      </w:r>
      <w:r w:rsidRPr="0000691D">
        <w:rPr>
          <w:rFonts w:cs="B Mitra" w:hint="cs"/>
          <w:sz w:val="28"/>
          <w:szCs w:val="28"/>
          <w:rtl/>
        </w:rPr>
        <w:t>ی</w:t>
      </w:r>
      <w:r w:rsidRPr="0000691D">
        <w:rPr>
          <w:rFonts w:cs="B Mitra" w:hint="eastAsia"/>
          <w:sz w:val="28"/>
          <w:szCs w:val="28"/>
        </w:rPr>
        <w:t>‌</w:t>
      </w:r>
      <w:r w:rsidRPr="0000691D">
        <w:rPr>
          <w:rFonts w:cs="B Mitra" w:hint="eastAsia"/>
          <w:sz w:val="28"/>
          <w:szCs w:val="28"/>
          <w:rtl/>
        </w:rPr>
        <w:t>گرفتند</w:t>
      </w:r>
      <w:r w:rsidRPr="0000691D">
        <w:rPr>
          <w:rFonts w:cs="B Mitra"/>
          <w:sz w:val="28"/>
          <w:szCs w:val="28"/>
          <w:rtl/>
        </w:rPr>
        <w:t xml:space="preserve"> و تشکر هم م</w:t>
      </w:r>
      <w:r w:rsidRPr="0000691D">
        <w:rPr>
          <w:rFonts w:cs="B Mitra" w:hint="cs"/>
          <w:sz w:val="28"/>
          <w:szCs w:val="28"/>
          <w:rtl/>
        </w:rPr>
        <w:t>ی‌</w:t>
      </w:r>
      <w:r w:rsidRPr="0000691D">
        <w:rPr>
          <w:rFonts w:cs="B Mitra" w:hint="eastAsia"/>
          <w:sz w:val="28"/>
          <w:szCs w:val="28"/>
          <w:rtl/>
        </w:rPr>
        <w:t>کردند</w:t>
      </w:r>
      <w:r w:rsidRPr="0000691D">
        <w:rPr>
          <w:rFonts w:cs="B Mitra"/>
          <w:sz w:val="28"/>
          <w:szCs w:val="28"/>
          <w:rtl/>
        </w:rPr>
        <w:t xml:space="preserve"> و در ک</w:t>
      </w:r>
      <w:r w:rsidRPr="0000691D">
        <w:rPr>
          <w:rFonts w:cs="B Mitra" w:hint="cs"/>
          <w:sz w:val="28"/>
          <w:szCs w:val="28"/>
          <w:rtl/>
        </w:rPr>
        <w:t>ی</w:t>
      </w:r>
      <w:r w:rsidRPr="0000691D">
        <w:rPr>
          <w:rFonts w:cs="B Mitra" w:hint="eastAsia"/>
          <w:sz w:val="28"/>
          <w:szCs w:val="28"/>
          <w:rtl/>
        </w:rPr>
        <w:t>ف</w:t>
      </w:r>
      <w:r w:rsidRPr="0000691D">
        <w:rPr>
          <w:rFonts w:cs="B Mitra"/>
          <w:sz w:val="28"/>
          <w:szCs w:val="28"/>
          <w:rtl/>
        </w:rPr>
        <w:t>شان م</w:t>
      </w:r>
      <w:r w:rsidRPr="0000691D">
        <w:rPr>
          <w:rFonts w:cs="B Mitra" w:hint="cs"/>
          <w:sz w:val="28"/>
          <w:szCs w:val="28"/>
          <w:rtl/>
        </w:rPr>
        <w:t>ی</w:t>
      </w:r>
      <w:r w:rsidRPr="0000691D">
        <w:rPr>
          <w:rFonts w:cs="B Mitra" w:hint="eastAsia"/>
          <w:sz w:val="28"/>
          <w:szCs w:val="28"/>
        </w:rPr>
        <w:t>‌</w:t>
      </w:r>
      <w:r w:rsidRPr="0000691D">
        <w:rPr>
          <w:rFonts w:cs="B Mitra" w:hint="eastAsia"/>
          <w:sz w:val="28"/>
          <w:szCs w:val="28"/>
          <w:rtl/>
        </w:rPr>
        <w:t>گذاشتند</w:t>
      </w:r>
      <w:r w:rsidRPr="0000691D">
        <w:rPr>
          <w:rFonts w:cs="B Mitra" w:hint="cs"/>
          <w:sz w:val="28"/>
          <w:szCs w:val="28"/>
          <w:rtl/>
        </w:rPr>
        <w:t>.</w:t>
      </w:r>
      <w:r w:rsidRPr="0000691D">
        <w:rPr>
          <w:rFonts w:cs="B Mitra"/>
          <w:sz w:val="28"/>
          <w:szCs w:val="28"/>
          <w:rtl/>
        </w:rPr>
        <w:t xml:space="preserve"> </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بعض</w:t>
      </w:r>
      <w:r w:rsidRPr="0000691D">
        <w:rPr>
          <w:rFonts w:cs="B Mitra" w:hint="cs"/>
          <w:sz w:val="28"/>
          <w:szCs w:val="28"/>
          <w:rtl/>
        </w:rPr>
        <w:t>ی</w:t>
      </w:r>
      <w:r w:rsidRPr="0000691D">
        <w:rPr>
          <w:rFonts w:cs="B Mitra"/>
          <w:sz w:val="28"/>
          <w:szCs w:val="28"/>
          <w:rtl/>
        </w:rPr>
        <w:t xml:space="preserve"> از آن</w:t>
      </w:r>
      <w:r w:rsidRPr="0000691D">
        <w:rPr>
          <w:rFonts w:cs="B Mitra" w:hint="cs"/>
          <w:sz w:val="28"/>
          <w:szCs w:val="28"/>
          <w:rtl/>
        </w:rPr>
        <w:t>‌</w:t>
      </w:r>
      <w:r w:rsidRPr="0000691D">
        <w:rPr>
          <w:rFonts w:cs="B Mitra"/>
          <w:sz w:val="28"/>
          <w:szCs w:val="28"/>
          <w:rtl/>
        </w:rPr>
        <w:t>ها هم</w:t>
      </w:r>
      <w:r w:rsidRPr="0000691D">
        <w:rPr>
          <w:rFonts w:cs="B Mitra" w:hint="cs"/>
          <w:sz w:val="28"/>
          <w:szCs w:val="28"/>
          <w:rtl/>
        </w:rPr>
        <w:t>،</w:t>
      </w:r>
      <w:r w:rsidRPr="0000691D">
        <w:rPr>
          <w:rFonts w:cs="B Mitra"/>
          <w:sz w:val="28"/>
          <w:szCs w:val="28"/>
          <w:rtl/>
        </w:rPr>
        <w:t xml:space="preserve"> از توض</w:t>
      </w:r>
      <w:r w:rsidRPr="0000691D">
        <w:rPr>
          <w:rFonts w:cs="B Mitra" w:hint="cs"/>
          <w:sz w:val="28"/>
          <w:szCs w:val="28"/>
          <w:rtl/>
        </w:rPr>
        <w:t>ی</w:t>
      </w:r>
      <w:r w:rsidRPr="0000691D">
        <w:rPr>
          <w:rFonts w:cs="B Mitra" w:hint="eastAsia"/>
          <w:sz w:val="28"/>
          <w:szCs w:val="28"/>
          <w:rtl/>
        </w:rPr>
        <w:t>حات</w:t>
      </w:r>
      <w:r w:rsidRPr="0000691D">
        <w:rPr>
          <w:rFonts w:cs="B Mitra"/>
          <w:sz w:val="28"/>
          <w:szCs w:val="28"/>
          <w:rtl/>
        </w:rPr>
        <w:t xml:space="preserve">  و گفته</w:t>
      </w:r>
      <w:r w:rsidRPr="0000691D">
        <w:rPr>
          <w:rFonts w:cs="B Mitra" w:hint="cs"/>
          <w:sz w:val="28"/>
          <w:szCs w:val="28"/>
          <w:rtl/>
        </w:rPr>
        <w:t>‌</w:t>
      </w:r>
      <w:r w:rsidRPr="0000691D">
        <w:rPr>
          <w:rFonts w:cs="B Mitra"/>
          <w:sz w:val="28"/>
          <w:szCs w:val="28"/>
          <w:rtl/>
        </w:rPr>
        <w:t>ها</w:t>
      </w:r>
      <w:r w:rsidRPr="0000691D">
        <w:rPr>
          <w:rFonts w:cs="B Mitra" w:hint="cs"/>
          <w:sz w:val="28"/>
          <w:szCs w:val="28"/>
          <w:rtl/>
        </w:rPr>
        <w:t>ی</w:t>
      </w:r>
      <w:r w:rsidRPr="0000691D">
        <w:rPr>
          <w:rFonts w:cs="B Mitra" w:hint="eastAsia"/>
          <w:sz w:val="28"/>
          <w:szCs w:val="28"/>
          <w:rtl/>
        </w:rPr>
        <w:t>مان</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ادداشت</w:t>
      </w:r>
      <w:r w:rsidRPr="0000691D">
        <w:rPr>
          <w:rFonts w:cs="B Mitra" w:hint="cs"/>
          <w:sz w:val="28"/>
          <w:szCs w:val="28"/>
          <w:rtl/>
        </w:rPr>
        <w:t>‌</w:t>
      </w:r>
      <w:r w:rsidRPr="0000691D">
        <w:rPr>
          <w:rFonts w:cs="B Mitra"/>
          <w:sz w:val="28"/>
          <w:szCs w:val="28"/>
          <w:rtl/>
        </w:rPr>
        <w:t>ها</w:t>
      </w:r>
      <w:r w:rsidRPr="0000691D">
        <w:rPr>
          <w:rFonts w:cs="B Mitra" w:hint="cs"/>
          <w:sz w:val="28"/>
          <w:szCs w:val="28"/>
          <w:rtl/>
        </w:rPr>
        <w:t>یی</w:t>
      </w:r>
      <w:r w:rsidRPr="0000691D">
        <w:rPr>
          <w:rFonts w:cs="B Mitra"/>
          <w:sz w:val="28"/>
          <w:szCs w:val="28"/>
          <w:rtl/>
        </w:rPr>
        <w:t xml:space="preserve"> هم بر م</w:t>
      </w:r>
      <w:r w:rsidRPr="0000691D">
        <w:rPr>
          <w:rFonts w:cs="B Mitra" w:hint="cs"/>
          <w:sz w:val="28"/>
          <w:szCs w:val="28"/>
          <w:rtl/>
        </w:rPr>
        <w:t>ی‌</w:t>
      </w:r>
      <w:r w:rsidRPr="0000691D">
        <w:rPr>
          <w:rFonts w:cs="B Mitra" w:hint="eastAsia"/>
          <w:sz w:val="28"/>
          <w:szCs w:val="28"/>
          <w:rtl/>
        </w:rPr>
        <w:t>داشتند</w:t>
      </w:r>
      <w:r w:rsidRPr="0000691D">
        <w:rPr>
          <w:rFonts w:cs="B Mitra" w:hint="cs"/>
          <w:sz w:val="28"/>
          <w:szCs w:val="28"/>
          <w:rtl/>
        </w:rPr>
        <w:t xml:space="preserve">؛ </w:t>
      </w:r>
      <w:r w:rsidRPr="0000691D">
        <w:rPr>
          <w:rFonts w:cs="B Mitra" w:hint="eastAsia"/>
          <w:sz w:val="28"/>
          <w:szCs w:val="28"/>
          <w:rtl/>
        </w:rPr>
        <w:t>خب</w:t>
      </w:r>
      <w:r w:rsidRPr="0000691D">
        <w:rPr>
          <w:rFonts w:cs="B Mitra"/>
          <w:sz w:val="28"/>
          <w:szCs w:val="28"/>
          <w:rtl/>
        </w:rPr>
        <w:t>،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نشان م</w:t>
      </w:r>
      <w:r w:rsidRPr="0000691D">
        <w:rPr>
          <w:rFonts w:cs="B Mitra" w:hint="cs"/>
          <w:sz w:val="28"/>
          <w:szCs w:val="28"/>
          <w:rtl/>
        </w:rPr>
        <w:t>ی</w:t>
      </w:r>
      <w:r w:rsidRPr="0000691D">
        <w:rPr>
          <w:rFonts w:cs="B Mitra" w:hint="eastAsia"/>
          <w:sz w:val="28"/>
          <w:szCs w:val="28"/>
        </w:rPr>
        <w:t>‌</w:t>
      </w:r>
      <w:r w:rsidRPr="0000691D">
        <w:rPr>
          <w:rFonts w:cs="B Mitra" w:hint="eastAsia"/>
          <w:sz w:val="28"/>
          <w:szCs w:val="28"/>
          <w:rtl/>
        </w:rPr>
        <w:t>داد</w:t>
      </w:r>
      <w:r w:rsidRPr="0000691D">
        <w:rPr>
          <w:rFonts w:cs="B Mitra"/>
          <w:sz w:val="28"/>
          <w:szCs w:val="28"/>
          <w:rtl/>
        </w:rPr>
        <w:t xml:space="preserve"> که ما در آن روز  به اندازه توانا</w:t>
      </w:r>
      <w:r w:rsidRPr="0000691D">
        <w:rPr>
          <w:rFonts w:cs="B Mitra" w:hint="cs"/>
          <w:sz w:val="28"/>
          <w:szCs w:val="28"/>
          <w:rtl/>
        </w:rPr>
        <w:t>یی‌</w:t>
      </w:r>
      <w:r w:rsidRPr="0000691D">
        <w:rPr>
          <w:rFonts w:cs="B Mitra"/>
          <w:sz w:val="28"/>
          <w:szCs w:val="28"/>
          <w:rtl/>
        </w:rPr>
        <w:t>ها</w:t>
      </w:r>
      <w:r w:rsidRPr="0000691D">
        <w:rPr>
          <w:rFonts w:cs="B Mitra" w:hint="cs"/>
          <w:sz w:val="28"/>
          <w:szCs w:val="28"/>
          <w:rtl/>
        </w:rPr>
        <w:t>ی</w:t>
      </w:r>
      <w:r w:rsidRPr="0000691D">
        <w:rPr>
          <w:rFonts w:cs="B Mitra" w:hint="eastAsia"/>
          <w:sz w:val="28"/>
          <w:szCs w:val="28"/>
          <w:rtl/>
        </w:rPr>
        <w:t>مان</w:t>
      </w:r>
      <w:r w:rsidRPr="0000691D">
        <w:rPr>
          <w:rFonts w:cs="B Mitra"/>
          <w:sz w:val="28"/>
          <w:szCs w:val="28"/>
          <w:rtl/>
        </w:rPr>
        <w:t xml:space="preserve"> توانست</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به گروه</w:t>
      </w:r>
      <w:r w:rsidRPr="0000691D">
        <w:rPr>
          <w:rFonts w:cs="B Mitra" w:hint="cs"/>
          <w:sz w:val="28"/>
          <w:szCs w:val="28"/>
          <w:rtl/>
        </w:rPr>
        <w:t>ی،</w:t>
      </w:r>
      <w:r w:rsidRPr="0000691D">
        <w:rPr>
          <w:rFonts w:cs="B Mitra"/>
          <w:sz w:val="28"/>
          <w:szCs w:val="28"/>
          <w:rtl/>
        </w:rPr>
        <w:t xml:space="preserve"> ضمن دادن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برگه نسخه چاپ</w:t>
      </w:r>
      <w:r w:rsidRPr="0000691D">
        <w:rPr>
          <w:rFonts w:cs="B Mitra" w:hint="cs"/>
          <w:sz w:val="28"/>
          <w:szCs w:val="28"/>
          <w:rtl/>
        </w:rPr>
        <w:t>ی</w:t>
      </w:r>
      <w:r w:rsidRPr="0000691D">
        <w:rPr>
          <w:rFonts w:cs="B Mitra"/>
          <w:sz w:val="28"/>
          <w:szCs w:val="28"/>
          <w:rtl/>
        </w:rPr>
        <w:t xml:space="preserve"> از خط بر</w:t>
      </w:r>
      <w:r w:rsidRPr="0000691D">
        <w:rPr>
          <w:rFonts w:cs="B Mitra" w:hint="cs"/>
          <w:sz w:val="28"/>
          <w:szCs w:val="28"/>
          <w:rtl/>
        </w:rPr>
        <w:t>ی</w:t>
      </w:r>
      <w:r w:rsidRPr="0000691D">
        <w:rPr>
          <w:rFonts w:cs="B Mitra" w:hint="eastAsia"/>
          <w:sz w:val="28"/>
          <w:szCs w:val="28"/>
          <w:rtl/>
        </w:rPr>
        <w:t>ل</w:t>
      </w:r>
      <w:r w:rsidRPr="0000691D">
        <w:rPr>
          <w:rFonts w:cs="B Mitra"/>
          <w:sz w:val="28"/>
          <w:szCs w:val="28"/>
          <w:rtl/>
        </w:rPr>
        <w:t>، در مورد عصا</w:t>
      </w:r>
      <w:r w:rsidRPr="0000691D">
        <w:rPr>
          <w:rFonts w:cs="B Mitra" w:hint="cs"/>
          <w:sz w:val="28"/>
          <w:szCs w:val="28"/>
          <w:rtl/>
        </w:rPr>
        <w:t>ی</w:t>
      </w:r>
      <w:r w:rsidRPr="0000691D">
        <w:rPr>
          <w:rFonts w:cs="B Mitra"/>
          <w:sz w:val="28"/>
          <w:szCs w:val="28"/>
          <w:rtl/>
        </w:rPr>
        <w:t xml:space="preserve"> سف</w:t>
      </w:r>
      <w:r w:rsidRPr="0000691D">
        <w:rPr>
          <w:rFonts w:cs="B Mitra" w:hint="cs"/>
          <w:sz w:val="28"/>
          <w:szCs w:val="28"/>
          <w:rtl/>
        </w:rPr>
        <w:t>ی</w:t>
      </w:r>
      <w:r w:rsidRPr="0000691D">
        <w:rPr>
          <w:rFonts w:cs="B Mitra" w:hint="eastAsia"/>
          <w:sz w:val="28"/>
          <w:szCs w:val="28"/>
          <w:rtl/>
        </w:rPr>
        <w:t>د</w:t>
      </w:r>
      <w:r w:rsidRPr="0000691D">
        <w:rPr>
          <w:rFonts w:cs="B Mitra" w:hint="cs"/>
          <w:sz w:val="28"/>
          <w:szCs w:val="28"/>
          <w:rtl/>
        </w:rPr>
        <w:t xml:space="preserve"> و </w:t>
      </w:r>
      <w:r w:rsidRPr="0000691D">
        <w:rPr>
          <w:rFonts w:cs="B Mitra"/>
          <w:sz w:val="28"/>
          <w:szCs w:val="28"/>
          <w:rtl/>
        </w:rPr>
        <w:t>خط ناب</w:t>
      </w:r>
      <w:r w:rsidRPr="0000691D">
        <w:rPr>
          <w:rFonts w:cs="B Mitra" w:hint="cs"/>
          <w:sz w:val="28"/>
          <w:szCs w:val="28"/>
          <w:rtl/>
        </w:rPr>
        <w:t>ی</w:t>
      </w:r>
      <w:r w:rsidRPr="0000691D">
        <w:rPr>
          <w:rFonts w:cs="B Mitra" w:hint="eastAsia"/>
          <w:sz w:val="28"/>
          <w:szCs w:val="28"/>
          <w:rtl/>
        </w:rPr>
        <w:t>نا</w:t>
      </w:r>
      <w:r w:rsidRPr="0000691D">
        <w:rPr>
          <w:rFonts w:cs="B Mitra" w:hint="cs"/>
          <w:sz w:val="28"/>
          <w:szCs w:val="28"/>
          <w:rtl/>
        </w:rPr>
        <w:t xml:space="preserve">یی </w:t>
      </w:r>
      <w:r w:rsidRPr="0000691D">
        <w:rPr>
          <w:rFonts w:cs="B Mitra"/>
          <w:sz w:val="28"/>
          <w:szCs w:val="28"/>
          <w:rtl/>
        </w:rPr>
        <w:t>آگاه</w:t>
      </w:r>
      <w:r w:rsidRPr="0000691D">
        <w:rPr>
          <w:rFonts w:cs="B Mitra" w:hint="cs"/>
          <w:sz w:val="28"/>
          <w:szCs w:val="28"/>
          <w:rtl/>
        </w:rPr>
        <w:t>‌</w:t>
      </w:r>
      <w:r w:rsidRPr="0000691D">
        <w:rPr>
          <w:rFonts w:cs="B Mitra"/>
          <w:sz w:val="28"/>
          <w:szCs w:val="28"/>
          <w:rtl/>
        </w:rPr>
        <w:t>ساز</w:t>
      </w:r>
      <w:r w:rsidRPr="0000691D">
        <w:rPr>
          <w:rFonts w:cs="B Mitra" w:hint="cs"/>
          <w:sz w:val="28"/>
          <w:szCs w:val="28"/>
          <w:rtl/>
        </w:rPr>
        <w:t>ی</w:t>
      </w:r>
      <w:r w:rsidRPr="0000691D">
        <w:rPr>
          <w:rFonts w:cs="B Mitra"/>
          <w:sz w:val="28"/>
          <w:szCs w:val="28"/>
          <w:rtl/>
        </w:rPr>
        <w:t xml:space="preserve"> نما</w:t>
      </w:r>
      <w:r w:rsidRPr="0000691D">
        <w:rPr>
          <w:rFonts w:cs="B Mitra" w:hint="cs"/>
          <w:sz w:val="28"/>
          <w:szCs w:val="28"/>
          <w:rtl/>
        </w:rPr>
        <w:t>یی</w:t>
      </w:r>
      <w:r w:rsidRPr="0000691D">
        <w:rPr>
          <w:rFonts w:cs="B Mitra" w:hint="eastAsia"/>
          <w:sz w:val="28"/>
          <w:szCs w:val="28"/>
          <w:rtl/>
        </w:rPr>
        <w:t>م</w:t>
      </w:r>
      <w:r w:rsidRPr="0000691D">
        <w:rPr>
          <w:rFonts w:cs="B Mitra" w:hint="cs"/>
          <w:sz w:val="28"/>
          <w:szCs w:val="28"/>
          <w:rtl/>
        </w:rPr>
        <w:t xml:space="preserve">؛ </w:t>
      </w:r>
      <w:r w:rsidRPr="0000691D">
        <w:rPr>
          <w:rFonts w:cs="B Mitra" w:hint="eastAsia"/>
          <w:sz w:val="28"/>
          <w:szCs w:val="28"/>
          <w:rtl/>
        </w:rPr>
        <w:t>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کار باعث شد که تشو</w:t>
      </w:r>
      <w:r w:rsidRPr="0000691D">
        <w:rPr>
          <w:rFonts w:cs="B Mitra" w:hint="cs"/>
          <w:sz w:val="28"/>
          <w:szCs w:val="28"/>
          <w:rtl/>
        </w:rPr>
        <w:t>ی</w:t>
      </w:r>
      <w:r w:rsidRPr="0000691D">
        <w:rPr>
          <w:rFonts w:cs="B Mitra" w:hint="eastAsia"/>
          <w:sz w:val="28"/>
          <w:szCs w:val="28"/>
          <w:rtl/>
        </w:rPr>
        <w:t>ق</w:t>
      </w:r>
      <w:r w:rsidRPr="0000691D">
        <w:rPr>
          <w:rFonts w:cs="B Mitra"/>
          <w:sz w:val="28"/>
          <w:szCs w:val="28"/>
          <w:rtl/>
        </w:rPr>
        <w:t xml:space="preserve"> بشو</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و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روال را در سال</w:t>
      </w:r>
      <w:r w:rsidRPr="0000691D">
        <w:rPr>
          <w:rFonts w:cs="B Mitra" w:hint="cs"/>
          <w:sz w:val="28"/>
          <w:szCs w:val="28"/>
          <w:rtl/>
        </w:rPr>
        <w:t>‌</w:t>
      </w:r>
      <w:r w:rsidRPr="0000691D">
        <w:rPr>
          <w:rFonts w:cs="B Mitra"/>
          <w:sz w:val="28"/>
          <w:szCs w:val="28"/>
          <w:rtl/>
        </w:rPr>
        <w:t>ها</w:t>
      </w:r>
      <w:r w:rsidRPr="0000691D">
        <w:rPr>
          <w:rFonts w:cs="B Mitra" w:hint="cs"/>
          <w:sz w:val="28"/>
          <w:szCs w:val="28"/>
          <w:rtl/>
        </w:rPr>
        <w:t>ی</w:t>
      </w:r>
      <w:r w:rsidRPr="0000691D">
        <w:rPr>
          <w:rFonts w:cs="B Mitra"/>
          <w:sz w:val="28"/>
          <w:szCs w:val="28"/>
          <w:rtl/>
        </w:rPr>
        <w:t xml:space="preserve"> بعد ن</w:t>
      </w:r>
      <w:r w:rsidRPr="0000691D">
        <w:rPr>
          <w:rFonts w:cs="B Mitra" w:hint="cs"/>
          <w:sz w:val="28"/>
          <w:szCs w:val="28"/>
          <w:rtl/>
        </w:rPr>
        <w:t>ی</w:t>
      </w:r>
      <w:r w:rsidRPr="0000691D">
        <w:rPr>
          <w:rFonts w:cs="B Mitra" w:hint="eastAsia"/>
          <w:sz w:val="28"/>
          <w:szCs w:val="28"/>
          <w:rtl/>
        </w:rPr>
        <w:t>ز</w:t>
      </w:r>
      <w:r w:rsidRPr="0000691D">
        <w:rPr>
          <w:rFonts w:cs="B Mitra"/>
          <w:sz w:val="28"/>
          <w:szCs w:val="28"/>
          <w:rtl/>
        </w:rPr>
        <w:t>، ادامه ده</w:t>
      </w:r>
      <w:r w:rsidRPr="0000691D">
        <w:rPr>
          <w:rFonts w:cs="B Mitra" w:hint="cs"/>
          <w:sz w:val="28"/>
          <w:szCs w:val="28"/>
          <w:rtl/>
        </w:rPr>
        <w:t>ی</w:t>
      </w:r>
      <w:r w:rsidRPr="0000691D">
        <w:rPr>
          <w:rFonts w:cs="B Mitra" w:hint="eastAsia"/>
          <w:sz w:val="28"/>
          <w:szCs w:val="28"/>
          <w:rtl/>
        </w:rPr>
        <w:t>م</w:t>
      </w:r>
      <w:r w:rsidRPr="0000691D">
        <w:rPr>
          <w:rFonts w:cs="B Mitra" w:hint="cs"/>
          <w:sz w:val="28"/>
          <w:szCs w:val="28"/>
          <w:rtl/>
        </w:rPr>
        <w:t>؛ پس،</w:t>
      </w:r>
      <w:r w:rsidRPr="0000691D">
        <w:rPr>
          <w:rFonts w:cs="B Mitra"/>
          <w:sz w:val="28"/>
          <w:szCs w:val="28"/>
          <w:rtl/>
        </w:rPr>
        <w:t xml:space="preserve"> مجدداً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برگه</w:t>
      </w:r>
      <w:r w:rsidRPr="0000691D">
        <w:rPr>
          <w:rFonts w:cs="B Mitra" w:hint="cs"/>
          <w:sz w:val="28"/>
          <w:szCs w:val="28"/>
          <w:rtl/>
        </w:rPr>
        <w:t>‌</w:t>
      </w:r>
      <w:r w:rsidRPr="0000691D">
        <w:rPr>
          <w:rFonts w:cs="B Mitra"/>
          <w:sz w:val="28"/>
          <w:szCs w:val="28"/>
          <w:rtl/>
        </w:rPr>
        <w:t>ها را برا</w:t>
      </w:r>
      <w:r w:rsidRPr="0000691D">
        <w:rPr>
          <w:rFonts w:cs="B Mitra" w:hint="cs"/>
          <w:sz w:val="28"/>
          <w:szCs w:val="28"/>
          <w:rtl/>
        </w:rPr>
        <w:t>ی</w:t>
      </w:r>
      <w:r w:rsidRPr="0000691D">
        <w:rPr>
          <w:rFonts w:cs="B Mitra"/>
          <w:sz w:val="28"/>
          <w:szCs w:val="28"/>
          <w:rtl/>
        </w:rPr>
        <w:t xml:space="preserve"> سال 1393 جمع‌آور</w:t>
      </w:r>
      <w:r w:rsidRPr="0000691D">
        <w:rPr>
          <w:rFonts w:cs="B Mitra" w:hint="cs"/>
          <w:sz w:val="28"/>
          <w:szCs w:val="28"/>
          <w:rtl/>
        </w:rPr>
        <w:t>ی</w:t>
      </w:r>
      <w:r w:rsidRPr="0000691D">
        <w:rPr>
          <w:rFonts w:cs="B Mitra"/>
          <w:sz w:val="28"/>
          <w:szCs w:val="28"/>
          <w:rtl/>
        </w:rPr>
        <w:t xml:space="preserve"> کرد</w:t>
      </w:r>
      <w:r w:rsidRPr="0000691D">
        <w:rPr>
          <w:rFonts w:cs="B Mitra" w:hint="cs"/>
          <w:sz w:val="28"/>
          <w:szCs w:val="28"/>
          <w:rtl/>
        </w:rPr>
        <w:t>ی</w:t>
      </w:r>
      <w:r w:rsidRPr="0000691D">
        <w:rPr>
          <w:rFonts w:cs="B Mitra" w:hint="eastAsia"/>
          <w:sz w:val="28"/>
          <w:szCs w:val="28"/>
          <w:rtl/>
        </w:rPr>
        <w:t>م</w:t>
      </w:r>
      <w:r w:rsidRPr="0000691D">
        <w:rPr>
          <w:rFonts w:cs="B Mitra" w:hint="cs"/>
          <w:sz w:val="28"/>
          <w:szCs w:val="28"/>
          <w:rtl/>
        </w:rPr>
        <w:t xml:space="preserve">؛ </w:t>
      </w:r>
      <w:r w:rsidRPr="0000691D">
        <w:rPr>
          <w:rFonts w:cs="B Mitra" w:hint="eastAsia"/>
          <w:sz w:val="28"/>
          <w:szCs w:val="28"/>
          <w:rtl/>
        </w:rPr>
        <w:t>اما</w:t>
      </w:r>
      <w:r w:rsidRPr="0000691D">
        <w:rPr>
          <w:rFonts w:cs="B Mitra"/>
          <w:sz w:val="28"/>
          <w:szCs w:val="28"/>
          <w:rtl/>
        </w:rPr>
        <w:t xml:space="preserve"> در آن سال</w:t>
      </w:r>
      <w:r w:rsidRPr="0000691D">
        <w:rPr>
          <w:rFonts w:cs="B Mitra" w:hint="cs"/>
          <w:sz w:val="28"/>
          <w:szCs w:val="28"/>
          <w:rtl/>
        </w:rPr>
        <w:t>،</w:t>
      </w:r>
      <w:r w:rsidRPr="0000691D">
        <w:rPr>
          <w:rFonts w:cs="B Mitra"/>
          <w:sz w:val="28"/>
          <w:szCs w:val="28"/>
          <w:rtl/>
        </w:rPr>
        <w:t xml:space="preserve"> ب</w:t>
      </w:r>
      <w:r w:rsidRPr="0000691D">
        <w:rPr>
          <w:rFonts w:cs="B Mitra" w:hint="cs"/>
          <w:sz w:val="28"/>
          <w:szCs w:val="28"/>
          <w:rtl/>
        </w:rPr>
        <w:t xml:space="preserve">ه </w:t>
      </w:r>
      <w:r w:rsidRPr="0000691D">
        <w:rPr>
          <w:rFonts w:cs="B Mitra"/>
          <w:sz w:val="28"/>
          <w:szCs w:val="28"/>
          <w:rtl/>
        </w:rPr>
        <w:t>علت ب</w:t>
      </w:r>
      <w:r w:rsidRPr="0000691D">
        <w:rPr>
          <w:rFonts w:cs="B Mitra" w:hint="cs"/>
          <w:sz w:val="28"/>
          <w:szCs w:val="28"/>
          <w:rtl/>
        </w:rPr>
        <w:t>ی</w:t>
      </w:r>
      <w:r w:rsidRPr="0000691D">
        <w:rPr>
          <w:rFonts w:cs="B Mitra" w:hint="eastAsia"/>
          <w:sz w:val="28"/>
          <w:szCs w:val="28"/>
          <w:rtl/>
        </w:rPr>
        <w:t>مار</w:t>
      </w:r>
      <w:r w:rsidRPr="0000691D">
        <w:rPr>
          <w:rFonts w:cs="B Mitra" w:hint="cs"/>
          <w:sz w:val="28"/>
          <w:szCs w:val="28"/>
          <w:rtl/>
        </w:rPr>
        <w:t>ی</w:t>
      </w:r>
      <w:r w:rsidRPr="0000691D">
        <w:rPr>
          <w:rFonts w:cs="B Mitra"/>
          <w:sz w:val="28"/>
          <w:szCs w:val="28"/>
          <w:rtl/>
        </w:rPr>
        <w:t xml:space="preserve"> همسرم</w:t>
      </w:r>
      <w:r w:rsidRPr="0000691D">
        <w:rPr>
          <w:rFonts w:cs="B Mitra" w:hint="cs"/>
          <w:sz w:val="28"/>
          <w:szCs w:val="28"/>
          <w:rtl/>
        </w:rPr>
        <w:t xml:space="preserve">، به ناچار </w:t>
      </w:r>
      <w:r w:rsidRPr="0000691D">
        <w:rPr>
          <w:rFonts w:cs="B Mitra"/>
          <w:sz w:val="28"/>
          <w:szCs w:val="28"/>
          <w:rtl/>
        </w:rPr>
        <w:t>خود به تنها</w:t>
      </w:r>
      <w:r w:rsidRPr="0000691D">
        <w:rPr>
          <w:rFonts w:cs="B Mitra" w:hint="cs"/>
          <w:sz w:val="28"/>
          <w:szCs w:val="28"/>
          <w:rtl/>
        </w:rPr>
        <w:t>یی</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برگه</w:t>
      </w:r>
      <w:r w:rsidRPr="0000691D">
        <w:rPr>
          <w:rFonts w:cs="B Mitra" w:hint="cs"/>
          <w:sz w:val="28"/>
          <w:szCs w:val="28"/>
          <w:rtl/>
        </w:rPr>
        <w:t>‌</w:t>
      </w:r>
      <w:r w:rsidRPr="0000691D">
        <w:rPr>
          <w:rFonts w:cs="B Mitra"/>
          <w:sz w:val="28"/>
          <w:szCs w:val="28"/>
          <w:rtl/>
        </w:rPr>
        <w:t>ها ر</w:t>
      </w:r>
      <w:r w:rsidRPr="0000691D">
        <w:rPr>
          <w:rFonts w:cs="B Mitra" w:hint="cs"/>
          <w:sz w:val="28"/>
          <w:szCs w:val="28"/>
          <w:rtl/>
        </w:rPr>
        <w:t>ا</w:t>
      </w:r>
      <w:r w:rsidRPr="0000691D">
        <w:rPr>
          <w:rFonts w:cs="B Mitra"/>
          <w:sz w:val="28"/>
          <w:szCs w:val="28"/>
          <w:rtl/>
        </w:rPr>
        <w:t xml:space="preserve"> بردم </w:t>
      </w:r>
      <w:r w:rsidRPr="0000691D">
        <w:rPr>
          <w:rFonts w:cs="B Mitra" w:hint="cs"/>
          <w:sz w:val="28"/>
          <w:szCs w:val="28"/>
          <w:rtl/>
        </w:rPr>
        <w:t xml:space="preserve">و </w:t>
      </w:r>
      <w:r w:rsidRPr="0000691D">
        <w:rPr>
          <w:rFonts w:cs="B Mitra"/>
          <w:sz w:val="28"/>
          <w:szCs w:val="28"/>
          <w:rtl/>
        </w:rPr>
        <w:t>با هماهنگ</w:t>
      </w:r>
      <w:r w:rsidRPr="0000691D">
        <w:rPr>
          <w:rFonts w:cs="B Mitra" w:hint="cs"/>
          <w:sz w:val="28"/>
          <w:szCs w:val="28"/>
          <w:rtl/>
        </w:rPr>
        <w:t>ی</w:t>
      </w:r>
      <w:r w:rsidRPr="0000691D">
        <w:rPr>
          <w:rFonts w:cs="B Mitra"/>
          <w:sz w:val="28"/>
          <w:szCs w:val="28"/>
          <w:rtl/>
        </w:rPr>
        <w:t xml:space="preserve"> کتابخانه مرکز</w:t>
      </w:r>
      <w:r w:rsidRPr="0000691D">
        <w:rPr>
          <w:rFonts w:cs="B Mitra" w:hint="cs"/>
          <w:sz w:val="28"/>
          <w:szCs w:val="28"/>
          <w:rtl/>
        </w:rPr>
        <w:t>ی</w:t>
      </w:r>
      <w:r w:rsidRPr="0000691D">
        <w:rPr>
          <w:rFonts w:cs="B Mitra"/>
          <w:sz w:val="28"/>
          <w:szCs w:val="28"/>
          <w:rtl/>
        </w:rPr>
        <w:t xml:space="preserve"> دانشگاه تهران و </w:t>
      </w:r>
      <w:r w:rsidRPr="0000691D">
        <w:rPr>
          <w:rFonts w:cs="B Mitra" w:hint="cs"/>
          <w:sz w:val="28"/>
          <w:szCs w:val="28"/>
          <w:rtl/>
        </w:rPr>
        <w:t xml:space="preserve">به کمک </w:t>
      </w:r>
      <w:r w:rsidRPr="0000691D">
        <w:rPr>
          <w:rFonts w:cs="B Mitra"/>
          <w:sz w:val="28"/>
          <w:szCs w:val="28"/>
          <w:rtl/>
        </w:rPr>
        <w:t>کسان</w:t>
      </w:r>
      <w:r w:rsidRPr="0000691D">
        <w:rPr>
          <w:rFonts w:cs="B Mitra" w:hint="cs"/>
          <w:sz w:val="28"/>
          <w:szCs w:val="28"/>
          <w:rtl/>
        </w:rPr>
        <w:t>ی</w:t>
      </w:r>
      <w:r w:rsidRPr="0000691D">
        <w:rPr>
          <w:rFonts w:cs="B Mitra"/>
          <w:sz w:val="28"/>
          <w:szCs w:val="28"/>
          <w:rtl/>
        </w:rPr>
        <w:t xml:space="preserve"> که در آن محل بودند</w:t>
      </w:r>
      <w:r w:rsidRPr="0000691D">
        <w:rPr>
          <w:rFonts w:cs="B Mitra" w:hint="cs"/>
          <w:sz w:val="28"/>
          <w:szCs w:val="28"/>
          <w:rtl/>
        </w:rPr>
        <w:t>،</w:t>
      </w:r>
      <w:r w:rsidRPr="0000691D">
        <w:rPr>
          <w:rFonts w:cs="B Mitra"/>
          <w:sz w:val="28"/>
          <w:szCs w:val="28"/>
          <w:rtl/>
        </w:rPr>
        <w:t xml:space="preserve"> توز</w:t>
      </w:r>
      <w:r w:rsidRPr="0000691D">
        <w:rPr>
          <w:rFonts w:cs="B Mitra" w:hint="cs"/>
          <w:sz w:val="28"/>
          <w:szCs w:val="28"/>
          <w:rtl/>
        </w:rPr>
        <w:t>ی</w:t>
      </w:r>
      <w:r w:rsidRPr="0000691D">
        <w:rPr>
          <w:rFonts w:cs="B Mitra" w:hint="eastAsia"/>
          <w:sz w:val="28"/>
          <w:szCs w:val="28"/>
          <w:rtl/>
        </w:rPr>
        <w:t>ع</w:t>
      </w:r>
      <w:r w:rsidRPr="0000691D">
        <w:rPr>
          <w:rFonts w:cs="B Mitra"/>
          <w:sz w:val="28"/>
          <w:szCs w:val="28"/>
          <w:rtl/>
        </w:rPr>
        <w:t xml:space="preserve"> کردم</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cs"/>
          <w:sz w:val="28"/>
          <w:szCs w:val="28"/>
          <w:rtl/>
        </w:rPr>
        <w:t xml:space="preserve">کار بعدی من این بود که </w:t>
      </w:r>
      <w:r w:rsidRPr="0000691D">
        <w:rPr>
          <w:rFonts w:cs="B Mitra"/>
          <w:sz w:val="28"/>
          <w:szCs w:val="28"/>
          <w:rtl/>
        </w:rPr>
        <w:t>تعداد</w:t>
      </w:r>
      <w:r w:rsidRPr="0000691D">
        <w:rPr>
          <w:rFonts w:cs="B Mitra" w:hint="cs"/>
          <w:sz w:val="28"/>
          <w:szCs w:val="28"/>
          <w:rtl/>
        </w:rPr>
        <w:t>ی</w:t>
      </w:r>
      <w:r w:rsidRPr="0000691D">
        <w:rPr>
          <w:rFonts w:cs="B Mitra"/>
          <w:sz w:val="28"/>
          <w:szCs w:val="28"/>
          <w:rtl/>
        </w:rPr>
        <w:t xml:space="preserve"> نوار کاسِت داشتم  که سر کلاس درس</w:t>
      </w:r>
      <w:r w:rsidRPr="0000691D">
        <w:rPr>
          <w:rFonts w:cs="B Mitra" w:hint="cs"/>
          <w:sz w:val="28"/>
          <w:szCs w:val="28"/>
          <w:rtl/>
        </w:rPr>
        <w:t>، صدای تدریس</w:t>
      </w:r>
      <w:r w:rsidRPr="0000691D">
        <w:rPr>
          <w:rFonts w:cs="B Mitra"/>
          <w:sz w:val="28"/>
          <w:szCs w:val="28"/>
          <w:rtl/>
        </w:rPr>
        <w:t xml:space="preserve"> استادها </w:t>
      </w:r>
      <w:r w:rsidRPr="0000691D">
        <w:rPr>
          <w:rFonts w:cs="B Mitra" w:hint="cs"/>
          <w:sz w:val="28"/>
          <w:szCs w:val="28"/>
          <w:rtl/>
        </w:rPr>
        <w:t xml:space="preserve">را </w:t>
      </w:r>
      <w:r w:rsidRPr="0000691D">
        <w:rPr>
          <w:rFonts w:cs="B Mitra"/>
          <w:sz w:val="28"/>
          <w:szCs w:val="28"/>
          <w:rtl/>
        </w:rPr>
        <w:t>ضبط کرده بودم</w:t>
      </w:r>
      <w:r w:rsidRPr="0000691D">
        <w:rPr>
          <w:rFonts w:cs="B Mitra" w:hint="cs"/>
          <w:sz w:val="28"/>
          <w:szCs w:val="28"/>
          <w:rtl/>
        </w:rPr>
        <w:t>؛</w:t>
      </w:r>
      <w:r w:rsidRPr="0000691D">
        <w:rPr>
          <w:rFonts w:cs="B Mitra"/>
          <w:sz w:val="28"/>
          <w:szCs w:val="28"/>
          <w:rtl/>
        </w:rPr>
        <w:t xml:space="preserve"> </w:t>
      </w:r>
      <w:r w:rsidRPr="0000691D">
        <w:rPr>
          <w:rFonts w:cs="B Mitra" w:hint="eastAsia"/>
          <w:sz w:val="28"/>
          <w:szCs w:val="28"/>
          <w:rtl/>
        </w:rPr>
        <w:t>از</w:t>
      </w:r>
      <w:r w:rsidRPr="0000691D">
        <w:rPr>
          <w:rFonts w:cs="B Mitra"/>
          <w:sz w:val="28"/>
          <w:szCs w:val="28"/>
          <w:rtl/>
        </w:rPr>
        <w:t xml:space="preserve"> جمله استاد</w:t>
      </w:r>
      <w:r w:rsidRPr="0000691D">
        <w:rPr>
          <w:rFonts w:cs="B Mitra" w:hint="cs"/>
          <w:sz w:val="28"/>
          <w:szCs w:val="28"/>
          <w:rtl/>
        </w:rPr>
        <w:t xml:space="preserve">انی </w:t>
      </w:r>
      <w:r w:rsidRPr="0000691D">
        <w:rPr>
          <w:rFonts w:cs="B Mitra"/>
          <w:sz w:val="28"/>
          <w:szCs w:val="28"/>
          <w:rtl/>
        </w:rPr>
        <w:t>مانند دکتر سارا ناصر</w:t>
      </w:r>
      <w:r w:rsidRPr="0000691D">
        <w:rPr>
          <w:rFonts w:cs="B Mitra" w:hint="cs"/>
          <w:sz w:val="28"/>
          <w:szCs w:val="28"/>
          <w:rtl/>
        </w:rPr>
        <w:t>ی،</w:t>
      </w:r>
      <w:r w:rsidRPr="0000691D">
        <w:rPr>
          <w:rFonts w:cs="B Mitra"/>
          <w:sz w:val="28"/>
          <w:szCs w:val="28"/>
          <w:rtl/>
        </w:rPr>
        <w:t xml:space="preserve"> دکتر بحرالعلوم</w:t>
      </w:r>
      <w:r w:rsidRPr="0000691D">
        <w:rPr>
          <w:rFonts w:cs="B Mitra" w:hint="cs"/>
          <w:sz w:val="28"/>
          <w:szCs w:val="28"/>
          <w:rtl/>
        </w:rPr>
        <w:t>ی،</w:t>
      </w:r>
      <w:r w:rsidRPr="0000691D">
        <w:rPr>
          <w:rFonts w:cs="B Mitra"/>
          <w:sz w:val="28"/>
          <w:szCs w:val="28"/>
          <w:rtl/>
        </w:rPr>
        <w:t xml:space="preserve"> دکتر حاکم</w:t>
      </w:r>
      <w:r w:rsidRPr="0000691D">
        <w:rPr>
          <w:rFonts w:cs="B Mitra" w:hint="cs"/>
          <w:sz w:val="28"/>
          <w:szCs w:val="28"/>
          <w:rtl/>
        </w:rPr>
        <w:t>ی،</w:t>
      </w:r>
      <w:r w:rsidRPr="0000691D">
        <w:rPr>
          <w:rFonts w:cs="B Mitra"/>
          <w:sz w:val="28"/>
          <w:szCs w:val="28"/>
          <w:rtl/>
        </w:rPr>
        <w:t xml:space="preserve"> خانم کر</w:t>
      </w:r>
      <w:r w:rsidRPr="0000691D">
        <w:rPr>
          <w:rFonts w:cs="B Mitra" w:hint="cs"/>
          <w:sz w:val="28"/>
          <w:szCs w:val="28"/>
          <w:rtl/>
        </w:rPr>
        <w:t>ی</w:t>
      </w:r>
      <w:r w:rsidRPr="0000691D">
        <w:rPr>
          <w:rFonts w:cs="B Mitra" w:hint="eastAsia"/>
          <w:sz w:val="28"/>
          <w:szCs w:val="28"/>
          <w:rtl/>
        </w:rPr>
        <w:t>م</w:t>
      </w:r>
      <w:r w:rsidRPr="0000691D">
        <w:rPr>
          <w:rFonts w:cs="B Mitra" w:hint="cs"/>
          <w:sz w:val="28"/>
          <w:szCs w:val="28"/>
          <w:rtl/>
        </w:rPr>
        <w:t xml:space="preserve">ی، </w:t>
      </w:r>
      <w:r w:rsidRPr="0000691D">
        <w:rPr>
          <w:rFonts w:cs="B Mitra"/>
          <w:sz w:val="28"/>
          <w:szCs w:val="28"/>
          <w:rtl/>
        </w:rPr>
        <w:t>دکتر ستوده،</w:t>
      </w:r>
      <w:r w:rsidRPr="0000691D">
        <w:rPr>
          <w:rFonts w:cs="B Mitra" w:hint="cs"/>
          <w:sz w:val="28"/>
          <w:szCs w:val="28"/>
          <w:rtl/>
        </w:rPr>
        <w:t xml:space="preserve"> </w:t>
      </w:r>
      <w:r w:rsidRPr="0000691D">
        <w:rPr>
          <w:rFonts w:cs="B Mitra"/>
          <w:sz w:val="28"/>
          <w:szCs w:val="28"/>
          <w:rtl/>
        </w:rPr>
        <w:t>دکتر شف</w:t>
      </w:r>
      <w:r w:rsidRPr="0000691D">
        <w:rPr>
          <w:rFonts w:cs="B Mitra" w:hint="cs"/>
          <w:sz w:val="28"/>
          <w:szCs w:val="28"/>
          <w:rtl/>
        </w:rPr>
        <w:t>ی</w:t>
      </w:r>
      <w:r w:rsidRPr="0000691D">
        <w:rPr>
          <w:rFonts w:cs="B Mitra" w:hint="eastAsia"/>
          <w:sz w:val="28"/>
          <w:szCs w:val="28"/>
          <w:rtl/>
        </w:rPr>
        <w:t>ع</w:t>
      </w:r>
      <w:r w:rsidRPr="0000691D">
        <w:rPr>
          <w:rFonts w:cs="B Mitra" w:hint="cs"/>
          <w:sz w:val="28"/>
          <w:szCs w:val="28"/>
          <w:rtl/>
        </w:rPr>
        <w:t>ی</w:t>
      </w:r>
      <w:r w:rsidRPr="0000691D">
        <w:rPr>
          <w:rFonts w:cs="B Mitra"/>
          <w:sz w:val="28"/>
          <w:szCs w:val="28"/>
          <w:rtl/>
        </w:rPr>
        <w:t xml:space="preserve"> کَ</w:t>
      </w:r>
      <w:r w:rsidRPr="0000691D">
        <w:rPr>
          <w:rFonts w:cs="B Mitra" w:hint="cs"/>
          <w:sz w:val="28"/>
          <w:szCs w:val="28"/>
          <w:rtl/>
        </w:rPr>
        <w:t>د</w:t>
      </w:r>
      <w:r w:rsidRPr="0000691D">
        <w:rPr>
          <w:rFonts w:cs="B Mitra"/>
          <w:sz w:val="28"/>
          <w:szCs w:val="28"/>
          <w:rtl/>
        </w:rPr>
        <w:t>کَن</w:t>
      </w:r>
      <w:r w:rsidRPr="0000691D">
        <w:rPr>
          <w:rFonts w:cs="B Mitra" w:hint="cs"/>
          <w:sz w:val="28"/>
          <w:szCs w:val="28"/>
          <w:rtl/>
        </w:rPr>
        <w:t>ی</w:t>
      </w:r>
      <w:r w:rsidRPr="0000691D">
        <w:rPr>
          <w:rFonts w:cs="B Mitra"/>
          <w:sz w:val="28"/>
          <w:szCs w:val="28"/>
          <w:rtl/>
        </w:rPr>
        <w:t xml:space="preserve"> </w:t>
      </w:r>
      <w:r w:rsidRPr="0000691D">
        <w:rPr>
          <w:rFonts w:cs="B Mitra" w:hint="cs"/>
          <w:sz w:val="28"/>
          <w:szCs w:val="28"/>
          <w:rtl/>
        </w:rPr>
        <w:t xml:space="preserve"> </w:t>
      </w:r>
      <w:r w:rsidRPr="0000691D">
        <w:rPr>
          <w:rFonts w:cs="B Mitra"/>
          <w:sz w:val="28"/>
          <w:szCs w:val="28"/>
          <w:rtl/>
        </w:rPr>
        <w:t>و د</w:t>
      </w:r>
      <w:r w:rsidRPr="0000691D">
        <w:rPr>
          <w:rFonts w:cs="B Mitra" w:hint="cs"/>
          <w:sz w:val="28"/>
          <w:szCs w:val="28"/>
          <w:rtl/>
        </w:rPr>
        <w:t>ی</w:t>
      </w:r>
      <w:r w:rsidRPr="0000691D">
        <w:rPr>
          <w:rFonts w:cs="B Mitra" w:hint="eastAsia"/>
          <w:sz w:val="28"/>
          <w:szCs w:val="28"/>
          <w:rtl/>
        </w:rPr>
        <w:t>گرا</w:t>
      </w:r>
      <w:r w:rsidRPr="0000691D">
        <w:rPr>
          <w:rFonts w:cs="B Mitra" w:hint="cs"/>
          <w:sz w:val="28"/>
          <w:szCs w:val="28"/>
          <w:rtl/>
        </w:rPr>
        <w:t xml:space="preserve">ن؛ به آن‌ها می‌گفتم </w:t>
      </w:r>
      <w:r w:rsidRPr="0000691D">
        <w:rPr>
          <w:rFonts w:cs="B Mitra"/>
          <w:sz w:val="28"/>
          <w:szCs w:val="28"/>
          <w:rtl/>
        </w:rPr>
        <w:t>کاسِت</w:t>
      </w:r>
      <w:r w:rsidRPr="0000691D">
        <w:rPr>
          <w:rFonts w:cs="B Mitra" w:hint="cs"/>
          <w:sz w:val="28"/>
          <w:szCs w:val="28"/>
          <w:rtl/>
        </w:rPr>
        <w:t>‌</w:t>
      </w:r>
      <w:r w:rsidRPr="0000691D">
        <w:rPr>
          <w:rFonts w:cs="B Mitra"/>
          <w:sz w:val="28"/>
          <w:szCs w:val="28"/>
          <w:rtl/>
        </w:rPr>
        <w:t>ها صدا</w:t>
      </w:r>
      <w:r w:rsidRPr="0000691D">
        <w:rPr>
          <w:rFonts w:cs="B Mitra" w:hint="cs"/>
          <w:sz w:val="28"/>
          <w:szCs w:val="28"/>
          <w:rtl/>
        </w:rPr>
        <w:t>ی</w:t>
      </w:r>
      <w:r w:rsidRPr="0000691D">
        <w:rPr>
          <w:rFonts w:cs="B Mitra"/>
          <w:sz w:val="28"/>
          <w:szCs w:val="28"/>
          <w:rtl/>
        </w:rPr>
        <w:t xml:space="preserve"> خود ا</w:t>
      </w:r>
      <w:r w:rsidRPr="0000691D">
        <w:rPr>
          <w:rFonts w:cs="B Mitra" w:hint="cs"/>
          <w:sz w:val="28"/>
          <w:szCs w:val="28"/>
          <w:rtl/>
        </w:rPr>
        <w:t>ساتید</w:t>
      </w:r>
      <w:r w:rsidRPr="0000691D">
        <w:rPr>
          <w:rFonts w:cs="B Mitra"/>
          <w:sz w:val="28"/>
          <w:szCs w:val="28"/>
          <w:rtl/>
        </w:rPr>
        <w:t xml:space="preserve"> است که درس م</w:t>
      </w:r>
      <w:r w:rsidRPr="0000691D">
        <w:rPr>
          <w:rFonts w:cs="B Mitra" w:hint="cs"/>
          <w:sz w:val="28"/>
          <w:szCs w:val="28"/>
          <w:rtl/>
        </w:rPr>
        <w:t>ی‌</w:t>
      </w:r>
      <w:r w:rsidRPr="0000691D">
        <w:rPr>
          <w:rFonts w:cs="B Mitra" w:hint="eastAsia"/>
          <w:sz w:val="28"/>
          <w:szCs w:val="28"/>
          <w:rtl/>
        </w:rPr>
        <w:t>دادند</w:t>
      </w:r>
      <w:r w:rsidRPr="0000691D">
        <w:rPr>
          <w:rFonts w:cs="B Mitra" w:hint="cs"/>
          <w:sz w:val="28"/>
          <w:szCs w:val="28"/>
          <w:rtl/>
        </w:rPr>
        <w:t xml:space="preserve"> و</w:t>
      </w:r>
      <w:r w:rsidRPr="0000691D">
        <w:rPr>
          <w:rFonts w:cs="B Mitra"/>
          <w:sz w:val="28"/>
          <w:szCs w:val="28"/>
          <w:rtl/>
        </w:rPr>
        <w:t xml:space="preserve"> من ب</w:t>
      </w:r>
      <w:r w:rsidRPr="0000691D">
        <w:rPr>
          <w:rFonts w:cs="B Mitra" w:hint="cs"/>
          <w:sz w:val="28"/>
          <w:szCs w:val="28"/>
          <w:rtl/>
        </w:rPr>
        <w:t xml:space="preserve">ه </w:t>
      </w:r>
      <w:r w:rsidRPr="0000691D">
        <w:rPr>
          <w:rFonts w:cs="B Mitra"/>
          <w:sz w:val="28"/>
          <w:szCs w:val="28"/>
          <w:rtl/>
        </w:rPr>
        <w:t>عنوان با</w:t>
      </w:r>
      <w:r w:rsidRPr="0000691D">
        <w:rPr>
          <w:rFonts w:cs="B Mitra" w:hint="cs"/>
          <w:sz w:val="28"/>
          <w:szCs w:val="28"/>
          <w:rtl/>
        </w:rPr>
        <w:t>ی</w:t>
      </w:r>
      <w:r w:rsidRPr="0000691D">
        <w:rPr>
          <w:rFonts w:cs="B Mitra" w:hint="eastAsia"/>
          <w:sz w:val="28"/>
          <w:szCs w:val="28"/>
          <w:rtl/>
        </w:rPr>
        <w:t>گان</w:t>
      </w:r>
      <w:r w:rsidRPr="0000691D">
        <w:rPr>
          <w:rFonts w:cs="B Mitra" w:hint="cs"/>
          <w:sz w:val="28"/>
          <w:szCs w:val="28"/>
          <w:rtl/>
        </w:rPr>
        <w:t>ی</w:t>
      </w:r>
      <w:r w:rsidRPr="0000691D">
        <w:rPr>
          <w:rFonts w:cs="B Mitra"/>
          <w:sz w:val="28"/>
          <w:szCs w:val="28"/>
          <w:rtl/>
        </w:rPr>
        <w:t xml:space="preserve"> به دست شما م</w:t>
      </w:r>
      <w:r w:rsidRPr="0000691D">
        <w:rPr>
          <w:rFonts w:cs="B Mitra" w:hint="cs"/>
          <w:sz w:val="28"/>
          <w:szCs w:val="28"/>
          <w:rtl/>
        </w:rPr>
        <w:t>ی‌</w:t>
      </w:r>
      <w:r w:rsidRPr="0000691D">
        <w:rPr>
          <w:rFonts w:cs="B Mitra" w:hint="eastAsia"/>
          <w:sz w:val="28"/>
          <w:szCs w:val="28"/>
          <w:rtl/>
        </w:rPr>
        <w:t>دهم</w:t>
      </w:r>
      <w:r w:rsidRPr="0000691D">
        <w:rPr>
          <w:rFonts w:cs="B Mitra" w:hint="cs"/>
          <w:sz w:val="28"/>
          <w:szCs w:val="28"/>
          <w:rtl/>
        </w:rPr>
        <w:t>؛</w:t>
      </w:r>
      <w:r w:rsidRPr="0000691D">
        <w:rPr>
          <w:rFonts w:cs="B Mitra"/>
          <w:sz w:val="28"/>
          <w:szCs w:val="28"/>
          <w:rtl/>
        </w:rPr>
        <w:t xml:space="preserve"> </w:t>
      </w:r>
      <w:r w:rsidRPr="0000691D">
        <w:rPr>
          <w:rFonts w:cs="B Mitra" w:hint="cs"/>
          <w:sz w:val="28"/>
          <w:szCs w:val="28"/>
          <w:rtl/>
        </w:rPr>
        <w:t xml:space="preserve">پیشنهاد کردم </w:t>
      </w:r>
      <w:r w:rsidRPr="0000691D">
        <w:rPr>
          <w:rFonts w:cs="B Mitra"/>
          <w:sz w:val="28"/>
          <w:szCs w:val="28"/>
          <w:rtl/>
        </w:rPr>
        <w:t>هر وقت که ن</w:t>
      </w:r>
      <w:r w:rsidRPr="0000691D">
        <w:rPr>
          <w:rFonts w:cs="B Mitra" w:hint="cs"/>
          <w:sz w:val="28"/>
          <w:szCs w:val="28"/>
          <w:rtl/>
        </w:rPr>
        <w:t>ی</w:t>
      </w:r>
      <w:r w:rsidRPr="0000691D">
        <w:rPr>
          <w:rFonts w:cs="B Mitra" w:hint="eastAsia"/>
          <w:sz w:val="28"/>
          <w:szCs w:val="28"/>
          <w:rtl/>
        </w:rPr>
        <w:t>از</w:t>
      </w:r>
      <w:r w:rsidRPr="0000691D">
        <w:rPr>
          <w:rFonts w:cs="B Mitra"/>
          <w:sz w:val="28"/>
          <w:szCs w:val="28"/>
          <w:rtl/>
        </w:rPr>
        <w:t xml:space="preserve"> شد</w:t>
      </w:r>
      <w:r w:rsidRPr="0000691D">
        <w:rPr>
          <w:rFonts w:cs="B Mitra" w:hint="cs"/>
          <w:sz w:val="28"/>
          <w:szCs w:val="28"/>
          <w:rtl/>
        </w:rPr>
        <w:t>،</w:t>
      </w:r>
      <w:r w:rsidRPr="0000691D">
        <w:rPr>
          <w:rFonts w:cs="B Mitra"/>
          <w:sz w:val="28"/>
          <w:szCs w:val="28"/>
          <w:rtl/>
        </w:rPr>
        <w:t xml:space="preserve"> ب</w:t>
      </w:r>
      <w:r w:rsidRPr="0000691D">
        <w:rPr>
          <w:rFonts w:cs="B Mitra" w:hint="cs"/>
          <w:sz w:val="28"/>
          <w:szCs w:val="28"/>
          <w:rtl/>
        </w:rPr>
        <w:t>ه‌</w:t>
      </w:r>
      <w:r w:rsidRPr="0000691D">
        <w:rPr>
          <w:rFonts w:cs="B Mitra"/>
          <w:sz w:val="28"/>
          <w:szCs w:val="28"/>
          <w:rtl/>
        </w:rPr>
        <w:t>عنوان منبع از آن بهره ببرند</w:t>
      </w:r>
      <w:r w:rsidRPr="0000691D">
        <w:rPr>
          <w:rFonts w:cs="B Mitra" w:hint="cs"/>
          <w:sz w:val="28"/>
          <w:szCs w:val="28"/>
          <w:rtl/>
        </w:rPr>
        <w:t>؛</w:t>
      </w:r>
      <w:r w:rsidRPr="0000691D">
        <w:rPr>
          <w:rFonts w:cs="B Mitra"/>
          <w:sz w:val="28"/>
          <w:szCs w:val="28"/>
        </w:rPr>
        <w:t xml:space="preserve"> </w:t>
      </w:r>
      <w:r w:rsidRPr="0000691D">
        <w:rPr>
          <w:rFonts w:cs="B Mitra"/>
          <w:sz w:val="28"/>
          <w:szCs w:val="28"/>
          <w:rtl/>
        </w:rPr>
        <w:t>از نظر من، صدا</w:t>
      </w:r>
      <w:r w:rsidRPr="0000691D">
        <w:rPr>
          <w:rFonts w:cs="B Mitra" w:hint="cs"/>
          <w:sz w:val="28"/>
          <w:szCs w:val="28"/>
          <w:rtl/>
        </w:rPr>
        <w:t>ی</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بزرگواران ح</w:t>
      </w:r>
      <w:r w:rsidRPr="0000691D">
        <w:rPr>
          <w:rFonts w:cs="B Mitra" w:hint="cs"/>
          <w:sz w:val="28"/>
          <w:szCs w:val="28"/>
          <w:rtl/>
        </w:rPr>
        <w:t>ی</w:t>
      </w:r>
      <w:r w:rsidRPr="0000691D">
        <w:rPr>
          <w:rFonts w:cs="B Mitra" w:hint="eastAsia"/>
          <w:sz w:val="28"/>
          <w:szCs w:val="28"/>
          <w:rtl/>
        </w:rPr>
        <w:t>ف</w:t>
      </w:r>
      <w:r w:rsidRPr="0000691D">
        <w:rPr>
          <w:rFonts w:cs="B Mitra"/>
          <w:sz w:val="28"/>
          <w:szCs w:val="28"/>
          <w:rtl/>
        </w:rPr>
        <w:t xml:space="preserve"> بود که پاک شود</w:t>
      </w:r>
      <w:r w:rsidRPr="0000691D">
        <w:rPr>
          <w:rFonts w:cs="B Mitra" w:hint="cs"/>
          <w:sz w:val="28"/>
          <w:szCs w:val="28"/>
          <w:rtl/>
        </w:rPr>
        <w:t xml:space="preserve"> </w:t>
      </w:r>
      <w:r w:rsidRPr="0000691D">
        <w:rPr>
          <w:rFonts w:cs="B Mitra" w:hint="eastAsia"/>
          <w:sz w:val="28"/>
          <w:szCs w:val="28"/>
          <w:rtl/>
        </w:rPr>
        <w:t>و</w:t>
      </w:r>
      <w:r w:rsidRPr="0000691D">
        <w:rPr>
          <w:rFonts w:cs="B Mitra"/>
          <w:sz w:val="28"/>
          <w:szCs w:val="28"/>
          <w:rtl/>
        </w:rPr>
        <w:t xml:space="preserve"> مورد استفاده قرار نگ</w:t>
      </w:r>
      <w:r w:rsidRPr="0000691D">
        <w:rPr>
          <w:rFonts w:cs="B Mitra" w:hint="cs"/>
          <w:sz w:val="28"/>
          <w:szCs w:val="28"/>
          <w:rtl/>
        </w:rPr>
        <w:t>ی</w:t>
      </w:r>
      <w:r w:rsidRPr="0000691D">
        <w:rPr>
          <w:rFonts w:cs="B Mitra" w:hint="eastAsia"/>
          <w:sz w:val="28"/>
          <w:szCs w:val="28"/>
          <w:rtl/>
        </w:rPr>
        <w:t>رد</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lastRenderedPageBreak/>
        <w:t>البته</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سر</w:t>
      </w:r>
      <w:r w:rsidRPr="0000691D">
        <w:rPr>
          <w:rFonts w:cs="B Mitra" w:hint="cs"/>
          <w:sz w:val="28"/>
          <w:szCs w:val="28"/>
          <w:rtl/>
        </w:rPr>
        <w:t>ی</w:t>
      </w:r>
      <w:r w:rsidRPr="0000691D">
        <w:rPr>
          <w:rFonts w:cs="B Mitra"/>
          <w:sz w:val="28"/>
          <w:szCs w:val="28"/>
          <w:rtl/>
        </w:rPr>
        <w:t xml:space="preserve"> نوارها</w:t>
      </w:r>
      <w:r w:rsidRPr="0000691D">
        <w:rPr>
          <w:rFonts w:cs="B Mitra" w:hint="cs"/>
          <w:sz w:val="28"/>
          <w:szCs w:val="28"/>
          <w:rtl/>
        </w:rPr>
        <w:t>ی</w:t>
      </w:r>
      <w:r w:rsidRPr="0000691D">
        <w:rPr>
          <w:rFonts w:cs="B Mitra"/>
          <w:sz w:val="28"/>
          <w:szCs w:val="28"/>
          <w:rtl/>
        </w:rPr>
        <w:t xml:space="preserve"> ر</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sz w:val="28"/>
          <w:szCs w:val="28"/>
          <w:rtl/>
        </w:rPr>
        <w:t xml:space="preserve"> </w:t>
      </w:r>
      <w:r w:rsidRPr="0000691D">
        <w:rPr>
          <w:rFonts w:cs="B Mitra" w:hint="cs"/>
          <w:sz w:val="28"/>
          <w:szCs w:val="28"/>
          <w:rtl/>
        </w:rPr>
        <w:t xml:space="preserve">هم </w:t>
      </w:r>
      <w:r w:rsidRPr="0000691D">
        <w:rPr>
          <w:rFonts w:cs="B Mitra"/>
          <w:sz w:val="28"/>
          <w:szCs w:val="28"/>
          <w:rtl/>
        </w:rPr>
        <w:t>داشتم</w:t>
      </w:r>
      <w:r w:rsidRPr="0000691D">
        <w:rPr>
          <w:rFonts w:cs="B Mitra" w:hint="cs"/>
          <w:sz w:val="28"/>
          <w:szCs w:val="28"/>
          <w:rtl/>
        </w:rPr>
        <w:t xml:space="preserve">؛ </w:t>
      </w:r>
      <w:r w:rsidRPr="0000691D">
        <w:rPr>
          <w:rFonts w:cs="B Mitra"/>
          <w:sz w:val="28"/>
          <w:szCs w:val="28"/>
          <w:rtl/>
        </w:rPr>
        <w:t>وقت</w:t>
      </w:r>
      <w:r w:rsidRPr="0000691D">
        <w:rPr>
          <w:rFonts w:cs="B Mitra" w:hint="cs"/>
          <w:sz w:val="28"/>
          <w:szCs w:val="28"/>
          <w:rtl/>
        </w:rPr>
        <w:t>ی</w:t>
      </w:r>
      <w:r w:rsidRPr="0000691D">
        <w:rPr>
          <w:rFonts w:cs="B Mitra"/>
          <w:sz w:val="28"/>
          <w:szCs w:val="28"/>
          <w:rtl/>
        </w:rPr>
        <w:t xml:space="preserve"> دانشگاه آمدم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ضبط صوت ب</w:t>
      </w:r>
      <w:r w:rsidRPr="0000691D">
        <w:rPr>
          <w:rFonts w:cs="B Mitra" w:hint="cs"/>
          <w:sz w:val="28"/>
          <w:szCs w:val="28"/>
          <w:rtl/>
        </w:rPr>
        <w:t xml:space="preserve">ه </w:t>
      </w:r>
      <w:r w:rsidRPr="0000691D">
        <w:rPr>
          <w:rFonts w:cs="B Mitra"/>
          <w:sz w:val="28"/>
          <w:szCs w:val="28"/>
          <w:rtl/>
        </w:rPr>
        <w:t>من دادند که گفتند وقت</w:t>
      </w:r>
      <w:r w:rsidRPr="0000691D">
        <w:rPr>
          <w:rFonts w:cs="B Mitra" w:hint="cs"/>
          <w:sz w:val="28"/>
          <w:szCs w:val="28"/>
          <w:rtl/>
        </w:rPr>
        <w:t>ی</w:t>
      </w:r>
      <w:r w:rsidRPr="0000691D">
        <w:rPr>
          <w:rFonts w:cs="B Mitra"/>
          <w:sz w:val="28"/>
          <w:szCs w:val="28"/>
          <w:rtl/>
        </w:rPr>
        <w:t xml:space="preserve"> درس دانشگاه تمام شد با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آن ضبط را به ما برگردان</w:t>
      </w:r>
      <w:r w:rsidRPr="0000691D">
        <w:rPr>
          <w:rFonts w:cs="B Mitra" w:hint="cs"/>
          <w:sz w:val="28"/>
          <w:szCs w:val="28"/>
          <w:rtl/>
        </w:rPr>
        <w:t xml:space="preserve">ی؛ </w:t>
      </w:r>
      <w:r w:rsidRPr="0000691D">
        <w:rPr>
          <w:rFonts w:cs="B Mitra" w:hint="eastAsia"/>
          <w:sz w:val="28"/>
          <w:szCs w:val="28"/>
          <w:rtl/>
        </w:rPr>
        <w:t>در</w:t>
      </w:r>
      <w:r w:rsidRPr="0000691D">
        <w:rPr>
          <w:rFonts w:cs="B Mitra"/>
          <w:sz w:val="28"/>
          <w:szCs w:val="28"/>
          <w:rtl/>
        </w:rPr>
        <w:t xml:space="preserve"> آن زمان من خ</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sz w:val="28"/>
          <w:szCs w:val="28"/>
          <w:rtl/>
        </w:rPr>
        <w:t xml:space="preserve"> اصرار کردم که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ضبط را ب</w:t>
      </w:r>
      <w:r w:rsidRPr="0000691D">
        <w:rPr>
          <w:rFonts w:cs="B Mitra" w:hint="cs"/>
          <w:sz w:val="28"/>
          <w:szCs w:val="28"/>
          <w:rtl/>
        </w:rPr>
        <w:t xml:space="preserve">ه </w:t>
      </w:r>
      <w:r w:rsidRPr="0000691D">
        <w:rPr>
          <w:rFonts w:cs="B Mitra"/>
          <w:sz w:val="28"/>
          <w:szCs w:val="28"/>
          <w:rtl/>
        </w:rPr>
        <w:t>من بفروش</w:t>
      </w:r>
      <w:r w:rsidRPr="0000691D">
        <w:rPr>
          <w:rFonts w:cs="B Mitra" w:hint="cs"/>
          <w:sz w:val="28"/>
          <w:szCs w:val="28"/>
          <w:rtl/>
        </w:rPr>
        <w:t xml:space="preserve">ند؛ </w:t>
      </w:r>
      <w:r w:rsidRPr="0000691D">
        <w:rPr>
          <w:rFonts w:cs="B Mitra"/>
          <w:sz w:val="28"/>
          <w:szCs w:val="28"/>
          <w:rtl/>
        </w:rPr>
        <w:t>چون د</w:t>
      </w:r>
      <w:r w:rsidRPr="0000691D">
        <w:rPr>
          <w:rFonts w:cs="B Mitra" w:hint="cs"/>
          <w:sz w:val="28"/>
          <w:szCs w:val="28"/>
          <w:rtl/>
        </w:rPr>
        <w:t>ی</w:t>
      </w:r>
      <w:r w:rsidRPr="0000691D">
        <w:rPr>
          <w:rFonts w:cs="B Mitra" w:hint="eastAsia"/>
          <w:sz w:val="28"/>
          <w:szCs w:val="28"/>
          <w:rtl/>
        </w:rPr>
        <w:t>گر</w:t>
      </w:r>
      <w:r w:rsidRPr="0000691D">
        <w:rPr>
          <w:rFonts w:cs="B Mitra"/>
          <w:sz w:val="28"/>
          <w:szCs w:val="28"/>
          <w:rtl/>
        </w:rPr>
        <w:t xml:space="preserve"> چن</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ضبط</w:t>
      </w:r>
      <w:r w:rsidRPr="0000691D">
        <w:rPr>
          <w:rFonts w:cs="B Mitra" w:hint="cs"/>
          <w:sz w:val="28"/>
          <w:szCs w:val="28"/>
          <w:rtl/>
        </w:rPr>
        <w:t>‌</w:t>
      </w:r>
      <w:r w:rsidRPr="0000691D">
        <w:rPr>
          <w:rFonts w:cs="B Mitra"/>
          <w:sz w:val="28"/>
          <w:szCs w:val="28"/>
          <w:rtl/>
        </w:rPr>
        <w:t>ها</w:t>
      </w:r>
      <w:r w:rsidRPr="0000691D">
        <w:rPr>
          <w:rFonts w:cs="B Mitra" w:hint="cs"/>
          <w:sz w:val="28"/>
          <w:szCs w:val="28"/>
          <w:rtl/>
        </w:rPr>
        <w:t>یی</w:t>
      </w:r>
      <w:r w:rsidRPr="0000691D">
        <w:rPr>
          <w:rFonts w:cs="B Mitra"/>
          <w:sz w:val="28"/>
          <w:szCs w:val="28"/>
          <w:rtl/>
        </w:rPr>
        <w:t xml:space="preserve"> در بازار ن</w:t>
      </w:r>
      <w:r w:rsidRPr="0000691D">
        <w:rPr>
          <w:rFonts w:cs="B Mitra" w:hint="cs"/>
          <w:sz w:val="28"/>
          <w:szCs w:val="28"/>
          <w:rtl/>
        </w:rPr>
        <w:t>ی</w:t>
      </w:r>
      <w:r w:rsidRPr="0000691D">
        <w:rPr>
          <w:rFonts w:cs="B Mitra" w:hint="eastAsia"/>
          <w:sz w:val="28"/>
          <w:szCs w:val="28"/>
          <w:rtl/>
        </w:rPr>
        <w:t>ست</w:t>
      </w:r>
      <w:r w:rsidRPr="0000691D">
        <w:rPr>
          <w:rFonts w:cs="B Mitra"/>
          <w:sz w:val="28"/>
          <w:szCs w:val="28"/>
          <w:rtl/>
        </w:rPr>
        <w:t xml:space="preserve"> که </w:t>
      </w:r>
      <w:r w:rsidRPr="0000691D">
        <w:rPr>
          <w:rFonts w:cs="B Mitra" w:hint="cs"/>
          <w:sz w:val="28"/>
          <w:szCs w:val="28"/>
          <w:rtl/>
        </w:rPr>
        <w:t xml:space="preserve">بتوانم </w:t>
      </w:r>
      <w:r w:rsidRPr="0000691D">
        <w:rPr>
          <w:rFonts w:cs="B Mitra"/>
          <w:sz w:val="28"/>
          <w:szCs w:val="28"/>
          <w:rtl/>
        </w:rPr>
        <w:t>بخرم</w:t>
      </w:r>
      <w:r w:rsidRPr="0000691D">
        <w:rPr>
          <w:rFonts w:cs="B Mitra" w:hint="cs"/>
          <w:sz w:val="28"/>
          <w:szCs w:val="28"/>
          <w:rtl/>
        </w:rPr>
        <w:t xml:space="preserve">؛ اما </w:t>
      </w:r>
      <w:r w:rsidRPr="0000691D">
        <w:rPr>
          <w:rFonts w:cs="B Mitra"/>
          <w:sz w:val="28"/>
          <w:szCs w:val="28"/>
          <w:rtl/>
        </w:rPr>
        <w:t>قبول نکردند و ضبط را از من تحو</w:t>
      </w:r>
      <w:r w:rsidRPr="0000691D">
        <w:rPr>
          <w:rFonts w:cs="B Mitra" w:hint="cs"/>
          <w:sz w:val="28"/>
          <w:szCs w:val="28"/>
          <w:rtl/>
        </w:rPr>
        <w:t>ی</w:t>
      </w:r>
      <w:r w:rsidRPr="0000691D">
        <w:rPr>
          <w:rFonts w:cs="B Mitra" w:hint="eastAsia"/>
          <w:sz w:val="28"/>
          <w:szCs w:val="28"/>
          <w:rtl/>
        </w:rPr>
        <w:t>ل</w:t>
      </w:r>
      <w:r w:rsidRPr="0000691D">
        <w:rPr>
          <w:rFonts w:cs="B Mitra"/>
          <w:sz w:val="28"/>
          <w:szCs w:val="28"/>
          <w:rtl/>
        </w:rPr>
        <w:t xml:space="preserve"> گرفتند</w:t>
      </w:r>
      <w:r w:rsidRPr="0000691D">
        <w:rPr>
          <w:rFonts w:cs="B Mitra" w:hint="cs"/>
          <w:sz w:val="28"/>
          <w:szCs w:val="28"/>
          <w:rtl/>
        </w:rPr>
        <w:t xml:space="preserve"> </w:t>
      </w:r>
      <w:r w:rsidRPr="0000691D">
        <w:rPr>
          <w:rFonts w:cs="B Mitra" w:hint="eastAsia"/>
          <w:sz w:val="28"/>
          <w:szCs w:val="28"/>
          <w:rtl/>
        </w:rPr>
        <w:t>و</w:t>
      </w:r>
      <w:r w:rsidRPr="0000691D">
        <w:rPr>
          <w:rFonts w:cs="B Mitra"/>
          <w:sz w:val="28"/>
          <w:szCs w:val="28"/>
          <w:rtl/>
        </w:rPr>
        <w:t xml:space="preserve"> من آن نوار</w:t>
      </w:r>
      <w:r w:rsidRPr="0000691D">
        <w:rPr>
          <w:rFonts w:cs="B Mitra" w:hint="cs"/>
          <w:sz w:val="28"/>
          <w:szCs w:val="28"/>
          <w:rtl/>
        </w:rPr>
        <w:t>‌</w:t>
      </w:r>
      <w:r w:rsidRPr="0000691D">
        <w:rPr>
          <w:rFonts w:cs="B Mitra"/>
          <w:sz w:val="28"/>
          <w:szCs w:val="28"/>
          <w:rtl/>
        </w:rPr>
        <w:t>ها</w:t>
      </w:r>
      <w:r w:rsidRPr="0000691D">
        <w:rPr>
          <w:rFonts w:cs="B Mitra" w:hint="cs"/>
          <w:sz w:val="28"/>
          <w:szCs w:val="28"/>
          <w:rtl/>
        </w:rPr>
        <w:t>ی</w:t>
      </w:r>
      <w:r w:rsidRPr="0000691D">
        <w:rPr>
          <w:rFonts w:cs="B Mitra"/>
          <w:sz w:val="28"/>
          <w:szCs w:val="28"/>
          <w:rtl/>
        </w:rPr>
        <w:t xml:space="preserve"> ر</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sz w:val="28"/>
          <w:szCs w:val="28"/>
          <w:rtl/>
        </w:rPr>
        <w:t xml:space="preserve"> را</w:t>
      </w:r>
      <w:r w:rsidRPr="0000691D">
        <w:rPr>
          <w:rFonts w:cs="B Mitra" w:hint="cs"/>
          <w:sz w:val="28"/>
          <w:szCs w:val="28"/>
          <w:rtl/>
        </w:rPr>
        <w:t>،</w:t>
      </w:r>
      <w:r w:rsidRPr="0000691D">
        <w:rPr>
          <w:rFonts w:cs="B Mitra"/>
          <w:sz w:val="28"/>
          <w:szCs w:val="28"/>
          <w:rtl/>
        </w:rPr>
        <w:t xml:space="preserve"> به دوستان ناب</w:t>
      </w:r>
      <w:r w:rsidRPr="0000691D">
        <w:rPr>
          <w:rFonts w:cs="B Mitra" w:hint="cs"/>
          <w:sz w:val="28"/>
          <w:szCs w:val="28"/>
          <w:rtl/>
        </w:rPr>
        <w:t>ی</w:t>
      </w:r>
      <w:r w:rsidRPr="0000691D">
        <w:rPr>
          <w:rFonts w:cs="B Mitra" w:hint="eastAsia"/>
          <w:sz w:val="28"/>
          <w:szCs w:val="28"/>
          <w:rtl/>
        </w:rPr>
        <w:t>نا</w:t>
      </w:r>
      <w:r w:rsidRPr="0000691D">
        <w:rPr>
          <w:rFonts w:cs="B Mitra" w:hint="cs"/>
          <w:sz w:val="28"/>
          <w:szCs w:val="28"/>
          <w:rtl/>
        </w:rPr>
        <w:t>یی</w:t>
      </w:r>
      <w:r w:rsidRPr="0000691D">
        <w:rPr>
          <w:rFonts w:cs="B Mitra"/>
          <w:sz w:val="28"/>
          <w:szCs w:val="28"/>
          <w:rtl/>
        </w:rPr>
        <w:t xml:space="preserve"> که  مشغول تحص</w:t>
      </w:r>
      <w:r w:rsidRPr="0000691D">
        <w:rPr>
          <w:rFonts w:cs="B Mitra" w:hint="cs"/>
          <w:sz w:val="28"/>
          <w:szCs w:val="28"/>
          <w:rtl/>
        </w:rPr>
        <w:t>ی</w:t>
      </w:r>
      <w:r w:rsidRPr="0000691D">
        <w:rPr>
          <w:rFonts w:cs="B Mitra" w:hint="eastAsia"/>
          <w:sz w:val="28"/>
          <w:szCs w:val="28"/>
          <w:rtl/>
        </w:rPr>
        <w:t>ل</w:t>
      </w:r>
      <w:r w:rsidRPr="0000691D">
        <w:rPr>
          <w:rFonts w:cs="B Mitra"/>
          <w:sz w:val="28"/>
          <w:szCs w:val="28"/>
          <w:rtl/>
        </w:rPr>
        <w:t xml:space="preserve"> در رشته خودم بودند دادم</w:t>
      </w:r>
      <w:r w:rsidRPr="0000691D">
        <w:rPr>
          <w:rFonts w:cs="B Mitra" w:hint="cs"/>
          <w:sz w:val="28"/>
          <w:szCs w:val="28"/>
          <w:rtl/>
        </w:rPr>
        <w:t>،</w:t>
      </w:r>
      <w:r w:rsidRPr="0000691D">
        <w:rPr>
          <w:rFonts w:cs="B Mitra"/>
          <w:sz w:val="28"/>
          <w:szCs w:val="28"/>
          <w:rtl/>
        </w:rPr>
        <w:t xml:space="preserve"> تا آن</w:t>
      </w:r>
      <w:r w:rsidRPr="0000691D">
        <w:rPr>
          <w:rFonts w:cs="B Mitra" w:hint="cs"/>
          <w:sz w:val="28"/>
          <w:szCs w:val="28"/>
          <w:rtl/>
        </w:rPr>
        <w:t>‌</w:t>
      </w:r>
      <w:r w:rsidRPr="0000691D">
        <w:rPr>
          <w:rFonts w:cs="B Mitra"/>
          <w:sz w:val="28"/>
          <w:szCs w:val="28"/>
          <w:rtl/>
        </w:rPr>
        <w:t>ها که ضبط ر</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sz w:val="28"/>
          <w:szCs w:val="28"/>
          <w:rtl/>
        </w:rPr>
        <w:t xml:space="preserve"> داشتند از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نوارها استفاده کنند</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w:t>
      </w:r>
      <w:r w:rsidRPr="0000691D">
        <w:rPr>
          <w:rFonts w:cs="B Mitra" w:hint="cs"/>
          <w:sz w:val="28"/>
          <w:szCs w:val="28"/>
          <w:rtl/>
        </w:rPr>
        <w:t>اولین خاطره من</w:t>
      </w:r>
      <w:r w:rsidRPr="0000691D">
        <w:rPr>
          <w:rFonts w:cs="B Mitra"/>
          <w:sz w:val="28"/>
          <w:szCs w:val="28"/>
          <w:rtl/>
        </w:rPr>
        <w:t xml:space="preserve"> از روز جهان</w:t>
      </w:r>
      <w:r w:rsidRPr="0000691D">
        <w:rPr>
          <w:rFonts w:cs="B Mitra" w:hint="cs"/>
          <w:sz w:val="28"/>
          <w:szCs w:val="28"/>
          <w:rtl/>
        </w:rPr>
        <w:t>ی</w:t>
      </w:r>
      <w:r w:rsidRPr="0000691D">
        <w:rPr>
          <w:rFonts w:cs="B Mitra"/>
          <w:sz w:val="28"/>
          <w:szCs w:val="28"/>
          <w:rtl/>
        </w:rPr>
        <w:t xml:space="preserve"> عصا</w:t>
      </w:r>
      <w:r w:rsidRPr="0000691D">
        <w:rPr>
          <w:rFonts w:cs="B Mitra" w:hint="cs"/>
          <w:sz w:val="28"/>
          <w:szCs w:val="28"/>
          <w:rtl/>
        </w:rPr>
        <w:t>ی</w:t>
      </w:r>
      <w:r w:rsidRPr="0000691D">
        <w:rPr>
          <w:rFonts w:cs="B Mitra"/>
          <w:sz w:val="28"/>
          <w:szCs w:val="28"/>
          <w:rtl/>
        </w:rPr>
        <w:t xml:space="preserve"> سف</w:t>
      </w:r>
      <w:r w:rsidRPr="0000691D">
        <w:rPr>
          <w:rFonts w:cs="B Mitra" w:hint="cs"/>
          <w:sz w:val="28"/>
          <w:szCs w:val="28"/>
          <w:rtl/>
        </w:rPr>
        <w:t>ی</w:t>
      </w:r>
      <w:r w:rsidRPr="0000691D">
        <w:rPr>
          <w:rFonts w:cs="B Mitra" w:hint="eastAsia"/>
          <w:sz w:val="28"/>
          <w:szCs w:val="28"/>
          <w:rtl/>
        </w:rPr>
        <w:t>د</w:t>
      </w:r>
      <w:r w:rsidRPr="0000691D">
        <w:rPr>
          <w:rFonts w:cs="B Mitra" w:hint="cs"/>
          <w:sz w:val="28"/>
          <w:szCs w:val="28"/>
          <w:rtl/>
        </w:rPr>
        <w:t xml:space="preserve"> بود؛ </w:t>
      </w:r>
      <w:r w:rsidRPr="0000691D">
        <w:rPr>
          <w:rFonts w:cs="B Mitra"/>
          <w:sz w:val="28"/>
          <w:szCs w:val="28"/>
          <w:rtl/>
        </w:rPr>
        <w:t>کارها</w:t>
      </w:r>
      <w:r w:rsidRPr="0000691D">
        <w:rPr>
          <w:rFonts w:cs="B Mitra" w:hint="cs"/>
          <w:sz w:val="28"/>
          <w:szCs w:val="28"/>
          <w:rtl/>
        </w:rPr>
        <w:t>یی</w:t>
      </w:r>
      <w:r w:rsidRPr="0000691D">
        <w:rPr>
          <w:rFonts w:cs="B Mitra"/>
          <w:sz w:val="28"/>
          <w:szCs w:val="28"/>
          <w:rtl/>
        </w:rPr>
        <w:t xml:space="preserve"> انجام داد</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که بعض</w:t>
      </w:r>
      <w:r w:rsidRPr="0000691D">
        <w:rPr>
          <w:rFonts w:cs="B Mitra" w:hint="cs"/>
          <w:sz w:val="28"/>
          <w:szCs w:val="28"/>
          <w:rtl/>
        </w:rPr>
        <w:t>ی‌</w:t>
      </w:r>
      <w:r w:rsidRPr="0000691D">
        <w:rPr>
          <w:rFonts w:cs="B Mitra"/>
          <w:sz w:val="28"/>
          <w:szCs w:val="28"/>
          <w:rtl/>
        </w:rPr>
        <w:t>ها استقبال کردند</w:t>
      </w:r>
      <w:r w:rsidRPr="0000691D">
        <w:rPr>
          <w:rFonts w:cs="B Mitra" w:hint="cs"/>
          <w:sz w:val="28"/>
          <w:szCs w:val="28"/>
          <w:rtl/>
        </w:rPr>
        <w:t xml:space="preserve"> </w:t>
      </w:r>
      <w:r w:rsidRPr="0000691D">
        <w:rPr>
          <w:rFonts w:cs="B Mitra"/>
          <w:sz w:val="28"/>
          <w:szCs w:val="28"/>
          <w:rtl/>
        </w:rPr>
        <w:t>و بعض</w:t>
      </w:r>
      <w:r w:rsidRPr="0000691D">
        <w:rPr>
          <w:rFonts w:cs="B Mitra" w:hint="cs"/>
          <w:sz w:val="28"/>
          <w:szCs w:val="28"/>
          <w:rtl/>
        </w:rPr>
        <w:t>ی‌</w:t>
      </w:r>
      <w:r w:rsidRPr="0000691D">
        <w:rPr>
          <w:rFonts w:cs="B Mitra"/>
          <w:sz w:val="28"/>
          <w:szCs w:val="28"/>
          <w:rtl/>
        </w:rPr>
        <w:t>ها هم استقبال نکردند</w:t>
      </w:r>
      <w:r w:rsidRPr="0000691D">
        <w:rPr>
          <w:rFonts w:cs="B Mitra" w:hint="cs"/>
          <w:sz w:val="28"/>
          <w:szCs w:val="28"/>
          <w:rtl/>
        </w:rPr>
        <w:t xml:space="preserve">؛ </w:t>
      </w:r>
      <w:r w:rsidRPr="0000691D">
        <w:rPr>
          <w:rFonts w:cs="B Mitra"/>
          <w:sz w:val="28"/>
          <w:szCs w:val="28"/>
          <w:rtl/>
        </w:rPr>
        <w:t>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امر</w:t>
      </w:r>
      <w:r w:rsidRPr="0000691D">
        <w:rPr>
          <w:rFonts w:cs="B Mitra" w:hint="cs"/>
          <w:sz w:val="28"/>
          <w:szCs w:val="28"/>
          <w:rtl/>
        </w:rPr>
        <w:t>ی</w:t>
      </w:r>
      <w:r w:rsidRPr="0000691D">
        <w:rPr>
          <w:rFonts w:cs="B Mitra"/>
          <w:sz w:val="28"/>
          <w:szCs w:val="28"/>
          <w:rtl/>
        </w:rPr>
        <w:t xml:space="preserve"> طب</w:t>
      </w:r>
      <w:r w:rsidRPr="0000691D">
        <w:rPr>
          <w:rFonts w:cs="B Mitra" w:hint="cs"/>
          <w:sz w:val="28"/>
          <w:szCs w:val="28"/>
          <w:rtl/>
        </w:rPr>
        <w:t>ی</w:t>
      </w:r>
      <w:r w:rsidRPr="0000691D">
        <w:rPr>
          <w:rFonts w:cs="B Mitra" w:hint="eastAsia"/>
          <w:sz w:val="28"/>
          <w:szCs w:val="28"/>
          <w:rtl/>
        </w:rPr>
        <w:t>ع</w:t>
      </w:r>
      <w:r w:rsidRPr="0000691D">
        <w:rPr>
          <w:rFonts w:cs="B Mitra" w:hint="cs"/>
          <w:sz w:val="28"/>
          <w:szCs w:val="28"/>
          <w:rtl/>
        </w:rPr>
        <w:t>ی</w:t>
      </w:r>
      <w:r w:rsidRPr="0000691D">
        <w:rPr>
          <w:rFonts w:cs="B Mitra"/>
          <w:sz w:val="28"/>
          <w:szCs w:val="28"/>
          <w:rtl/>
        </w:rPr>
        <w:t xml:space="preserve"> است</w:t>
      </w:r>
      <w:r w:rsidRPr="0000691D">
        <w:rPr>
          <w:rFonts w:cs="B Mitra" w:hint="cs"/>
          <w:sz w:val="28"/>
          <w:szCs w:val="28"/>
          <w:rtl/>
        </w:rPr>
        <w:t xml:space="preserve">؛ </w:t>
      </w:r>
      <w:r w:rsidRPr="0000691D">
        <w:rPr>
          <w:rFonts w:cs="B Mitra" w:hint="eastAsia"/>
          <w:sz w:val="28"/>
          <w:szCs w:val="28"/>
          <w:rtl/>
        </w:rPr>
        <w:t>برا</w:t>
      </w:r>
      <w:r w:rsidRPr="0000691D">
        <w:rPr>
          <w:rFonts w:cs="B Mitra" w:hint="cs"/>
          <w:sz w:val="28"/>
          <w:szCs w:val="28"/>
          <w:rtl/>
        </w:rPr>
        <w:t>ی</w:t>
      </w:r>
      <w:r w:rsidRPr="0000691D">
        <w:rPr>
          <w:rFonts w:cs="B Mitra"/>
          <w:sz w:val="28"/>
          <w:szCs w:val="28"/>
          <w:rtl/>
        </w:rPr>
        <w:t xml:space="preserve"> من مهم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بود که با توجه به توانمند</w:t>
      </w:r>
      <w:r w:rsidRPr="0000691D">
        <w:rPr>
          <w:rFonts w:cs="B Mitra" w:hint="cs"/>
          <w:sz w:val="28"/>
          <w:szCs w:val="28"/>
          <w:rtl/>
        </w:rPr>
        <w:t>ی‌</w:t>
      </w:r>
      <w:r w:rsidRPr="0000691D">
        <w:rPr>
          <w:rFonts w:cs="B Mitra"/>
          <w:sz w:val="28"/>
          <w:szCs w:val="28"/>
          <w:rtl/>
        </w:rPr>
        <w:t>ها</w:t>
      </w:r>
      <w:r w:rsidRPr="0000691D">
        <w:rPr>
          <w:rFonts w:cs="B Mitra" w:hint="cs"/>
          <w:sz w:val="28"/>
          <w:szCs w:val="28"/>
          <w:rtl/>
        </w:rPr>
        <w:t>ی</w:t>
      </w:r>
      <w:r w:rsidRPr="0000691D">
        <w:rPr>
          <w:rFonts w:cs="B Mitra" w:hint="eastAsia"/>
          <w:sz w:val="28"/>
          <w:szCs w:val="28"/>
          <w:rtl/>
        </w:rPr>
        <w:t>م</w:t>
      </w:r>
      <w:r w:rsidRPr="0000691D">
        <w:rPr>
          <w:rFonts w:cs="B Mitra" w:hint="cs"/>
          <w:sz w:val="28"/>
          <w:szCs w:val="28"/>
          <w:rtl/>
        </w:rPr>
        <w:t xml:space="preserve">، </w:t>
      </w:r>
      <w:r w:rsidRPr="0000691D">
        <w:rPr>
          <w:rFonts w:cs="B Mitra" w:hint="eastAsia"/>
          <w:sz w:val="28"/>
          <w:szCs w:val="28"/>
          <w:rtl/>
        </w:rPr>
        <w:t>در</w:t>
      </w:r>
      <w:r w:rsidRPr="0000691D">
        <w:rPr>
          <w:rFonts w:cs="B Mitra"/>
          <w:sz w:val="28"/>
          <w:szCs w:val="28"/>
          <w:rtl/>
        </w:rPr>
        <w:t xml:space="preserve"> مس</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آگاه</w:t>
      </w:r>
      <w:r w:rsidRPr="0000691D">
        <w:rPr>
          <w:rFonts w:cs="B Mitra" w:hint="cs"/>
          <w:sz w:val="28"/>
          <w:szCs w:val="28"/>
          <w:rtl/>
        </w:rPr>
        <w:t>ی</w:t>
      </w:r>
      <w:r w:rsidRPr="0000691D">
        <w:rPr>
          <w:rFonts w:cs="B Mitra"/>
          <w:sz w:val="28"/>
          <w:szCs w:val="28"/>
          <w:rtl/>
        </w:rPr>
        <w:t xml:space="preserve"> جامعه</w:t>
      </w:r>
      <w:r w:rsidRPr="0000691D">
        <w:rPr>
          <w:rFonts w:cs="B Mitra" w:hint="cs"/>
          <w:sz w:val="28"/>
          <w:szCs w:val="28"/>
          <w:rtl/>
        </w:rPr>
        <w:t>‌ خود</w:t>
      </w:r>
      <w:r w:rsidRPr="0000691D">
        <w:rPr>
          <w:rFonts w:cs="B Mitra"/>
          <w:sz w:val="28"/>
          <w:szCs w:val="28"/>
          <w:rtl/>
        </w:rPr>
        <w:t xml:space="preserve"> نسبت به روز عصا</w:t>
      </w:r>
      <w:r w:rsidRPr="0000691D">
        <w:rPr>
          <w:rFonts w:cs="B Mitra" w:hint="cs"/>
          <w:sz w:val="28"/>
          <w:szCs w:val="28"/>
          <w:rtl/>
        </w:rPr>
        <w:t>ی</w:t>
      </w:r>
      <w:r w:rsidRPr="0000691D">
        <w:rPr>
          <w:rFonts w:cs="B Mitra"/>
          <w:sz w:val="28"/>
          <w:szCs w:val="28"/>
          <w:rtl/>
        </w:rPr>
        <w:t xml:space="preserve"> سف</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و همچن</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کرامت انسان</w:t>
      </w:r>
      <w:r w:rsidRPr="0000691D">
        <w:rPr>
          <w:rFonts w:cs="B Mitra" w:hint="cs"/>
          <w:sz w:val="28"/>
          <w:szCs w:val="28"/>
          <w:rtl/>
        </w:rPr>
        <w:t>ی</w:t>
      </w:r>
      <w:r w:rsidRPr="0000691D">
        <w:rPr>
          <w:rFonts w:cs="B Mitra"/>
          <w:sz w:val="28"/>
          <w:szCs w:val="28"/>
          <w:rtl/>
        </w:rPr>
        <w:t xml:space="preserve"> افراد ناب</w:t>
      </w:r>
      <w:r w:rsidRPr="0000691D">
        <w:rPr>
          <w:rFonts w:cs="B Mitra" w:hint="cs"/>
          <w:sz w:val="28"/>
          <w:szCs w:val="28"/>
          <w:rtl/>
        </w:rPr>
        <w:t>ی</w:t>
      </w:r>
      <w:r w:rsidRPr="0000691D">
        <w:rPr>
          <w:rFonts w:cs="B Mitra" w:hint="eastAsia"/>
          <w:sz w:val="28"/>
          <w:szCs w:val="28"/>
          <w:rtl/>
        </w:rPr>
        <w:t>نا</w:t>
      </w:r>
      <w:r w:rsidRPr="0000691D">
        <w:rPr>
          <w:rFonts w:cs="B Mitra" w:hint="cs"/>
          <w:sz w:val="28"/>
          <w:szCs w:val="28"/>
          <w:rtl/>
        </w:rPr>
        <w:t>،</w:t>
      </w:r>
      <w:r w:rsidRPr="0000691D">
        <w:rPr>
          <w:rFonts w:cs="B Mitra"/>
          <w:sz w:val="28"/>
          <w:szCs w:val="28"/>
          <w:rtl/>
        </w:rPr>
        <w:t xml:space="preserve"> قدم</w:t>
      </w:r>
      <w:r w:rsidRPr="0000691D">
        <w:rPr>
          <w:rFonts w:cs="B Mitra" w:hint="cs"/>
          <w:sz w:val="28"/>
          <w:szCs w:val="28"/>
          <w:rtl/>
        </w:rPr>
        <w:t>ی</w:t>
      </w:r>
      <w:r w:rsidRPr="0000691D">
        <w:rPr>
          <w:rFonts w:cs="B Mitra"/>
          <w:sz w:val="28"/>
          <w:szCs w:val="28"/>
          <w:rtl/>
        </w:rPr>
        <w:t xml:space="preserve"> هر چند کوچک به کمک د</w:t>
      </w:r>
      <w:r w:rsidRPr="0000691D">
        <w:rPr>
          <w:rFonts w:cs="B Mitra" w:hint="cs"/>
          <w:sz w:val="28"/>
          <w:szCs w:val="28"/>
          <w:rtl/>
        </w:rPr>
        <w:t>ی</w:t>
      </w:r>
      <w:r w:rsidRPr="0000691D">
        <w:rPr>
          <w:rFonts w:cs="B Mitra" w:hint="eastAsia"/>
          <w:sz w:val="28"/>
          <w:szCs w:val="28"/>
          <w:rtl/>
        </w:rPr>
        <w:t>گران</w:t>
      </w:r>
      <w:r w:rsidRPr="0000691D">
        <w:rPr>
          <w:rFonts w:cs="B Mitra"/>
          <w:sz w:val="28"/>
          <w:szCs w:val="28"/>
          <w:rtl/>
        </w:rPr>
        <w:t xml:space="preserve"> </w:t>
      </w:r>
      <w:r w:rsidRPr="0000691D">
        <w:rPr>
          <w:rFonts w:cs="B Mitra" w:hint="cs"/>
          <w:sz w:val="28"/>
          <w:szCs w:val="28"/>
          <w:rtl/>
        </w:rPr>
        <w:t>بردارم.</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ادامه</w:t>
      </w:r>
      <w:r w:rsidRPr="0000691D">
        <w:rPr>
          <w:rFonts w:cs="B Mitra"/>
          <w:sz w:val="28"/>
          <w:szCs w:val="28"/>
          <w:rtl/>
        </w:rPr>
        <w:t xml:space="preserve"> دارد</w:t>
      </w:r>
      <w:r w:rsidRPr="0000691D">
        <w:rPr>
          <w:rFonts w:cs="B Mitra" w:hint="cs"/>
          <w:sz w:val="28"/>
          <w:szCs w:val="28"/>
          <w:rtl/>
        </w:rPr>
        <w:t>.</w:t>
      </w:r>
    </w:p>
    <w:p w:rsidR="00A75B1C" w:rsidRPr="0000691D" w:rsidRDefault="00A75B1C" w:rsidP="0000691D">
      <w:pPr>
        <w:spacing w:line="360" w:lineRule="auto"/>
        <w:jc w:val="both"/>
        <w:rPr>
          <w:rFonts w:cs="B Mitra"/>
          <w:sz w:val="28"/>
          <w:szCs w:val="28"/>
          <w:rtl/>
        </w:rPr>
      </w:pPr>
    </w:p>
    <w:p w:rsidR="0032708A" w:rsidRPr="003018F8" w:rsidRDefault="0032708A" w:rsidP="003018F8">
      <w:pPr>
        <w:pStyle w:val="Heading2"/>
        <w:bidi/>
        <w:rPr>
          <w:rFonts w:cs="B Mitra"/>
          <w:color w:val="4472C4" w:themeColor="accent5"/>
          <w:sz w:val="32"/>
          <w:szCs w:val="32"/>
          <w:rtl/>
        </w:rPr>
      </w:pPr>
      <w:bookmarkStart w:id="60" w:name="_Toc243400566"/>
      <w:r w:rsidRPr="003018F8">
        <w:rPr>
          <w:rFonts w:cs="B Mitra" w:hint="cs"/>
          <w:color w:val="4472C4" w:themeColor="accent5"/>
          <w:sz w:val="32"/>
          <w:szCs w:val="32"/>
          <w:rtl/>
        </w:rPr>
        <w:t>یک داستان در یک نگاه</w:t>
      </w:r>
      <w:r w:rsidR="003018F8" w:rsidRPr="003018F8">
        <w:rPr>
          <w:rFonts w:cs="B Mitra"/>
          <w:color w:val="4472C4" w:themeColor="accent5"/>
          <w:sz w:val="32"/>
          <w:szCs w:val="32"/>
        </w:rPr>
        <w:t xml:space="preserve"> </w:t>
      </w:r>
      <w:r w:rsidR="003018F8" w:rsidRPr="003018F8">
        <w:rPr>
          <w:rFonts w:cs="B Mitra" w:hint="cs"/>
          <w:color w:val="4472C4" w:themeColor="accent5"/>
          <w:sz w:val="32"/>
          <w:szCs w:val="32"/>
          <w:rtl/>
          <w:lang w:bidi="fa-IR"/>
        </w:rPr>
        <w:t xml:space="preserve">، </w:t>
      </w:r>
      <w:r w:rsidRPr="003018F8">
        <w:rPr>
          <w:rFonts w:cs="B Mitra"/>
          <w:color w:val="4472C4" w:themeColor="accent5"/>
          <w:sz w:val="32"/>
          <w:szCs w:val="32"/>
          <w:rtl/>
        </w:rPr>
        <w:t>پول روز مبادا</w:t>
      </w:r>
      <w:bookmarkEnd w:id="60"/>
      <w:r w:rsidRPr="003018F8">
        <w:rPr>
          <w:rFonts w:cs="B Mitra"/>
          <w:color w:val="4472C4" w:themeColor="accent5"/>
          <w:sz w:val="32"/>
          <w:szCs w:val="32"/>
          <w:rtl/>
        </w:rPr>
        <w:t xml:space="preserve"> </w:t>
      </w:r>
    </w:p>
    <w:p w:rsidR="0032708A" w:rsidRDefault="0032708A" w:rsidP="0000691D">
      <w:pPr>
        <w:bidi/>
        <w:spacing w:line="360" w:lineRule="auto"/>
        <w:jc w:val="both"/>
        <w:rPr>
          <w:rFonts w:cs="B Mitra"/>
          <w:b/>
          <w:bCs/>
          <w:sz w:val="28"/>
          <w:szCs w:val="28"/>
        </w:rPr>
      </w:pPr>
      <w:r w:rsidRPr="0000691D">
        <w:rPr>
          <w:rFonts w:cs="B Mitra"/>
          <w:b/>
          <w:bCs/>
          <w:sz w:val="28"/>
          <w:szCs w:val="28"/>
          <w:rtl/>
        </w:rPr>
        <w:t>جواد سقا</w:t>
      </w:r>
    </w:p>
    <w:p w:rsidR="00B553AB" w:rsidRPr="0000691D" w:rsidRDefault="00B553AB" w:rsidP="00B553AB">
      <w:pPr>
        <w:bidi/>
        <w:spacing w:line="360" w:lineRule="auto"/>
        <w:jc w:val="center"/>
        <w:rPr>
          <w:rFonts w:cs="B Mitra"/>
          <w:b/>
          <w:bCs/>
          <w:sz w:val="28"/>
          <w:szCs w:val="28"/>
          <w:rtl/>
        </w:rPr>
      </w:pPr>
      <w:r>
        <w:rPr>
          <w:rFonts w:cs="B Mitra"/>
          <w:b/>
          <w:bCs/>
          <w:noProof/>
          <w:sz w:val="28"/>
          <w:szCs w:val="28"/>
          <w:rtl/>
        </w:rPr>
        <w:drawing>
          <wp:inline distT="0" distB="0" distL="0" distR="0">
            <wp:extent cx="4019550" cy="2448886"/>
            <wp:effectExtent l="152400" t="152400" r="361950" b="3708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پول روز مبادا .jpg"/>
                    <pic:cNvPicPr/>
                  </pic:nvPicPr>
                  <pic:blipFill>
                    <a:blip r:embed="rId26">
                      <a:extLst>
                        <a:ext uri="{28A0092B-C50C-407E-A947-70E740481C1C}">
                          <a14:useLocalDpi xmlns:a14="http://schemas.microsoft.com/office/drawing/2010/main" val="0"/>
                        </a:ext>
                      </a:extLst>
                    </a:blip>
                    <a:stretch>
                      <a:fillRect/>
                    </a:stretch>
                  </pic:blipFill>
                  <pic:spPr>
                    <a:xfrm>
                      <a:off x="0" y="0"/>
                      <a:ext cx="4025386" cy="2452441"/>
                    </a:xfrm>
                    <a:prstGeom prst="rect">
                      <a:avLst/>
                    </a:prstGeom>
                    <a:ln>
                      <a:noFill/>
                    </a:ln>
                    <a:effectLst>
                      <a:outerShdw blurRad="292100" dist="139700" dir="2700000" algn="tl" rotWithShape="0">
                        <a:srgbClr val="333333">
                          <a:alpha val="65000"/>
                        </a:srgbClr>
                      </a:outerShdw>
                    </a:effectLst>
                  </pic:spPr>
                </pic:pic>
              </a:graphicData>
            </a:graphic>
          </wp:inline>
        </w:drawing>
      </w:r>
    </w:p>
    <w:p w:rsidR="0032708A" w:rsidRPr="0000691D" w:rsidRDefault="0032708A" w:rsidP="0000691D">
      <w:pPr>
        <w:bidi/>
        <w:spacing w:line="360" w:lineRule="auto"/>
        <w:jc w:val="both"/>
        <w:rPr>
          <w:rFonts w:cs="B Mitra"/>
          <w:sz w:val="28"/>
          <w:szCs w:val="28"/>
          <w:rtl/>
        </w:rPr>
      </w:pPr>
      <w:r w:rsidRPr="0000691D">
        <w:rPr>
          <w:rFonts w:cs="B Mitra" w:hint="eastAsia"/>
          <w:sz w:val="28"/>
          <w:szCs w:val="28"/>
          <w:rtl/>
        </w:rPr>
        <w:lastRenderedPageBreak/>
        <w:t>پ</w:t>
      </w:r>
      <w:r w:rsidRPr="0000691D">
        <w:rPr>
          <w:rFonts w:cs="B Mitra" w:hint="cs"/>
          <w:sz w:val="28"/>
          <w:szCs w:val="28"/>
          <w:rtl/>
        </w:rPr>
        <w:t>ی</w:t>
      </w:r>
      <w:r w:rsidRPr="0000691D">
        <w:rPr>
          <w:rFonts w:cs="B Mitra" w:hint="eastAsia"/>
          <w:sz w:val="28"/>
          <w:szCs w:val="28"/>
          <w:rtl/>
        </w:rPr>
        <w:t>امک</w:t>
      </w:r>
      <w:r w:rsidRPr="0000691D">
        <w:rPr>
          <w:rFonts w:cs="B Mitra"/>
          <w:sz w:val="28"/>
          <w:szCs w:val="28"/>
          <w:rtl/>
        </w:rPr>
        <w:t xml:space="preserve"> بانک ساعت </w:t>
      </w:r>
      <w:r w:rsidRPr="0000691D">
        <w:rPr>
          <w:rFonts w:cs="B Mitra" w:hint="cs"/>
          <w:sz w:val="28"/>
          <w:szCs w:val="28"/>
          <w:rtl/>
        </w:rPr>
        <w:t>ی</w:t>
      </w:r>
      <w:r w:rsidRPr="0000691D">
        <w:rPr>
          <w:rFonts w:cs="B Mitra" w:hint="eastAsia"/>
          <w:sz w:val="28"/>
          <w:szCs w:val="28"/>
          <w:rtl/>
        </w:rPr>
        <w:t>ازده</w:t>
      </w:r>
      <w:r w:rsidRPr="0000691D">
        <w:rPr>
          <w:rFonts w:cs="B Mitra"/>
          <w:sz w:val="28"/>
          <w:szCs w:val="28"/>
          <w:rtl/>
        </w:rPr>
        <w:t xml:space="preserve"> و هفده دق</w:t>
      </w:r>
      <w:r w:rsidRPr="0000691D">
        <w:rPr>
          <w:rFonts w:cs="B Mitra" w:hint="cs"/>
          <w:sz w:val="28"/>
          <w:szCs w:val="28"/>
          <w:rtl/>
        </w:rPr>
        <w:t>ی</w:t>
      </w:r>
      <w:r w:rsidRPr="0000691D">
        <w:rPr>
          <w:rFonts w:cs="B Mitra" w:hint="eastAsia"/>
          <w:sz w:val="28"/>
          <w:szCs w:val="28"/>
          <w:rtl/>
        </w:rPr>
        <w:t>قه</w:t>
      </w:r>
      <w:r w:rsidRPr="0000691D">
        <w:rPr>
          <w:rFonts w:cs="B Mitra"/>
          <w:sz w:val="28"/>
          <w:szCs w:val="28"/>
          <w:rtl/>
        </w:rPr>
        <w:t xml:space="preserve"> آمد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در</w:t>
      </w:r>
      <w:r w:rsidRPr="0000691D">
        <w:rPr>
          <w:rFonts w:cs="B Mitra"/>
          <w:sz w:val="28"/>
          <w:szCs w:val="28"/>
          <w:rtl/>
        </w:rPr>
        <w:t xml:space="preserve"> صف نانوا</w:t>
      </w:r>
      <w:r w:rsidRPr="0000691D">
        <w:rPr>
          <w:rFonts w:cs="B Mitra" w:hint="cs"/>
          <w:sz w:val="28"/>
          <w:szCs w:val="28"/>
          <w:rtl/>
        </w:rPr>
        <w:t>یی</w:t>
      </w:r>
      <w:r w:rsidRPr="0000691D">
        <w:rPr>
          <w:rFonts w:cs="B Mitra"/>
          <w:sz w:val="28"/>
          <w:szCs w:val="28"/>
          <w:rtl/>
        </w:rPr>
        <w:t xml:space="preserve"> بودم. گوش</w:t>
      </w:r>
      <w:r w:rsidRPr="0000691D">
        <w:rPr>
          <w:rFonts w:cs="B Mitra" w:hint="cs"/>
          <w:sz w:val="28"/>
          <w:szCs w:val="28"/>
          <w:rtl/>
        </w:rPr>
        <w:t>ی</w:t>
      </w:r>
      <w:r w:rsidRPr="0000691D">
        <w:rPr>
          <w:rFonts w:cs="B Mitra"/>
          <w:sz w:val="28"/>
          <w:szCs w:val="28"/>
          <w:rtl/>
        </w:rPr>
        <w:t xml:space="preserve"> را از ج</w:t>
      </w:r>
      <w:r w:rsidRPr="0000691D">
        <w:rPr>
          <w:rFonts w:cs="B Mitra" w:hint="cs"/>
          <w:sz w:val="28"/>
          <w:szCs w:val="28"/>
          <w:rtl/>
        </w:rPr>
        <w:t>ی</w:t>
      </w:r>
      <w:r w:rsidRPr="0000691D">
        <w:rPr>
          <w:rFonts w:cs="B Mitra" w:hint="eastAsia"/>
          <w:sz w:val="28"/>
          <w:szCs w:val="28"/>
          <w:rtl/>
        </w:rPr>
        <w:t>بم</w:t>
      </w:r>
      <w:r w:rsidRPr="0000691D">
        <w:rPr>
          <w:rFonts w:cs="B Mitra"/>
          <w:sz w:val="28"/>
          <w:szCs w:val="28"/>
          <w:rtl/>
        </w:rPr>
        <w:t xml:space="preserve"> ب</w:t>
      </w:r>
      <w:r w:rsidRPr="0000691D">
        <w:rPr>
          <w:rFonts w:cs="B Mitra" w:hint="cs"/>
          <w:sz w:val="28"/>
          <w:szCs w:val="28"/>
          <w:rtl/>
        </w:rPr>
        <w:t>ی</w:t>
      </w:r>
      <w:r w:rsidRPr="0000691D">
        <w:rPr>
          <w:rFonts w:cs="B Mitra" w:hint="eastAsia"/>
          <w:sz w:val="28"/>
          <w:szCs w:val="28"/>
          <w:rtl/>
        </w:rPr>
        <w:t>رون</w:t>
      </w:r>
      <w:r w:rsidRPr="0000691D">
        <w:rPr>
          <w:rFonts w:cs="B Mitra"/>
          <w:sz w:val="28"/>
          <w:szCs w:val="28"/>
          <w:rtl/>
        </w:rPr>
        <w:t xml:space="preserve"> آوردم و چند کلمه‌ اول پ</w:t>
      </w:r>
      <w:r w:rsidRPr="0000691D">
        <w:rPr>
          <w:rFonts w:cs="B Mitra" w:hint="cs"/>
          <w:sz w:val="28"/>
          <w:szCs w:val="28"/>
          <w:rtl/>
        </w:rPr>
        <w:t>ی</w:t>
      </w:r>
      <w:r w:rsidRPr="0000691D">
        <w:rPr>
          <w:rFonts w:cs="B Mitra" w:hint="eastAsia"/>
          <w:sz w:val="28"/>
          <w:szCs w:val="28"/>
          <w:rtl/>
        </w:rPr>
        <w:t>ام</w:t>
      </w:r>
      <w:r w:rsidRPr="0000691D">
        <w:rPr>
          <w:rFonts w:cs="B Mitra"/>
          <w:sz w:val="28"/>
          <w:szCs w:val="28"/>
          <w:rtl/>
        </w:rPr>
        <w:t xml:space="preserve"> را خواندم. بعد دوباره خواندم</w:t>
      </w:r>
      <w:r w:rsidRPr="0000691D">
        <w:rPr>
          <w:rFonts w:cs="B Mitra"/>
          <w:sz w:val="28"/>
          <w:szCs w:val="28"/>
        </w:rPr>
        <w:t>.</w:t>
      </w:r>
      <w:r w:rsidRPr="0000691D">
        <w:rPr>
          <w:rFonts w:cs="B Mitra" w:hint="cs"/>
          <w:sz w:val="28"/>
          <w:szCs w:val="28"/>
          <w:rtl/>
        </w:rPr>
        <w:t xml:space="preserve"> </w:t>
      </w:r>
      <w:r w:rsidRPr="0000691D">
        <w:rPr>
          <w:rFonts w:cs="B Mitra"/>
          <w:sz w:val="28"/>
          <w:szCs w:val="28"/>
          <w:rtl/>
        </w:rPr>
        <w:t>ب</w:t>
      </w:r>
      <w:r w:rsidRPr="0000691D">
        <w:rPr>
          <w:rFonts w:cs="B Mitra" w:hint="cs"/>
          <w:sz w:val="28"/>
          <w:szCs w:val="28"/>
          <w:rtl/>
        </w:rPr>
        <w:t>ی</w:t>
      </w:r>
      <w:r w:rsidRPr="0000691D">
        <w:rPr>
          <w:rFonts w:cs="B Mitra" w:hint="eastAsia"/>
          <w:sz w:val="28"/>
          <w:szCs w:val="28"/>
          <w:rtl/>
        </w:rPr>
        <w:t>ست</w:t>
      </w:r>
      <w:r w:rsidRPr="0000691D">
        <w:rPr>
          <w:rFonts w:cs="B Mitra"/>
          <w:sz w:val="28"/>
          <w:szCs w:val="28"/>
          <w:rtl/>
        </w:rPr>
        <w:t xml:space="preserve"> و هفت م</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hint="eastAsia"/>
          <w:sz w:val="28"/>
          <w:szCs w:val="28"/>
          <w:rtl/>
        </w:rPr>
        <w:t>ون</w:t>
      </w:r>
      <w:r w:rsidRPr="0000691D">
        <w:rPr>
          <w:rFonts w:cs="B Mitra"/>
          <w:sz w:val="28"/>
          <w:szCs w:val="28"/>
          <w:rtl/>
        </w:rPr>
        <w:t xml:space="preserve"> و پانصد هزار تومان</w:t>
      </w:r>
      <w:r w:rsidRPr="0000691D">
        <w:rPr>
          <w:rFonts w:cs="B Mitra" w:hint="cs"/>
          <w:sz w:val="28"/>
          <w:szCs w:val="28"/>
          <w:rtl/>
        </w:rPr>
        <w:t xml:space="preserve">؛ </w:t>
      </w:r>
      <w:r w:rsidRPr="0000691D">
        <w:rPr>
          <w:rFonts w:cs="B Mitra" w:hint="eastAsia"/>
          <w:sz w:val="28"/>
          <w:szCs w:val="28"/>
          <w:rtl/>
        </w:rPr>
        <w:t>سه</w:t>
      </w:r>
      <w:r w:rsidRPr="0000691D">
        <w:rPr>
          <w:rFonts w:cs="B Mitra"/>
          <w:sz w:val="28"/>
          <w:szCs w:val="28"/>
          <w:rtl/>
        </w:rPr>
        <w:t xml:space="preserve"> ماه بود منتظر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پول بودم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تسو</w:t>
      </w:r>
      <w:r w:rsidRPr="0000691D">
        <w:rPr>
          <w:rFonts w:cs="B Mitra" w:hint="cs"/>
          <w:sz w:val="28"/>
          <w:szCs w:val="28"/>
          <w:rtl/>
        </w:rPr>
        <w:t>ی</w:t>
      </w:r>
      <w:r w:rsidRPr="0000691D">
        <w:rPr>
          <w:rFonts w:cs="B Mitra" w:hint="eastAsia"/>
          <w:sz w:val="28"/>
          <w:szCs w:val="28"/>
          <w:rtl/>
        </w:rPr>
        <w:t>ه‌</w:t>
      </w:r>
      <w:r w:rsidRPr="0000691D">
        <w:rPr>
          <w:rFonts w:cs="B Mitra"/>
          <w:sz w:val="28"/>
          <w:szCs w:val="28"/>
          <w:rtl/>
        </w:rPr>
        <w:t xml:space="preserve"> پنج سال کار در شرکت</w:t>
      </w:r>
      <w:r w:rsidRPr="0000691D">
        <w:rPr>
          <w:rFonts w:cs="B Mitra" w:hint="cs"/>
          <w:sz w:val="28"/>
          <w:szCs w:val="28"/>
          <w:rtl/>
        </w:rPr>
        <w:t>ی</w:t>
      </w:r>
      <w:r w:rsidRPr="0000691D">
        <w:rPr>
          <w:rFonts w:cs="B Mitra"/>
          <w:sz w:val="28"/>
          <w:szCs w:val="28"/>
          <w:rtl/>
        </w:rPr>
        <w:t xml:space="preserve"> که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روز صبح، ب</w:t>
      </w:r>
      <w:r w:rsidRPr="0000691D">
        <w:rPr>
          <w:rFonts w:cs="B Mitra" w:hint="cs"/>
          <w:sz w:val="28"/>
          <w:szCs w:val="28"/>
          <w:rtl/>
        </w:rPr>
        <w:t>ی</w:t>
      </w:r>
      <w:r w:rsidRPr="0000691D">
        <w:rPr>
          <w:rFonts w:cs="B Mitra" w:hint="eastAsia"/>
          <w:sz w:val="28"/>
          <w:szCs w:val="28"/>
          <w:rtl/>
        </w:rPr>
        <w:t>ست</w:t>
      </w:r>
      <w:r w:rsidRPr="0000691D">
        <w:rPr>
          <w:rFonts w:cs="B Mitra"/>
          <w:sz w:val="28"/>
          <w:szCs w:val="28"/>
          <w:rtl/>
        </w:rPr>
        <w:t xml:space="preserve"> و سه نفرمان را صدا زدند و گفتند: «شرا</w:t>
      </w:r>
      <w:r w:rsidRPr="0000691D">
        <w:rPr>
          <w:rFonts w:cs="B Mitra" w:hint="cs"/>
          <w:sz w:val="28"/>
          <w:szCs w:val="28"/>
          <w:rtl/>
        </w:rPr>
        <w:t>ی</w:t>
      </w:r>
      <w:r w:rsidRPr="0000691D">
        <w:rPr>
          <w:rFonts w:cs="B Mitra" w:hint="eastAsia"/>
          <w:sz w:val="28"/>
          <w:szCs w:val="28"/>
          <w:rtl/>
        </w:rPr>
        <w:t>ط</w:t>
      </w:r>
      <w:r w:rsidRPr="0000691D">
        <w:rPr>
          <w:rFonts w:cs="B Mitra"/>
          <w:sz w:val="28"/>
          <w:szCs w:val="28"/>
          <w:rtl/>
        </w:rPr>
        <w:t xml:space="preserve"> اقتصاد</w:t>
      </w:r>
      <w:r w:rsidRPr="0000691D">
        <w:rPr>
          <w:rFonts w:cs="B Mitra" w:hint="cs"/>
          <w:sz w:val="28"/>
          <w:szCs w:val="28"/>
          <w:rtl/>
        </w:rPr>
        <w:t>ی</w:t>
      </w:r>
      <w:r w:rsidRPr="0000691D">
        <w:rPr>
          <w:rFonts w:cs="B Mitra"/>
          <w:sz w:val="28"/>
          <w:szCs w:val="28"/>
          <w:rtl/>
        </w:rPr>
        <w:t xml:space="preserve"> اجازه نم</w:t>
      </w:r>
      <w:r w:rsidRPr="0000691D">
        <w:rPr>
          <w:rFonts w:cs="B Mitra" w:hint="cs"/>
          <w:sz w:val="28"/>
          <w:szCs w:val="28"/>
          <w:rtl/>
        </w:rPr>
        <w:t>ی‌</w:t>
      </w:r>
      <w:r w:rsidRPr="0000691D">
        <w:rPr>
          <w:rFonts w:cs="B Mitra" w:hint="eastAsia"/>
          <w:sz w:val="28"/>
          <w:szCs w:val="28"/>
          <w:rtl/>
        </w:rPr>
        <w:t>ده</w:t>
      </w:r>
      <w:r w:rsidRPr="0000691D">
        <w:rPr>
          <w:rFonts w:cs="B Mitra"/>
          <w:sz w:val="28"/>
          <w:szCs w:val="28"/>
          <w:rtl/>
        </w:rPr>
        <w:t xml:space="preserve"> ادامه بد</w:t>
      </w:r>
      <w:r w:rsidRPr="0000691D">
        <w:rPr>
          <w:rFonts w:cs="B Mitra" w:hint="cs"/>
          <w:sz w:val="28"/>
          <w:szCs w:val="28"/>
          <w:rtl/>
        </w:rPr>
        <w:t>ی</w:t>
      </w:r>
      <w:r w:rsidRPr="0000691D">
        <w:rPr>
          <w:rFonts w:cs="B Mitra" w:hint="eastAsia"/>
          <w:sz w:val="28"/>
          <w:szCs w:val="28"/>
          <w:rtl/>
        </w:rPr>
        <w:t>م</w:t>
      </w:r>
      <w:r w:rsidRPr="0000691D">
        <w:rPr>
          <w:rFonts w:cs="B Mitra" w:hint="cs"/>
          <w:sz w:val="28"/>
          <w:szCs w:val="28"/>
          <w:rtl/>
          <w:lang w:bidi="fa-IR"/>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همان</w:t>
      </w:r>
      <w:r w:rsidRPr="0000691D">
        <w:rPr>
          <w:rFonts w:cs="B Mitra"/>
          <w:sz w:val="28"/>
          <w:szCs w:val="28"/>
          <w:rtl/>
        </w:rPr>
        <w:t xml:space="preserve"> روز فهم</w:t>
      </w:r>
      <w:r w:rsidRPr="0000691D">
        <w:rPr>
          <w:rFonts w:cs="B Mitra" w:hint="cs"/>
          <w:sz w:val="28"/>
          <w:szCs w:val="28"/>
          <w:rtl/>
        </w:rPr>
        <w:t>ی</w:t>
      </w:r>
      <w:r w:rsidRPr="0000691D">
        <w:rPr>
          <w:rFonts w:cs="B Mitra" w:hint="eastAsia"/>
          <w:sz w:val="28"/>
          <w:szCs w:val="28"/>
          <w:rtl/>
        </w:rPr>
        <w:t>دم</w:t>
      </w:r>
      <w:r w:rsidRPr="0000691D">
        <w:rPr>
          <w:rFonts w:cs="B Mitra"/>
          <w:sz w:val="28"/>
          <w:szCs w:val="28"/>
          <w:rtl/>
        </w:rPr>
        <w:t xml:space="preserve"> «شرا</w:t>
      </w:r>
      <w:r w:rsidRPr="0000691D">
        <w:rPr>
          <w:rFonts w:cs="B Mitra" w:hint="cs"/>
          <w:sz w:val="28"/>
          <w:szCs w:val="28"/>
          <w:rtl/>
        </w:rPr>
        <w:t>ی</w:t>
      </w:r>
      <w:r w:rsidRPr="0000691D">
        <w:rPr>
          <w:rFonts w:cs="B Mitra" w:hint="eastAsia"/>
          <w:sz w:val="28"/>
          <w:szCs w:val="28"/>
          <w:rtl/>
        </w:rPr>
        <w:t>ط</w:t>
      </w:r>
      <w:r w:rsidRPr="0000691D">
        <w:rPr>
          <w:rFonts w:cs="B Mitra"/>
          <w:sz w:val="28"/>
          <w:szCs w:val="28"/>
          <w:rtl/>
        </w:rPr>
        <w:t xml:space="preserve"> اقتصاد</w:t>
      </w:r>
      <w:r w:rsidRPr="0000691D">
        <w:rPr>
          <w:rFonts w:cs="B Mitra" w:hint="cs"/>
          <w:sz w:val="28"/>
          <w:szCs w:val="28"/>
          <w:rtl/>
        </w:rPr>
        <w:t>ی</w:t>
      </w:r>
      <w:r w:rsidRPr="0000691D">
        <w:rPr>
          <w:rFonts w:cs="B Mitra" w:hint="eastAsia"/>
          <w:sz w:val="28"/>
          <w:szCs w:val="28"/>
          <w:rtl/>
        </w:rPr>
        <w:t>»</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عن</w:t>
      </w:r>
      <w:r w:rsidRPr="0000691D">
        <w:rPr>
          <w:rFonts w:cs="B Mitra" w:hint="cs"/>
          <w:sz w:val="28"/>
          <w:szCs w:val="28"/>
          <w:rtl/>
        </w:rPr>
        <w:t>ی</w:t>
      </w:r>
      <w:r w:rsidRPr="0000691D">
        <w:rPr>
          <w:rFonts w:cs="B Mitra"/>
          <w:sz w:val="28"/>
          <w:szCs w:val="28"/>
          <w:rtl/>
        </w:rPr>
        <w:t xml:space="preserve"> وقت</w:t>
      </w:r>
      <w:r w:rsidRPr="0000691D">
        <w:rPr>
          <w:rFonts w:cs="B Mitra" w:hint="cs"/>
          <w:sz w:val="28"/>
          <w:szCs w:val="28"/>
          <w:rtl/>
        </w:rPr>
        <w:t>ی</w:t>
      </w:r>
      <w:r w:rsidRPr="0000691D">
        <w:rPr>
          <w:rFonts w:cs="B Mitra"/>
          <w:sz w:val="28"/>
          <w:szCs w:val="28"/>
          <w:rtl/>
        </w:rPr>
        <w:t xml:space="preserve"> اخراجت م</w:t>
      </w:r>
      <w:r w:rsidRPr="0000691D">
        <w:rPr>
          <w:rFonts w:cs="B Mitra" w:hint="cs"/>
          <w:sz w:val="28"/>
          <w:szCs w:val="28"/>
          <w:rtl/>
        </w:rPr>
        <w:t>ی‌</w:t>
      </w:r>
      <w:r w:rsidRPr="0000691D">
        <w:rPr>
          <w:rFonts w:cs="B Mitra" w:hint="eastAsia"/>
          <w:sz w:val="28"/>
          <w:szCs w:val="28"/>
          <w:rtl/>
        </w:rPr>
        <w:t>کنند،</w:t>
      </w:r>
      <w:r w:rsidRPr="0000691D">
        <w:rPr>
          <w:rFonts w:cs="B Mitra"/>
          <w:sz w:val="28"/>
          <w:szCs w:val="28"/>
          <w:rtl/>
        </w:rPr>
        <w:t xml:space="preserve"> حت</w:t>
      </w:r>
      <w:r w:rsidRPr="0000691D">
        <w:rPr>
          <w:rFonts w:cs="B Mitra" w:hint="cs"/>
          <w:sz w:val="28"/>
          <w:szCs w:val="28"/>
          <w:rtl/>
        </w:rPr>
        <w:t>ی</w:t>
      </w:r>
      <w:r w:rsidRPr="0000691D">
        <w:rPr>
          <w:rFonts w:cs="B Mitra"/>
          <w:sz w:val="28"/>
          <w:szCs w:val="28"/>
          <w:rtl/>
        </w:rPr>
        <w:t xml:space="preserve"> لازم ن</w:t>
      </w:r>
      <w:r w:rsidRPr="0000691D">
        <w:rPr>
          <w:rFonts w:cs="B Mitra" w:hint="cs"/>
          <w:sz w:val="28"/>
          <w:szCs w:val="28"/>
          <w:rtl/>
        </w:rPr>
        <w:t>ی</w:t>
      </w:r>
      <w:r w:rsidRPr="0000691D">
        <w:rPr>
          <w:rFonts w:cs="B Mitra" w:hint="eastAsia"/>
          <w:sz w:val="28"/>
          <w:szCs w:val="28"/>
          <w:rtl/>
        </w:rPr>
        <w:t>ست</w:t>
      </w:r>
      <w:r w:rsidRPr="0000691D">
        <w:rPr>
          <w:rFonts w:cs="B Mitra"/>
          <w:sz w:val="28"/>
          <w:szCs w:val="28"/>
          <w:rtl/>
        </w:rPr>
        <w:t xml:space="preserve"> اسم تو را ببرند</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سه</w:t>
      </w:r>
      <w:r w:rsidRPr="0000691D">
        <w:rPr>
          <w:rFonts w:cs="B Mitra"/>
          <w:sz w:val="28"/>
          <w:szCs w:val="28"/>
          <w:rtl/>
        </w:rPr>
        <w:t xml:space="preserve"> ماه دنبالش دو</w:t>
      </w:r>
      <w:r w:rsidRPr="0000691D">
        <w:rPr>
          <w:rFonts w:cs="B Mitra" w:hint="cs"/>
          <w:sz w:val="28"/>
          <w:szCs w:val="28"/>
          <w:rtl/>
        </w:rPr>
        <w:t>ی</w:t>
      </w:r>
      <w:r w:rsidRPr="0000691D">
        <w:rPr>
          <w:rFonts w:cs="B Mitra" w:hint="eastAsia"/>
          <w:sz w:val="28"/>
          <w:szCs w:val="28"/>
          <w:rtl/>
        </w:rPr>
        <w:t>ده</w:t>
      </w:r>
      <w:r w:rsidRPr="0000691D">
        <w:rPr>
          <w:rFonts w:cs="B Mitra"/>
          <w:sz w:val="28"/>
          <w:szCs w:val="28"/>
          <w:rtl/>
        </w:rPr>
        <w:t xml:space="preserve"> بودم. هر هفته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وعده‌ تازه</w:t>
      </w:r>
      <w:r w:rsidRPr="0000691D">
        <w:rPr>
          <w:rFonts w:cs="B Mitra" w:hint="cs"/>
          <w:sz w:val="28"/>
          <w:szCs w:val="28"/>
          <w:rtl/>
        </w:rPr>
        <w:t xml:space="preserve">؛ </w:t>
      </w:r>
      <w:r w:rsidRPr="0000691D">
        <w:rPr>
          <w:rFonts w:cs="B Mitra" w:hint="eastAsia"/>
          <w:sz w:val="28"/>
          <w:szCs w:val="28"/>
          <w:rtl/>
        </w:rPr>
        <w:t>هفته‌</w:t>
      </w:r>
      <w:r w:rsidRPr="0000691D">
        <w:rPr>
          <w:rFonts w:cs="B Mitra"/>
          <w:sz w:val="28"/>
          <w:szCs w:val="28"/>
          <w:rtl/>
        </w:rPr>
        <w:t xml:space="preserve"> بعد</w:t>
      </w:r>
      <w:r w:rsidRPr="0000691D">
        <w:rPr>
          <w:rFonts w:cs="B Mitra" w:hint="cs"/>
          <w:sz w:val="28"/>
          <w:szCs w:val="28"/>
          <w:rtl/>
        </w:rPr>
        <w:t xml:space="preserve">؛ </w:t>
      </w:r>
      <w:r w:rsidRPr="0000691D">
        <w:rPr>
          <w:rFonts w:cs="B Mitra" w:hint="eastAsia"/>
          <w:sz w:val="28"/>
          <w:szCs w:val="28"/>
          <w:rtl/>
        </w:rPr>
        <w:t>آخر</w:t>
      </w:r>
      <w:r w:rsidRPr="0000691D">
        <w:rPr>
          <w:rFonts w:cs="B Mitra"/>
          <w:sz w:val="28"/>
          <w:szCs w:val="28"/>
          <w:rtl/>
        </w:rPr>
        <w:t xml:space="preserve"> ماه</w:t>
      </w:r>
      <w:r w:rsidRPr="0000691D">
        <w:rPr>
          <w:rFonts w:cs="B Mitra" w:hint="cs"/>
          <w:sz w:val="28"/>
          <w:szCs w:val="28"/>
          <w:rtl/>
          <w:lang w:bidi="fa-IR"/>
        </w:rPr>
        <w:t>؛ و</w:t>
      </w:r>
      <w:r w:rsidRPr="0000691D">
        <w:rPr>
          <w:rFonts w:cs="B Mitra" w:hint="eastAsia"/>
          <w:sz w:val="28"/>
          <w:szCs w:val="28"/>
          <w:rtl/>
        </w:rPr>
        <w:t>قت</w:t>
      </w:r>
      <w:r w:rsidRPr="0000691D">
        <w:rPr>
          <w:rFonts w:cs="B Mitra" w:hint="cs"/>
          <w:sz w:val="28"/>
          <w:szCs w:val="28"/>
          <w:rtl/>
        </w:rPr>
        <w:t>ی</w:t>
      </w:r>
      <w:r w:rsidRPr="0000691D">
        <w:rPr>
          <w:rFonts w:cs="B Mitra"/>
          <w:sz w:val="28"/>
          <w:szCs w:val="28"/>
          <w:rtl/>
        </w:rPr>
        <w:t xml:space="preserve"> نقد</w:t>
      </w:r>
      <w:r w:rsidRPr="0000691D">
        <w:rPr>
          <w:rFonts w:cs="B Mitra" w:hint="cs"/>
          <w:sz w:val="28"/>
          <w:szCs w:val="28"/>
          <w:rtl/>
        </w:rPr>
        <w:t>ی</w:t>
      </w:r>
      <w:r w:rsidRPr="0000691D">
        <w:rPr>
          <w:rFonts w:cs="B Mitra" w:hint="eastAsia"/>
          <w:sz w:val="28"/>
          <w:szCs w:val="28"/>
          <w:rtl/>
        </w:rPr>
        <w:t>نگ</w:t>
      </w:r>
      <w:r w:rsidRPr="0000691D">
        <w:rPr>
          <w:rFonts w:cs="B Mitra" w:hint="cs"/>
          <w:sz w:val="28"/>
          <w:szCs w:val="28"/>
          <w:rtl/>
        </w:rPr>
        <w:t>ی</w:t>
      </w:r>
      <w:r w:rsidRPr="0000691D">
        <w:rPr>
          <w:rFonts w:cs="B Mitra"/>
          <w:sz w:val="28"/>
          <w:szCs w:val="28"/>
          <w:rtl/>
        </w:rPr>
        <w:t xml:space="preserve"> آزاد بشه</w:t>
      </w:r>
      <w:r w:rsidRPr="0000691D">
        <w:rPr>
          <w:rFonts w:cs="B Mitra"/>
          <w:sz w:val="28"/>
          <w:szCs w:val="28"/>
        </w:rPr>
        <w:t>.</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بالاخره</w:t>
      </w:r>
      <w:r w:rsidRPr="0000691D">
        <w:rPr>
          <w:rFonts w:cs="B Mitra"/>
          <w:sz w:val="28"/>
          <w:szCs w:val="28"/>
          <w:rtl/>
        </w:rPr>
        <w:t xml:space="preserve"> آزاد شده بود</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نانوا</w:t>
      </w:r>
      <w:r w:rsidRPr="0000691D">
        <w:rPr>
          <w:rFonts w:cs="B Mitra"/>
          <w:sz w:val="28"/>
          <w:szCs w:val="28"/>
          <w:rtl/>
        </w:rPr>
        <w:t xml:space="preserve"> گفت: </w:t>
      </w:r>
      <w:r w:rsidRPr="0000691D">
        <w:rPr>
          <w:rFonts w:cs="B Mitra" w:hint="cs"/>
          <w:sz w:val="28"/>
          <w:szCs w:val="28"/>
          <w:rtl/>
        </w:rPr>
        <w:t>«</w:t>
      </w:r>
      <w:r w:rsidRPr="0000691D">
        <w:rPr>
          <w:rFonts w:cs="B Mitra" w:hint="eastAsia"/>
          <w:sz w:val="28"/>
          <w:szCs w:val="28"/>
          <w:rtl/>
        </w:rPr>
        <w:t>آقا؟</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گفتم</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چهار</w:t>
      </w:r>
      <w:r w:rsidRPr="0000691D">
        <w:rPr>
          <w:rFonts w:cs="B Mitra"/>
          <w:sz w:val="28"/>
          <w:szCs w:val="28"/>
          <w:rtl/>
        </w:rPr>
        <w:t xml:space="preserve"> تا</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چهار</w:t>
      </w:r>
      <w:r w:rsidRPr="0000691D">
        <w:rPr>
          <w:rFonts w:cs="B Mitra"/>
          <w:sz w:val="28"/>
          <w:szCs w:val="28"/>
          <w:rtl/>
        </w:rPr>
        <w:t xml:space="preserve"> نان گرفتم و راه افتادم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در</w:t>
      </w:r>
      <w:r w:rsidRPr="0000691D">
        <w:rPr>
          <w:rFonts w:cs="B Mitra"/>
          <w:sz w:val="28"/>
          <w:szCs w:val="28"/>
          <w:rtl/>
        </w:rPr>
        <w:t xml:space="preserve"> مس</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خانه، پول را در ذهنم خرج کردم</w:t>
      </w:r>
      <w:r w:rsidRPr="0000691D">
        <w:rPr>
          <w:rFonts w:cs="B Mitra" w:hint="cs"/>
          <w:sz w:val="28"/>
          <w:szCs w:val="28"/>
          <w:rtl/>
        </w:rPr>
        <w:t xml:space="preserve">؛ </w:t>
      </w:r>
      <w:r w:rsidRPr="0000691D">
        <w:rPr>
          <w:rFonts w:cs="B Mitra" w:hint="eastAsia"/>
          <w:sz w:val="28"/>
          <w:szCs w:val="28"/>
          <w:rtl/>
        </w:rPr>
        <w:t>سه</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hint="eastAsia"/>
          <w:sz w:val="28"/>
          <w:szCs w:val="28"/>
          <w:rtl/>
        </w:rPr>
        <w:t>ون</w:t>
      </w:r>
      <w:r w:rsidRPr="0000691D">
        <w:rPr>
          <w:rFonts w:cs="B Mitra"/>
          <w:sz w:val="28"/>
          <w:szCs w:val="28"/>
          <w:rtl/>
        </w:rPr>
        <w:t xml:space="preserve"> و هشتصد برا</w:t>
      </w:r>
      <w:r w:rsidRPr="0000691D">
        <w:rPr>
          <w:rFonts w:cs="B Mitra" w:hint="cs"/>
          <w:sz w:val="28"/>
          <w:szCs w:val="28"/>
          <w:rtl/>
        </w:rPr>
        <w:t>ی</w:t>
      </w:r>
      <w:r w:rsidRPr="0000691D">
        <w:rPr>
          <w:rFonts w:cs="B Mitra"/>
          <w:sz w:val="28"/>
          <w:szCs w:val="28"/>
          <w:rtl/>
        </w:rPr>
        <w:t xml:space="preserve"> دندانپزشک</w:t>
      </w:r>
      <w:r w:rsidRPr="0000691D">
        <w:rPr>
          <w:rFonts w:cs="B Mitra" w:hint="cs"/>
          <w:sz w:val="28"/>
          <w:szCs w:val="28"/>
          <w:rtl/>
        </w:rPr>
        <w:t xml:space="preserve">ی؛ </w:t>
      </w:r>
      <w:r w:rsidRPr="0000691D">
        <w:rPr>
          <w:rFonts w:cs="B Mitra" w:hint="eastAsia"/>
          <w:sz w:val="28"/>
          <w:szCs w:val="28"/>
          <w:rtl/>
        </w:rPr>
        <w:t>پنج</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hint="eastAsia"/>
          <w:sz w:val="28"/>
          <w:szCs w:val="28"/>
          <w:rtl/>
        </w:rPr>
        <w:t>ون</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خواهرم که دو ماه اجاره عقب افتاده داشت</w:t>
      </w:r>
      <w:r w:rsidRPr="0000691D">
        <w:rPr>
          <w:rFonts w:cs="B Mitra" w:hint="cs"/>
          <w:sz w:val="28"/>
          <w:szCs w:val="28"/>
          <w:rtl/>
        </w:rPr>
        <w:t xml:space="preserve">؛ </w:t>
      </w:r>
      <w:r w:rsidRPr="0000691D">
        <w:rPr>
          <w:rFonts w:cs="B Mitra" w:hint="eastAsia"/>
          <w:sz w:val="28"/>
          <w:szCs w:val="28"/>
          <w:rtl/>
        </w:rPr>
        <w:t>چهار</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hint="eastAsia"/>
          <w:sz w:val="28"/>
          <w:szCs w:val="28"/>
          <w:rtl/>
        </w:rPr>
        <w:t>ون</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قسط‌ها</w:t>
      </w:r>
      <w:r w:rsidRPr="0000691D">
        <w:rPr>
          <w:rFonts w:cs="B Mitra" w:hint="cs"/>
          <w:sz w:val="28"/>
          <w:szCs w:val="28"/>
          <w:rtl/>
        </w:rPr>
        <w:t>یی</w:t>
      </w:r>
      <w:r w:rsidRPr="0000691D">
        <w:rPr>
          <w:rFonts w:cs="B Mitra"/>
          <w:sz w:val="28"/>
          <w:szCs w:val="28"/>
          <w:rtl/>
        </w:rPr>
        <w:t xml:space="preserve"> که ازشان فرار کرده بودم</w:t>
      </w:r>
      <w:r w:rsidRPr="0000691D">
        <w:rPr>
          <w:rFonts w:cs="B Mitra" w:hint="cs"/>
          <w:sz w:val="28"/>
          <w:szCs w:val="28"/>
          <w:rtl/>
        </w:rPr>
        <w:t xml:space="preserve">؛ </w:t>
      </w:r>
      <w:r w:rsidRPr="0000691D">
        <w:rPr>
          <w:rFonts w:cs="B Mitra" w:hint="eastAsia"/>
          <w:sz w:val="28"/>
          <w:szCs w:val="28"/>
          <w:rtl/>
        </w:rPr>
        <w:t>باق</w:t>
      </w:r>
      <w:r w:rsidRPr="0000691D">
        <w:rPr>
          <w:rFonts w:cs="B Mitra" w:hint="cs"/>
          <w:sz w:val="28"/>
          <w:szCs w:val="28"/>
          <w:rtl/>
        </w:rPr>
        <w:t>ی‌</w:t>
      </w:r>
      <w:r w:rsidRPr="0000691D">
        <w:rPr>
          <w:rFonts w:cs="B Mitra" w:hint="eastAsia"/>
          <w:sz w:val="28"/>
          <w:szCs w:val="28"/>
          <w:rtl/>
        </w:rPr>
        <w:t>اش</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ماند</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اجاره‌ خانه‌ خودم</w:t>
      </w:r>
      <w:r w:rsidRPr="0000691D">
        <w:rPr>
          <w:rFonts w:cs="B Mitra" w:hint="cs"/>
          <w:sz w:val="28"/>
          <w:szCs w:val="28"/>
          <w:rtl/>
        </w:rPr>
        <w:t xml:space="preserve">؛ </w:t>
      </w:r>
      <w:r w:rsidRPr="0000691D">
        <w:rPr>
          <w:rFonts w:cs="B Mitra" w:hint="eastAsia"/>
          <w:sz w:val="28"/>
          <w:szCs w:val="28"/>
          <w:rtl/>
        </w:rPr>
        <w:t>صاحبخانه</w:t>
      </w:r>
      <w:r w:rsidRPr="0000691D">
        <w:rPr>
          <w:rFonts w:cs="B Mitra"/>
          <w:sz w:val="28"/>
          <w:szCs w:val="28"/>
          <w:rtl/>
        </w:rPr>
        <w:t xml:space="preserve"> گفته بود:</w:t>
      </w:r>
      <w:r w:rsidRPr="0000691D">
        <w:rPr>
          <w:rFonts w:cs="B Mitra" w:hint="cs"/>
          <w:sz w:val="28"/>
          <w:szCs w:val="28"/>
          <w:rtl/>
        </w:rPr>
        <w:t xml:space="preserve"> «</w:t>
      </w:r>
      <w:r w:rsidRPr="0000691D">
        <w:rPr>
          <w:rFonts w:cs="B Mitra" w:hint="eastAsia"/>
          <w:sz w:val="28"/>
          <w:szCs w:val="28"/>
          <w:rtl/>
        </w:rPr>
        <w:t>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بار د</w:t>
      </w:r>
      <w:r w:rsidRPr="0000691D">
        <w:rPr>
          <w:rFonts w:cs="B Mitra" w:hint="cs"/>
          <w:sz w:val="28"/>
          <w:szCs w:val="28"/>
          <w:rtl/>
        </w:rPr>
        <w:t>ی</w:t>
      </w:r>
      <w:r w:rsidRPr="0000691D">
        <w:rPr>
          <w:rFonts w:cs="B Mitra" w:hint="eastAsia"/>
          <w:sz w:val="28"/>
          <w:szCs w:val="28"/>
          <w:rtl/>
        </w:rPr>
        <w:t>گه</w:t>
      </w:r>
      <w:r w:rsidRPr="0000691D">
        <w:rPr>
          <w:rFonts w:cs="B Mitra"/>
          <w:sz w:val="28"/>
          <w:szCs w:val="28"/>
          <w:rtl/>
        </w:rPr>
        <w:t xml:space="preserve"> تخف</w:t>
      </w:r>
      <w:r w:rsidRPr="0000691D">
        <w:rPr>
          <w:rFonts w:cs="B Mitra" w:hint="cs"/>
          <w:sz w:val="28"/>
          <w:szCs w:val="28"/>
          <w:rtl/>
        </w:rPr>
        <w:t>ی</w:t>
      </w:r>
      <w:r w:rsidRPr="0000691D">
        <w:rPr>
          <w:rFonts w:cs="B Mitra" w:hint="eastAsia"/>
          <w:sz w:val="28"/>
          <w:szCs w:val="28"/>
          <w:rtl/>
        </w:rPr>
        <w:t>ف</w:t>
      </w:r>
      <w:r w:rsidRPr="0000691D">
        <w:rPr>
          <w:rFonts w:cs="B Mitra"/>
          <w:sz w:val="28"/>
          <w:szCs w:val="28"/>
          <w:rtl/>
        </w:rPr>
        <w:t xml:space="preserve"> ندار</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پول، </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تخل</w:t>
      </w:r>
      <w:r w:rsidRPr="0000691D">
        <w:rPr>
          <w:rFonts w:cs="B Mitra" w:hint="cs"/>
          <w:sz w:val="28"/>
          <w:szCs w:val="28"/>
          <w:rtl/>
        </w:rPr>
        <w:t>ی</w:t>
      </w:r>
      <w:r w:rsidRPr="0000691D">
        <w:rPr>
          <w:rFonts w:cs="B Mitra" w:hint="eastAsia"/>
          <w:sz w:val="28"/>
          <w:szCs w:val="28"/>
          <w:rtl/>
        </w:rPr>
        <w:t>ه</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پول</w:t>
      </w:r>
      <w:r w:rsidRPr="0000691D">
        <w:rPr>
          <w:rFonts w:cs="B Mitra"/>
          <w:sz w:val="28"/>
          <w:szCs w:val="28"/>
          <w:rtl/>
        </w:rPr>
        <w:t xml:space="preserve"> را در ذهنم تقس</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کردم</w:t>
      </w:r>
      <w:r w:rsidRPr="0000691D">
        <w:rPr>
          <w:rFonts w:cs="B Mitra"/>
          <w:sz w:val="28"/>
          <w:szCs w:val="28"/>
          <w:rtl/>
        </w:rPr>
        <w:t xml:space="preserve"> و برا</w:t>
      </w:r>
      <w:r w:rsidRPr="0000691D">
        <w:rPr>
          <w:rFonts w:cs="B Mitra" w:hint="cs"/>
          <w:sz w:val="28"/>
          <w:szCs w:val="28"/>
          <w:rtl/>
        </w:rPr>
        <w:t>ی</w:t>
      </w:r>
      <w:r w:rsidRPr="0000691D">
        <w:rPr>
          <w:rFonts w:cs="B Mitra"/>
          <w:sz w:val="28"/>
          <w:szCs w:val="28"/>
          <w:rtl/>
        </w:rPr>
        <w:t xml:space="preserve"> اول</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بار بعد از مدت‌ها احساس م</w:t>
      </w:r>
      <w:r w:rsidRPr="0000691D">
        <w:rPr>
          <w:rFonts w:cs="B Mitra" w:hint="cs"/>
          <w:sz w:val="28"/>
          <w:szCs w:val="28"/>
          <w:rtl/>
        </w:rPr>
        <w:t>ی‌</w:t>
      </w:r>
      <w:r w:rsidRPr="0000691D">
        <w:rPr>
          <w:rFonts w:cs="B Mitra" w:hint="eastAsia"/>
          <w:sz w:val="28"/>
          <w:szCs w:val="28"/>
          <w:rtl/>
        </w:rPr>
        <w:t>کردم</w:t>
      </w:r>
      <w:r w:rsidRPr="0000691D">
        <w:rPr>
          <w:rFonts w:cs="B Mitra"/>
          <w:sz w:val="28"/>
          <w:szCs w:val="28"/>
          <w:rtl/>
        </w:rPr>
        <w:t xml:space="preserve"> شا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بتوانم تا چند ماه آ</w:t>
      </w:r>
      <w:r w:rsidRPr="0000691D">
        <w:rPr>
          <w:rFonts w:cs="B Mitra" w:hint="cs"/>
          <w:sz w:val="28"/>
          <w:szCs w:val="28"/>
          <w:rtl/>
        </w:rPr>
        <w:t>ی</w:t>
      </w:r>
      <w:r w:rsidRPr="0000691D">
        <w:rPr>
          <w:rFonts w:cs="B Mitra" w:hint="eastAsia"/>
          <w:sz w:val="28"/>
          <w:szCs w:val="28"/>
          <w:rtl/>
        </w:rPr>
        <w:t>نده</w:t>
      </w:r>
      <w:r w:rsidRPr="0000691D">
        <w:rPr>
          <w:rFonts w:cs="B Mitra"/>
          <w:sz w:val="28"/>
          <w:szCs w:val="28"/>
          <w:rtl/>
        </w:rPr>
        <w:t xml:space="preserve"> را بدون قرض سر کنم</w:t>
      </w:r>
      <w:r w:rsidRPr="0000691D">
        <w:rPr>
          <w:rFonts w:cs="B Mitra"/>
          <w:sz w:val="28"/>
          <w:szCs w:val="28"/>
        </w:rPr>
        <w:t>.</w:t>
      </w:r>
    </w:p>
    <w:p w:rsidR="0032708A" w:rsidRPr="0000691D" w:rsidRDefault="0032708A" w:rsidP="0000691D">
      <w:pPr>
        <w:bidi/>
        <w:spacing w:line="360" w:lineRule="auto"/>
        <w:jc w:val="both"/>
        <w:rPr>
          <w:rFonts w:cs="B Mitra"/>
          <w:sz w:val="28"/>
          <w:szCs w:val="28"/>
          <w:rtl/>
        </w:rPr>
      </w:pPr>
      <w:r w:rsidRPr="0000691D">
        <w:rPr>
          <w:rFonts w:cs="B Mitra" w:hint="eastAsia"/>
          <w:sz w:val="28"/>
          <w:szCs w:val="28"/>
          <w:rtl/>
        </w:rPr>
        <w:t>جلو</w:t>
      </w:r>
      <w:r w:rsidRPr="0000691D">
        <w:rPr>
          <w:rFonts w:cs="B Mitra" w:hint="cs"/>
          <w:sz w:val="28"/>
          <w:szCs w:val="28"/>
          <w:rtl/>
        </w:rPr>
        <w:t>ی</w:t>
      </w:r>
      <w:r w:rsidRPr="0000691D">
        <w:rPr>
          <w:rFonts w:cs="B Mitra"/>
          <w:sz w:val="28"/>
          <w:szCs w:val="28"/>
          <w:rtl/>
        </w:rPr>
        <w:t xml:space="preserve"> بانک ا</w:t>
      </w:r>
      <w:r w:rsidRPr="0000691D">
        <w:rPr>
          <w:rFonts w:cs="B Mitra" w:hint="cs"/>
          <w:sz w:val="28"/>
          <w:szCs w:val="28"/>
          <w:rtl/>
        </w:rPr>
        <w:t>ی</w:t>
      </w:r>
      <w:r w:rsidRPr="0000691D">
        <w:rPr>
          <w:rFonts w:cs="B Mitra" w:hint="eastAsia"/>
          <w:sz w:val="28"/>
          <w:szCs w:val="28"/>
          <w:rtl/>
        </w:rPr>
        <w:t>ستادم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م</w:t>
      </w:r>
      <w:r w:rsidRPr="0000691D">
        <w:rPr>
          <w:rFonts w:cs="B Mitra" w:hint="cs"/>
          <w:sz w:val="28"/>
          <w:szCs w:val="28"/>
          <w:rtl/>
        </w:rPr>
        <w:t>ی‌</w:t>
      </w:r>
      <w:r w:rsidRPr="0000691D">
        <w:rPr>
          <w:rFonts w:cs="B Mitra" w:hint="eastAsia"/>
          <w:sz w:val="28"/>
          <w:szCs w:val="28"/>
          <w:rtl/>
        </w:rPr>
        <w:t>خواستم</w:t>
      </w:r>
      <w:r w:rsidRPr="0000691D">
        <w:rPr>
          <w:rFonts w:cs="B Mitra"/>
          <w:sz w:val="28"/>
          <w:szCs w:val="28"/>
          <w:rtl/>
        </w:rPr>
        <w:t xml:space="preserve"> پنج م</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hint="eastAsia"/>
          <w:sz w:val="28"/>
          <w:szCs w:val="28"/>
          <w:rtl/>
        </w:rPr>
        <w:t>ون</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خواهرم کارت به کارت کنم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مرد</w:t>
      </w:r>
      <w:r w:rsidRPr="0000691D">
        <w:rPr>
          <w:rFonts w:cs="B Mitra" w:hint="cs"/>
          <w:sz w:val="28"/>
          <w:szCs w:val="28"/>
          <w:rtl/>
        </w:rPr>
        <w:t>ی</w:t>
      </w:r>
      <w:r w:rsidRPr="0000691D">
        <w:rPr>
          <w:rFonts w:cs="B Mitra"/>
          <w:sz w:val="28"/>
          <w:szCs w:val="28"/>
          <w:rtl/>
        </w:rPr>
        <w:t xml:space="preserve"> کنار دستگاه خودپرداز ا</w:t>
      </w:r>
      <w:r w:rsidRPr="0000691D">
        <w:rPr>
          <w:rFonts w:cs="B Mitra" w:hint="cs"/>
          <w:sz w:val="28"/>
          <w:szCs w:val="28"/>
          <w:rtl/>
        </w:rPr>
        <w:t>ی</w:t>
      </w:r>
      <w:r w:rsidRPr="0000691D">
        <w:rPr>
          <w:rFonts w:cs="B Mitra" w:hint="eastAsia"/>
          <w:sz w:val="28"/>
          <w:szCs w:val="28"/>
          <w:rtl/>
        </w:rPr>
        <w:t>ستاده</w:t>
      </w:r>
      <w:r w:rsidRPr="0000691D">
        <w:rPr>
          <w:rFonts w:cs="B Mitra"/>
          <w:sz w:val="28"/>
          <w:szCs w:val="28"/>
          <w:rtl/>
        </w:rPr>
        <w:t xml:space="preserve"> بود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حدود</w:t>
      </w:r>
      <w:r w:rsidRPr="0000691D">
        <w:rPr>
          <w:rFonts w:cs="B Mitra"/>
          <w:sz w:val="28"/>
          <w:szCs w:val="28"/>
          <w:rtl/>
        </w:rPr>
        <w:t xml:space="preserve"> پنجاه‌ساله، با کاپشن قهوه‌ا</w:t>
      </w:r>
      <w:r w:rsidRPr="0000691D">
        <w:rPr>
          <w:rFonts w:cs="B Mitra" w:hint="cs"/>
          <w:sz w:val="28"/>
          <w:szCs w:val="28"/>
          <w:rtl/>
        </w:rPr>
        <w:t>ی</w:t>
      </w:r>
      <w:r w:rsidRPr="0000691D">
        <w:rPr>
          <w:rFonts w:cs="B Mitra"/>
          <w:sz w:val="28"/>
          <w:szCs w:val="28"/>
          <w:rtl/>
        </w:rPr>
        <w:t xml:space="preserve"> و کفش‌ها</w:t>
      </w:r>
      <w:r w:rsidRPr="0000691D">
        <w:rPr>
          <w:rFonts w:cs="B Mitra" w:hint="cs"/>
          <w:sz w:val="28"/>
          <w:szCs w:val="28"/>
          <w:rtl/>
        </w:rPr>
        <w:t>ی</w:t>
      </w:r>
      <w:r w:rsidRPr="0000691D">
        <w:rPr>
          <w:rFonts w:cs="B Mitra"/>
          <w:sz w:val="28"/>
          <w:szCs w:val="28"/>
          <w:rtl/>
        </w:rPr>
        <w:t xml:space="preserve"> خاک گرفته</w:t>
      </w:r>
      <w:r w:rsidRPr="0000691D">
        <w:rPr>
          <w:rFonts w:cs="B Mitra" w:hint="cs"/>
          <w:sz w:val="28"/>
          <w:szCs w:val="28"/>
          <w:rtl/>
        </w:rPr>
        <w:t>؛</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ک</w:t>
      </w:r>
      <w:r w:rsidRPr="0000691D">
        <w:rPr>
          <w:rFonts w:cs="B Mitra" w:hint="cs"/>
          <w:sz w:val="28"/>
          <w:szCs w:val="28"/>
          <w:rtl/>
        </w:rPr>
        <w:t>ی</w:t>
      </w:r>
      <w:r w:rsidRPr="0000691D">
        <w:rPr>
          <w:rFonts w:cs="B Mitra" w:hint="eastAsia"/>
          <w:sz w:val="28"/>
          <w:szCs w:val="28"/>
          <w:rtl/>
        </w:rPr>
        <w:t>سه‌</w:t>
      </w:r>
      <w:r w:rsidRPr="0000691D">
        <w:rPr>
          <w:rFonts w:cs="B Mitra"/>
          <w:sz w:val="28"/>
          <w:szCs w:val="28"/>
          <w:rtl/>
        </w:rPr>
        <w:t xml:space="preserve"> نان در دست داشت</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کارتش</w:t>
      </w:r>
      <w:r w:rsidRPr="0000691D">
        <w:rPr>
          <w:rFonts w:cs="B Mitra"/>
          <w:sz w:val="28"/>
          <w:szCs w:val="28"/>
          <w:rtl/>
        </w:rPr>
        <w:t xml:space="preserve"> را چند بار وارد دستگاه کرد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هر</w:t>
      </w:r>
      <w:r w:rsidRPr="0000691D">
        <w:rPr>
          <w:rFonts w:cs="B Mitra"/>
          <w:sz w:val="28"/>
          <w:szCs w:val="28"/>
          <w:rtl/>
        </w:rPr>
        <w:t xml:space="preserve"> بار ب</w:t>
      </w:r>
      <w:r w:rsidRPr="0000691D">
        <w:rPr>
          <w:rFonts w:cs="B Mitra" w:hint="cs"/>
          <w:sz w:val="28"/>
          <w:szCs w:val="28"/>
          <w:rtl/>
        </w:rPr>
        <w:t>ی</w:t>
      </w:r>
      <w:r w:rsidRPr="0000691D">
        <w:rPr>
          <w:rFonts w:cs="B Mitra" w:hint="eastAsia"/>
          <w:sz w:val="28"/>
          <w:szCs w:val="28"/>
          <w:rtl/>
        </w:rPr>
        <w:t>رون</w:t>
      </w:r>
      <w:r w:rsidRPr="0000691D">
        <w:rPr>
          <w:rFonts w:cs="B Mitra"/>
          <w:sz w:val="28"/>
          <w:szCs w:val="28"/>
          <w:rtl/>
        </w:rPr>
        <w:t xml:space="preserve"> آورد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آخر</w:t>
      </w:r>
      <w:r w:rsidRPr="0000691D">
        <w:rPr>
          <w:rFonts w:cs="B Mitra"/>
          <w:sz w:val="28"/>
          <w:szCs w:val="28"/>
          <w:rtl/>
        </w:rPr>
        <w:t xml:space="preserve"> سر ز</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لب گفت: </w:t>
      </w:r>
      <w:r w:rsidRPr="0000691D">
        <w:rPr>
          <w:rFonts w:cs="B Mitra" w:hint="cs"/>
          <w:sz w:val="28"/>
          <w:szCs w:val="28"/>
          <w:rtl/>
        </w:rPr>
        <w:t>«</w:t>
      </w:r>
      <w:r w:rsidRPr="0000691D">
        <w:rPr>
          <w:rFonts w:cs="B Mitra" w:hint="eastAsia"/>
          <w:sz w:val="28"/>
          <w:szCs w:val="28"/>
          <w:rtl/>
        </w:rPr>
        <w:t>لعنت</w:t>
      </w:r>
      <w:r w:rsidRPr="0000691D">
        <w:rPr>
          <w:rFonts w:cs="B Mitra" w:hint="cs"/>
          <w:sz w:val="28"/>
          <w:szCs w:val="28"/>
          <w:rtl/>
        </w:rPr>
        <w:t>ی</w:t>
      </w:r>
      <w:r w:rsidRPr="0000691D">
        <w:rPr>
          <w:rFonts w:cs="B Mitra"/>
          <w:sz w:val="28"/>
          <w:szCs w:val="28"/>
        </w:rPr>
        <w:t>...</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tl/>
        </w:rPr>
      </w:pPr>
      <w:r w:rsidRPr="0000691D">
        <w:rPr>
          <w:rFonts w:cs="B Mitra"/>
          <w:sz w:val="28"/>
          <w:szCs w:val="28"/>
          <w:rtl/>
        </w:rPr>
        <w:t xml:space="preserve"> صف حرکت کرد؛ من جلو رفتم. کارت را داخل دستگاه گذاشتم. مرد چند قدم دور شد، اما دوباره برگشت. فت: «ببخش</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آقا».</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lastRenderedPageBreak/>
        <w:t>برگشتم</w:t>
      </w:r>
      <w:r w:rsidRPr="0000691D">
        <w:rPr>
          <w:rFonts w:cs="B Mitra" w:hint="cs"/>
          <w:sz w:val="28"/>
          <w:szCs w:val="28"/>
          <w:rtl/>
        </w:rPr>
        <w:t>: «</w:t>
      </w:r>
      <w:r w:rsidRPr="0000691D">
        <w:rPr>
          <w:rFonts w:cs="B Mitra" w:hint="eastAsia"/>
          <w:sz w:val="28"/>
          <w:szCs w:val="28"/>
          <w:rtl/>
        </w:rPr>
        <w:t>بله؟</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tl/>
          <w:lang w:bidi="fa-IR"/>
        </w:rPr>
      </w:pPr>
      <w:r w:rsidRPr="0000691D">
        <w:rPr>
          <w:rFonts w:cs="B Mitra" w:hint="eastAsia"/>
          <w:sz w:val="28"/>
          <w:szCs w:val="28"/>
          <w:rtl/>
        </w:rPr>
        <w:t>گفت</w:t>
      </w:r>
      <w:r w:rsidRPr="0000691D">
        <w:rPr>
          <w:rFonts w:cs="B Mitra"/>
          <w:sz w:val="28"/>
          <w:szCs w:val="28"/>
          <w:rtl/>
        </w:rPr>
        <w:t>:</w:t>
      </w:r>
      <w:r w:rsidRPr="0000691D">
        <w:rPr>
          <w:rFonts w:cs="B Mitra" w:hint="cs"/>
          <w:sz w:val="28"/>
          <w:szCs w:val="28"/>
          <w:rtl/>
        </w:rPr>
        <w:t xml:space="preserve"> «ی</w:t>
      </w:r>
      <w:r w:rsidRPr="0000691D">
        <w:rPr>
          <w:rFonts w:cs="B Mitra" w:hint="eastAsia"/>
          <w:sz w:val="28"/>
          <w:szCs w:val="28"/>
          <w:rtl/>
        </w:rPr>
        <w:t>ه</w:t>
      </w:r>
      <w:r w:rsidRPr="0000691D">
        <w:rPr>
          <w:rFonts w:cs="B Mitra"/>
          <w:sz w:val="28"/>
          <w:szCs w:val="28"/>
          <w:rtl/>
        </w:rPr>
        <w:t xml:space="preserve"> خواهش</w:t>
      </w:r>
      <w:r w:rsidRPr="0000691D">
        <w:rPr>
          <w:rFonts w:cs="B Mitra" w:hint="cs"/>
          <w:sz w:val="28"/>
          <w:szCs w:val="28"/>
          <w:rtl/>
        </w:rPr>
        <w:t>ی</w:t>
      </w:r>
      <w:r w:rsidRPr="0000691D">
        <w:rPr>
          <w:rFonts w:cs="B Mitra"/>
          <w:sz w:val="28"/>
          <w:szCs w:val="28"/>
          <w:rtl/>
        </w:rPr>
        <w:t xml:space="preserve"> داشتم</w:t>
      </w:r>
      <w:r w:rsidRPr="0000691D">
        <w:rPr>
          <w:rFonts w:cs="B Mitra" w:hint="cs"/>
          <w:sz w:val="28"/>
          <w:szCs w:val="28"/>
          <w:rtl/>
          <w:lang w:bidi="fa-IR"/>
        </w:rPr>
        <w:t>».</w:t>
      </w:r>
    </w:p>
    <w:p w:rsidR="0032708A" w:rsidRPr="0000691D" w:rsidRDefault="0032708A" w:rsidP="0000691D">
      <w:pPr>
        <w:bidi/>
        <w:spacing w:line="360" w:lineRule="auto"/>
        <w:jc w:val="both"/>
        <w:rPr>
          <w:rFonts w:cs="B Mitra"/>
          <w:sz w:val="28"/>
          <w:szCs w:val="28"/>
          <w:rtl/>
          <w:lang w:bidi="fa-IR"/>
        </w:rPr>
      </w:pPr>
      <w:r w:rsidRPr="0000691D">
        <w:rPr>
          <w:rFonts w:cs="B Mitra" w:hint="eastAsia"/>
          <w:sz w:val="28"/>
          <w:szCs w:val="28"/>
          <w:rtl/>
        </w:rPr>
        <w:t>صدايش</w:t>
      </w:r>
      <w:r w:rsidRPr="0000691D">
        <w:rPr>
          <w:rFonts w:cs="B Mitra"/>
          <w:sz w:val="28"/>
          <w:szCs w:val="28"/>
          <w:rtl/>
        </w:rPr>
        <w:t xml:space="preserve"> پا</w:t>
      </w:r>
      <w:r w:rsidRPr="0000691D">
        <w:rPr>
          <w:rFonts w:cs="B Mitra" w:hint="cs"/>
          <w:sz w:val="28"/>
          <w:szCs w:val="28"/>
          <w:rtl/>
        </w:rPr>
        <w:t>یی</w:t>
      </w:r>
      <w:r w:rsidRPr="0000691D">
        <w:rPr>
          <w:rFonts w:cs="B Mitra" w:hint="eastAsia"/>
          <w:sz w:val="28"/>
          <w:szCs w:val="28"/>
          <w:rtl/>
        </w:rPr>
        <w:t>ن</w:t>
      </w:r>
      <w:r w:rsidRPr="0000691D">
        <w:rPr>
          <w:rFonts w:cs="B Mitra"/>
          <w:sz w:val="28"/>
          <w:szCs w:val="28"/>
          <w:rtl/>
        </w:rPr>
        <w:t xml:space="preserve"> بود</w:t>
      </w:r>
      <w:r w:rsidRPr="0000691D">
        <w:rPr>
          <w:rFonts w:cs="B Mitra" w:hint="cs"/>
          <w:sz w:val="28"/>
          <w:szCs w:val="28"/>
          <w:rtl/>
          <w:lang w:bidi="fa-IR"/>
        </w:rPr>
        <w:t xml:space="preserve">؛ </w:t>
      </w:r>
    </w:p>
    <w:p w:rsidR="0032708A" w:rsidRPr="0000691D" w:rsidRDefault="0032708A" w:rsidP="0000691D">
      <w:pPr>
        <w:bidi/>
        <w:spacing w:line="360" w:lineRule="auto"/>
        <w:jc w:val="both"/>
        <w:rPr>
          <w:rFonts w:cs="B Mitra"/>
          <w:sz w:val="28"/>
          <w:szCs w:val="28"/>
        </w:rPr>
      </w:pPr>
      <w:r w:rsidRPr="0000691D">
        <w:rPr>
          <w:rFonts w:cs="B Mitra" w:hint="cs"/>
          <w:sz w:val="28"/>
          <w:szCs w:val="28"/>
          <w:rtl/>
          <w:lang w:bidi="fa-IR"/>
        </w:rPr>
        <w:t>- «</w:t>
      </w:r>
      <w:r w:rsidRPr="0000691D">
        <w:rPr>
          <w:rFonts w:cs="B Mitra" w:hint="eastAsia"/>
          <w:sz w:val="28"/>
          <w:szCs w:val="28"/>
          <w:rtl/>
        </w:rPr>
        <w:t>صد</w:t>
      </w:r>
      <w:r w:rsidRPr="0000691D">
        <w:rPr>
          <w:rFonts w:cs="B Mitra"/>
          <w:sz w:val="28"/>
          <w:szCs w:val="28"/>
          <w:rtl/>
        </w:rPr>
        <w:t xml:space="preserve"> و ب</w:t>
      </w:r>
      <w:r w:rsidRPr="0000691D">
        <w:rPr>
          <w:rFonts w:cs="B Mitra" w:hint="cs"/>
          <w:sz w:val="28"/>
          <w:szCs w:val="28"/>
          <w:rtl/>
        </w:rPr>
        <w:t>ی</w:t>
      </w:r>
      <w:r w:rsidRPr="0000691D">
        <w:rPr>
          <w:rFonts w:cs="B Mitra" w:hint="eastAsia"/>
          <w:sz w:val="28"/>
          <w:szCs w:val="28"/>
          <w:rtl/>
        </w:rPr>
        <w:t>ست</w:t>
      </w:r>
      <w:r w:rsidRPr="0000691D">
        <w:rPr>
          <w:rFonts w:cs="B Mitra"/>
          <w:sz w:val="28"/>
          <w:szCs w:val="28"/>
          <w:rtl/>
        </w:rPr>
        <w:t xml:space="preserve"> هزار تومن کم دارم</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گفتم</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برا</w:t>
      </w:r>
      <w:r w:rsidRPr="0000691D">
        <w:rPr>
          <w:rFonts w:cs="B Mitra" w:hint="cs"/>
          <w:sz w:val="28"/>
          <w:szCs w:val="28"/>
          <w:rtl/>
        </w:rPr>
        <w:t>ی</w:t>
      </w:r>
      <w:r w:rsidRPr="0000691D">
        <w:rPr>
          <w:rFonts w:cs="B Mitra"/>
          <w:sz w:val="28"/>
          <w:szCs w:val="28"/>
          <w:rtl/>
        </w:rPr>
        <w:t xml:space="preserve"> چ</w:t>
      </w:r>
      <w:r w:rsidRPr="0000691D">
        <w:rPr>
          <w:rFonts w:cs="B Mitra" w:hint="cs"/>
          <w:sz w:val="28"/>
          <w:szCs w:val="28"/>
          <w:rtl/>
        </w:rPr>
        <w:t>ی</w:t>
      </w:r>
      <w:r w:rsidRPr="0000691D">
        <w:rPr>
          <w:rFonts w:cs="B Mitra" w:hint="eastAsia"/>
          <w:sz w:val="28"/>
          <w:szCs w:val="28"/>
          <w:rtl/>
        </w:rPr>
        <w:t>؟</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نگاه</w:t>
      </w:r>
      <w:r w:rsidRPr="0000691D">
        <w:rPr>
          <w:rFonts w:cs="B Mitra" w:hint="cs"/>
          <w:sz w:val="28"/>
          <w:szCs w:val="28"/>
          <w:rtl/>
        </w:rPr>
        <w:t>ی</w:t>
      </w:r>
      <w:r w:rsidRPr="0000691D">
        <w:rPr>
          <w:rFonts w:cs="B Mitra"/>
          <w:sz w:val="28"/>
          <w:szCs w:val="28"/>
          <w:rtl/>
        </w:rPr>
        <w:t xml:space="preserve"> به ک</w:t>
      </w:r>
      <w:r w:rsidRPr="0000691D">
        <w:rPr>
          <w:rFonts w:cs="B Mitra" w:hint="cs"/>
          <w:sz w:val="28"/>
          <w:szCs w:val="28"/>
          <w:rtl/>
        </w:rPr>
        <w:t>ی</w:t>
      </w:r>
      <w:r w:rsidRPr="0000691D">
        <w:rPr>
          <w:rFonts w:cs="B Mitra" w:hint="eastAsia"/>
          <w:sz w:val="28"/>
          <w:szCs w:val="28"/>
          <w:rtl/>
        </w:rPr>
        <w:t>سه‌</w:t>
      </w:r>
      <w:r w:rsidRPr="0000691D">
        <w:rPr>
          <w:rFonts w:cs="B Mitra"/>
          <w:sz w:val="28"/>
          <w:szCs w:val="28"/>
          <w:rtl/>
        </w:rPr>
        <w:t xml:space="preserve"> نان انداخت</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گفت</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دارو</w:t>
      </w:r>
      <w:r w:rsidRPr="0000691D">
        <w:rPr>
          <w:rFonts w:cs="B Mitra" w:hint="cs"/>
          <w:sz w:val="28"/>
          <w:szCs w:val="28"/>
          <w:rtl/>
        </w:rPr>
        <w:t>ی</w:t>
      </w:r>
      <w:r w:rsidRPr="0000691D">
        <w:rPr>
          <w:rFonts w:cs="B Mitra"/>
          <w:sz w:val="28"/>
          <w:szCs w:val="28"/>
          <w:rtl/>
        </w:rPr>
        <w:t xml:space="preserve"> دخترمه</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گوش</w:t>
      </w:r>
      <w:r w:rsidRPr="0000691D">
        <w:rPr>
          <w:rFonts w:cs="B Mitra" w:hint="cs"/>
          <w:sz w:val="28"/>
          <w:szCs w:val="28"/>
          <w:rtl/>
        </w:rPr>
        <w:t>ی‌</w:t>
      </w:r>
      <w:r w:rsidRPr="0000691D">
        <w:rPr>
          <w:rFonts w:cs="B Mitra" w:hint="eastAsia"/>
          <w:sz w:val="28"/>
          <w:szCs w:val="28"/>
          <w:rtl/>
        </w:rPr>
        <w:t>اش</w:t>
      </w:r>
      <w:r w:rsidRPr="0000691D">
        <w:rPr>
          <w:rFonts w:cs="B Mitra"/>
          <w:sz w:val="28"/>
          <w:szCs w:val="28"/>
          <w:rtl/>
        </w:rPr>
        <w:t xml:space="preserve"> را باز کرد و عکس نسخه را نشانم داد</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cs"/>
          <w:sz w:val="28"/>
          <w:szCs w:val="28"/>
          <w:rtl/>
        </w:rPr>
        <w:t>-</w:t>
      </w:r>
      <w:r w:rsidRPr="0000691D">
        <w:rPr>
          <w:rFonts w:cs="B Mitra"/>
          <w:sz w:val="28"/>
          <w:szCs w:val="28"/>
          <w:rtl/>
        </w:rPr>
        <w:t xml:space="preserve"> «</w:t>
      </w:r>
      <w:r w:rsidRPr="0000691D">
        <w:rPr>
          <w:rFonts w:cs="B Mitra" w:hint="eastAsia"/>
          <w:sz w:val="28"/>
          <w:szCs w:val="28"/>
          <w:rtl/>
        </w:rPr>
        <w:t>داروخانه</w:t>
      </w:r>
      <w:r w:rsidRPr="0000691D">
        <w:rPr>
          <w:rFonts w:cs="B Mitra"/>
          <w:sz w:val="28"/>
          <w:szCs w:val="28"/>
          <w:rtl/>
        </w:rPr>
        <w:t xml:space="preserve"> گفت صد و ب</w:t>
      </w:r>
      <w:r w:rsidRPr="0000691D">
        <w:rPr>
          <w:rFonts w:cs="B Mitra" w:hint="cs"/>
          <w:sz w:val="28"/>
          <w:szCs w:val="28"/>
          <w:rtl/>
        </w:rPr>
        <w:t>ی</w:t>
      </w:r>
      <w:r w:rsidRPr="0000691D">
        <w:rPr>
          <w:rFonts w:cs="B Mitra" w:hint="eastAsia"/>
          <w:sz w:val="28"/>
          <w:szCs w:val="28"/>
          <w:rtl/>
        </w:rPr>
        <w:t>ست</w:t>
      </w:r>
      <w:r w:rsidRPr="0000691D">
        <w:rPr>
          <w:rFonts w:cs="B Mitra"/>
          <w:sz w:val="28"/>
          <w:szCs w:val="28"/>
          <w:rtl/>
        </w:rPr>
        <w:t xml:space="preserve"> کم دارم. فردا حقوق م</w:t>
      </w:r>
      <w:r w:rsidRPr="0000691D">
        <w:rPr>
          <w:rFonts w:cs="B Mitra" w:hint="cs"/>
          <w:sz w:val="28"/>
          <w:szCs w:val="28"/>
          <w:rtl/>
        </w:rPr>
        <w:t>ی‌</w:t>
      </w:r>
      <w:r w:rsidRPr="0000691D">
        <w:rPr>
          <w:rFonts w:cs="B Mitra" w:hint="eastAsia"/>
          <w:sz w:val="28"/>
          <w:szCs w:val="28"/>
          <w:rtl/>
        </w:rPr>
        <w:t>گ</w:t>
      </w:r>
      <w:r w:rsidRPr="0000691D">
        <w:rPr>
          <w:rFonts w:cs="B Mitra" w:hint="cs"/>
          <w:sz w:val="28"/>
          <w:szCs w:val="28"/>
          <w:rtl/>
        </w:rPr>
        <w:t>ی</w:t>
      </w:r>
      <w:r w:rsidRPr="0000691D">
        <w:rPr>
          <w:rFonts w:cs="B Mitra" w:hint="eastAsia"/>
          <w:sz w:val="28"/>
          <w:szCs w:val="28"/>
          <w:rtl/>
        </w:rPr>
        <w:t>رم</w:t>
      </w:r>
      <w:r w:rsidRPr="0000691D">
        <w:rPr>
          <w:rFonts w:cs="B Mitra"/>
          <w:sz w:val="28"/>
          <w:szCs w:val="28"/>
          <w:rtl/>
        </w:rPr>
        <w:t>. فردا پس م</w:t>
      </w:r>
      <w:r w:rsidRPr="0000691D">
        <w:rPr>
          <w:rFonts w:cs="B Mitra" w:hint="cs"/>
          <w:sz w:val="28"/>
          <w:szCs w:val="28"/>
          <w:rtl/>
        </w:rPr>
        <w:t>ی‌</w:t>
      </w:r>
      <w:r w:rsidRPr="0000691D">
        <w:rPr>
          <w:rFonts w:cs="B Mitra" w:hint="eastAsia"/>
          <w:sz w:val="28"/>
          <w:szCs w:val="28"/>
          <w:rtl/>
        </w:rPr>
        <w:t>دم</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tl/>
          <w:lang w:bidi="fa-IR"/>
        </w:rPr>
      </w:pPr>
      <w:r w:rsidRPr="0000691D">
        <w:rPr>
          <w:rFonts w:cs="B Mitra" w:hint="eastAsia"/>
          <w:sz w:val="28"/>
          <w:szCs w:val="28"/>
          <w:rtl/>
        </w:rPr>
        <w:t>صد</w:t>
      </w:r>
      <w:r w:rsidRPr="0000691D">
        <w:rPr>
          <w:rFonts w:cs="B Mitra"/>
          <w:sz w:val="28"/>
          <w:szCs w:val="28"/>
          <w:rtl/>
        </w:rPr>
        <w:t xml:space="preserve"> و ب</w:t>
      </w:r>
      <w:r w:rsidRPr="0000691D">
        <w:rPr>
          <w:rFonts w:cs="B Mitra" w:hint="cs"/>
          <w:sz w:val="28"/>
          <w:szCs w:val="28"/>
          <w:rtl/>
        </w:rPr>
        <w:t>ی</w:t>
      </w:r>
      <w:r w:rsidRPr="0000691D">
        <w:rPr>
          <w:rFonts w:cs="B Mitra" w:hint="eastAsia"/>
          <w:sz w:val="28"/>
          <w:szCs w:val="28"/>
          <w:rtl/>
        </w:rPr>
        <w:t>ست</w:t>
      </w:r>
      <w:r w:rsidRPr="0000691D">
        <w:rPr>
          <w:rFonts w:cs="B Mitra"/>
          <w:sz w:val="28"/>
          <w:szCs w:val="28"/>
          <w:rtl/>
        </w:rPr>
        <w:t xml:space="preserve"> هزار تومان</w:t>
      </w:r>
      <w:r w:rsidRPr="0000691D">
        <w:rPr>
          <w:rFonts w:cs="B Mitra" w:hint="cs"/>
          <w:sz w:val="28"/>
          <w:szCs w:val="28"/>
          <w:rtl/>
        </w:rPr>
        <w:t xml:space="preserve">؛ </w:t>
      </w:r>
      <w:r w:rsidRPr="0000691D">
        <w:rPr>
          <w:rFonts w:cs="B Mitra" w:hint="eastAsia"/>
          <w:sz w:val="28"/>
          <w:szCs w:val="28"/>
          <w:rtl/>
        </w:rPr>
        <w:t>به</w:t>
      </w:r>
      <w:r w:rsidRPr="0000691D">
        <w:rPr>
          <w:rFonts w:cs="B Mitra"/>
          <w:sz w:val="28"/>
          <w:szCs w:val="28"/>
          <w:rtl/>
        </w:rPr>
        <w:t xml:space="preserve"> حسابم فکر کردم</w:t>
      </w:r>
      <w:r w:rsidRPr="0000691D">
        <w:rPr>
          <w:rFonts w:cs="B Mitra" w:hint="cs"/>
          <w:sz w:val="28"/>
          <w:szCs w:val="28"/>
          <w:rtl/>
        </w:rPr>
        <w:t>؛ ب</w:t>
      </w:r>
      <w:r w:rsidRPr="0000691D">
        <w:rPr>
          <w:rFonts w:cs="B Mitra" w:hint="eastAsia"/>
          <w:sz w:val="28"/>
          <w:szCs w:val="28"/>
          <w:rtl/>
        </w:rPr>
        <w:t>ه</w:t>
      </w:r>
      <w:r w:rsidRPr="0000691D">
        <w:rPr>
          <w:rFonts w:cs="B Mitra"/>
          <w:sz w:val="28"/>
          <w:szCs w:val="28"/>
          <w:rtl/>
        </w:rPr>
        <w:t xml:space="preserve"> ب</w:t>
      </w:r>
      <w:r w:rsidRPr="0000691D">
        <w:rPr>
          <w:rFonts w:cs="B Mitra" w:hint="cs"/>
          <w:sz w:val="28"/>
          <w:szCs w:val="28"/>
          <w:rtl/>
        </w:rPr>
        <w:t>ی</w:t>
      </w:r>
      <w:r w:rsidRPr="0000691D">
        <w:rPr>
          <w:rFonts w:cs="B Mitra" w:hint="eastAsia"/>
          <w:sz w:val="28"/>
          <w:szCs w:val="28"/>
          <w:rtl/>
        </w:rPr>
        <w:t>ست</w:t>
      </w:r>
      <w:r w:rsidRPr="0000691D">
        <w:rPr>
          <w:rFonts w:cs="B Mitra"/>
          <w:sz w:val="28"/>
          <w:szCs w:val="28"/>
          <w:rtl/>
        </w:rPr>
        <w:t xml:space="preserve"> و هفت م</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hint="eastAsia"/>
          <w:sz w:val="28"/>
          <w:szCs w:val="28"/>
          <w:rtl/>
        </w:rPr>
        <w:t>ون</w:t>
      </w:r>
      <w:r w:rsidRPr="0000691D">
        <w:rPr>
          <w:rFonts w:cs="B Mitra"/>
          <w:sz w:val="28"/>
          <w:szCs w:val="28"/>
          <w:rtl/>
        </w:rPr>
        <w:t xml:space="preserve"> و پانصد هزار تومان</w:t>
      </w:r>
      <w:r w:rsidRPr="0000691D">
        <w:rPr>
          <w:rFonts w:cs="B Mitra" w:hint="cs"/>
          <w:sz w:val="28"/>
          <w:szCs w:val="28"/>
          <w:rtl/>
          <w:lang w:bidi="fa-IR"/>
        </w:rPr>
        <w:t>؛</w:t>
      </w:r>
    </w:p>
    <w:p w:rsidR="0032708A" w:rsidRPr="0000691D" w:rsidRDefault="0032708A" w:rsidP="0000691D">
      <w:pPr>
        <w:bidi/>
        <w:spacing w:line="360" w:lineRule="auto"/>
        <w:jc w:val="both"/>
        <w:rPr>
          <w:rFonts w:cs="B Mitra"/>
          <w:sz w:val="28"/>
          <w:szCs w:val="28"/>
          <w:rtl/>
          <w:lang w:bidi="fa-IR"/>
        </w:rPr>
      </w:pPr>
      <w:r w:rsidRPr="0000691D">
        <w:rPr>
          <w:rFonts w:cs="B Mitra" w:hint="eastAsia"/>
          <w:sz w:val="28"/>
          <w:szCs w:val="28"/>
          <w:rtl/>
        </w:rPr>
        <w:t>گفتم</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شماره</w:t>
      </w:r>
      <w:r w:rsidRPr="0000691D">
        <w:rPr>
          <w:rFonts w:cs="B Mitra"/>
          <w:sz w:val="28"/>
          <w:szCs w:val="28"/>
          <w:rtl/>
        </w:rPr>
        <w:t xml:space="preserve"> کارتتون رو بد</w:t>
      </w:r>
      <w:r w:rsidRPr="0000691D">
        <w:rPr>
          <w:rFonts w:cs="B Mitra" w:hint="cs"/>
          <w:sz w:val="28"/>
          <w:szCs w:val="28"/>
          <w:rtl/>
        </w:rPr>
        <w:t>ی</w:t>
      </w:r>
      <w:r w:rsidRPr="0000691D">
        <w:rPr>
          <w:rFonts w:cs="B Mitra" w:hint="eastAsia"/>
          <w:sz w:val="28"/>
          <w:szCs w:val="28"/>
          <w:rtl/>
        </w:rPr>
        <w:t>د</w:t>
      </w:r>
      <w:r w:rsidRPr="0000691D">
        <w:rPr>
          <w:rFonts w:cs="B Mitra" w:hint="cs"/>
          <w:sz w:val="28"/>
          <w:szCs w:val="28"/>
          <w:rtl/>
          <w:lang w:bidi="fa-IR"/>
        </w:rPr>
        <w:t>».</w:t>
      </w:r>
    </w:p>
    <w:p w:rsidR="0032708A" w:rsidRPr="0000691D" w:rsidRDefault="0032708A" w:rsidP="0000691D">
      <w:pPr>
        <w:bidi/>
        <w:spacing w:line="360" w:lineRule="auto"/>
        <w:jc w:val="both"/>
        <w:rPr>
          <w:rFonts w:cs="B Mitra"/>
          <w:sz w:val="28"/>
          <w:szCs w:val="28"/>
          <w:rtl/>
        </w:rPr>
      </w:pPr>
      <w:r w:rsidRPr="0000691D">
        <w:rPr>
          <w:rFonts w:cs="B Mitra"/>
          <w:sz w:val="28"/>
          <w:szCs w:val="28"/>
          <w:rtl/>
        </w:rPr>
        <w:t>شماره را گفت. پول را فرستادم. پ</w:t>
      </w:r>
      <w:r w:rsidRPr="0000691D">
        <w:rPr>
          <w:rFonts w:cs="B Mitra" w:hint="cs"/>
          <w:sz w:val="28"/>
          <w:szCs w:val="28"/>
          <w:rtl/>
        </w:rPr>
        <w:t>ی</w:t>
      </w:r>
      <w:r w:rsidRPr="0000691D">
        <w:rPr>
          <w:rFonts w:cs="B Mitra" w:hint="eastAsia"/>
          <w:sz w:val="28"/>
          <w:szCs w:val="28"/>
          <w:rtl/>
        </w:rPr>
        <w:t>امک</w:t>
      </w:r>
      <w:r w:rsidRPr="0000691D">
        <w:rPr>
          <w:rFonts w:cs="B Mitra"/>
          <w:sz w:val="28"/>
          <w:szCs w:val="28"/>
          <w:rtl/>
        </w:rPr>
        <w:t xml:space="preserve"> آمد؛ موجود</w:t>
      </w:r>
      <w:r w:rsidRPr="0000691D">
        <w:rPr>
          <w:rFonts w:cs="B Mitra" w:hint="cs"/>
          <w:sz w:val="28"/>
          <w:szCs w:val="28"/>
          <w:rtl/>
        </w:rPr>
        <w:t>ی</w:t>
      </w:r>
      <w:r w:rsidRPr="0000691D">
        <w:rPr>
          <w:rFonts w:cs="B Mitra"/>
          <w:sz w:val="28"/>
          <w:szCs w:val="28"/>
          <w:rtl/>
        </w:rPr>
        <w:t>: ب</w:t>
      </w:r>
      <w:r w:rsidRPr="0000691D">
        <w:rPr>
          <w:rFonts w:cs="B Mitra" w:hint="cs"/>
          <w:sz w:val="28"/>
          <w:szCs w:val="28"/>
          <w:rtl/>
        </w:rPr>
        <w:t>ی</w:t>
      </w:r>
      <w:r w:rsidRPr="0000691D">
        <w:rPr>
          <w:rFonts w:cs="B Mitra" w:hint="eastAsia"/>
          <w:sz w:val="28"/>
          <w:szCs w:val="28"/>
          <w:rtl/>
        </w:rPr>
        <w:t>ست‌وهفت</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hint="eastAsia"/>
          <w:sz w:val="28"/>
          <w:szCs w:val="28"/>
          <w:rtl/>
        </w:rPr>
        <w:t>ون</w:t>
      </w:r>
      <w:r w:rsidRPr="0000691D">
        <w:rPr>
          <w:rFonts w:cs="B Mitra"/>
          <w:sz w:val="28"/>
          <w:szCs w:val="28"/>
          <w:rtl/>
        </w:rPr>
        <w:t xml:space="preserve"> و س</w:t>
      </w:r>
      <w:r w:rsidRPr="0000691D">
        <w:rPr>
          <w:rFonts w:cs="B Mitra" w:hint="cs"/>
          <w:sz w:val="28"/>
          <w:szCs w:val="28"/>
          <w:rtl/>
        </w:rPr>
        <w:t>ی</w:t>
      </w:r>
      <w:r w:rsidRPr="0000691D">
        <w:rPr>
          <w:rFonts w:cs="B Mitra" w:hint="eastAsia"/>
          <w:sz w:val="28"/>
          <w:szCs w:val="28"/>
          <w:rtl/>
        </w:rPr>
        <w:t>صد</w:t>
      </w:r>
      <w:r w:rsidRPr="0000691D">
        <w:rPr>
          <w:rFonts w:cs="B Mitra"/>
          <w:sz w:val="28"/>
          <w:szCs w:val="28"/>
          <w:rtl/>
        </w:rPr>
        <w:t xml:space="preserve"> و هشتاد هزار تومان. </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مرد</w:t>
      </w:r>
      <w:r w:rsidRPr="0000691D">
        <w:rPr>
          <w:rFonts w:cs="B Mitra"/>
          <w:sz w:val="28"/>
          <w:szCs w:val="28"/>
          <w:rtl/>
        </w:rPr>
        <w:t xml:space="preserve"> گفت:</w:t>
      </w:r>
      <w:r w:rsidRPr="0000691D">
        <w:rPr>
          <w:rFonts w:cs="B Mitra" w:hint="cs"/>
          <w:sz w:val="28"/>
          <w:szCs w:val="28"/>
          <w:rtl/>
        </w:rPr>
        <w:t xml:space="preserve"> «</w:t>
      </w:r>
      <w:r w:rsidRPr="0000691D">
        <w:rPr>
          <w:rFonts w:cs="B Mitra" w:hint="eastAsia"/>
          <w:sz w:val="28"/>
          <w:szCs w:val="28"/>
          <w:rtl/>
        </w:rPr>
        <w:t>خدا</w:t>
      </w:r>
      <w:r w:rsidRPr="0000691D">
        <w:rPr>
          <w:rFonts w:cs="B Mitra"/>
          <w:sz w:val="28"/>
          <w:szCs w:val="28"/>
          <w:rtl/>
        </w:rPr>
        <w:t xml:space="preserve"> خ</w:t>
      </w:r>
      <w:r w:rsidRPr="0000691D">
        <w:rPr>
          <w:rFonts w:cs="B Mitra" w:hint="cs"/>
          <w:sz w:val="28"/>
          <w:szCs w:val="28"/>
          <w:rtl/>
        </w:rPr>
        <w:t>ی</w:t>
      </w:r>
      <w:r w:rsidRPr="0000691D">
        <w:rPr>
          <w:rFonts w:cs="B Mitra" w:hint="eastAsia"/>
          <w:sz w:val="28"/>
          <w:szCs w:val="28"/>
          <w:rtl/>
        </w:rPr>
        <w:t>رتون</w:t>
      </w:r>
      <w:r w:rsidRPr="0000691D">
        <w:rPr>
          <w:rFonts w:cs="B Mitra"/>
          <w:sz w:val="28"/>
          <w:szCs w:val="28"/>
          <w:rtl/>
        </w:rPr>
        <w:t xml:space="preserve"> بده</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گفتم</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سلامت</w:t>
      </w:r>
      <w:r w:rsidRPr="0000691D">
        <w:rPr>
          <w:rFonts w:cs="B Mitra"/>
          <w:sz w:val="28"/>
          <w:szCs w:val="28"/>
          <w:rtl/>
        </w:rPr>
        <w:t xml:space="preserve"> باش</w:t>
      </w:r>
      <w:r w:rsidRPr="0000691D">
        <w:rPr>
          <w:rFonts w:cs="B Mitra" w:hint="cs"/>
          <w:sz w:val="28"/>
          <w:szCs w:val="28"/>
          <w:rtl/>
        </w:rPr>
        <w:t>ید»</w:t>
      </w:r>
      <w:r w:rsidRPr="0000691D">
        <w:rPr>
          <w:rFonts w:cs="B Mitra"/>
          <w:sz w:val="28"/>
          <w:szCs w:val="28"/>
        </w:rPr>
        <w:t>.</w:t>
      </w:r>
    </w:p>
    <w:p w:rsidR="0032708A" w:rsidRPr="0000691D" w:rsidRDefault="0032708A" w:rsidP="0000691D">
      <w:pPr>
        <w:bidi/>
        <w:spacing w:line="360" w:lineRule="auto"/>
        <w:jc w:val="both"/>
        <w:rPr>
          <w:rFonts w:cs="B Mitra"/>
          <w:sz w:val="28"/>
          <w:szCs w:val="28"/>
          <w:rtl/>
        </w:rPr>
      </w:pPr>
      <w:r w:rsidRPr="0000691D">
        <w:rPr>
          <w:rFonts w:cs="B Mitra"/>
          <w:sz w:val="28"/>
          <w:szCs w:val="28"/>
          <w:rtl/>
        </w:rPr>
        <w:t>رفت.</w:t>
      </w:r>
      <w:r w:rsidRPr="0000691D">
        <w:rPr>
          <w:rFonts w:cs="B Mitra"/>
          <w:sz w:val="28"/>
          <w:szCs w:val="28"/>
        </w:rPr>
        <w:t xml:space="preserve"> </w:t>
      </w:r>
      <w:r w:rsidRPr="0000691D">
        <w:rPr>
          <w:rFonts w:cs="B Mitra"/>
          <w:sz w:val="28"/>
          <w:szCs w:val="28"/>
          <w:rtl/>
        </w:rPr>
        <w:t>پنج م</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hint="eastAsia"/>
          <w:sz w:val="28"/>
          <w:szCs w:val="28"/>
          <w:rtl/>
        </w:rPr>
        <w:t>ون</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خواهرم فرستادم و از بانک ب</w:t>
      </w:r>
      <w:r w:rsidRPr="0000691D">
        <w:rPr>
          <w:rFonts w:cs="B Mitra" w:hint="cs"/>
          <w:sz w:val="28"/>
          <w:szCs w:val="28"/>
          <w:rtl/>
        </w:rPr>
        <w:t>ی</w:t>
      </w:r>
      <w:r w:rsidRPr="0000691D">
        <w:rPr>
          <w:rFonts w:cs="B Mitra" w:hint="eastAsia"/>
          <w:sz w:val="28"/>
          <w:szCs w:val="28"/>
          <w:rtl/>
        </w:rPr>
        <w:t>رون</w:t>
      </w:r>
      <w:r w:rsidRPr="0000691D">
        <w:rPr>
          <w:rFonts w:cs="B Mitra"/>
          <w:sz w:val="28"/>
          <w:szCs w:val="28"/>
          <w:rtl/>
        </w:rPr>
        <w:t xml:space="preserve"> آمدم. شب، صاحبخانه زنگ زد. گفت: «مج</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جان، من واقعاً د</w:t>
      </w:r>
      <w:r w:rsidRPr="0000691D">
        <w:rPr>
          <w:rFonts w:cs="B Mitra" w:hint="cs"/>
          <w:sz w:val="28"/>
          <w:szCs w:val="28"/>
          <w:rtl/>
        </w:rPr>
        <w:t>ی</w:t>
      </w:r>
      <w:r w:rsidRPr="0000691D">
        <w:rPr>
          <w:rFonts w:cs="B Mitra" w:hint="eastAsia"/>
          <w:sz w:val="28"/>
          <w:szCs w:val="28"/>
          <w:rtl/>
        </w:rPr>
        <w:t>گه</w:t>
      </w:r>
      <w:r w:rsidRPr="0000691D">
        <w:rPr>
          <w:rFonts w:cs="B Mitra"/>
          <w:sz w:val="28"/>
          <w:szCs w:val="28"/>
          <w:rtl/>
        </w:rPr>
        <w:t xml:space="preserve"> نم</w:t>
      </w:r>
      <w:r w:rsidRPr="0000691D">
        <w:rPr>
          <w:rFonts w:cs="B Mitra" w:hint="cs"/>
          <w:sz w:val="28"/>
          <w:szCs w:val="28"/>
          <w:rtl/>
        </w:rPr>
        <w:t>ی‌</w:t>
      </w:r>
      <w:r w:rsidRPr="0000691D">
        <w:rPr>
          <w:rFonts w:cs="B Mitra" w:hint="eastAsia"/>
          <w:sz w:val="28"/>
          <w:szCs w:val="28"/>
          <w:rtl/>
        </w:rPr>
        <w:t>تونم</w:t>
      </w:r>
      <w:r w:rsidRPr="0000691D">
        <w:rPr>
          <w:rFonts w:cs="B Mitra"/>
          <w:sz w:val="28"/>
          <w:szCs w:val="28"/>
          <w:rtl/>
        </w:rPr>
        <w:t xml:space="preserve"> صبر کنم. خودم هم قسط دارم».</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گفتم</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تا</w:t>
      </w:r>
      <w:r w:rsidRPr="0000691D">
        <w:rPr>
          <w:rFonts w:cs="B Mitra"/>
          <w:sz w:val="28"/>
          <w:szCs w:val="28"/>
          <w:rtl/>
        </w:rPr>
        <w:t xml:space="preserve"> آخر هفته م</w:t>
      </w:r>
      <w:r w:rsidRPr="0000691D">
        <w:rPr>
          <w:rFonts w:cs="B Mitra" w:hint="cs"/>
          <w:sz w:val="28"/>
          <w:szCs w:val="28"/>
          <w:rtl/>
        </w:rPr>
        <w:t>ی‌</w:t>
      </w:r>
      <w:r w:rsidRPr="0000691D">
        <w:rPr>
          <w:rFonts w:cs="B Mitra" w:hint="eastAsia"/>
          <w:sz w:val="28"/>
          <w:szCs w:val="28"/>
          <w:rtl/>
        </w:rPr>
        <w:t>ر</w:t>
      </w:r>
      <w:r w:rsidRPr="0000691D">
        <w:rPr>
          <w:rFonts w:cs="B Mitra" w:hint="cs"/>
          <w:sz w:val="28"/>
          <w:szCs w:val="28"/>
          <w:rtl/>
        </w:rPr>
        <w:t>ی</w:t>
      </w:r>
      <w:r w:rsidRPr="0000691D">
        <w:rPr>
          <w:rFonts w:cs="B Mitra" w:hint="eastAsia"/>
          <w:sz w:val="28"/>
          <w:szCs w:val="28"/>
          <w:rtl/>
        </w:rPr>
        <w:t>زم</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lastRenderedPageBreak/>
        <w:t>گفت</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آخر</w:t>
      </w:r>
      <w:r w:rsidRPr="0000691D">
        <w:rPr>
          <w:rFonts w:cs="B Mitra"/>
          <w:sz w:val="28"/>
          <w:szCs w:val="28"/>
          <w:rtl/>
        </w:rPr>
        <w:t xml:space="preserve"> هفته، </w:t>
      </w:r>
      <w:r w:rsidRPr="0000691D">
        <w:rPr>
          <w:rFonts w:cs="B Mitra" w:hint="cs"/>
          <w:sz w:val="28"/>
          <w:szCs w:val="28"/>
          <w:rtl/>
        </w:rPr>
        <w:t>ی</w:t>
      </w:r>
      <w:r w:rsidRPr="0000691D">
        <w:rPr>
          <w:rFonts w:cs="B Mitra" w:hint="eastAsia"/>
          <w:sz w:val="28"/>
          <w:szCs w:val="28"/>
          <w:rtl/>
        </w:rPr>
        <w:t>عن</w:t>
      </w:r>
      <w:r w:rsidRPr="0000691D">
        <w:rPr>
          <w:rFonts w:cs="B Mitra" w:hint="cs"/>
          <w:sz w:val="28"/>
          <w:szCs w:val="28"/>
          <w:rtl/>
        </w:rPr>
        <w:t>ی</w:t>
      </w:r>
      <w:r w:rsidRPr="0000691D">
        <w:rPr>
          <w:rFonts w:cs="B Mitra"/>
          <w:sz w:val="28"/>
          <w:szCs w:val="28"/>
          <w:rtl/>
        </w:rPr>
        <w:t xml:space="preserve"> جمعه؟</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گفتم</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بله</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گفت</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باشه</w:t>
      </w:r>
      <w:r w:rsidRPr="0000691D">
        <w:rPr>
          <w:rFonts w:cs="B Mitra"/>
          <w:sz w:val="28"/>
          <w:szCs w:val="28"/>
          <w:rtl/>
        </w:rPr>
        <w:t>. ول</w:t>
      </w:r>
      <w:r w:rsidRPr="0000691D">
        <w:rPr>
          <w:rFonts w:cs="B Mitra" w:hint="cs"/>
          <w:sz w:val="28"/>
          <w:szCs w:val="28"/>
          <w:rtl/>
        </w:rPr>
        <w:t>ی</w:t>
      </w:r>
      <w:r w:rsidRPr="0000691D">
        <w:rPr>
          <w:rFonts w:cs="B Mitra"/>
          <w:sz w:val="28"/>
          <w:szCs w:val="28"/>
          <w:rtl/>
        </w:rPr>
        <w:t xml:space="preserve"> اگر نشد، خودت م</w:t>
      </w:r>
      <w:r w:rsidRPr="0000691D">
        <w:rPr>
          <w:rFonts w:cs="B Mitra" w:hint="cs"/>
          <w:sz w:val="28"/>
          <w:szCs w:val="28"/>
          <w:rtl/>
        </w:rPr>
        <w:t>ی‌</w:t>
      </w:r>
      <w:r w:rsidRPr="0000691D">
        <w:rPr>
          <w:rFonts w:cs="B Mitra" w:hint="eastAsia"/>
          <w:sz w:val="28"/>
          <w:szCs w:val="28"/>
          <w:rtl/>
        </w:rPr>
        <w:t>دون</w:t>
      </w:r>
      <w:r w:rsidRPr="0000691D">
        <w:rPr>
          <w:rFonts w:cs="B Mitra" w:hint="cs"/>
          <w:sz w:val="28"/>
          <w:szCs w:val="28"/>
          <w:rtl/>
        </w:rPr>
        <w:t>ی»</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گوش</w:t>
      </w:r>
      <w:r w:rsidRPr="0000691D">
        <w:rPr>
          <w:rFonts w:cs="B Mitra" w:hint="cs"/>
          <w:sz w:val="28"/>
          <w:szCs w:val="28"/>
          <w:rtl/>
        </w:rPr>
        <w:t>ی</w:t>
      </w:r>
      <w:r w:rsidRPr="0000691D">
        <w:rPr>
          <w:rFonts w:cs="B Mitra"/>
          <w:sz w:val="28"/>
          <w:szCs w:val="28"/>
          <w:rtl/>
        </w:rPr>
        <w:t xml:space="preserve"> را قطع کرد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نشستم</w:t>
      </w:r>
      <w:r w:rsidRPr="0000691D">
        <w:rPr>
          <w:rFonts w:cs="B Mitra"/>
          <w:sz w:val="28"/>
          <w:szCs w:val="28"/>
          <w:rtl/>
        </w:rPr>
        <w:t xml:space="preserve"> و حساب کردم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بعد</w:t>
      </w:r>
      <w:r w:rsidRPr="0000691D">
        <w:rPr>
          <w:rFonts w:cs="B Mitra"/>
          <w:sz w:val="28"/>
          <w:szCs w:val="28"/>
          <w:rtl/>
        </w:rPr>
        <w:t xml:space="preserve"> از پول خواهرم و بده</w:t>
      </w:r>
      <w:r w:rsidRPr="0000691D">
        <w:rPr>
          <w:rFonts w:cs="B Mitra" w:hint="cs"/>
          <w:sz w:val="28"/>
          <w:szCs w:val="28"/>
          <w:rtl/>
        </w:rPr>
        <w:t>ی‌</w:t>
      </w:r>
      <w:r w:rsidRPr="0000691D">
        <w:rPr>
          <w:rFonts w:cs="B Mitra" w:hint="eastAsia"/>
          <w:sz w:val="28"/>
          <w:szCs w:val="28"/>
          <w:rtl/>
        </w:rPr>
        <w:t>ها،</w:t>
      </w:r>
      <w:r w:rsidRPr="0000691D">
        <w:rPr>
          <w:rFonts w:cs="B Mitra"/>
          <w:sz w:val="28"/>
          <w:szCs w:val="28"/>
          <w:rtl/>
        </w:rPr>
        <w:t xml:space="preserve"> چ</w:t>
      </w:r>
      <w:r w:rsidRPr="0000691D">
        <w:rPr>
          <w:rFonts w:cs="B Mitra" w:hint="cs"/>
          <w:sz w:val="28"/>
          <w:szCs w:val="28"/>
          <w:rtl/>
        </w:rPr>
        <w:t>ی</w:t>
      </w:r>
      <w:r w:rsidRPr="0000691D">
        <w:rPr>
          <w:rFonts w:cs="B Mitra" w:hint="eastAsia"/>
          <w:sz w:val="28"/>
          <w:szCs w:val="28"/>
          <w:rtl/>
        </w:rPr>
        <w:t>ز</w:t>
      </w:r>
      <w:r w:rsidRPr="0000691D">
        <w:rPr>
          <w:rFonts w:cs="B Mitra" w:hint="cs"/>
          <w:sz w:val="28"/>
          <w:szCs w:val="28"/>
          <w:rtl/>
        </w:rPr>
        <w:t>ی</w:t>
      </w:r>
      <w:r w:rsidRPr="0000691D">
        <w:rPr>
          <w:rFonts w:cs="B Mitra"/>
          <w:sz w:val="28"/>
          <w:szCs w:val="28"/>
          <w:rtl/>
        </w:rPr>
        <w:t xml:space="preserve"> حدود هفده م</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hint="eastAsia"/>
          <w:sz w:val="28"/>
          <w:szCs w:val="28"/>
          <w:rtl/>
        </w:rPr>
        <w:t>ون</w:t>
      </w:r>
      <w:r w:rsidRPr="0000691D">
        <w:rPr>
          <w:rFonts w:cs="B Mitra"/>
          <w:sz w:val="28"/>
          <w:szCs w:val="28"/>
          <w:rtl/>
        </w:rPr>
        <w:t xml:space="preserve"> برا</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ماند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هفده</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hint="eastAsia"/>
          <w:sz w:val="28"/>
          <w:szCs w:val="28"/>
          <w:rtl/>
        </w:rPr>
        <w:t>ون</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اگر</w:t>
      </w:r>
      <w:r w:rsidRPr="0000691D">
        <w:rPr>
          <w:rFonts w:cs="B Mitra"/>
          <w:sz w:val="28"/>
          <w:szCs w:val="28"/>
          <w:rtl/>
        </w:rPr>
        <w:t xml:space="preserve"> صاحبخانه شش م</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hint="eastAsia"/>
          <w:sz w:val="28"/>
          <w:szCs w:val="28"/>
          <w:rtl/>
        </w:rPr>
        <w:t>ون</w:t>
      </w:r>
      <w:r w:rsidRPr="0000691D">
        <w:rPr>
          <w:rFonts w:cs="B Mitra"/>
          <w:sz w:val="28"/>
          <w:szCs w:val="28"/>
          <w:rtl/>
        </w:rPr>
        <w:t xml:space="preserve"> ب</w:t>
      </w:r>
      <w:r w:rsidRPr="0000691D">
        <w:rPr>
          <w:rFonts w:cs="B Mitra" w:hint="cs"/>
          <w:sz w:val="28"/>
          <w:szCs w:val="28"/>
          <w:rtl/>
        </w:rPr>
        <w:t>ی</w:t>
      </w:r>
      <w:r w:rsidRPr="0000691D">
        <w:rPr>
          <w:rFonts w:cs="B Mitra" w:hint="eastAsia"/>
          <w:sz w:val="28"/>
          <w:szCs w:val="28"/>
          <w:rtl/>
        </w:rPr>
        <w:t>شتر</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خواست،</w:t>
      </w:r>
      <w:r w:rsidRPr="0000691D">
        <w:rPr>
          <w:rFonts w:cs="B Mitra"/>
          <w:sz w:val="28"/>
          <w:szCs w:val="28"/>
          <w:rtl/>
        </w:rPr>
        <w:t xml:space="preserve"> با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دندانپزشک</w:t>
      </w:r>
      <w:r w:rsidRPr="0000691D">
        <w:rPr>
          <w:rFonts w:cs="B Mitra" w:hint="cs"/>
          <w:sz w:val="28"/>
          <w:szCs w:val="28"/>
          <w:rtl/>
        </w:rPr>
        <w:t>ی</w:t>
      </w:r>
      <w:r w:rsidRPr="0000691D">
        <w:rPr>
          <w:rFonts w:cs="B Mitra"/>
          <w:sz w:val="28"/>
          <w:szCs w:val="28"/>
          <w:rtl/>
        </w:rPr>
        <w:t xml:space="preserve"> را عقب م</w:t>
      </w:r>
      <w:r w:rsidRPr="0000691D">
        <w:rPr>
          <w:rFonts w:cs="B Mitra" w:hint="cs"/>
          <w:sz w:val="28"/>
          <w:szCs w:val="28"/>
          <w:rtl/>
        </w:rPr>
        <w:t>ی‌</w:t>
      </w:r>
      <w:r w:rsidRPr="0000691D">
        <w:rPr>
          <w:rFonts w:cs="B Mitra" w:hint="eastAsia"/>
          <w:sz w:val="28"/>
          <w:szCs w:val="28"/>
          <w:rtl/>
        </w:rPr>
        <w:t>انداختم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اگر</w:t>
      </w:r>
      <w:r w:rsidRPr="0000691D">
        <w:rPr>
          <w:rFonts w:cs="B Mitra"/>
          <w:sz w:val="28"/>
          <w:szCs w:val="28"/>
          <w:rtl/>
        </w:rPr>
        <w:t xml:space="preserve"> دندانم درد م</w:t>
      </w:r>
      <w:r w:rsidRPr="0000691D">
        <w:rPr>
          <w:rFonts w:cs="B Mitra" w:hint="cs"/>
          <w:sz w:val="28"/>
          <w:szCs w:val="28"/>
          <w:rtl/>
        </w:rPr>
        <w:t>ی‌</w:t>
      </w:r>
      <w:r w:rsidRPr="0000691D">
        <w:rPr>
          <w:rFonts w:cs="B Mitra" w:hint="eastAsia"/>
          <w:sz w:val="28"/>
          <w:szCs w:val="28"/>
          <w:rtl/>
        </w:rPr>
        <w:t>گرفت،</w:t>
      </w:r>
      <w:r w:rsidRPr="0000691D">
        <w:rPr>
          <w:rFonts w:cs="B Mitra"/>
          <w:sz w:val="28"/>
          <w:szCs w:val="28"/>
          <w:rtl/>
        </w:rPr>
        <w:t xml:space="preserve"> قرص م</w:t>
      </w:r>
      <w:r w:rsidRPr="0000691D">
        <w:rPr>
          <w:rFonts w:cs="B Mitra" w:hint="cs"/>
          <w:sz w:val="28"/>
          <w:szCs w:val="28"/>
          <w:rtl/>
        </w:rPr>
        <w:t>ی‌</w:t>
      </w:r>
      <w:r w:rsidRPr="0000691D">
        <w:rPr>
          <w:rFonts w:cs="B Mitra" w:hint="eastAsia"/>
          <w:sz w:val="28"/>
          <w:szCs w:val="28"/>
          <w:rtl/>
        </w:rPr>
        <w:t>خورد</w:t>
      </w:r>
      <w:r w:rsidRPr="0000691D">
        <w:rPr>
          <w:rFonts w:cs="B Mitra" w:hint="cs"/>
          <w:sz w:val="28"/>
          <w:szCs w:val="28"/>
          <w:rtl/>
        </w:rPr>
        <w:t>. ق</w:t>
      </w:r>
      <w:r w:rsidRPr="0000691D">
        <w:rPr>
          <w:rFonts w:cs="B Mitra" w:hint="eastAsia"/>
          <w:sz w:val="28"/>
          <w:szCs w:val="28"/>
          <w:rtl/>
        </w:rPr>
        <w:t>رص</w:t>
      </w:r>
      <w:r w:rsidRPr="0000691D">
        <w:rPr>
          <w:rFonts w:cs="B Mitra"/>
          <w:sz w:val="28"/>
          <w:szCs w:val="28"/>
          <w:rtl/>
        </w:rPr>
        <w:t xml:space="preserve"> هم</w:t>
      </w:r>
      <w:r w:rsidRPr="0000691D">
        <w:rPr>
          <w:rFonts w:cs="B Mitra" w:hint="cs"/>
          <w:sz w:val="28"/>
          <w:szCs w:val="28"/>
          <w:rtl/>
        </w:rPr>
        <w:t>ی</w:t>
      </w:r>
      <w:r w:rsidRPr="0000691D">
        <w:rPr>
          <w:rFonts w:cs="B Mitra" w:hint="eastAsia"/>
          <w:sz w:val="28"/>
          <w:szCs w:val="28"/>
          <w:rtl/>
        </w:rPr>
        <w:t>شه</w:t>
      </w:r>
      <w:r w:rsidRPr="0000691D">
        <w:rPr>
          <w:rFonts w:cs="B Mitra"/>
          <w:sz w:val="28"/>
          <w:szCs w:val="28"/>
          <w:rtl/>
        </w:rPr>
        <w:t xml:space="preserve"> ارزان‌تر از دندانپزشک</w:t>
      </w:r>
      <w:r w:rsidRPr="0000691D">
        <w:rPr>
          <w:rFonts w:cs="B Mitra" w:hint="cs"/>
          <w:sz w:val="28"/>
          <w:szCs w:val="28"/>
          <w:rtl/>
        </w:rPr>
        <w:t>ی</w:t>
      </w:r>
      <w:r w:rsidRPr="0000691D">
        <w:rPr>
          <w:rFonts w:cs="B Mitra"/>
          <w:sz w:val="28"/>
          <w:szCs w:val="28"/>
          <w:rtl/>
        </w:rPr>
        <w:t xml:space="preserve"> بود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فردا</w:t>
      </w:r>
      <w:r w:rsidRPr="0000691D">
        <w:rPr>
          <w:rFonts w:cs="B Mitra"/>
          <w:sz w:val="28"/>
          <w:szCs w:val="28"/>
          <w:rtl/>
        </w:rPr>
        <w:t xml:space="preserve"> صبح، همان مرد زنگ زد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شماره‌اش</w:t>
      </w:r>
      <w:r w:rsidRPr="0000691D">
        <w:rPr>
          <w:rFonts w:cs="B Mitra"/>
          <w:sz w:val="28"/>
          <w:szCs w:val="28"/>
          <w:rtl/>
        </w:rPr>
        <w:t xml:space="preserve"> را نداشتم، اما صدا</w:t>
      </w:r>
      <w:r w:rsidRPr="0000691D">
        <w:rPr>
          <w:rFonts w:cs="B Mitra" w:hint="cs"/>
          <w:sz w:val="28"/>
          <w:szCs w:val="28"/>
          <w:rtl/>
        </w:rPr>
        <w:t>ی</w:t>
      </w:r>
      <w:r w:rsidRPr="0000691D">
        <w:rPr>
          <w:rFonts w:cs="B Mitra" w:hint="eastAsia"/>
          <w:sz w:val="28"/>
          <w:szCs w:val="28"/>
          <w:rtl/>
        </w:rPr>
        <w:t>ش</w:t>
      </w:r>
      <w:r w:rsidRPr="0000691D">
        <w:rPr>
          <w:rFonts w:cs="B Mitra"/>
          <w:sz w:val="28"/>
          <w:szCs w:val="28"/>
          <w:rtl/>
        </w:rPr>
        <w:t xml:space="preserve"> را شناختم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گفت</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آقا</w:t>
      </w:r>
      <w:r w:rsidRPr="0000691D">
        <w:rPr>
          <w:rFonts w:cs="B Mitra"/>
          <w:sz w:val="28"/>
          <w:szCs w:val="28"/>
          <w:rtl/>
        </w:rPr>
        <w:t xml:space="preserve"> ببخش</w:t>
      </w:r>
      <w:r w:rsidRPr="0000691D">
        <w:rPr>
          <w:rFonts w:cs="B Mitra" w:hint="cs"/>
          <w:sz w:val="28"/>
          <w:szCs w:val="28"/>
          <w:rtl/>
        </w:rPr>
        <w:t>ی</w:t>
      </w:r>
      <w:r w:rsidRPr="0000691D">
        <w:rPr>
          <w:rFonts w:cs="B Mitra" w:hint="eastAsia"/>
          <w:sz w:val="28"/>
          <w:szCs w:val="28"/>
          <w:rtl/>
        </w:rPr>
        <w:t>د</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گفتم</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خواهش</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کنم</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cs"/>
          <w:sz w:val="28"/>
          <w:szCs w:val="28"/>
          <w:rtl/>
        </w:rPr>
        <w:t>-</w:t>
      </w:r>
      <w:r w:rsidRPr="0000691D">
        <w:rPr>
          <w:rFonts w:cs="B Mitra"/>
          <w:sz w:val="28"/>
          <w:szCs w:val="28"/>
          <w:rtl/>
        </w:rPr>
        <w:t xml:space="preserve"> «</w:t>
      </w:r>
      <w:r w:rsidRPr="0000691D">
        <w:rPr>
          <w:rFonts w:cs="B Mitra" w:hint="eastAsia"/>
          <w:sz w:val="28"/>
          <w:szCs w:val="28"/>
          <w:rtl/>
        </w:rPr>
        <w:t>اون</w:t>
      </w:r>
      <w:r w:rsidRPr="0000691D">
        <w:rPr>
          <w:rFonts w:cs="B Mitra"/>
          <w:sz w:val="28"/>
          <w:szCs w:val="28"/>
          <w:rtl/>
        </w:rPr>
        <w:t xml:space="preserve"> پول</w:t>
      </w:r>
      <w:r w:rsidRPr="0000691D">
        <w:rPr>
          <w:rFonts w:cs="B Mitra" w:hint="cs"/>
          <w:sz w:val="28"/>
          <w:szCs w:val="28"/>
          <w:rtl/>
        </w:rPr>
        <w:t>ی</w:t>
      </w:r>
      <w:r w:rsidRPr="0000691D">
        <w:rPr>
          <w:rFonts w:cs="B Mitra"/>
          <w:sz w:val="28"/>
          <w:szCs w:val="28"/>
          <w:rtl/>
        </w:rPr>
        <w:t xml:space="preserve"> که د</w:t>
      </w:r>
      <w:r w:rsidRPr="0000691D">
        <w:rPr>
          <w:rFonts w:cs="B Mitra" w:hint="cs"/>
          <w:sz w:val="28"/>
          <w:szCs w:val="28"/>
          <w:rtl/>
        </w:rPr>
        <w:t>ی</w:t>
      </w:r>
      <w:r w:rsidRPr="0000691D">
        <w:rPr>
          <w:rFonts w:cs="B Mitra" w:hint="eastAsia"/>
          <w:sz w:val="28"/>
          <w:szCs w:val="28"/>
          <w:rtl/>
        </w:rPr>
        <w:t>روز</w:t>
      </w:r>
      <w:r w:rsidRPr="0000691D">
        <w:rPr>
          <w:rFonts w:cs="B Mitra"/>
          <w:sz w:val="28"/>
          <w:szCs w:val="28"/>
          <w:rtl/>
        </w:rPr>
        <w:t xml:space="preserve"> فرستاد</w:t>
      </w:r>
      <w:r w:rsidRPr="0000691D">
        <w:rPr>
          <w:rFonts w:cs="B Mitra" w:hint="cs"/>
          <w:sz w:val="28"/>
          <w:szCs w:val="28"/>
          <w:rtl/>
        </w:rPr>
        <w:t>ی</w:t>
      </w:r>
      <w:r w:rsidRPr="0000691D">
        <w:rPr>
          <w:rFonts w:cs="B Mitra" w:hint="eastAsia"/>
          <w:sz w:val="28"/>
          <w:szCs w:val="28"/>
          <w:rtl/>
        </w:rPr>
        <w:t>د</w:t>
      </w:r>
      <w:r w:rsidRPr="0000691D">
        <w:rPr>
          <w:rFonts w:cs="B Mitra"/>
          <w:sz w:val="28"/>
          <w:szCs w:val="28"/>
        </w:rPr>
        <w:t>...</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tl/>
        </w:rPr>
      </w:pPr>
      <w:r w:rsidRPr="0000691D">
        <w:rPr>
          <w:rFonts w:cs="B Mitra" w:hint="eastAsia"/>
          <w:sz w:val="28"/>
          <w:szCs w:val="28"/>
          <w:rtl/>
        </w:rPr>
        <w:t>ساکت</w:t>
      </w:r>
      <w:r w:rsidRPr="0000691D">
        <w:rPr>
          <w:rFonts w:cs="B Mitra"/>
          <w:sz w:val="28"/>
          <w:szCs w:val="28"/>
          <w:rtl/>
        </w:rPr>
        <w:t xml:space="preserve"> ماندم</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cs"/>
          <w:sz w:val="28"/>
          <w:szCs w:val="28"/>
          <w:rtl/>
        </w:rPr>
        <w:t>-</w:t>
      </w:r>
      <w:r w:rsidRPr="0000691D">
        <w:rPr>
          <w:rFonts w:cs="B Mitra"/>
          <w:sz w:val="28"/>
          <w:szCs w:val="28"/>
          <w:rtl/>
        </w:rPr>
        <w:t xml:space="preserve"> «</w:t>
      </w:r>
      <w:r w:rsidRPr="0000691D">
        <w:rPr>
          <w:rFonts w:cs="B Mitra" w:hint="eastAsia"/>
          <w:sz w:val="28"/>
          <w:szCs w:val="28"/>
          <w:rtl/>
        </w:rPr>
        <w:t>داروخانه</w:t>
      </w:r>
      <w:r w:rsidRPr="0000691D">
        <w:rPr>
          <w:rFonts w:cs="B Mitra"/>
          <w:sz w:val="28"/>
          <w:szCs w:val="28"/>
          <w:rtl/>
        </w:rPr>
        <w:t xml:space="preserve"> گفت </w:t>
      </w:r>
      <w:r w:rsidRPr="0000691D">
        <w:rPr>
          <w:rFonts w:cs="B Mitra" w:hint="cs"/>
          <w:sz w:val="28"/>
          <w:szCs w:val="28"/>
          <w:rtl/>
        </w:rPr>
        <w:t>ی</w:t>
      </w:r>
      <w:r w:rsidRPr="0000691D">
        <w:rPr>
          <w:rFonts w:cs="B Mitra" w:hint="eastAsia"/>
          <w:sz w:val="28"/>
          <w:szCs w:val="28"/>
          <w:rtl/>
        </w:rPr>
        <w:t>ه</w:t>
      </w:r>
      <w:r w:rsidRPr="0000691D">
        <w:rPr>
          <w:rFonts w:cs="B Mitra"/>
          <w:sz w:val="28"/>
          <w:szCs w:val="28"/>
          <w:rtl/>
        </w:rPr>
        <w:t xml:space="preserve"> قلم د</w:t>
      </w:r>
      <w:r w:rsidRPr="0000691D">
        <w:rPr>
          <w:rFonts w:cs="B Mitra" w:hint="cs"/>
          <w:sz w:val="28"/>
          <w:szCs w:val="28"/>
          <w:rtl/>
        </w:rPr>
        <w:t>ی</w:t>
      </w:r>
      <w:r w:rsidRPr="0000691D">
        <w:rPr>
          <w:rFonts w:cs="B Mitra" w:hint="eastAsia"/>
          <w:sz w:val="28"/>
          <w:szCs w:val="28"/>
          <w:rtl/>
        </w:rPr>
        <w:t>گه</w:t>
      </w:r>
      <w:r w:rsidRPr="0000691D">
        <w:rPr>
          <w:rFonts w:cs="B Mitra"/>
          <w:sz w:val="28"/>
          <w:szCs w:val="28"/>
          <w:rtl/>
        </w:rPr>
        <w:t xml:space="preserve"> هم با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بگ</w:t>
      </w:r>
      <w:r w:rsidRPr="0000691D">
        <w:rPr>
          <w:rFonts w:cs="B Mitra" w:hint="cs"/>
          <w:sz w:val="28"/>
          <w:szCs w:val="28"/>
          <w:rtl/>
        </w:rPr>
        <w:t>ی</w:t>
      </w:r>
      <w:r w:rsidRPr="0000691D">
        <w:rPr>
          <w:rFonts w:cs="B Mitra" w:hint="eastAsia"/>
          <w:sz w:val="28"/>
          <w:szCs w:val="28"/>
          <w:rtl/>
        </w:rPr>
        <w:t>رم</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گفتم</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چقدر؟</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cs"/>
          <w:sz w:val="28"/>
          <w:szCs w:val="28"/>
          <w:rtl/>
        </w:rPr>
        <w:t>-</w:t>
      </w:r>
      <w:r w:rsidRPr="0000691D">
        <w:rPr>
          <w:rFonts w:cs="B Mitra"/>
          <w:sz w:val="28"/>
          <w:szCs w:val="28"/>
          <w:rtl/>
        </w:rPr>
        <w:t xml:space="preserve"> «</w:t>
      </w:r>
      <w:r w:rsidRPr="0000691D">
        <w:rPr>
          <w:rFonts w:cs="B Mitra" w:hint="eastAsia"/>
          <w:sz w:val="28"/>
          <w:szCs w:val="28"/>
          <w:rtl/>
        </w:rPr>
        <w:t>چهارصد</w:t>
      </w:r>
      <w:r w:rsidRPr="0000691D">
        <w:rPr>
          <w:rFonts w:cs="B Mitra"/>
          <w:sz w:val="28"/>
          <w:szCs w:val="28"/>
          <w:rtl/>
        </w:rPr>
        <w:t xml:space="preserve"> و هشتاد هزار</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به</w:t>
      </w:r>
      <w:r w:rsidRPr="0000691D">
        <w:rPr>
          <w:rFonts w:cs="B Mitra"/>
          <w:sz w:val="28"/>
          <w:szCs w:val="28"/>
          <w:rtl/>
        </w:rPr>
        <w:t xml:space="preserve"> پنجره نگاه کردم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گفتم</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شماره</w:t>
      </w:r>
      <w:r w:rsidRPr="0000691D">
        <w:rPr>
          <w:rFonts w:cs="B Mitra"/>
          <w:sz w:val="28"/>
          <w:szCs w:val="28"/>
          <w:rtl/>
        </w:rPr>
        <w:t xml:space="preserve"> کارت رو بفرست</w:t>
      </w:r>
      <w:r w:rsidRPr="0000691D">
        <w:rPr>
          <w:rFonts w:cs="B Mitra" w:hint="cs"/>
          <w:sz w:val="28"/>
          <w:szCs w:val="28"/>
          <w:rtl/>
        </w:rPr>
        <w:t>ی</w:t>
      </w:r>
      <w:r w:rsidRPr="0000691D">
        <w:rPr>
          <w:rFonts w:cs="B Mitra" w:hint="eastAsia"/>
          <w:sz w:val="28"/>
          <w:szCs w:val="28"/>
          <w:rtl/>
        </w:rPr>
        <w:t>د</w:t>
      </w:r>
      <w:r w:rsidRPr="0000691D">
        <w:rPr>
          <w:rFonts w:cs="B Mitra" w:hint="cs"/>
          <w:sz w:val="28"/>
          <w:szCs w:val="28"/>
          <w:rtl/>
          <w:lang w:bidi="fa-IR"/>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گفت</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اگر</w:t>
      </w:r>
      <w:r w:rsidRPr="0000691D">
        <w:rPr>
          <w:rFonts w:cs="B Mitra"/>
          <w:sz w:val="28"/>
          <w:szCs w:val="28"/>
          <w:rtl/>
        </w:rPr>
        <w:t xml:space="preserve"> ندار</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اشکال</w:t>
      </w:r>
      <w:r w:rsidRPr="0000691D">
        <w:rPr>
          <w:rFonts w:cs="B Mitra" w:hint="cs"/>
          <w:sz w:val="28"/>
          <w:szCs w:val="28"/>
          <w:rtl/>
        </w:rPr>
        <w:t>ی</w:t>
      </w:r>
      <w:r w:rsidRPr="0000691D">
        <w:rPr>
          <w:rFonts w:cs="B Mitra"/>
          <w:sz w:val="28"/>
          <w:szCs w:val="28"/>
          <w:rtl/>
        </w:rPr>
        <w:t xml:space="preserve"> نداره</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گفتم</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بفرست</w:t>
      </w:r>
      <w:r w:rsidRPr="0000691D">
        <w:rPr>
          <w:rFonts w:cs="B Mitra" w:hint="cs"/>
          <w:sz w:val="28"/>
          <w:szCs w:val="28"/>
          <w:rtl/>
        </w:rPr>
        <w:t>ی</w:t>
      </w:r>
      <w:r w:rsidRPr="0000691D">
        <w:rPr>
          <w:rFonts w:cs="B Mitra" w:hint="eastAsia"/>
          <w:sz w:val="28"/>
          <w:szCs w:val="28"/>
          <w:rtl/>
        </w:rPr>
        <w:t>د</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lastRenderedPageBreak/>
        <w:t>پول</w:t>
      </w:r>
      <w:r w:rsidRPr="0000691D">
        <w:rPr>
          <w:rFonts w:cs="B Mitra"/>
          <w:sz w:val="28"/>
          <w:szCs w:val="28"/>
          <w:rtl/>
        </w:rPr>
        <w:t xml:space="preserve"> را فرستادم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بعد</w:t>
      </w:r>
      <w:r w:rsidRPr="0000691D">
        <w:rPr>
          <w:rFonts w:cs="B Mitra"/>
          <w:sz w:val="28"/>
          <w:szCs w:val="28"/>
          <w:rtl/>
        </w:rPr>
        <w:t xml:space="preserve"> از انتقال، چند دق</w:t>
      </w:r>
      <w:r w:rsidRPr="0000691D">
        <w:rPr>
          <w:rFonts w:cs="B Mitra" w:hint="cs"/>
          <w:sz w:val="28"/>
          <w:szCs w:val="28"/>
          <w:rtl/>
        </w:rPr>
        <w:t>ی</w:t>
      </w:r>
      <w:r w:rsidRPr="0000691D">
        <w:rPr>
          <w:rFonts w:cs="B Mitra" w:hint="eastAsia"/>
          <w:sz w:val="28"/>
          <w:szCs w:val="28"/>
          <w:rtl/>
        </w:rPr>
        <w:t>قه</w:t>
      </w:r>
      <w:r w:rsidRPr="0000691D">
        <w:rPr>
          <w:rFonts w:cs="B Mitra"/>
          <w:sz w:val="28"/>
          <w:szCs w:val="28"/>
          <w:rtl/>
        </w:rPr>
        <w:t xml:space="preserve"> به صفحه‌ گوش</w:t>
      </w:r>
      <w:r w:rsidRPr="0000691D">
        <w:rPr>
          <w:rFonts w:cs="B Mitra" w:hint="cs"/>
          <w:sz w:val="28"/>
          <w:szCs w:val="28"/>
          <w:rtl/>
        </w:rPr>
        <w:t>ی</w:t>
      </w:r>
      <w:r w:rsidRPr="0000691D">
        <w:rPr>
          <w:rFonts w:cs="B Mitra"/>
          <w:sz w:val="28"/>
          <w:szCs w:val="28"/>
          <w:rtl/>
        </w:rPr>
        <w:t xml:space="preserve"> نگاه کردم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موجود</w:t>
      </w:r>
      <w:r w:rsidRPr="0000691D">
        <w:rPr>
          <w:rFonts w:cs="B Mitra" w:hint="cs"/>
          <w:sz w:val="28"/>
          <w:szCs w:val="28"/>
          <w:rtl/>
        </w:rPr>
        <w:t>ی‌</w:t>
      </w:r>
      <w:r w:rsidRPr="0000691D">
        <w:rPr>
          <w:rFonts w:cs="B Mitra" w:hint="eastAsia"/>
          <w:sz w:val="28"/>
          <w:szCs w:val="28"/>
          <w:rtl/>
        </w:rPr>
        <w:t>ام</w:t>
      </w:r>
      <w:r w:rsidRPr="0000691D">
        <w:rPr>
          <w:rFonts w:cs="B Mitra"/>
          <w:sz w:val="28"/>
          <w:szCs w:val="28"/>
          <w:rtl/>
        </w:rPr>
        <w:t xml:space="preserve"> کم شده بود، اما هنوز آن‌قدر بود که بتوانم اجاره را بدهم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هنوز</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سه</w:t>
      </w:r>
      <w:r w:rsidRPr="0000691D">
        <w:rPr>
          <w:rFonts w:cs="B Mitra"/>
          <w:sz w:val="28"/>
          <w:szCs w:val="28"/>
          <w:rtl/>
        </w:rPr>
        <w:t xml:space="preserve"> روز بعد، صاحبخانه دوباره زنگ زد</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cs"/>
          <w:sz w:val="28"/>
          <w:szCs w:val="28"/>
          <w:rtl/>
        </w:rPr>
        <w:t>-</w:t>
      </w:r>
      <w:r w:rsidRPr="0000691D">
        <w:rPr>
          <w:rFonts w:cs="B Mitra"/>
          <w:sz w:val="28"/>
          <w:szCs w:val="28"/>
          <w:rtl/>
        </w:rPr>
        <w:t xml:space="preserve"> «</w:t>
      </w:r>
      <w:r w:rsidRPr="0000691D">
        <w:rPr>
          <w:rFonts w:cs="B Mitra" w:hint="eastAsia"/>
          <w:sz w:val="28"/>
          <w:szCs w:val="28"/>
          <w:rtl/>
        </w:rPr>
        <w:t>پول</w:t>
      </w:r>
      <w:r w:rsidRPr="0000691D">
        <w:rPr>
          <w:rFonts w:cs="B Mitra"/>
          <w:sz w:val="28"/>
          <w:szCs w:val="28"/>
          <w:rtl/>
        </w:rPr>
        <w:t xml:space="preserve"> آماده‌ست</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گفتم</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تا</w:t>
      </w:r>
      <w:r w:rsidRPr="0000691D">
        <w:rPr>
          <w:rFonts w:cs="B Mitra"/>
          <w:sz w:val="28"/>
          <w:szCs w:val="28"/>
          <w:rtl/>
        </w:rPr>
        <w:t xml:space="preserve"> فردا</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tl/>
          <w:lang w:bidi="fa-IR"/>
        </w:rPr>
      </w:pPr>
      <w:r w:rsidRPr="0000691D">
        <w:rPr>
          <w:rFonts w:cs="B Mitra" w:hint="eastAsia"/>
          <w:sz w:val="28"/>
          <w:szCs w:val="28"/>
          <w:rtl/>
        </w:rPr>
        <w:t>گفت</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فردا</w:t>
      </w:r>
      <w:r w:rsidRPr="0000691D">
        <w:rPr>
          <w:rFonts w:cs="B Mitra"/>
          <w:sz w:val="28"/>
          <w:szCs w:val="28"/>
          <w:rtl/>
        </w:rPr>
        <w:t xml:space="preserve"> د</w:t>
      </w:r>
      <w:r w:rsidRPr="0000691D">
        <w:rPr>
          <w:rFonts w:cs="B Mitra" w:hint="cs"/>
          <w:sz w:val="28"/>
          <w:szCs w:val="28"/>
          <w:rtl/>
        </w:rPr>
        <w:t>ی</w:t>
      </w:r>
      <w:r w:rsidRPr="0000691D">
        <w:rPr>
          <w:rFonts w:cs="B Mitra" w:hint="eastAsia"/>
          <w:sz w:val="28"/>
          <w:szCs w:val="28"/>
          <w:rtl/>
        </w:rPr>
        <w:t>گه</w:t>
      </w:r>
      <w:r w:rsidRPr="0000691D">
        <w:rPr>
          <w:rFonts w:cs="B Mitra"/>
          <w:sz w:val="28"/>
          <w:szCs w:val="28"/>
          <w:rtl/>
        </w:rPr>
        <w:t xml:space="preserve"> آخرشه</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آن</w:t>
      </w:r>
      <w:r w:rsidRPr="0000691D">
        <w:rPr>
          <w:rFonts w:cs="B Mitra"/>
          <w:sz w:val="28"/>
          <w:szCs w:val="28"/>
          <w:rtl/>
        </w:rPr>
        <w:t xml:space="preserve"> شب، برا</w:t>
      </w:r>
      <w:r w:rsidRPr="0000691D">
        <w:rPr>
          <w:rFonts w:cs="B Mitra" w:hint="cs"/>
          <w:sz w:val="28"/>
          <w:szCs w:val="28"/>
          <w:rtl/>
        </w:rPr>
        <w:t>ی</w:t>
      </w:r>
      <w:r w:rsidRPr="0000691D">
        <w:rPr>
          <w:rFonts w:cs="B Mitra"/>
          <w:sz w:val="28"/>
          <w:szCs w:val="28"/>
          <w:rtl/>
        </w:rPr>
        <w:t xml:space="preserve"> اول</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بار درد دندانم برگشت</w:t>
      </w:r>
      <w:r w:rsidRPr="0000691D">
        <w:rPr>
          <w:rFonts w:cs="B Mitra"/>
          <w:sz w:val="28"/>
          <w:szCs w:val="28"/>
        </w:rPr>
        <w:t>.</w:t>
      </w:r>
      <w:r w:rsidRPr="0000691D">
        <w:rPr>
          <w:rFonts w:cs="B Mitra" w:hint="cs"/>
          <w:sz w:val="28"/>
          <w:szCs w:val="28"/>
          <w:rtl/>
        </w:rPr>
        <w:t xml:space="preserve"> ی</w:t>
      </w:r>
      <w:r w:rsidRPr="0000691D">
        <w:rPr>
          <w:rFonts w:cs="B Mitra" w:hint="eastAsia"/>
          <w:sz w:val="28"/>
          <w:szCs w:val="28"/>
          <w:rtl/>
        </w:rPr>
        <w:t>ک</w:t>
      </w:r>
      <w:r w:rsidRPr="0000691D">
        <w:rPr>
          <w:rFonts w:cs="B Mitra"/>
          <w:sz w:val="28"/>
          <w:szCs w:val="28"/>
          <w:rtl/>
        </w:rPr>
        <w:t xml:space="preserve"> درد آرام و عم</w:t>
      </w:r>
      <w:r w:rsidRPr="0000691D">
        <w:rPr>
          <w:rFonts w:cs="B Mitra" w:hint="cs"/>
          <w:sz w:val="28"/>
          <w:szCs w:val="28"/>
          <w:rtl/>
        </w:rPr>
        <w:t>ی</w:t>
      </w:r>
      <w:r w:rsidRPr="0000691D">
        <w:rPr>
          <w:rFonts w:cs="B Mitra" w:hint="eastAsia"/>
          <w:sz w:val="28"/>
          <w:szCs w:val="28"/>
          <w:rtl/>
        </w:rPr>
        <w:t>ق،</w:t>
      </w:r>
      <w:r w:rsidRPr="0000691D">
        <w:rPr>
          <w:rFonts w:cs="B Mitra"/>
          <w:sz w:val="28"/>
          <w:szCs w:val="28"/>
          <w:rtl/>
        </w:rPr>
        <w:t xml:space="preserve"> درست ز</w:t>
      </w:r>
      <w:r w:rsidRPr="0000691D">
        <w:rPr>
          <w:rFonts w:cs="B Mitra" w:hint="cs"/>
          <w:sz w:val="28"/>
          <w:szCs w:val="28"/>
          <w:rtl/>
        </w:rPr>
        <w:t>ی</w:t>
      </w:r>
      <w:r w:rsidRPr="0000691D">
        <w:rPr>
          <w:rFonts w:cs="B Mitra" w:hint="eastAsia"/>
          <w:sz w:val="28"/>
          <w:szCs w:val="28"/>
          <w:rtl/>
        </w:rPr>
        <w:t>ر</w:t>
      </w:r>
      <w:r w:rsidRPr="0000691D">
        <w:rPr>
          <w:rFonts w:cs="B Mitra"/>
          <w:sz w:val="28"/>
          <w:szCs w:val="28"/>
          <w:rtl/>
        </w:rPr>
        <w:t xml:space="preserve"> فکم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قرص</w:t>
      </w:r>
      <w:r w:rsidRPr="0000691D">
        <w:rPr>
          <w:rFonts w:cs="B Mitra"/>
          <w:sz w:val="28"/>
          <w:szCs w:val="28"/>
          <w:rtl/>
        </w:rPr>
        <w:t xml:space="preserve"> خوردم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صبح</w:t>
      </w:r>
      <w:r w:rsidRPr="0000691D">
        <w:rPr>
          <w:rFonts w:cs="B Mitra"/>
          <w:sz w:val="28"/>
          <w:szCs w:val="28"/>
          <w:rtl/>
        </w:rPr>
        <w:t xml:space="preserve"> روز بعد، از مطب دندانپزشک</w:t>
      </w:r>
      <w:r w:rsidRPr="0000691D">
        <w:rPr>
          <w:rFonts w:cs="B Mitra" w:hint="cs"/>
          <w:sz w:val="28"/>
          <w:szCs w:val="28"/>
          <w:rtl/>
        </w:rPr>
        <w:t>ی</w:t>
      </w:r>
      <w:r w:rsidRPr="0000691D">
        <w:rPr>
          <w:rFonts w:cs="B Mitra"/>
          <w:sz w:val="28"/>
          <w:szCs w:val="28"/>
          <w:rtl/>
        </w:rPr>
        <w:t xml:space="preserve"> تماس گرفتند</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cs"/>
          <w:sz w:val="28"/>
          <w:szCs w:val="28"/>
          <w:rtl/>
        </w:rPr>
        <w:t>- «</w:t>
      </w:r>
      <w:r w:rsidRPr="0000691D">
        <w:rPr>
          <w:rFonts w:cs="B Mitra" w:hint="eastAsia"/>
          <w:sz w:val="28"/>
          <w:szCs w:val="28"/>
          <w:rtl/>
        </w:rPr>
        <w:t>اگر</w:t>
      </w:r>
      <w:r w:rsidRPr="0000691D">
        <w:rPr>
          <w:rFonts w:cs="B Mitra"/>
          <w:sz w:val="28"/>
          <w:szCs w:val="28"/>
          <w:rtl/>
        </w:rPr>
        <w:t xml:space="preserve"> امروز ب</w:t>
      </w:r>
      <w:r w:rsidRPr="0000691D">
        <w:rPr>
          <w:rFonts w:cs="B Mitra" w:hint="cs"/>
          <w:sz w:val="28"/>
          <w:szCs w:val="28"/>
          <w:rtl/>
        </w:rPr>
        <w:t>ی</w:t>
      </w:r>
      <w:r w:rsidRPr="0000691D">
        <w:rPr>
          <w:rFonts w:cs="B Mitra" w:hint="eastAsia"/>
          <w:sz w:val="28"/>
          <w:szCs w:val="28"/>
          <w:rtl/>
        </w:rPr>
        <w:t>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تون</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عصب‌کش</w:t>
      </w:r>
      <w:r w:rsidRPr="0000691D">
        <w:rPr>
          <w:rFonts w:cs="B Mitra" w:hint="cs"/>
          <w:sz w:val="28"/>
          <w:szCs w:val="28"/>
          <w:rtl/>
        </w:rPr>
        <w:t>ی</w:t>
      </w:r>
      <w:r w:rsidRPr="0000691D">
        <w:rPr>
          <w:rFonts w:cs="B Mitra"/>
          <w:sz w:val="28"/>
          <w:szCs w:val="28"/>
          <w:rtl/>
        </w:rPr>
        <w:t xml:space="preserve"> رو شروع کن</w:t>
      </w:r>
      <w:r w:rsidRPr="0000691D">
        <w:rPr>
          <w:rFonts w:cs="B Mitra" w:hint="cs"/>
          <w:sz w:val="28"/>
          <w:szCs w:val="28"/>
          <w:rtl/>
        </w:rPr>
        <w:t>ی</w:t>
      </w:r>
      <w:r w:rsidRPr="0000691D">
        <w:rPr>
          <w:rFonts w:cs="B Mitra" w:hint="eastAsia"/>
          <w:sz w:val="28"/>
          <w:szCs w:val="28"/>
          <w:rtl/>
        </w:rPr>
        <w:t>م</w:t>
      </w:r>
      <w:r w:rsidRPr="0000691D">
        <w:rPr>
          <w:rFonts w:cs="B Mitra" w:hint="cs"/>
          <w:sz w:val="28"/>
          <w:szCs w:val="28"/>
          <w:rtl/>
          <w:lang w:bidi="fa-IR"/>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پرس</w:t>
      </w:r>
      <w:r w:rsidRPr="0000691D">
        <w:rPr>
          <w:rFonts w:cs="B Mitra" w:hint="cs"/>
          <w:sz w:val="28"/>
          <w:szCs w:val="28"/>
          <w:rtl/>
        </w:rPr>
        <w:t>ی</w:t>
      </w:r>
      <w:r w:rsidRPr="0000691D">
        <w:rPr>
          <w:rFonts w:cs="B Mitra" w:hint="eastAsia"/>
          <w:sz w:val="28"/>
          <w:szCs w:val="28"/>
          <w:rtl/>
        </w:rPr>
        <w:t>دم</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هز</w:t>
      </w:r>
      <w:r w:rsidRPr="0000691D">
        <w:rPr>
          <w:rFonts w:cs="B Mitra" w:hint="cs"/>
          <w:sz w:val="28"/>
          <w:szCs w:val="28"/>
          <w:rtl/>
        </w:rPr>
        <w:t>ی</w:t>
      </w:r>
      <w:r w:rsidRPr="0000691D">
        <w:rPr>
          <w:rFonts w:cs="B Mitra" w:hint="eastAsia"/>
          <w:sz w:val="28"/>
          <w:szCs w:val="28"/>
          <w:rtl/>
        </w:rPr>
        <w:t>نه</w:t>
      </w:r>
      <w:r w:rsidRPr="0000691D">
        <w:rPr>
          <w:rFonts w:cs="B Mitra"/>
          <w:sz w:val="28"/>
          <w:szCs w:val="28"/>
          <w:rtl/>
        </w:rPr>
        <w:t xml:space="preserve"> چقدره؟</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عدد</w:t>
      </w:r>
      <w:r w:rsidRPr="0000691D">
        <w:rPr>
          <w:rFonts w:cs="B Mitra"/>
          <w:sz w:val="28"/>
          <w:szCs w:val="28"/>
          <w:rtl/>
        </w:rPr>
        <w:t xml:space="preserve"> را گفتند</w:t>
      </w:r>
      <w:r w:rsidRPr="0000691D">
        <w:rPr>
          <w:rFonts w:cs="B Mitra" w:hint="cs"/>
          <w:sz w:val="28"/>
          <w:szCs w:val="28"/>
          <w:rtl/>
        </w:rPr>
        <w:t>: «</w:t>
      </w:r>
      <w:r w:rsidRPr="0000691D">
        <w:rPr>
          <w:rFonts w:cs="B Mitra" w:hint="eastAsia"/>
          <w:sz w:val="28"/>
          <w:szCs w:val="28"/>
          <w:rtl/>
        </w:rPr>
        <w:t>چهار</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hint="eastAsia"/>
          <w:sz w:val="28"/>
          <w:szCs w:val="28"/>
          <w:rtl/>
        </w:rPr>
        <w:t>ون</w:t>
      </w:r>
      <w:r w:rsidRPr="0000691D">
        <w:rPr>
          <w:rFonts w:cs="B Mitra"/>
          <w:sz w:val="28"/>
          <w:szCs w:val="28"/>
          <w:rtl/>
        </w:rPr>
        <w:t xml:space="preserve"> و دو</w:t>
      </w:r>
      <w:r w:rsidRPr="0000691D">
        <w:rPr>
          <w:rFonts w:cs="B Mitra" w:hint="cs"/>
          <w:sz w:val="28"/>
          <w:szCs w:val="28"/>
          <w:rtl/>
        </w:rPr>
        <w:t>ی</w:t>
      </w:r>
      <w:r w:rsidRPr="0000691D">
        <w:rPr>
          <w:rFonts w:cs="B Mitra" w:hint="eastAsia"/>
          <w:sz w:val="28"/>
          <w:szCs w:val="28"/>
          <w:rtl/>
        </w:rPr>
        <w:t>ست</w:t>
      </w:r>
      <w:r w:rsidRPr="0000691D">
        <w:rPr>
          <w:rFonts w:cs="B Mitra"/>
          <w:sz w:val="28"/>
          <w:szCs w:val="28"/>
          <w:rtl/>
        </w:rPr>
        <w:t xml:space="preserve"> هزار تومان</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گفتم</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باشه</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گوش</w:t>
      </w:r>
      <w:r w:rsidRPr="0000691D">
        <w:rPr>
          <w:rFonts w:cs="B Mitra" w:hint="cs"/>
          <w:sz w:val="28"/>
          <w:szCs w:val="28"/>
          <w:rtl/>
        </w:rPr>
        <w:t>ی</w:t>
      </w:r>
      <w:r w:rsidRPr="0000691D">
        <w:rPr>
          <w:rFonts w:cs="B Mitra"/>
          <w:sz w:val="28"/>
          <w:szCs w:val="28"/>
          <w:rtl/>
        </w:rPr>
        <w:t xml:space="preserve"> را قطع کردم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رو</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ز،</w:t>
      </w:r>
      <w:r w:rsidRPr="0000691D">
        <w:rPr>
          <w:rFonts w:cs="B Mitra"/>
          <w:sz w:val="28"/>
          <w:szCs w:val="28"/>
          <w:rtl/>
        </w:rPr>
        <w:t xml:space="preserve"> کاغذ اجاره بود</w:t>
      </w:r>
      <w:r w:rsidRPr="0000691D">
        <w:rPr>
          <w:rFonts w:cs="B Mitra" w:hint="cs"/>
          <w:sz w:val="28"/>
          <w:szCs w:val="28"/>
          <w:rtl/>
        </w:rPr>
        <w:t xml:space="preserve">؛ </w:t>
      </w:r>
      <w:r w:rsidRPr="0000691D">
        <w:rPr>
          <w:rFonts w:cs="B Mitra" w:hint="eastAsia"/>
          <w:sz w:val="28"/>
          <w:szCs w:val="28"/>
          <w:rtl/>
        </w:rPr>
        <w:t>کنارش</w:t>
      </w:r>
      <w:r w:rsidRPr="0000691D">
        <w:rPr>
          <w:rFonts w:cs="B Mitra"/>
          <w:sz w:val="28"/>
          <w:szCs w:val="28"/>
          <w:rtl/>
        </w:rPr>
        <w:t xml:space="preserve"> نسخه‌ دندانپزشک</w:t>
      </w:r>
      <w:r w:rsidRPr="0000691D">
        <w:rPr>
          <w:rFonts w:cs="B Mitra" w:hint="cs"/>
          <w:sz w:val="28"/>
          <w:szCs w:val="28"/>
          <w:rtl/>
        </w:rPr>
        <w:t>ی</w:t>
      </w:r>
      <w:r w:rsidRPr="0000691D">
        <w:rPr>
          <w:rFonts w:cs="B Mitra" w:hint="cs"/>
          <w:sz w:val="28"/>
          <w:szCs w:val="28"/>
          <w:rtl/>
          <w:lang w:bidi="fa-IR"/>
        </w:rPr>
        <w:t>؛ و</w:t>
      </w:r>
      <w:r w:rsidRPr="0000691D">
        <w:rPr>
          <w:rFonts w:cs="B Mitra"/>
          <w:sz w:val="28"/>
          <w:szCs w:val="28"/>
          <w:rtl/>
        </w:rPr>
        <w:t xml:space="preserve"> در گوش</w:t>
      </w:r>
      <w:r w:rsidRPr="0000691D">
        <w:rPr>
          <w:rFonts w:cs="B Mitra" w:hint="cs"/>
          <w:sz w:val="28"/>
          <w:szCs w:val="28"/>
          <w:rtl/>
        </w:rPr>
        <w:t>ی</w:t>
      </w:r>
      <w:r w:rsidRPr="0000691D">
        <w:rPr>
          <w:rFonts w:cs="B Mitra" w:hint="eastAsia"/>
          <w:sz w:val="28"/>
          <w:szCs w:val="28"/>
          <w:rtl/>
        </w:rPr>
        <w:t>،</w:t>
      </w:r>
      <w:r w:rsidRPr="0000691D">
        <w:rPr>
          <w:rFonts w:cs="B Mitra"/>
          <w:sz w:val="28"/>
          <w:szCs w:val="28"/>
          <w:rtl/>
        </w:rPr>
        <w:t xml:space="preserve"> شماره‌ آن مرد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سه</w:t>
      </w:r>
      <w:r w:rsidRPr="0000691D">
        <w:rPr>
          <w:rFonts w:cs="B Mitra"/>
          <w:sz w:val="28"/>
          <w:szCs w:val="28"/>
          <w:rtl/>
        </w:rPr>
        <w:t xml:space="preserve"> عدد روبه‌رو</w:t>
      </w:r>
      <w:r w:rsidRPr="0000691D">
        <w:rPr>
          <w:rFonts w:cs="B Mitra" w:hint="cs"/>
          <w:sz w:val="28"/>
          <w:szCs w:val="28"/>
          <w:rtl/>
        </w:rPr>
        <w:t>ی</w:t>
      </w:r>
      <w:r w:rsidRPr="0000691D">
        <w:rPr>
          <w:rFonts w:cs="B Mitra"/>
          <w:sz w:val="28"/>
          <w:szCs w:val="28"/>
          <w:rtl/>
        </w:rPr>
        <w:t xml:space="preserve"> هم بودند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هر</w:t>
      </w:r>
      <w:r w:rsidRPr="0000691D">
        <w:rPr>
          <w:rFonts w:cs="B Mitra"/>
          <w:sz w:val="28"/>
          <w:szCs w:val="28"/>
          <w:rtl/>
        </w:rPr>
        <w:t xml:space="preserve"> سه هم ضرور</w:t>
      </w:r>
      <w:r w:rsidRPr="0000691D">
        <w:rPr>
          <w:rFonts w:cs="B Mitra" w:hint="cs"/>
          <w:sz w:val="28"/>
          <w:szCs w:val="28"/>
          <w:rtl/>
        </w:rPr>
        <w:t>ی</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ظهر،</w:t>
      </w:r>
      <w:r w:rsidRPr="0000691D">
        <w:rPr>
          <w:rFonts w:cs="B Mitra"/>
          <w:sz w:val="28"/>
          <w:szCs w:val="28"/>
          <w:rtl/>
        </w:rPr>
        <w:t xml:space="preserve"> تلفنم زنگ خ</w:t>
      </w:r>
      <w:r w:rsidRPr="0000691D">
        <w:rPr>
          <w:rFonts w:cs="B Mitra" w:hint="cs"/>
          <w:sz w:val="28"/>
          <w:szCs w:val="28"/>
          <w:rtl/>
        </w:rPr>
        <w:t xml:space="preserve">ورد. </w:t>
      </w:r>
      <w:r w:rsidRPr="0000691D">
        <w:rPr>
          <w:rFonts w:cs="B Mitra" w:hint="eastAsia"/>
          <w:sz w:val="28"/>
          <w:szCs w:val="28"/>
          <w:rtl/>
        </w:rPr>
        <w:t>مرد</w:t>
      </w:r>
      <w:r w:rsidRPr="0000691D">
        <w:rPr>
          <w:rFonts w:cs="B Mitra"/>
          <w:sz w:val="28"/>
          <w:szCs w:val="28"/>
          <w:rtl/>
        </w:rPr>
        <w:t xml:space="preserve"> بود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صدا</w:t>
      </w:r>
      <w:r w:rsidRPr="0000691D">
        <w:rPr>
          <w:rFonts w:cs="B Mitra" w:hint="cs"/>
          <w:sz w:val="28"/>
          <w:szCs w:val="28"/>
          <w:rtl/>
        </w:rPr>
        <w:t>ی</w:t>
      </w:r>
      <w:r w:rsidRPr="0000691D">
        <w:rPr>
          <w:rFonts w:cs="B Mitra" w:hint="eastAsia"/>
          <w:sz w:val="28"/>
          <w:szCs w:val="28"/>
          <w:rtl/>
        </w:rPr>
        <w:t>ش</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بار خ</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sz w:val="28"/>
          <w:szCs w:val="28"/>
          <w:rtl/>
        </w:rPr>
        <w:t xml:space="preserve"> آرام‌تر بود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گفت</w:t>
      </w:r>
      <w:r w:rsidRPr="0000691D">
        <w:rPr>
          <w:rFonts w:cs="B Mitra"/>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cs"/>
          <w:sz w:val="28"/>
          <w:szCs w:val="28"/>
          <w:rtl/>
        </w:rPr>
        <w:t>«</w:t>
      </w:r>
      <w:r w:rsidRPr="0000691D">
        <w:rPr>
          <w:rFonts w:cs="B Mitra" w:hint="eastAsia"/>
          <w:sz w:val="28"/>
          <w:szCs w:val="28"/>
          <w:rtl/>
        </w:rPr>
        <w:t>آقا</w:t>
      </w:r>
      <w:r w:rsidRPr="0000691D">
        <w:rPr>
          <w:rFonts w:cs="B Mitra"/>
          <w:sz w:val="28"/>
          <w:szCs w:val="28"/>
          <w:rtl/>
        </w:rPr>
        <w:t>... دخترم با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بستر</w:t>
      </w:r>
      <w:r w:rsidRPr="0000691D">
        <w:rPr>
          <w:rFonts w:cs="B Mitra" w:hint="cs"/>
          <w:sz w:val="28"/>
          <w:szCs w:val="28"/>
          <w:rtl/>
        </w:rPr>
        <w:t>ی</w:t>
      </w:r>
      <w:r w:rsidRPr="0000691D">
        <w:rPr>
          <w:rFonts w:cs="B Mitra"/>
          <w:sz w:val="28"/>
          <w:szCs w:val="28"/>
          <w:rtl/>
        </w:rPr>
        <w:t xml:space="preserve"> بشه</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چ</w:t>
      </w:r>
      <w:r w:rsidRPr="0000691D">
        <w:rPr>
          <w:rFonts w:cs="B Mitra" w:hint="cs"/>
          <w:sz w:val="28"/>
          <w:szCs w:val="28"/>
          <w:rtl/>
        </w:rPr>
        <w:t>ی</w:t>
      </w:r>
      <w:r w:rsidRPr="0000691D">
        <w:rPr>
          <w:rFonts w:cs="B Mitra" w:hint="eastAsia"/>
          <w:sz w:val="28"/>
          <w:szCs w:val="28"/>
          <w:rtl/>
        </w:rPr>
        <w:t>ز</w:t>
      </w:r>
      <w:r w:rsidRPr="0000691D">
        <w:rPr>
          <w:rFonts w:cs="B Mitra" w:hint="cs"/>
          <w:sz w:val="28"/>
          <w:szCs w:val="28"/>
          <w:rtl/>
        </w:rPr>
        <w:t>ی</w:t>
      </w:r>
      <w:r w:rsidRPr="0000691D">
        <w:rPr>
          <w:rFonts w:cs="B Mitra"/>
          <w:sz w:val="28"/>
          <w:szCs w:val="28"/>
          <w:rtl/>
        </w:rPr>
        <w:t xml:space="preserve"> نگفتم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ادامه</w:t>
      </w:r>
      <w:r w:rsidRPr="0000691D">
        <w:rPr>
          <w:rFonts w:cs="B Mitra"/>
          <w:sz w:val="28"/>
          <w:szCs w:val="28"/>
          <w:rtl/>
        </w:rPr>
        <w:t xml:space="preserve"> داد:</w:t>
      </w:r>
    </w:p>
    <w:p w:rsidR="0032708A" w:rsidRPr="0000691D" w:rsidRDefault="0032708A" w:rsidP="0000691D">
      <w:pPr>
        <w:bidi/>
        <w:spacing w:line="360" w:lineRule="auto"/>
        <w:jc w:val="both"/>
        <w:rPr>
          <w:rFonts w:cs="B Mitra"/>
          <w:sz w:val="28"/>
          <w:szCs w:val="28"/>
        </w:rPr>
      </w:pPr>
      <w:r w:rsidRPr="0000691D">
        <w:rPr>
          <w:rFonts w:cs="B Mitra" w:hint="cs"/>
          <w:sz w:val="28"/>
          <w:szCs w:val="28"/>
          <w:rtl/>
        </w:rPr>
        <w:t>«</w:t>
      </w:r>
      <w:r w:rsidRPr="0000691D">
        <w:rPr>
          <w:rFonts w:cs="B Mitra" w:hint="eastAsia"/>
          <w:sz w:val="28"/>
          <w:szCs w:val="28"/>
          <w:rtl/>
        </w:rPr>
        <w:t>گفتن</w:t>
      </w:r>
      <w:r w:rsidRPr="0000691D">
        <w:rPr>
          <w:rFonts w:cs="B Mitra"/>
          <w:sz w:val="28"/>
          <w:szCs w:val="28"/>
          <w:rtl/>
        </w:rPr>
        <w:t xml:space="preserve"> با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امشب آزما</w:t>
      </w:r>
      <w:r w:rsidRPr="0000691D">
        <w:rPr>
          <w:rFonts w:cs="B Mitra" w:hint="cs"/>
          <w:sz w:val="28"/>
          <w:szCs w:val="28"/>
          <w:rtl/>
        </w:rPr>
        <w:t>ی</w:t>
      </w:r>
      <w:r w:rsidRPr="0000691D">
        <w:rPr>
          <w:rFonts w:cs="B Mitra" w:hint="eastAsia"/>
          <w:sz w:val="28"/>
          <w:szCs w:val="28"/>
          <w:rtl/>
        </w:rPr>
        <w:t>ش</w:t>
      </w:r>
      <w:r w:rsidRPr="0000691D">
        <w:rPr>
          <w:rFonts w:cs="B Mitra"/>
          <w:sz w:val="28"/>
          <w:szCs w:val="28"/>
          <w:rtl/>
        </w:rPr>
        <w:t xml:space="preserve"> و داروهاش انجام بشه</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lastRenderedPageBreak/>
        <w:t>پرس</w:t>
      </w:r>
      <w:r w:rsidRPr="0000691D">
        <w:rPr>
          <w:rFonts w:cs="B Mitra" w:hint="cs"/>
          <w:sz w:val="28"/>
          <w:szCs w:val="28"/>
          <w:rtl/>
        </w:rPr>
        <w:t>ی</w:t>
      </w:r>
      <w:r w:rsidRPr="0000691D">
        <w:rPr>
          <w:rFonts w:cs="B Mitra" w:hint="eastAsia"/>
          <w:sz w:val="28"/>
          <w:szCs w:val="28"/>
          <w:rtl/>
        </w:rPr>
        <w:t>دم</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چقدر؟</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گفت</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حدود</w:t>
      </w:r>
      <w:r w:rsidRPr="0000691D">
        <w:rPr>
          <w:rFonts w:cs="B Mitra"/>
          <w:sz w:val="28"/>
          <w:szCs w:val="28"/>
          <w:rtl/>
        </w:rPr>
        <w:t xml:space="preserve"> پنج م</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hint="eastAsia"/>
          <w:sz w:val="28"/>
          <w:szCs w:val="28"/>
          <w:rtl/>
        </w:rPr>
        <w:t>ون</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lang w:bidi="fa-IR"/>
        </w:rPr>
      </w:pPr>
      <w:r w:rsidRPr="0000691D">
        <w:rPr>
          <w:rFonts w:cs="B Mitra" w:hint="eastAsia"/>
          <w:sz w:val="28"/>
          <w:szCs w:val="28"/>
          <w:rtl/>
        </w:rPr>
        <w:t>چشمم</w:t>
      </w:r>
      <w:r w:rsidRPr="0000691D">
        <w:rPr>
          <w:rFonts w:cs="B Mitra"/>
          <w:sz w:val="28"/>
          <w:szCs w:val="28"/>
          <w:rtl/>
        </w:rPr>
        <w:t xml:space="preserve"> را بستم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پنج</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hint="eastAsia"/>
          <w:sz w:val="28"/>
          <w:szCs w:val="28"/>
          <w:rtl/>
        </w:rPr>
        <w:t>ون</w:t>
      </w:r>
      <w:r w:rsidRPr="0000691D">
        <w:rPr>
          <w:rFonts w:cs="B Mitra" w:hint="cs"/>
          <w:sz w:val="28"/>
          <w:szCs w:val="28"/>
          <w:rtl/>
          <w:lang w:bidi="fa-IR"/>
        </w:rPr>
        <w:t xml:space="preserve">؛ </w:t>
      </w:r>
      <w:r w:rsidRPr="0000691D">
        <w:rPr>
          <w:rFonts w:cs="B Mitra" w:hint="eastAsia"/>
          <w:sz w:val="28"/>
          <w:szCs w:val="28"/>
          <w:rtl/>
        </w:rPr>
        <w:t>دق</w:t>
      </w:r>
      <w:r w:rsidRPr="0000691D">
        <w:rPr>
          <w:rFonts w:cs="B Mitra" w:hint="cs"/>
          <w:sz w:val="28"/>
          <w:szCs w:val="28"/>
          <w:rtl/>
        </w:rPr>
        <w:t>ی</w:t>
      </w:r>
      <w:r w:rsidRPr="0000691D">
        <w:rPr>
          <w:rFonts w:cs="B Mitra" w:hint="eastAsia"/>
          <w:sz w:val="28"/>
          <w:szCs w:val="28"/>
          <w:rtl/>
        </w:rPr>
        <w:t>قاً</w:t>
      </w:r>
      <w:r w:rsidRPr="0000691D">
        <w:rPr>
          <w:rFonts w:cs="B Mitra"/>
          <w:sz w:val="28"/>
          <w:szCs w:val="28"/>
          <w:rtl/>
        </w:rPr>
        <w:t xml:space="preserve"> همان مقدار</w:t>
      </w:r>
      <w:r w:rsidRPr="0000691D">
        <w:rPr>
          <w:rFonts w:cs="B Mitra" w:hint="cs"/>
          <w:sz w:val="28"/>
          <w:szCs w:val="28"/>
          <w:rtl/>
        </w:rPr>
        <w:t>ی</w:t>
      </w:r>
      <w:r w:rsidRPr="0000691D">
        <w:rPr>
          <w:rFonts w:cs="B Mitra"/>
          <w:sz w:val="28"/>
          <w:szCs w:val="28"/>
          <w:rtl/>
        </w:rPr>
        <w:t xml:space="preserve"> که برا</w:t>
      </w:r>
      <w:r w:rsidRPr="0000691D">
        <w:rPr>
          <w:rFonts w:cs="B Mitra" w:hint="cs"/>
          <w:sz w:val="28"/>
          <w:szCs w:val="28"/>
          <w:rtl/>
        </w:rPr>
        <w:t>ی</w:t>
      </w:r>
      <w:r w:rsidRPr="0000691D">
        <w:rPr>
          <w:rFonts w:cs="B Mitra"/>
          <w:sz w:val="28"/>
          <w:szCs w:val="28"/>
          <w:rtl/>
        </w:rPr>
        <w:t xml:space="preserve"> اجاره کم م</w:t>
      </w:r>
      <w:r w:rsidRPr="0000691D">
        <w:rPr>
          <w:rFonts w:cs="B Mitra" w:hint="cs"/>
          <w:sz w:val="28"/>
          <w:szCs w:val="28"/>
          <w:rtl/>
        </w:rPr>
        <w:t>ی‌</w:t>
      </w:r>
      <w:r w:rsidRPr="0000691D">
        <w:rPr>
          <w:rFonts w:cs="B Mitra" w:hint="eastAsia"/>
          <w:sz w:val="28"/>
          <w:szCs w:val="28"/>
          <w:rtl/>
        </w:rPr>
        <w:t>آوردم</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گفت</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اگر</w:t>
      </w:r>
      <w:r w:rsidRPr="0000691D">
        <w:rPr>
          <w:rFonts w:cs="B Mitra"/>
          <w:sz w:val="28"/>
          <w:szCs w:val="28"/>
          <w:rtl/>
        </w:rPr>
        <w:t xml:space="preserve"> ندار</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به خدا اشکال نداره</w:t>
      </w:r>
      <w:r w:rsidRPr="0000691D">
        <w:rPr>
          <w:rFonts w:cs="B Mitra" w:hint="cs"/>
          <w:sz w:val="28"/>
          <w:szCs w:val="28"/>
          <w:rtl/>
          <w:lang w:bidi="fa-IR"/>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صدا</w:t>
      </w:r>
      <w:r w:rsidRPr="0000691D">
        <w:rPr>
          <w:rFonts w:cs="B Mitra" w:hint="cs"/>
          <w:sz w:val="28"/>
          <w:szCs w:val="28"/>
          <w:rtl/>
        </w:rPr>
        <w:t>ی</w:t>
      </w:r>
      <w:r w:rsidRPr="0000691D">
        <w:rPr>
          <w:rFonts w:cs="B Mitra" w:hint="eastAsia"/>
          <w:sz w:val="28"/>
          <w:szCs w:val="28"/>
          <w:rtl/>
        </w:rPr>
        <w:t>ش</w:t>
      </w:r>
      <w:r w:rsidRPr="0000691D">
        <w:rPr>
          <w:rFonts w:cs="B Mitra"/>
          <w:sz w:val="28"/>
          <w:szCs w:val="28"/>
          <w:rtl/>
        </w:rPr>
        <w:t xml:space="preserve"> طور</w:t>
      </w:r>
      <w:r w:rsidRPr="0000691D">
        <w:rPr>
          <w:rFonts w:cs="B Mitra" w:hint="cs"/>
          <w:sz w:val="28"/>
          <w:szCs w:val="28"/>
          <w:rtl/>
        </w:rPr>
        <w:t>ی</w:t>
      </w:r>
      <w:r w:rsidRPr="0000691D">
        <w:rPr>
          <w:rFonts w:cs="B Mitra"/>
          <w:sz w:val="28"/>
          <w:szCs w:val="28"/>
          <w:rtl/>
        </w:rPr>
        <w:t xml:space="preserve"> بود که انگار هم</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جمله را از قبل برا</w:t>
      </w:r>
      <w:r w:rsidRPr="0000691D">
        <w:rPr>
          <w:rFonts w:cs="B Mitra" w:hint="cs"/>
          <w:sz w:val="28"/>
          <w:szCs w:val="28"/>
          <w:rtl/>
        </w:rPr>
        <w:t>ی</w:t>
      </w:r>
      <w:r w:rsidRPr="0000691D">
        <w:rPr>
          <w:rFonts w:cs="B Mitra"/>
          <w:sz w:val="28"/>
          <w:szCs w:val="28"/>
          <w:rtl/>
        </w:rPr>
        <w:t xml:space="preserve"> خودش تمر</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کرده بود</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گفتم</w:t>
      </w:r>
      <w:r w:rsidRPr="0000691D">
        <w:rPr>
          <w:rFonts w:cs="B Mitra"/>
          <w:sz w:val="28"/>
          <w:szCs w:val="28"/>
          <w:rtl/>
        </w:rPr>
        <w:t xml:space="preserve">: </w:t>
      </w:r>
      <w:r w:rsidRPr="0000691D">
        <w:rPr>
          <w:rFonts w:cs="B Mitra" w:hint="cs"/>
          <w:sz w:val="28"/>
          <w:szCs w:val="28"/>
          <w:rtl/>
        </w:rPr>
        <w:t>«</w:t>
      </w:r>
      <w:r w:rsidRPr="0000691D">
        <w:rPr>
          <w:rFonts w:cs="B Mitra" w:hint="eastAsia"/>
          <w:sz w:val="28"/>
          <w:szCs w:val="28"/>
          <w:rtl/>
        </w:rPr>
        <w:t>ب</w:t>
      </w:r>
      <w:r w:rsidRPr="0000691D">
        <w:rPr>
          <w:rFonts w:cs="B Mitra" w:hint="cs"/>
          <w:sz w:val="28"/>
          <w:szCs w:val="28"/>
          <w:rtl/>
        </w:rPr>
        <w:t>ی</w:t>
      </w:r>
      <w:r w:rsidRPr="0000691D">
        <w:rPr>
          <w:rFonts w:cs="B Mitra" w:hint="eastAsia"/>
          <w:sz w:val="28"/>
          <w:szCs w:val="28"/>
          <w:rtl/>
        </w:rPr>
        <w:t>مارستان</w:t>
      </w:r>
      <w:r w:rsidRPr="0000691D">
        <w:rPr>
          <w:rFonts w:cs="B Mitra"/>
          <w:sz w:val="28"/>
          <w:szCs w:val="28"/>
          <w:rtl/>
        </w:rPr>
        <w:t xml:space="preserve"> کجاست؟</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آدرس</w:t>
      </w:r>
      <w:r w:rsidRPr="0000691D">
        <w:rPr>
          <w:rFonts w:cs="B Mitra"/>
          <w:sz w:val="28"/>
          <w:szCs w:val="28"/>
          <w:rtl/>
        </w:rPr>
        <w:t xml:space="preserve"> را گفت</w:t>
      </w:r>
      <w:r w:rsidRPr="0000691D">
        <w:rPr>
          <w:rFonts w:cs="B Mitra" w:hint="cs"/>
          <w:sz w:val="28"/>
          <w:szCs w:val="28"/>
          <w:rtl/>
        </w:rPr>
        <w:t xml:space="preserve">؛ </w:t>
      </w:r>
      <w:r w:rsidRPr="0000691D">
        <w:rPr>
          <w:rFonts w:cs="B Mitra" w:hint="eastAsia"/>
          <w:sz w:val="28"/>
          <w:szCs w:val="28"/>
          <w:rtl/>
        </w:rPr>
        <w:t>ن</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ساعت بعد آنجا بودم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او</w:t>
      </w:r>
      <w:r w:rsidRPr="0000691D">
        <w:rPr>
          <w:rFonts w:cs="B Mitra"/>
          <w:sz w:val="28"/>
          <w:szCs w:val="28"/>
          <w:rtl/>
        </w:rPr>
        <w:t xml:space="preserve"> کنار در اورژانس ا</w:t>
      </w:r>
      <w:r w:rsidRPr="0000691D">
        <w:rPr>
          <w:rFonts w:cs="B Mitra" w:hint="cs"/>
          <w:sz w:val="28"/>
          <w:szCs w:val="28"/>
          <w:rtl/>
        </w:rPr>
        <w:t>ی</w:t>
      </w:r>
      <w:r w:rsidRPr="0000691D">
        <w:rPr>
          <w:rFonts w:cs="B Mitra" w:hint="eastAsia"/>
          <w:sz w:val="28"/>
          <w:szCs w:val="28"/>
          <w:rtl/>
        </w:rPr>
        <w:t>ستاده</w:t>
      </w:r>
      <w:r w:rsidRPr="0000691D">
        <w:rPr>
          <w:rFonts w:cs="B Mitra"/>
          <w:sz w:val="28"/>
          <w:szCs w:val="28"/>
          <w:rtl/>
        </w:rPr>
        <w:t xml:space="preserve"> بود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دخترش</w:t>
      </w:r>
      <w:r w:rsidRPr="0000691D">
        <w:rPr>
          <w:rFonts w:cs="B Mitra"/>
          <w:sz w:val="28"/>
          <w:szCs w:val="28"/>
          <w:rtl/>
        </w:rPr>
        <w:t xml:space="preserve"> رو</w:t>
      </w:r>
      <w:r w:rsidRPr="0000691D">
        <w:rPr>
          <w:rFonts w:cs="B Mitra" w:hint="cs"/>
          <w:sz w:val="28"/>
          <w:szCs w:val="28"/>
          <w:rtl/>
        </w:rPr>
        <w:t>ی</w:t>
      </w:r>
      <w:r w:rsidRPr="0000691D">
        <w:rPr>
          <w:rFonts w:cs="B Mitra"/>
          <w:sz w:val="28"/>
          <w:szCs w:val="28"/>
          <w:rtl/>
        </w:rPr>
        <w:t xml:space="preserve"> صندل</w:t>
      </w:r>
      <w:r w:rsidRPr="0000691D">
        <w:rPr>
          <w:rFonts w:cs="B Mitra" w:hint="cs"/>
          <w:sz w:val="28"/>
          <w:szCs w:val="28"/>
          <w:rtl/>
        </w:rPr>
        <w:t>ی</w:t>
      </w:r>
      <w:r w:rsidRPr="0000691D">
        <w:rPr>
          <w:rFonts w:cs="B Mitra"/>
          <w:sz w:val="28"/>
          <w:szCs w:val="28"/>
          <w:rtl/>
        </w:rPr>
        <w:t xml:space="preserve"> نشسته بود؛ لاغر، رنگ‌پر</w:t>
      </w:r>
      <w:r w:rsidRPr="0000691D">
        <w:rPr>
          <w:rFonts w:cs="B Mitra" w:hint="cs"/>
          <w:sz w:val="28"/>
          <w:szCs w:val="28"/>
          <w:rtl/>
        </w:rPr>
        <w:t>ی</w:t>
      </w:r>
      <w:r w:rsidRPr="0000691D">
        <w:rPr>
          <w:rFonts w:cs="B Mitra" w:hint="eastAsia"/>
          <w:sz w:val="28"/>
          <w:szCs w:val="28"/>
          <w:rtl/>
        </w:rPr>
        <w:t>ده</w:t>
      </w:r>
      <w:r w:rsidRPr="0000691D">
        <w:rPr>
          <w:rFonts w:cs="B Mitra"/>
          <w:sz w:val="28"/>
          <w:szCs w:val="28"/>
          <w:rtl/>
        </w:rPr>
        <w:t xml:space="preserve"> و ساکت</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وقت</w:t>
      </w:r>
      <w:r w:rsidRPr="0000691D">
        <w:rPr>
          <w:rFonts w:cs="B Mitra" w:hint="cs"/>
          <w:sz w:val="28"/>
          <w:szCs w:val="28"/>
          <w:rtl/>
        </w:rPr>
        <w:t>ی</w:t>
      </w:r>
      <w:r w:rsidRPr="0000691D">
        <w:rPr>
          <w:rFonts w:cs="B Mitra"/>
          <w:sz w:val="28"/>
          <w:szCs w:val="28"/>
          <w:rtl/>
        </w:rPr>
        <w:t xml:space="preserve"> مرا د</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بلند شد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مرد</w:t>
      </w:r>
      <w:r w:rsidRPr="0000691D">
        <w:rPr>
          <w:rFonts w:cs="B Mitra"/>
          <w:sz w:val="28"/>
          <w:szCs w:val="28"/>
          <w:rtl/>
        </w:rPr>
        <w:t xml:space="preserve"> گفت:</w:t>
      </w:r>
      <w:r w:rsidRPr="0000691D">
        <w:rPr>
          <w:rFonts w:cs="B Mitra" w:hint="cs"/>
          <w:sz w:val="28"/>
          <w:szCs w:val="28"/>
          <w:rtl/>
        </w:rPr>
        <w:t xml:space="preserve"> «</w:t>
      </w:r>
      <w:r w:rsidRPr="0000691D">
        <w:rPr>
          <w:rFonts w:cs="B Mitra" w:hint="eastAsia"/>
          <w:sz w:val="28"/>
          <w:szCs w:val="28"/>
          <w:rtl/>
        </w:rPr>
        <w:t>ا</w:t>
      </w:r>
      <w:r w:rsidRPr="0000691D">
        <w:rPr>
          <w:rFonts w:cs="B Mitra" w:hint="cs"/>
          <w:sz w:val="28"/>
          <w:szCs w:val="28"/>
          <w:rtl/>
        </w:rPr>
        <w:t>ی</w:t>
      </w:r>
      <w:r w:rsidRPr="0000691D">
        <w:rPr>
          <w:rFonts w:cs="B Mitra" w:hint="eastAsia"/>
          <w:sz w:val="28"/>
          <w:szCs w:val="28"/>
          <w:rtl/>
        </w:rPr>
        <w:t>شون</w:t>
      </w:r>
      <w:r w:rsidRPr="0000691D">
        <w:rPr>
          <w:rFonts w:cs="B Mitra"/>
          <w:sz w:val="28"/>
          <w:szCs w:val="28"/>
          <w:rtl/>
        </w:rPr>
        <w:t xml:space="preserve"> همون آقا</w:t>
      </w:r>
      <w:r w:rsidRPr="0000691D">
        <w:rPr>
          <w:rFonts w:cs="B Mitra" w:hint="cs"/>
          <w:sz w:val="28"/>
          <w:szCs w:val="28"/>
          <w:rtl/>
        </w:rPr>
        <w:t>یی</w:t>
      </w:r>
      <w:r w:rsidRPr="0000691D">
        <w:rPr>
          <w:rFonts w:cs="B Mitra" w:hint="eastAsia"/>
          <w:sz w:val="28"/>
          <w:szCs w:val="28"/>
          <w:rtl/>
        </w:rPr>
        <w:t>ه</w:t>
      </w:r>
      <w:r w:rsidRPr="0000691D">
        <w:rPr>
          <w:rFonts w:cs="B Mitra"/>
          <w:sz w:val="28"/>
          <w:szCs w:val="28"/>
          <w:rtl/>
        </w:rPr>
        <w:t xml:space="preserve"> که گفتم</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دختر</w:t>
      </w:r>
      <w:r w:rsidRPr="0000691D">
        <w:rPr>
          <w:rFonts w:cs="B Mitra"/>
          <w:sz w:val="28"/>
          <w:szCs w:val="28"/>
          <w:rtl/>
        </w:rPr>
        <w:t xml:space="preserve"> لبخند کوچک</w:t>
      </w:r>
      <w:r w:rsidRPr="0000691D">
        <w:rPr>
          <w:rFonts w:cs="B Mitra" w:hint="cs"/>
          <w:sz w:val="28"/>
          <w:szCs w:val="28"/>
          <w:rtl/>
        </w:rPr>
        <w:t>ی</w:t>
      </w:r>
      <w:r w:rsidRPr="0000691D">
        <w:rPr>
          <w:rFonts w:cs="B Mitra"/>
          <w:sz w:val="28"/>
          <w:szCs w:val="28"/>
          <w:rtl/>
        </w:rPr>
        <w:t xml:space="preserve"> زد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گفتم</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سلام</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گفت</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سلام</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پدرش</w:t>
      </w:r>
      <w:r w:rsidRPr="0000691D">
        <w:rPr>
          <w:rFonts w:cs="B Mitra"/>
          <w:sz w:val="28"/>
          <w:szCs w:val="28"/>
          <w:rtl/>
        </w:rPr>
        <w:t xml:space="preserve"> گفت:</w:t>
      </w:r>
      <w:r w:rsidRPr="0000691D">
        <w:rPr>
          <w:rFonts w:cs="B Mitra" w:hint="cs"/>
          <w:sz w:val="28"/>
          <w:szCs w:val="28"/>
          <w:rtl/>
        </w:rPr>
        <w:t xml:space="preserve"> «</w:t>
      </w:r>
      <w:r w:rsidRPr="0000691D">
        <w:rPr>
          <w:rFonts w:cs="B Mitra" w:hint="eastAsia"/>
          <w:sz w:val="28"/>
          <w:szCs w:val="28"/>
          <w:rtl/>
        </w:rPr>
        <w:t>خ</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sz w:val="28"/>
          <w:szCs w:val="28"/>
          <w:rtl/>
        </w:rPr>
        <w:t xml:space="preserve"> زحمت داد</w:t>
      </w:r>
      <w:r w:rsidRPr="0000691D">
        <w:rPr>
          <w:rFonts w:cs="B Mitra" w:hint="cs"/>
          <w:sz w:val="28"/>
          <w:szCs w:val="28"/>
          <w:rtl/>
        </w:rPr>
        <w:t>ی</w:t>
      </w:r>
      <w:r w:rsidRPr="0000691D">
        <w:rPr>
          <w:rFonts w:cs="B Mitra" w:hint="eastAsia"/>
          <w:sz w:val="28"/>
          <w:szCs w:val="28"/>
          <w:rtl/>
        </w:rPr>
        <w:t>م</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گفتم</w:t>
      </w:r>
      <w:r w:rsidRPr="0000691D">
        <w:rPr>
          <w:rFonts w:cs="B Mitra" w:hint="cs"/>
          <w:sz w:val="28"/>
          <w:szCs w:val="28"/>
          <w:rtl/>
        </w:rPr>
        <w:t>: «</w:t>
      </w:r>
      <w:r w:rsidRPr="0000691D">
        <w:rPr>
          <w:rFonts w:cs="B Mitra" w:hint="eastAsia"/>
          <w:sz w:val="28"/>
          <w:szCs w:val="28"/>
          <w:rtl/>
        </w:rPr>
        <w:t>نه</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رفت</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داخل</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بعد</w:t>
      </w:r>
      <w:r w:rsidRPr="0000691D">
        <w:rPr>
          <w:rFonts w:cs="B Mitra"/>
          <w:sz w:val="28"/>
          <w:szCs w:val="28"/>
          <w:rtl/>
        </w:rPr>
        <w:t xml:space="preserve"> از آزما</w:t>
      </w:r>
      <w:r w:rsidRPr="0000691D">
        <w:rPr>
          <w:rFonts w:cs="B Mitra" w:hint="cs"/>
          <w:sz w:val="28"/>
          <w:szCs w:val="28"/>
          <w:rtl/>
        </w:rPr>
        <w:t>ی</w:t>
      </w:r>
      <w:r w:rsidRPr="0000691D">
        <w:rPr>
          <w:rFonts w:cs="B Mitra" w:hint="eastAsia"/>
          <w:sz w:val="28"/>
          <w:szCs w:val="28"/>
          <w:rtl/>
        </w:rPr>
        <w:t>ش،</w:t>
      </w:r>
      <w:r w:rsidRPr="0000691D">
        <w:rPr>
          <w:rFonts w:cs="B Mitra"/>
          <w:sz w:val="28"/>
          <w:szCs w:val="28"/>
          <w:rtl/>
        </w:rPr>
        <w:t xml:space="preserve"> دکتر نسخه را نوشت</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مبلغ</w:t>
      </w:r>
      <w:r w:rsidRPr="0000691D">
        <w:rPr>
          <w:rFonts w:cs="B Mitra"/>
          <w:sz w:val="28"/>
          <w:szCs w:val="28"/>
          <w:rtl/>
        </w:rPr>
        <w:t xml:space="preserve"> را که شن</w:t>
      </w:r>
      <w:r w:rsidRPr="0000691D">
        <w:rPr>
          <w:rFonts w:cs="B Mitra" w:hint="cs"/>
          <w:sz w:val="28"/>
          <w:szCs w:val="28"/>
          <w:rtl/>
        </w:rPr>
        <w:t>ی</w:t>
      </w:r>
      <w:r w:rsidRPr="0000691D">
        <w:rPr>
          <w:rFonts w:cs="B Mitra" w:hint="eastAsia"/>
          <w:sz w:val="28"/>
          <w:szCs w:val="28"/>
          <w:rtl/>
        </w:rPr>
        <w:t>دم،</w:t>
      </w:r>
      <w:r w:rsidRPr="0000691D">
        <w:rPr>
          <w:rFonts w:cs="B Mitra"/>
          <w:sz w:val="28"/>
          <w:szCs w:val="28"/>
          <w:rtl/>
        </w:rPr>
        <w:t xml:space="preserve"> دستم رفت سمت گوش</w:t>
      </w:r>
      <w:r w:rsidRPr="0000691D">
        <w:rPr>
          <w:rFonts w:cs="B Mitra" w:hint="cs"/>
          <w:sz w:val="28"/>
          <w:szCs w:val="28"/>
          <w:rtl/>
        </w:rPr>
        <w:t>ی</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پنج</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hint="eastAsia"/>
          <w:sz w:val="28"/>
          <w:szCs w:val="28"/>
          <w:rtl/>
        </w:rPr>
        <w:t>ون</w:t>
      </w:r>
      <w:r w:rsidRPr="0000691D">
        <w:rPr>
          <w:rFonts w:cs="B Mitra"/>
          <w:sz w:val="28"/>
          <w:szCs w:val="28"/>
          <w:rtl/>
        </w:rPr>
        <w:t xml:space="preserve"> و دو</w:t>
      </w:r>
      <w:r w:rsidRPr="0000691D">
        <w:rPr>
          <w:rFonts w:cs="B Mitra" w:hint="cs"/>
          <w:sz w:val="28"/>
          <w:szCs w:val="28"/>
          <w:rtl/>
        </w:rPr>
        <w:t>ی</w:t>
      </w:r>
      <w:r w:rsidRPr="0000691D">
        <w:rPr>
          <w:rFonts w:cs="B Mitra" w:hint="eastAsia"/>
          <w:sz w:val="28"/>
          <w:szCs w:val="28"/>
          <w:rtl/>
        </w:rPr>
        <w:t>ست</w:t>
      </w:r>
      <w:r w:rsidRPr="0000691D">
        <w:rPr>
          <w:rFonts w:cs="B Mitra"/>
          <w:sz w:val="28"/>
          <w:szCs w:val="28"/>
          <w:rtl/>
        </w:rPr>
        <w:t xml:space="preserve"> هزار تومان</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مرد</w:t>
      </w:r>
      <w:r w:rsidRPr="0000691D">
        <w:rPr>
          <w:rFonts w:cs="B Mitra"/>
          <w:sz w:val="28"/>
          <w:szCs w:val="28"/>
          <w:rtl/>
        </w:rPr>
        <w:t xml:space="preserve"> به من نگاه نکرد</w:t>
      </w:r>
      <w:r w:rsidRPr="0000691D">
        <w:rPr>
          <w:rFonts w:cs="B Mitra" w:hint="cs"/>
          <w:sz w:val="28"/>
          <w:szCs w:val="28"/>
          <w:rtl/>
        </w:rPr>
        <w:t xml:space="preserve">؛ </w:t>
      </w:r>
      <w:r w:rsidRPr="0000691D">
        <w:rPr>
          <w:rFonts w:cs="B Mitra" w:hint="eastAsia"/>
          <w:sz w:val="28"/>
          <w:szCs w:val="28"/>
          <w:rtl/>
        </w:rPr>
        <w:t>ک</w:t>
      </w:r>
      <w:r w:rsidRPr="0000691D">
        <w:rPr>
          <w:rFonts w:cs="B Mitra" w:hint="cs"/>
          <w:sz w:val="28"/>
          <w:szCs w:val="28"/>
          <w:rtl/>
        </w:rPr>
        <w:t>ی</w:t>
      </w:r>
      <w:r w:rsidRPr="0000691D">
        <w:rPr>
          <w:rFonts w:cs="B Mitra" w:hint="eastAsia"/>
          <w:sz w:val="28"/>
          <w:szCs w:val="28"/>
          <w:rtl/>
        </w:rPr>
        <w:t>ف</w:t>
      </w:r>
      <w:r w:rsidRPr="0000691D">
        <w:rPr>
          <w:rFonts w:cs="B Mitra"/>
          <w:sz w:val="28"/>
          <w:szCs w:val="28"/>
          <w:rtl/>
        </w:rPr>
        <w:t xml:space="preserve"> پولش را درآورد</w:t>
      </w:r>
      <w:r w:rsidRPr="0000691D">
        <w:rPr>
          <w:rFonts w:cs="B Mitra" w:hint="cs"/>
          <w:sz w:val="28"/>
          <w:szCs w:val="28"/>
          <w:rtl/>
        </w:rPr>
        <w:t xml:space="preserve">؛ </w:t>
      </w:r>
      <w:r w:rsidRPr="0000691D">
        <w:rPr>
          <w:rFonts w:cs="B Mitra" w:hint="eastAsia"/>
          <w:sz w:val="28"/>
          <w:szCs w:val="28"/>
          <w:rtl/>
        </w:rPr>
        <w:t>چند</w:t>
      </w:r>
      <w:r w:rsidRPr="0000691D">
        <w:rPr>
          <w:rFonts w:cs="B Mitra"/>
          <w:sz w:val="28"/>
          <w:szCs w:val="28"/>
          <w:rtl/>
        </w:rPr>
        <w:t xml:space="preserve"> اسکناس رو</w:t>
      </w:r>
      <w:r w:rsidRPr="0000691D">
        <w:rPr>
          <w:rFonts w:cs="B Mitra" w:hint="cs"/>
          <w:sz w:val="28"/>
          <w:szCs w:val="28"/>
          <w:rtl/>
        </w:rPr>
        <w:t>ی</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ز</w:t>
      </w:r>
      <w:r w:rsidRPr="0000691D">
        <w:rPr>
          <w:rFonts w:cs="B Mitra"/>
          <w:sz w:val="28"/>
          <w:szCs w:val="28"/>
          <w:rtl/>
        </w:rPr>
        <w:t xml:space="preserve"> گذاشت</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بعد</w:t>
      </w:r>
      <w:r w:rsidRPr="0000691D">
        <w:rPr>
          <w:rFonts w:cs="B Mitra"/>
          <w:sz w:val="28"/>
          <w:szCs w:val="28"/>
          <w:rtl/>
        </w:rPr>
        <w:t xml:space="preserve"> کارت بانک</w:t>
      </w:r>
      <w:r w:rsidRPr="0000691D">
        <w:rPr>
          <w:rFonts w:cs="B Mitra" w:hint="cs"/>
          <w:sz w:val="28"/>
          <w:szCs w:val="28"/>
          <w:rtl/>
        </w:rPr>
        <w:t>ی‌</w:t>
      </w:r>
      <w:r w:rsidRPr="0000691D">
        <w:rPr>
          <w:rFonts w:cs="B Mitra" w:hint="eastAsia"/>
          <w:sz w:val="28"/>
          <w:szCs w:val="28"/>
          <w:rtl/>
        </w:rPr>
        <w:t>اش</w:t>
      </w:r>
      <w:r w:rsidRPr="0000691D">
        <w:rPr>
          <w:rFonts w:cs="B Mitra"/>
          <w:sz w:val="28"/>
          <w:szCs w:val="28"/>
          <w:rtl/>
        </w:rPr>
        <w:t xml:space="preserve"> را ب</w:t>
      </w:r>
      <w:r w:rsidRPr="0000691D">
        <w:rPr>
          <w:rFonts w:cs="B Mitra" w:hint="cs"/>
          <w:sz w:val="28"/>
          <w:szCs w:val="28"/>
          <w:rtl/>
        </w:rPr>
        <w:t>ی</w:t>
      </w:r>
      <w:r w:rsidRPr="0000691D">
        <w:rPr>
          <w:rFonts w:cs="B Mitra" w:hint="eastAsia"/>
          <w:sz w:val="28"/>
          <w:szCs w:val="28"/>
          <w:rtl/>
        </w:rPr>
        <w:t>رون</w:t>
      </w:r>
      <w:r w:rsidRPr="0000691D">
        <w:rPr>
          <w:rFonts w:cs="B Mitra"/>
          <w:sz w:val="28"/>
          <w:szCs w:val="28"/>
          <w:rtl/>
        </w:rPr>
        <w:t xml:space="preserve"> آورد</w:t>
      </w:r>
      <w:r w:rsidRPr="0000691D">
        <w:rPr>
          <w:rFonts w:cs="B Mitra" w:hint="cs"/>
          <w:sz w:val="28"/>
          <w:szCs w:val="28"/>
          <w:rtl/>
        </w:rPr>
        <w:t xml:space="preserve">. </w:t>
      </w:r>
      <w:r w:rsidRPr="0000691D">
        <w:rPr>
          <w:rFonts w:cs="B Mitra" w:hint="eastAsia"/>
          <w:sz w:val="28"/>
          <w:szCs w:val="28"/>
          <w:rtl/>
        </w:rPr>
        <w:t>گفت</w:t>
      </w:r>
      <w:r w:rsidRPr="0000691D">
        <w:rPr>
          <w:rFonts w:cs="B Mitra"/>
          <w:sz w:val="28"/>
          <w:szCs w:val="28"/>
          <w:rtl/>
        </w:rPr>
        <w:t>:</w:t>
      </w:r>
      <w:r w:rsidRPr="0000691D">
        <w:rPr>
          <w:rFonts w:cs="B Mitra" w:hint="cs"/>
          <w:sz w:val="28"/>
          <w:szCs w:val="28"/>
          <w:rtl/>
        </w:rPr>
        <w:t xml:space="preserve"> «ی</w:t>
      </w:r>
      <w:r w:rsidRPr="0000691D">
        <w:rPr>
          <w:rFonts w:cs="B Mitra" w:hint="eastAsia"/>
          <w:sz w:val="28"/>
          <w:szCs w:val="28"/>
          <w:rtl/>
        </w:rPr>
        <w:t>ه</w:t>
      </w:r>
      <w:r w:rsidRPr="0000691D">
        <w:rPr>
          <w:rFonts w:cs="B Mitra"/>
          <w:sz w:val="28"/>
          <w:szCs w:val="28"/>
          <w:rtl/>
        </w:rPr>
        <w:t xml:space="preserve"> مقدارش رو دارم</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پرس</w:t>
      </w:r>
      <w:r w:rsidRPr="0000691D">
        <w:rPr>
          <w:rFonts w:cs="B Mitra" w:hint="cs"/>
          <w:sz w:val="28"/>
          <w:szCs w:val="28"/>
          <w:rtl/>
        </w:rPr>
        <w:t>ی</w:t>
      </w:r>
      <w:r w:rsidRPr="0000691D">
        <w:rPr>
          <w:rFonts w:cs="B Mitra" w:hint="eastAsia"/>
          <w:sz w:val="28"/>
          <w:szCs w:val="28"/>
          <w:rtl/>
        </w:rPr>
        <w:t>دم</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چقدر</w:t>
      </w:r>
      <w:r w:rsidRPr="0000691D">
        <w:rPr>
          <w:rFonts w:cs="B Mitra" w:hint="cs"/>
          <w:sz w:val="28"/>
          <w:szCs w:val="28"/>
          <w:rtl/>
        </w:rPr>
        <w:t>»</w:t>
      </w:r>
      <w:r w:rsidRPr="0000691D">
        <w:rPr>
          <w:rFonts w:cs="B Mitra" w:hint="eastAsia"/>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گفت</w:t>
      </w:r>
      <w:r w:rsidRPr="0000691D">
        <w:rPr>
          <w:rFonts w:cs="B Mitra"/>
          <w:sz w:val="28"/>
          <w:szCs w:val="28"/>
          <w:rtl/>
        </w:rPr>
        <w:t>:</w:t>
      </w:r>
      <w:r w:rsidRPr="0000691D">
        <w:rPr>
          <w:rFonts w:cs="B Mitra" w:hint="cs"/>
          <w:sz w:val="28"/>
          <w:szCs w:val="28"/>
          <w:rtl/>
        </w:rPr>
        <w:t xml:space="preserve"> «ی</w:t>
      </w:r>
      <w:r w:rsidRPr="0000691D">
        <w:rPr>
          <w:rFonts w:cs="B Mitra" w:hint="eastAsia"/>
          <w:sz w:val="28"/>
          <w:szCs w:val="28"/>
          <w:rtl/>
        </w:rPr>
        <w:t>ک</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hint="eastAsia"/>
          <w:sz w:val="28"/>
          <w:szCs w:val="28"/>
          <w:rtl/>
        </w:rPr>
        <w:t>ون</w:t>
      </w:r>
      <w:r w:rsidRPr="0000691D">
        <w:rPr>
          <w:rFonts w:cs="B Mitra"/>
          <w:sz w:val="28"/>
          <w:szCs w:val="28"/>
          <w:rtl/>
        </w:rPr>
        <w:t xml:space="preserve"> و صد</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lang w:bidi="fa-IR"/>
        </w:rPr>
      </w:pPr>
      <w:r w:rsidRPr="0000691D">
        <w:rPr>
          <w:rFonts w:cs="B Mitra" w:hint="eastAsia"/>
          <w:sz w:val="28"/>
          <w:szCs w:val="28"/>
          <w:rtl/>
        </w:rPr>
        <w:lastRenderedPageBreak/>
        <w:t>بق</w:t>
      </w:r>
      <w:r w:rsidRPr="0000691D">
        <w:rPr>
          <w:rFonts w:cs="B Mitra" w:hint="cs"/>
          <w:sz w:val="28"/>
          <w:szCs w:val="28"/>
          <w:rtl/>
        </w:rPr>
        <w:t>ی</w:t>
      </w:r>
      <w:r w:rsidRPr="0000691D">
        <w:rPr>
          <w:rFonts w:cs="B Mitra" w:hint="eastAsia"/>
          <w:sz w:val="28"/>
          <w:szCs w:val="28"/>
          <w:rtl/>
        </w:rPr>
        <w:t>ه</w:t>
      </w:r>
      <w:r w:rsidRPr="0000691D">
        <w:rPr>
          <w:rFonts w:cs="B Mitra"/>
          <w:sz w:val="28"/>
          <w:szCs w:val="28"/>
          <w:rtl/>
        </w:rPr>
        <w:t xml:space="preserve"> را نداشت</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به</w:t>
      </w:r>
      <w:r w:rsidRPr="0000691D">
        <w:rPr>
          <w:rFonts w:cs="B Mitra"/>
          <w:sz w:val="28"/>
          <w:szCs w:val="28"/>
          <w:rtl/>
        </w:rPr>
        <w:t xml:space="preserve"> صفحه‌ گوش</w:t>
      </w:r>
      <w:r w:rsidRPr="0000691D">
        <w:rPr>
          <w:rFonts w:cs="B Mitra" w:hint="cs"/>
          <w:sz w:val="28"/>
          <w:szCs w:val="28"/>
          <w:rtl/>
        </w:rPr>
        <w:t>ی</w:t>
      </w:r>
      <w:r w:rsidRPr="0000691D">
        <w:rPr>
          <w:rFonts w:cs="B Mitra"/>
          <w:sz w:val="28"/>
          <w:szCs w:val="28"/>
          <w:rtl/>
        </w:rPr>
        <w:t xml:space="preserve"> نگاه کردم</w:t>
      </w:r>
      <w:r w:rsidRPr="0000691D">
        <w:rPr>
          <w:rFonts w:cs="B Mitra" w:hint="cs"/>
          <w:sz w:val="28"/>
          <w:szCs w:val="28"/>
          <w:rtl/>
        </w:rPr>
        <w:t xml:space="preserve">؛ </w:t>
      </w:r>
      <w:r w:rsidRPr="0000691D">
        <w:rPr>
          <w:rFonts w:cs="B Mitra" w:hint="eastAsia"/>
          <w:sz w:val="28"/>
          <w:szCs w:val="28"/>
          <w:rtl/>
        </w:rPr>
        <w:t>موجود</w:t>
      </w:r>
      <w:r w:rsidRPr="0000691D">
        <w:rPr>
          <w:rFonts w:cs="B Mitra" w:hint="cs"/>
          <w:sz w:val="28"/>
          <w:szCs w:val="28"/>
          <w:rtl/>
        </w:rPr>
        <w:t>ی</w:t>
      </w:r>
      <w:r w:rsidRPr="0000691D">
        <w:rPr>
          <w:rFonts w:cs="B Mitra"/>
          <w:sz w:val="28"/>
          <w:szCs w:val="28"/>
          <w:rtl/>
        </w:rPr>
        <w:t xml:space="preserve"> حسابم بعد از همه‌ خرج‌ها، کم</w:t>
      </w:r>
      <w:r w:rsidRPr="0000691D">
        <w:rPr>
          <w:rFonts w:cs="B Mitra" w:hint="cs"/>
          <w:sz w:val="28"/>
          <w:szCs w:val="28"/>
          <w:rtl/>
        </w:rPr>
        <w:t>ی</w:t>
      </w:r>
      <w:r w:rsidRPr="0000691D">
        <w:rPr>
          <w:rFonts w:cs="B Mitra"/>
          <w:sz w:val="28"/>
          <w:szCs w:val="28"/>
          <w:rtl/>
        </w:rPr>
        <w:t xml:space="preserve"> ب</w:t>
      </w:r>
      <w:r w:rsidRPr="0000691D">
        <w:rPr>
          <w:rFonts w:cs="B Mitra" w:hint="cs"/>
          <w:sz w:val="28"/>
          <w:szCs w:val="28"/>
          <w:rtl/>
        </w:rPr>
        <w:t>ی</w:t>
      </w:r>
      <w:r w:rsidRPr="0000691D">
        <w:rPr>
          <w:rFonts w:cs="B Mitra" w:hint="eastAsia"/>
          <w:sz w:val="28"/>
          <w:szCs w:val="28"/>
          <w:rtl/>
        </w:rPr>
        <w:t>شتر</w:t>
      </w:r>
      <w:r w:rsidRPr="0000691D">
        <w:rPr>
          <w:rFonts w:cs="B Mitra"/>
          <w:sz w:val="28"/>
          <w:szCs w:val="28"/>
          <w:rtl/>
        </w:rPr>
        <w:t xml:space="preserve"> از پنج م</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hint="eastAsia"/>
          <w:sz w:val="28"/>
          <w:szCs w:val="28"/>
          <w:rtl/>
        </w:rPr>
        <w:t>ون</w:t>
      </w:r>
      <w:r w:rsidRPr="0000691D">
        <w:rPr>
          <w:rFonts w:cs="B Mitra"/>
          <w:sz w:val="28"/>
          <w:szCs w:val="28"/>
          <w:rtl/>
        </w:rPr>
        <w:t xml:space="preserve"> و پانصد هزار تومان بود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پنج</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hint="eastAsia"/>
          <w:sz w:val="28"/>
          <w:szCs w:val="28"/>
          <w:rtl/>
        </w:rPr>
        <w:t>ون</w:t>
      </w:r>
      <w:r w:rsidRPr="0000691D">
        <w:rPr>
          <w:rFonts w:cs="B Mitra"/>
          <w:sz w:val="28"/>
          <w:szCs w:val="28"/>
          <w:rtl/>
        </w:rPr>
        <w:t xml:space="preserve"> و دو</w:t>
      </w:r>
      <w:r w:rsidRPr="0000691D">
        <w:rPr>
          <w:rFonts w:cs="B Mitra" w:hint="cs"/>
          <w:sz w:val="28"/>
          <w:szCs w:val="28"/>
          <w:rtl/>
        </w:rPr>
        <w:t>ی</w:t>
      </w:r>
      <w:r w:rsidRPr="0000691D">
        <w:rPr>
          <w:rFonts w:cs="B Mitra" w:hint="eastAsia"/>
          <w:sz w:val="28"/>
          <w:szCs w:val="28"/>
          <w:rtl/>
        </w:rPr>
        <w:t>ست</w:t>
      </w:r>
      <w:r w:rsidRPr="0000691D">
        <w:rPr>
          <w:rFonts w:cs="B Mitra"/>
          <w:sz w:val="28"/>
          <w:szCs w:val="28"/>
          <w:rtl/>
        </w:rPr>
        <w:t xml:space="preserve"> هزار تومان انتقال بدهم، تقر</w:t>
      </w:r>
      <w:r w:rsidRPr="0000691D">
        <w:rPr>
          <w:rFonts w:cs="B Mitra" w:hint="cs"/>
          <w:sz w:val="28"/>
          <w:szCs w:val="28"/>
          <w:rtl/>
        </w:rPr>
        <w:t>ی</w:t>
      </w:r>
      <w:r w:rsidRPr="0000691D">
        <w:rPr>
          <w:rFonts w:cs="B Mitra" w:hint="eastAsia"/>
          <w:sz w:val="28"/>
          <w:szCs w:val="28"/>
          <w:rtl/>
        </w:rPr>
        <w:t>باً</w:t>
      </w:r>
      <w:r w:rsidRPr="0000691D">
        <w:rPr>
          <w:rFonts w:cs="B Mitra"/>
          <w:sz w:val="28"/>
          <w:szCs w:val="28"/>
          <w:rtl/>
        </w:rPr>
        <w:t xml:space="preserve"> چ</w:t>
      </w:r>
      <w:r w:rsidRPr="0000691D">
        <w:rPr>
          <w:rFonts w:cs="B Mitra" w:hint="cs"/>
          <w:sz w:val="28"/>
          <w:szCs w:val="28"/>
          <w:rtl/>
        </w:rPr>
        <w:t>ی</w:t>
      </w:r>
      <w:r w:rsidRPr="0000691D">
        <w:rPr>
          <w:rFonts w:cs="B Mitra" w:hint="eastAsia"/>
          <w:sz w:val="28"/>
          <w:szCs w:val="28"/>
          <w:rtl/>
        </w:rPr>
        <w:t>ز</w:t>
      </w:r>
      <w:r w:rsidRPr="0000691D">
        <w:rPr>
          <w:rFonts w:cs="B Mitra" w:hint="cs"/>
          <w:sz w:val="28"/>
          <w:szCs w:val="28"/>
          <w:rtl/>
        </w:rPr>
        <w:t>ی</w:t>
      </w:r>
      <w:r w:rsidRPr="0000691D">
        <w:rPr>
          <w:rFonts w:cs="B Mitra"/>
          <w:sz w:val="28"/>
          <w:szCs w:val="28"/>
          <w:rtl/>
        </w:rPr>
        <w:t xml:space="preserve"> برا</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نم</w:t>
      </w:r>
      <w:r w:rsidRPr="0000691D">
        <w:rPr>
          <w:rFonts w:cs="B Mitra" w:hint="cs"/>
          <w:sz w:val="28"/>
          <w:szCs w:val="28"/>
          <w:rtl/>
        </w:rPr>
        <w:t>ی‌</w:t>
      </w:r>
      <w:r w:rsidRPr="0000691D">
        <w:rPr>
          <w:rFonts w:cs="B Mitra" w:hint="eastAsia"/>
          <w:sz w:val="28"/>
          <w:szCs w:val="28"/>
          <w:rtl/>
        </w:rPr>
        <w:t>ماند</w:t>
      </w:r>
      <w:r w:rsidRPr="0000691D">
        <w:rPr>
          <w:rFonts w:cs="B Mitra" w:hint="cs"/>
          <w:sz w:val="28"/>
          <w:szCs w:val="28"/>
          <w:rtl/>
        </w:rPr>
        <w:t xml:space="preserve">؛ </w:t>
      </w:r>
      <w:r w:rsidRPr="0000691D">
        <w:rPr>
          <w:rFonts w:cs="B Mitra" w:hint="eastAsia"/>
          <w:sz w:val="28"/>
          <w:szCs w:val="28"/>
          <w:rtl/>
        </w:rPr>
        <w:t>اجاره‌ام</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ماند</w:t>
      </w:r>
      <w:r w:rsidRPr="0000691D">
        <w:rPr>
          <w:rFonts w:cs="B Mitra" w:hint="cs"/>
          <w:sz w:val="28"/>
          <w:szCs w:val="28"/>
          <w:rtl/>
        </w:rPr>
        <w:t xml:space="preserve">؛ </w:t>
      </w:r>
      <w:r w:rsidRPr="0000691D">
        <w:rPr>
          <w:rFonts w:cs="B Mitra" w:hint="eastAsia"/>
          <w:sz w:val="28"/>
          <w:szCs w:val="28"/>
          <w:rtl/>
        </w:rPr>
        <w:t>دندانم</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ماند</w:t>
      </w:r>
      <w:r w:rsidRPr="0000691D">
        <w:rPr>
          <w:rFonts w:cs="B Mitra" w:hint="cs"/>
          <w:sz w:val="28"/>
          <w:szCs w:val="28"/>
          <w:rtl/>
          <w:lang w:bidi="fa-IR"/>
        </w:rPr>
        <w:t xml:space="preserve">؛ </w:t>
      </w:r>
      <w:r w:rsidRPr="0000691D">
        <w:rPr>
          <w:rFonts w:cs="B Mitra" w:hint="eastAsia"/>
          <w:sz w:val="28"/>
          <w:szCs w:val="28"/>
          <w:rtl/>
        </w:rPr>
        <w:t>و</w:t>
      </w:r>
      <w:r w:rsidRPr="0000691D">
        <w:rPr>
          <w:rFonts w:cs="B Mitra"/>
          <w:sz w:val="28"/>
          <w:szCs w:val="28"/>
          <w:rtl/>
        </w:rPr>
        <w:t xml:space="preserve"> من م</w:t>
      </w:r>
      <w:r w:rsidRPr="0000691D">
        <w:rPr>
          <w:rFonts w:cs="B Mitra" w:hint="cs"/>
          <w:sz w:val="28"/>
          <w:szCs w:val="28"/>
          <w:rtl/>
        </w:rPr>
        <w:t>ی‌</w:t>
      </w:r>
      <w:r w:rsidRPr="0000691D">
        <w:rPr>
          <w:rFonts w:cs="B Mitra" w:hint="eastAsia"/>
          <w:sz w:val="28"/>
          <w:szCs w:val="28"/>
          <w:rtl/>
        </w:rPr>
        <w:t>ماندم</w:t>
      </w:r>
      <w:r w:rsidRPr="0000691D">
        <w:rPr>
          <w:rFonts w:cs="B Mitra"/>
          <w:sz w:val="28"/>
          <w:szCs w:val="28"/>
          <w:rtl/>
        </w:rPr>
        <w:t xml:space="preserve"> با چند صد هزار تومان</w:t>
      </w:r>
      <w:r w:rsidRPr="0000691D">
        <w:rPr>
          <w:rFonts w:cs="B Mitra"/>
          <w:sz w:val="28"/>
          <w:szCs w:val="28"/>
        </w:rPr>
        <w:t>.</w:t>
      </w:r>
      <w:r w:rsidRPr="0000691D">
        <w:rPr>
          <w:rFonts w:cs="B Mitra" w:hint="cs"/>
          <w:sz w:val="28"/>
          <w:szCs w:val="28"/>
          <w:rtl/>
          <w:lang w:bidi="fa-IR"/>
        </w:rPr>
        <w:t xml:space="preserve"> </w:t>
      </w:r>
      <w:r w:rsidRPr="0000691D">
        <w:rPr>
          <w:rFonts w:cs="B Mitra" w:hint="eastAsia"/>
          <w:sz w:val="28"/>
          <w:szCs w:val="28"/>
          <w:rtl/>
        </w:rPr>
        <w:t>مرد</w:t>
      </w:r>
      <w:r w:rsidRPr="0000691D">
        <w:rPr>
          <w:rFonts w:cs="B Mitra"/>
          <w:sz w:val="28"/>
          <w:szCs w:val="28"/>
          <w:rtl/>
        </w:rPr>
        <w:t xml:space="preserve"> گفت:</w:t>
      </w:r>
      <w:r w:rsidRPr="0000691D">
        <w:rPr>
          <w:rFonts w:cs="B Mitra" w:hint="cs"/>
          <w:sz w:val="28"/>
          <w:szCs w:val="28"/>
          <w:rtl/>
          <w:lang w:bidi="fa-IR"/>
        </w:rPr>
        <w:t xml:space="preserve"> «</w:t>
      </w:r>
      <w:r w:rsidRPr="0000691D">
        <w:rPr>
          <w:rFonts w:cs="B Mitra" w:hint="eastAsia"/>
          <w:sz w:val="28"/>
          <w:szCs w:val="28"/>
          <w:rtl/>
        </w:rPr>
        <w:t>نه</w:t>
      </w:r>
      <w:r w:rsidRPr="0000691D">
        <w:rPr>
          <w:rFonts w:cs="B Mitra"/>
          <w:sz w:val="28"/>
          <w:szCs w:val="28"/>
          <w:rtl/>
        </w:rPr>
        <w:t xml:space="preserve"> آقا</w:t>
      </w:r>
      <w:r w:rsidRPr="0000691D">
        <w:rPr>
          <w:rFonts w:cs="B Mitra" w:hint="cs"/>
          <w:sz w:val="28"/>
          <w:szCs w:val="28"/>
          <w:rtl/>
          <w:lang w:bidi="fa-IR"/>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نگاهش</w:t>
      </w:r>
      <w:r w:rsidRPr="0000691D">
        <w:rPr>
          <w:rFonts w:cs="B Mitra"/>
          <w:sz w:val="28"/>
          <w:szCs w:val="28"/>
          <w:rtl/>
        </w:rPr>
        <w:t xml:space="preserve"> کردم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گفت</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د</w:t>
      </w:r>
      <w:r w:rsidRPr="0000691D">
        <w:rPr>
          <w:rFonts w:cs="B Mitra" w:hint="cs"/>
          <w:sz w:val="28"/>
          <w:szCs w:val="28"/>
          <w:rtl/>
        </w:rPr>
        <w:t>ی</w:t>
      </w:r>
      <w:r w:rsidRPr="0000691D">
        <w:rPr>
          <w:rFonts w:cs="B Mitra" w:hint="eastAsia"/>
          <w:sz w:val="28"/>
          <w:szCs w:val="28"/>
          <w:rtl/>
        </w:rPr>
        <w:t>گه</w:t>
      </w:r>
      <w:r w:rsidRPr="0000691D">
        <w:rPr>
          <w:rFonts w:cs="B Mitra"/>
          <w:sz w:val="28"/>
          <w:szCs w:val="28"/>
          <w:rtl/>
        </w:rPr>
        <w:t xml:space="preserve"> نم</w:t>
      </w:r>
      <w:r w:rsidRPr="0000691D">
        <w:rPr>
          <w:rFonts w:cs="B Mitra" w:hint="cs"/>
          <w:sz w:val="28"/>
          <w:szCs w:val="28"/>
          <w:rtl/>
        </w:rPr>
        <w:t>ی‌</w:t>
      </w:r>
      <w:r w:rsidRPr="0000691D">
        <w:rPr>
          <w:rFonts w:cs="B Mitra" w:hint="eastAsia"/>
          <w:sz w:val="28"/>
          <w:szCs w:val="28"/>
          <w:rtl/>
        </w:rPr>
        <w:t>خوام</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گفتم</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چرا؟</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cs"/>
          <w:sz w:val="28"/>
          <w:szCs w:val="28"/>
          <w:rtl/>
        </w:rPr>
        <w:t>گفت: «</w:t>
      </w:r>
      <w:r w:rsidRPr="0000691D">
        <w:rPr>
          <w:rFonts w:cs="B Mitra" w:hint="eastAsia"/>
          <w:sz w:val="28"/>
          <w:szCs w:val="28"/>
          <w:rtl/>
        </w:rPr>
        <w:t>تا</w:t>
      </w:r>
      <w:r w:rsidRPr="0000691D">
        <w:rPr>
          <w:rFonts w:cs="B Mitra"/>
          <w:sz w:val="28"/>
          <w:szCs w:val="28"/>
          <w:rtl/>
        </w:rPr>
        <w:t xml:space="preserve"> هم</w:t>
      </w:r>
      <w:r w:rsidRPr="0000691D">
        <w:rPr>
          <w:rFonts w:cs="B Mitra" w:hint="cs"/>
          <w:sz w:val="28"/>
          <w:szCs w:val="28"/>
          <w:rtl/>
        </w:rPr>
        <w:t>ی</w:t>
      </w:r>
      <w:r w:rsidRPr="0000691D">
        <w:rPr>
          <w:rFonts w:cs="B Mitra" w:hint="eastAsia"/>
          <w:sz w:val="28"/>
          <w:szCs w:val="28"/>
          <w:rtl/>
        </w:rPr>
        <w:t>ن‌جا</w:t>
      </w:r>
      <w:r w:rsidRPr="0000691D">
        <w:rPr>
          <w:rFonts w:cs="B Mitra"/>
          <w:sz w:val="28"/>
          <w:szCs w:val="28"/>
          <w:rtl/>
        </w:rPr>
        <w:t xml:space="preserve"> هم</w:t>
      </w:r>
      <w:r w:rsidRPr="0000691D">
        <w:rPr>
          <w:rFonts w:cs="B Mitra"/>
          <w:sz w:val="28"/>
          <w:szCs w:val="28"/>
        </w:rPr>
        <w:t>...</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lang w:bidi="fa-IR"/>
        </w:rPr>
      </w:pPr>
      <w:r w:rsidRPr="0000691D">
        <w:rPr>
          <w:rFonts w:cs="B Mitra" w:hint="eastAsia"/>
          <w:sz w:val="28"/>
          <w:szCs w:val="28"/>
          <w:rtl/>
        </w:rPr>
        <w:t>جمله‌اش</w:t>
      </w:r>
      <w:r w:rsidRPr="0000691D">
        <w:rPr>
          <w:rFonts w:cs="B Mitra"/>
          <w:sz w:val="28"/>
          <w:szCs w:val="28"/>
          <w:rtl/>
        </w:rPr>
        <w:t xml:space="preserve"> را تمام نکرد</w:t>
      </w:r>
      <w:r w:rsidRPr="0000691D">
        <w:rPr>
          <w:rFonts w:cs="B Mitra" w:hint="cs"/>
          <w:sz w:val="28"/>
          <w:szCs w:val="28"/>
          <w:rtl/>
        </w:rPr>
        <w:t xml:space="preserve">؛ </w:t>
      </w:r>
      <w:r w:rsidRPr="0000691D">
        <w:rPr>
          <w:rFonts w:cs="B Mitra" w:hint="eastAsia"/>
          <w:sz w:val="28"/>
          <w:szCs w:val="28"/>
          <w:rtl/>
        </w:rPr>
        <w:t>دخترش</w:t>
      </w:r>
      <w:r w:rsidRPr="0000691D">
        <w:rPr>
          <w:rFonts w:cs="B Mitra"/>
          <w:sz w:val="28"/>
          <w:szCs w:val="28"/>
          <w:rtl/>
        </w:rPr>
        <w:t xml:space="preserve"> آن طرف سالن نشسته بود</w:t>
      </w:r>
      <w:r w:rsidRPr="0000691D">
        <w:rPr>
          <w:rFonts w:cs="B Mitra" w:hint="cs"/>
          <w:sz w:val="28"/>
          <w:szCs w:val="28"/>
          <w:rtl/>
        </w:rPr>
        <w:t xml:space="preserve">؛ </w:t>
      </w:r>
      <w:r w:rsidRPr="0000691D">
        <w:rPr>
          <w:rFonts w:cs="B Mitra" w:hint="eastAsia"/>
          <w:sz w:val="28"/>
          <w:szCs w:val="28"/>
          <w:rtl/>
        </w:rPr>
        <w:t>به</w:t>
      </w:r>
      <w:r w:rsidRPr="0000691D">
        <w:rPr>
          <w:rFonts w:cs="B Mitra"/>
          <w:sz w:val="28"/>
          <w:szCs w:val="28"/>
          <w:rtl/>
        </w:rPr>
        <w:t xml:space="preserve"> کفش‌ها</w:t>
      </w:r>
      <w:r w:rsidRPr="0000691D">
        <w:rPr>
          <w:rFonts w:cs="B Mitra" w:hint="cs"/>
          <w:sz w:val="28"/>
          <w:szCs w:val="28"/>
          <w:rtl/>
        </w:rPr>
        <w:t>ی</w:t>
      </w:r>
      <w:r w:rsidRPr="0000691D">
        <w:rPr>
          <w:rFonts w:cs="B Mitra" w:hint="eastAsia"/>
          <w:sz w:val="28"/>
          <w:szCs w:val="28"/>
          <w:rtl/>
        </w:rPr>
        <w:t>ش</w:t>
      </w:r>
      <w:r w:rsidRPr="0000691D">
        <w:rPr>
          <w:rFonts w:cs="B Mitra"/>
          <w:sz w:val="28"/>
          <w:szCs w:val="28"/>
          <w:rtl/>
        </w:rPr>
        <w:t xml:space="preserve"> نگاه م</w:t>
      </w:r>
      <w:r w:rsidRPr="0000691D">
        <w:rPr>
          <w:rFonts w:cs="B Mitra" w:hint="cs"/>
          <w:sz w:val="28"/>
          <w:szCs w:val="28"/>
          <w:rtl/>
        </w:rPr>
        <w:t>ی‌</w:t>
      </w:r>
      <w:r w:rsidRPr="0000691D">
        <w:rPr>
          <w:rFonts w:cs="B Mitra" w:hint="eastAsia"/>
          <w:sz w:val="28"/>
          <w:szCs w:val="28"/>
          <w:rtl/>
        </w:rPr>
        <w:t>کرد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من</w:t>
      </w:r>
      <w:r w:rsidRPr="0000691D">
        <w:rPr>
          <w:rFonts w:cs="B Mitra"/>
          <w:sz w:val="28"/>
          <w:szCs w:val="28"/>
          <w:rtl/>
        </w:rPr>
        <w:t xml:space="preserve"> به صاحبخانه فکر کردم</w:t>
      </w:r>
      <w:r w:rsidRPr="0000691D">
        <w:rPr>
          <w:rFonts w:cs="B Mitra" w:hint="cs"/>
          <w:sz w:val="28"/>
          <w:szCs w:val="28"/>
          <w:rtl/>
          <w:lang w:bidi="fa-IR"/>
        </w:rPr>
        <w:t xml:space="preserve">؛ </w:t>
      </w:r>
      <w:r w:rsidRPr="0000691D">
        <w:rPr>
          <w:rFonts w:cs="B Mitra" w:hint="eastAsia"/>
          <w:sz w:val="28"/>
          <w:szCs w:val="28"/>
          <w:rtl/>
        </w:rPr>
        <w:t>به</w:t>
      </w:r>
      <w:r w:rsidRPr="0000691D">
        <w:rPr>
          <w:rFonts w:cs="B Mitra"/>
          <w:sz w:val="28"/>
          <w:szCs w:val="28"/>
          <w:rtl/>
        </w:rPr>
        <w:t xml:space="preserve"> دندانم</w:t>
      </w:r>
      <w:r w:rsidRPr="0000691D">
        <w:rPr>
          <w:rFonts w:cs="B Mitra" w:hint="cs"/>
          <w:sz w:val="28"/>
          <w:szCs w:val="28"/>
          <w:rtl/>
          <w:lang w:bidi="fa-IR"/>
        </w:rPr>
        <w:t xml:space="preserve">؛ </w:t>
      </w:r>
      <w:r w:rsidRPr="0000691D">
        <w:rPr>
          <w:rFonts w:cs="B Mitra" w:hint="eastAsia"/>
          <w:sz w:val="28"/>
          <w:szCs w:val="28"/>
          <w:rtl/>
        </w:rPr>
        <w:t>به</w:t>
      </w:r>
      <w:r w:rsidRPr="0000691D">
        <w:rPr>
          <w:rFonts w:cs="B Mitra"/>
          <w:sz w:val="28"/>
          <w:szCs w:val="28"/>
          <w:rtl/>
        </w:rPr>
        <w:t xml:space="preserve"> سه ماه ب</w:t>
      </w:r>
      <w:r w:rsidRPr="0000691D">
        <w:rPr>
          <w:rFonts w:cs="B Mitra" w:hint="cs"/>
          <w:sz w:val="28"/>
          <w:szCs w:val="28"/>
          <w:rtl/>
        </w:rPr>
        <w:t>ی</w:t>
      </w:r>
      <w:r w:rsidRPr="0000691D">
        <w:rPr>
          <w:rFonts w:cs="B Mitra" w:hint="eastAsia"/>
          <w:sz w:val="28"/>
          <w:szCs w:val="28"/>
          <w:rtl/>
        </w:rPr>
        <w:t>کار</w:t>
      </w:r>
      <w:r w:rsidRPr="0000691D">
        <w:rPr>
          <w:rFonts w:cs="B Mitra" w:hint="cs"/>
          <w:sz w:val="28"/>
          <w:szCs w:val="28"/>
          <w:rtl/>
        </w:rPr>
        <w:t xml:space="preserve">ی؛ </w:t>
      </w:r>
      <w:r w:rsidRPr="0000691D">
        <w:rPr>
          <w:rFonts w:cs="B Mitra" w:hint="eastAsia"/>
          <w:sz w:val="28"/>
          <w:szCs w:val="28"/>
          <w:rtl/>
        </w:rPr>
        <w:t>به</w:t>
      </w:r>
      <w:r w:rsidRPr="0000691D">
        <w:rPr>
          <w:rFonts w:cs="B Mitra"/>
          <w:sz w:val="28"/>
          <w:szCs w:val="28"/>
          <w:rtl/>
        </w:rPr>
        <w:t xml:space="preserve"> تمام روزها</w:t>
      </w:r>
      <w:r w:rsidRPr="0000691D">
        <w:rPr>
          <w:rFonts w:cs="B Mitra" w:hint="cs"/>
          <w:sz w:val="28"/>
          <w:szCs w:val="28"/>
          <w:rtl/>
        </w:rPr>
        <w:t>یی</w:t>
      </w:r>
      <w:r w:rsidRPr="0000691D">
        <w:rPr>
          <w:rFonts w:cs="B Mitra"/>
          <w:sz w:val="28"/>
          <w:szCs w:val="28"/>
          <w:rtl/>
        </w:rPr>
        <w:t xml:space="preserve"> که خودم از کس</w:t>
      </w:r>
      <w:r w:rsidRPr="0000691D">
        <w:rPr>
          <w:rFonts w:cs="B Mitra" w:hint="cs"/>
          <w:sz w:val="28"/>
          <w:szCs w:val="28"/>
          <w:rtl/>
        </w:rPr>
        <w:t>ی</w:t>
      </w:r>
      <w:r w:rsidRPr="0000691D">
        <w:rPr>
          <w:rFonts w:cs="B Mitra"/>
          <w:sz w:val="28"/>
          <w:szCs w:val="28"/>
          <w:rtl/>
        </w:rPr>
        <w:t xml:space="preserve"> پول خواسته بودم و قبل از گفتن مبلغ، هزار بار در ذهنم</w:t>
      </w:r>
      <w:r w:rsidRPr="0000691D">
        <w:rPr>
          <w:rFonts w:cs="B Mitra" w:hint="cs"/>
          <w:sz w:val="28"/>
          <w:szCs w:val="28"/>
          <w:rtl/>
        </w:rPr>
        <w:t xml:space="preserve"> </w:t>
      </w:r>
      <w:r w:rsidRPr="0000691D">
        <w:rPr>
          <w:rFonts w:cs="B Mitra"/>
          <w:sz w:val="28"/>
          <w:szCs w:val="28"/>
          <w:rtl/>
        </w:rPr>
        <w:t>عذرخواه</w:t>
      </w:r>
      <w:r w:rsidRPr="0000691D">
        <w:rPr>
          <w:rFonts w:cs="B Mitra" w:hint="cs"/>
          <w:sz w:val="28"/>
          <w:szCs w:val="28"/>
          <w:rtl/>
        </w:rPr>
        <w:t>ی</w:t>
      </w:r>
      <w:r w:rsidRPr="0000691D">
        <w:rPr>
          <w:rFonts w:cs="B Mitra"/>
          <w:sz w:val="28"/>
          <w:szCs w:val="28"/>
          <w:rtl/>
        </w:rPr>
        <w:t xml:space="preserve"> کرده بودم</w:t>
      </w:r>
      <w:r w:rsidRPr="0000691D">
        <w:rPr>
          <w:rFonts w:cs="B Mitra"/>
          <w:sz w:val="28"/>
          <w:szCs w:val="28"/>
        </w:rPr>
        <w:t>.</w:t>
      </w:r>
      <w:r w:rsidRPr="0000691D">
        <w:rPr>
          <w:rFonts w:cs="B Mitra" w:hint="cs"/>
          <w:sz w:val="28"/>
          <w:szCs w:val="28"/>
          <w:rtl/>
          <w:lang w:bidi="fa-IR"/>
        </w:rPr>
        <w:t xml:space="preserve"> </w:t>
      </w:r>
      <w:r w:rsidRPr="0000691D">
        <w:rPr>
          <w:rFonts w:cs="B Mitra" w:hint="eastAsia"/>
          <w:sz w:val="28"/>
          <w:szCs w:val="28"/>
          <w:rtl/>
        </w:rPr>
        <w:t>گوش</w:t>
      </w:r>
      <w:r w:rsidRPr="0000691D">
        <w:rPr>
          <w:rFonts w:cs="B Mitra" w:hint="cs"/>
          <w:sz w:val="28"/>
          <w:szCs w:val="28"/>
          <w:rtl/>
        </w:rPr>
        <w:t>ی</w:t>
      </w:r>
      <w:r w:rsidRPr="0000691D">
        <w:rPr>
          <w:rFonts w:cs="B Mitra"/>
          <w:sz w:val="28"/>
          <w:szCs w:val="28"/>
          <w:rtl/>
        </w:rPr>
        <w:t xml:space="preserve"> را درآوردم</w:t>
      </w:r>
      <w:r w:rsidRPr="0000691D">
        <w:rPr>
          <w:rFonts w:cs="B Mitra"/>
          <w:sz w:val="28"/>
          <w:szCs w:val="28"/>
        </w:rPr>
        <w:t>.</w:t>
      </w:r>
      <w:r w:rsidRPr="0000691D">
        <w:rPr>
          <w:rFonts w:cs="B Mitra" w:hint="cs"/>
          <w:sz w:val="28"/>
          <w:szCs w:val="28"/>
          <w:rtl/>
          <w:lang w:bidi="fa-IR"/>
        </w:rPr>
        <w:t xml:space="preserve"> </w:t>
      </w:r>
      <w:r w:rsidRPr="0000691D">
        <w:rPr>
          <w:rFonts w:cs="B Mitra" w:hint="eastAsia"/>
          <w:sz w:val="28"/>
          <w:szCs w:val="28"/>
          <w:rtl/>
        </w:rPr>
        <w:t>مرد</w:t>
      </w:r>
      <w:r w:rsidRPr="0000691D">
        <w:rPr>
          <w:rFonts w:cs="B Mitra"/>
          <w:sz w:val="28"/>
          <w:szCs w:val="28"/>
          <w:rtl/>
        </w:rPr>
        <w:t xml:space="preserve"> گفت:</w:t>
      </w:r>
      <w:r w:rsidRPr="0000691D">
        <w:rPr>
          <w:rFonts w:cs="B Mitra" w:hint="cs"/>
          <w:sz w:val="28"/>
          <w:szCs w:val="28"/>
          <w:rtl/>
          <w:lang w:bidi="fa-IR"/>
        </w:rPr>
        <w:t xml:space="preserve"> «</w:t>
      </w:r>
      <w:r w:rsidRPr="0000691D">
        <w:rPr>
          <w:rFonts w:cs="B Mitra" w:hint="eastAsia"/>
          <w:sz w:val="28"/>
          <w:szCs w:val="28"/>
          <w:rtl/>
        </w:rPr>
        <w:t>آقا،</w:t>
      </w:r>
      <w:r w:rsidRPr="0000691D">
        <w:rPr>
          <w:rFonts w:cs="B Mitra"/>
          <w:sz w:val="28"/>
          <w:szCs w:val="28"/>
          <w:rtl/>
        </w:rPr>
        <w:t xml:space="preserve"> گفتم نم</w:t>
      </w:r>
      <w:r w:rsidRPr="0000691D">
        <w:rPr>
          <w:rFonts w:cs="B Mitra" w:hint="cs"/>
          <w:sz w:val="28"/>
          <w:szCs w:val="28"/>
          <w:rtl/>
        </w:rPr>
        <w:t>ی‌</w:t>
      </w:r>
      <w:r w:rsidRPr="0000691D">
        <w:rPr>
          <w:rFonts w:cs="B Mitra" w:hint="eastAsia"/>
          <w:sz w:val="28"/>
          <w:szCs w:val="28"/>
          <w:rtl/>
        </w:rPr>
        <w:t>خوام</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گفتم</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من</w:t>
      </w:r>
      <w:r w:rsidRPr="0000691D">
        <w:rPr>
          <w:rFonts w:cs="B Mitra"/>
          <w:sz w:val="28"/>
          <w:szCs w:val="28"/>
          <w:rtl/>
        </w:rPr>
        <w:t xml:space="preserve"> هم نگفتم بهت م</w:t>
      </w:r>
      <w:r w:rsidRPr="0000691D">
        <w:rPr>
          <w:rFonts w:cs="B Mitra" w:hint="cs"/>
          <w:sz w:val="28"/>
          <w:szCs w:val="28"/>
          <w:rtl/>
        </w:rPr>
        <w:t>ی‌</w:t>
      </w:r>
      <w:r w:rsidRPr="0000691D">
        <w:rPr>
          <w:rFonts w:cs="B Mitra" w:hint="eastAsia"/>
          <w:sz w:val="28"/>
          <w:szCs w:val="28"/>
          <w:rtl/>
        </w:rPr>
        <w:t>دم</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نگاهم</w:t>
      </w:r>
      <w:r w:rsidRPr="0000691D">
        <w:rPr>
          <w:rFonts w:cs="B Mitra"/>
          <w:sz w:val="28"/>
          <w:szCs w:val="28"/>
          <w:rtl/>
        </w:rPr>
        <w:t xml:space="preserve"> کرد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گفتم</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دارم</w:t>
      </w:r>
      <w:r w:rsidRPr="0000691D">
        <w:rPr>
          <w:rFonts w:cs="B Mitra"/>
          <w:sz w:val="28"/>
          <w:szCs w:val="28"/>
          <w:rtl/>
        </w:rPr>
        <w:t xml:space="preserve"> پول خودم رو خرج م</w:t>
      </w:r>
      <w:r w:rsidRPr="0000691D">
        <w:rPr>
          <w:rFonts w:cs="B Mitra" w:hint="cs"/>
          <w:sz w:val="28"/>
          <w:szCs w:val="28"/>
          <w:rtl/>
        </w:rPr>
        <w:t>ی‌</w:t>
      </w:r>
      <w:r w:rsidRPr="0000691D">
        <w:rPr>
          <w:rFonts w:cs="B Mitra" w:hint="eastAsia"/>
          <w:sz w:val="28"/>
          <w:szCs w:val="28"/>
          <w:rtl/>
        </w:rPr>
        <w:t>کنم</w:t>
      </w:r>
      <w:r w:rsidRPr="0000691D">
        <w:rPr>
          <w:rFonts w:cs="B Mitra" w:hint="cs"/>
          <w:sz w:val="28"/>
          <w:szCs w:val="28"/>
          <w:rtl/>
          <w:lang w:bidi="fa-IR"/>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شماره</w:t>
      </w:r>
      <w:r w:rsidRPr="0000691D">
        <w:rPr>
          <w:rFonts w:cs="B Mitra"/>
          <w:sz w:val="28"/>
          <w:szCs w:val="28"/>
          <w:rtl/>
        </w:rPr>
        <w:t xml:space="preserve"> کارت ب</w:t>
      </w:r>
      <w:r w:rsidRPr="0000691D">
        <w:rPr>
          <w:rFonts w:cs="B Mitra" w:hint="cs"/>
          <w:sz w:val="28"/>
          <w:szCs w:val="28"/>
          <w:rtl/>
        </w:rPr>
        <w:t>ی</w:t>
      </w:r>
      <w:r w:rsidRPr="0000691D">
        <w:rPr>
          <w:rFonts w:cs="B Mitra" w:hint="eastAsia"/>
          <w:sz w:val="28"/>
          <w:szCs w:val="28"/>
          <w:rtl/>
        </w:rPr>
        <w:t>مارستان</w:t>
      </w:r>
      <w:r w:rsidRPr="0000691D">
        <w:rPr>
          <w:rFonts w:cs="B Mitra"/>
          <w:sz w:val="28"/>
          <w:szCs w:val="28"/>
          <w:rtl/>
        </w:rPr>
        <w:t xml:space="preserve"> را گرفتم</w:t>
      </w:r>
      <w:r w:rsidRPr="0000691D">
        <w:rPr>
          <w:rFonts w:cs="B Mitra" w:hint="cs"/>
          <w:sz w:val="28"/>
          <w:szCs w:val="28"/>
          <w:rtl/>
        </w:rPr>
        <w:t xml:space="preserve">؛ </w:t>
      </w:r>
      <w:r w:rsidRPr="0000691D">
        <w:rPr>
          <w:rFonts w:cs="B Mitra" w:hint="eastAsia"/>
          <w:sz w:val="28"/>
          <w:szCs w:val="28"/>
          <w:rtl/>
        </w:rPr>
        <w:t>مبلغ</w:t>
      </w:r>
      <w:r w:rsidRPr="0000691D">
        <w:rPr>
          <w:rFonts w:cs="B Mitra"/>
          <w:sz w:val="28"/>
          <w:szCs w:val="28"/>
          <w:rtl/>
        </w:rPr>
        <w:t xml:space="preserve"> را وارد کردم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دستم</w:t>
      </w:r>
      <w:r w:rsidRPr="0000691D">
        <w:rPr>
          <w:rFonts w:cs="B Mitra"/>
          <w:sz w:val="28"/>
          <w:szCs w:val="28"/>
          <w:rtl/>
        </w:rPr>
        <w:t xml:space="preserve"> رو</w:t>
      </w:r>
      <w:r w:rsidRPr="0000691D">
        <w:rPr>
          <w:rFonts w:cs="B Mitra" w:hint="cs"/>
          <w:sz w:val="28"/>
          <w:szCs w:val="28"/>
          <w:rtl/>
        </w:rPr>
        <w:t>ی</w:t>
      </w:r>
      <w:r w:rsidRPr="0000691D">
        <w:rPr>
          <w:rFonts w:cs="B Mitra"/>
          <w:sz w:val="28"/>
          <w:szCs w:val="28"/>
          <w:rtl/>
        </w:rPr>
        <w:t xml:space="preserve"> دکمه‌ انتقال ماند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فقط</w:t>
      </w:r>
      <w:r w:rsidRPr="0000691D">
        <w:rPr>
          <w:rFonts w:cs="B Mitra"/>
          <w:sz w:val="28"/>
          <w:szCs w:val="28"/>
          <w:rtl/>
        </w:rPr>
        <w:t xml:space="preserve"> </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لمس</w:t>
      </w:r>
      <w:r w:rsidRPr="0000691D">
        <w:rPr>
          <w:rFonts w:cs="B Mitra" w:hint="cs"/>
          <w:sz w:val="28"/>
          <w:szCs w:val="28"/>
          <w:rtl/>
        </w:rPr>
        <w:t xml:space="preserve">؛ </w:t>
      </w:r>
      <w:r w:rsidRPr="0000691D">
        <w:rPr>
          <w:rFonts w:cs="B Mitra" w:hint="eastAsia"/>
          <w:sz w:val="28"/>
          <w:szCs w:val="28"/>
          <w:rtl/>
        </w:rPr>
        <w:t>پنج</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hint="eastAsia"/>
          <w:sz w:val="28"/>
          <w:szCs w:val="28"/>
          <w:rtl/>
        </w:rPr>
        <w:t>ون</w:t>
      </w:r>
      <w:r w:rsidRPr="0000691D">
        <w:rPr>
          <w:rFonts w:cs="B Mitra"/>
          <w:sz w:val="28"/>
          <w:szCs w:val="28"/>
          <w:rtl/>
        </w:rPr>
        <w:t xml:space="preserve"> و دو</w:t>
      </w:r>
      <w:r w:rsidRPr="0000691D">
        <w:rPr>
          <w:rFonts w:cs="B Mitra" w:hint="cs"/>
          <w:sz w:val="28"/>
          <w:szCs w:val="28"/>
          <w:rtl/>
        </w:rPr>
        <w:t>ی</w:t>
      </w:r>
      <w:r w:rsidRPr="0000691D">
        <w:rPr>
          <w:rFonts w:cs="B Mitra" w:hint="eastAsia"/>
          <w:sz w:val="28"/>
          <w:szCs w:val="28"/>
          <w:rtl/>
        </w:rPr>
        <w:t>ست</w:t>
      </w:r>
      <w:r w:rsidRPr="0000691D">
        <w:rPr>
          <w:rFonts w:cs="B Mitra"/>
          <w:sz w:val="28"/>
          <w:szCs w:val="28"/>
          <w:rtl/>
        </w:rPr>
        <w:t xml:space="preserve"> هزار تومان</w:t>
      </w:r>
      <w:r w:rsidRPr="0000691D">
        <w:rPr>
          <w:rFonts w:cs="B Mitra" w:hint="cs"/>
          <w:sz w:val="28"/>
          <w:szCs w:val="28"/>
          <w:rtl/>
        </w:rPr>
        <w:t xml:space="preserve">؛ </w:t>
      </w:r>
      <w:r w:rsidRPr="0000691D">
        <w:rPr>
          <w:rFonts w:cs="B Mitra" w:hint="eastAsia"/>
          <w:sz w:val="28"/>
          <w:szCs w:val="28"/>
          <w:rtl/>
        </w:rPr>
        <w:t>اگر</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فرستادم،</w:t>
      </w:r>
      <w:r w:rsidRPr="0000691D">
        <w:rPr>
          <w:rFonts w:cs="B Mitra"/>
          <w:sz w:val="28"/>
          <w:szCs w:val="28"/>
          <w:rtl/>
        </w:rPr>
        <w:t xml:space="preserve"> اجاره‌ام عقب م</w:t>
      </w:r>
      <w:r w:rsidRPr="0000691D">
        <w:rPr>
          <w:rFonts w:cs="B Mitra" w:hint="cs"/>
          <w:sz w:val="28"/>
          <w:szCs w:val="28"/>
          <w:rtl/>
        </w:rPr>
        <w:t>ی‌</w:t>
      </w:r>
      <w:r w:rsidRPr="0000691D">
        <w:rPr>
          <w:rFonts w:cs="B Mitra" w:hint="eastAsia"/>
          <w:sz w:val="28"/>
          <w:szCs w:val="28"/>
          <w:rtl/>
        </w:rPr>
        <w:t>افتاد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اگر</w:t>
      </w:r>
      <w:r w:rsidRPr="0000691D">
        <w:rPr>
          <w:rFonts w:cs="B Mitra"/>
          <w:sz w:val="28"/>
          <w:szCs w:val="28"/>
          <w:rtl/>
        </w:rPr>
        <w:t xml:space="preserve"> نم</w:t>
      </w:r>
      <w:r w:rsidRPr="0000691D">
        <w:rPr>
          <w:rFonts w:cs="B Mitra" w:hint="cs"/>
          <w:sz w:val="28"/>
          <w:szCs w:val="28"/>
          <w:rtl/>
        </w:rPr>
        <w:t>ی‌</w:t>
      </w:r>
      <w:r w:rsidRPr="0000691D">
        <w:rPr>
          <w:rFonts w:cs="B Mitra" w:hint="eastAsia"/>
          <w:sz w:val="28"/>
          <w:szCs w:val="28"/>
          <w:rtl/>
        </w:rPr>
        <w:t>فرستادم،</w:t>
      </w:r>
      <w:r w:rsidRPr="0000691D">
        <w:rPr>
          <w:rFonts w:cs="B Mitra"/>
          <w:sz w:val="28"/>
          <w:szCs w:val="28"/>
          <w:rtl/>
        </w:rPr>
        <w:t xml:space="preserve"> نم</w:t>
      </w:r>
      <w:r w:rsidRPr="0000691D">
        <w:rPr>
          <w:rFonts w:cs="B Mitra" w:hint="cs"/>
          <w:sz w:val="28"/>
          <w:szCs w:val="28"/>
          <w:rtl/>
        </w:rPr>
        <w:t>ی‌</w:t>
      </w:r>
      <w:r w:rsidRPr="0000691D">
        <w:rPr>
          <w:rFonts w:cs="B Mitra" w:hint="eastAsia"/>
          <w:sz w:val="28"/>
          <w:szCs w:val="28"/>
          <w:rtl/>
        </w:rPr>
        <w:t>دانستم</w:t>
      </w:r>
      <w:r w:rsidRPr="0000691D">
        <w:rPr>
          <w:rFonts w:cs="B Mitra"/>
          <w:sz w:val="28"/>
          <w:szCs w:val="28"/>
          <w:rtl/>
        </w:rPr>
        <w:t xml:space="preserve"> امشب چه اتفاق</w:t>
      </w:r>
      <w:r w:rsidRPr="0000691D">
        <w:rPr>
          <w:rFonts w:cs="B Mitra" w:hint="cs"/>
          <w:sz w:val="28"/>
          <w:szCs w:val="28"/>
          <w:rtl/>
        </w:rPr>
        <w:t>ی</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دختر م</w:t>
      </w:r>
      <w:r w:rsidRPr="0000691D">
        <w:rPr>
          <w:rFonts w:cs="B Mitra" w:hint="cs"/>
          <w:sz w:val="28"/>
          <w:szCs w:val="28"/>
          <w:rtl/>
        </w:rPr>
        <w:t>ی‌</w:t>
      </w:r>
      <w:r w:rsidRPr="0000691D">
        <w:rPr>
          <w:rFonts w:cs="B Mitra" w:hint="eastAsia"/>
          <w:sz w:val="28"/>
          <w:szCs w:val="28"/>
          <w:rtl/>
        </w:rPr>
        <w:t>افتد</w:t>
      </w:r>
      <w:r w:rsidRPr="0000691D">
        <w:rPr>
          <w:rFonts w:cs="B Mitra" w:hint="cs"/>
          <w:sz w:val="28"/>
          <w:szCs w:val="28"/>
          <w:rtl/>
        </w:rPr>
        <w:t xml:space="preserve">؛ </w:t>
      </w:r>
      <w:r w:rsidRPr="0000691D">
        <w:rPr>
          <w:rFonts w:cs="B Mitra" w:hint="eastAsia"/>
          <w:sz w:val="28"/>
          <w:szCs w:val="28"/>
          <w:rtl/>
        </w:rPr>
        <w:t>انگشتم</w:t>
      </w:r>
      <w:r w:rsidRPr="0000691D">
        <w:rPr>
          <w:rFonts w:cs="B Mitra"/>
          <w:sz w:val="28"/>
          <w:szCs w:val="28"/>
          <w:rtl/>
        </w:rPr>
        <w:t xml:space="preserve"> را رو</w:t>
      </w:r>
      <w:r w:rsidRPr="0000691D">
        <w:rPr>
          <w:rFonts w:cs="B Mitra" w:hint="cs"/>
          <w:sz w:val="28"/>
          <w:szCs w:val="28"/>
          <w:rtl/>
        </w:rPr>
        <w:t>ی</w:t>
      </w:r>
      <w:r w:rsidRPr="0000691D">
        <w:rPr>
          <w:rFonts w:cs="B Mitra"/>
          <w:sz w:val="28"/>
          <w:szCs w:val="28"/>
          <w:rtl/>
        </w:rPr>
        <w:t xml:space="preserve"> صفحه گذاشتم</w:t>
      </w:r>
      <w:r w:rsidRPr="0000691D">
        <w:rPr>
          <w:rFonts w:cs="B Mitra" w:hint="cs"/>
          <w:sz w:val="28"/>
          <w:szCs w:val="28"/>
          <w:rtl/>
        </w:rPr>
        <w:t xml:space="preserve">؛ </w:t>
      </w:r>
      <w:r w:rsidRPr="0000691D">
        <w:rPr>
          <w:rFonts w:cs="B Mitra" w:hint="eastAsia"/>
          <w:sz w:val="28"/>
          <w:szCs w:val="28"/>
          <w:rtl/>
        </w:rPr>
        <w:t>انتقال</w:t>
      </w:r>
      <w:r w:rsidRPr="0000691D">
        <w:rPr>
          <w:rFonts w:cs="B Mitra"/>
          <w:sz w:val="28"/>
          <w:szCs w:val="28"/>
          <w:rtl/>
        </w:rPr>
        <w:t xml:space="preserve"> انجام شد</w:t>
      </w:r>
      <w:r w:rsidRPr="0000691D">
        <w:rPr>
          <w:rFonts w:cs="B Mitra" w:hint="cs"/>
          <w:sz w:val="28"/>
          <w:szCs w:val="28"/>
          <w:rtl/>
        </w:rPr>
        <w:t xml:space="preserve">؛ </w:t>
      </w:r>
      <w:r w:rsidRPr="0000691D">
        <w:rPr>
          <w:rFonts w:cs="B Mitra" w:hint="eastAsia"/>
          <w:sz w:val="28"/>
          <w:szCs w:val="28"/>
          <w:rtl/>
        </w:rPr>
        <w:t>پ</w:t>
      </w:r>
      <w:r w:rsidRPr="0000691D">
        <w:rPr>
          <w:rFonts w:cs="B Mitra" w:hint="cs"/>
          <w:sz w:val="28"/>
          <w:szCs w:val="28"/>
          <w:rtl/>
        </w:rPr>
        <w:t>ی</w:t>
      </w:r>
      <w:r w:rsidRPr="0000691D">
        <w:rPr>
          <w:rFonts w:cs="B Mitra" w:hint="eastAsia"/>
          <w:sz w:val="28"/>
          <w:szCs w:val="28"/>
          <w:rtl/>
        </w:rPr>
        <w:t>امک</w:t>
      </w:r>
      <w:r w:rsidRPr="0000691D">
        <w:rPr>
          <w:rFonts w:cs="B Mitra"/>
          <w:sz w:val="28"/>
          <w:szCs w:val="28"/>
          <w:rtl/>
        </w:rPr>
        <w:t xml:space="preserve"> آمد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موجود</w:t>
      </w:r>
      <w:r w:rsidRPr="0000691D">
        <w:rPr>
          <w:rFonts w:cs="B Mitra" w:hint="cs"/>
          <w:sz w:val="28"/>
          <w:szCs w:val="28"/>
          <w:rtl/>
        </w:rPr>
        <w:t>ی</w:t>
      </w:r>
      <w:r w:rsidRPr="0000691D">
        <w:rPr>
          <w:rFonts w:cs="B Mitra"/>
          <w:sz w:val="28"/>
          <w:szCs w:val="28"/>
          <w:rtl/>
        </w:rPr>
        <w:t>: چهارصد و هفتاد هزار تومان</w:t>
      </w:r>
      <w:r w:rsidRPr="0000691D">
        <w:rPr>
          <w:rFonts w:cs="B Mitra" w:hint="cs"/>
          <w:sz w:val="28"/>
          <w:szCs w:val="28"/>
          <w:rtl/>
        </w:rPr>
        <w:t xml:space="preserve">؛ </w:t>
      </w:r>
      <w:r w:rsidRPr="0000691D">
        <w:rPr>
          <w:rFonts w:cs="B Mitra" w:hint="eastAsia"/>
          <w:sz w:val="28"/>
          <w:szCs w:val="28"/>
          <w:rtl/>
        </w:rPr>
        <w:t>گوش</w:t>
      </w:r>
      <w:r w:rsidRPr="0000691D">
        <w:rPr>
          <w:rFonts w:cs="B Mitra" w:hint="cs"/>
          <w:sz w:val="28"/>
          <w:szCs w:val="28"/>
          <w:rtl/>
        </w:rPr>
        <w:t>ی</w:t>
      </w:r>
      <w:r w:rsidRPr="0000691D">
        <w:rPr>
          <w:rFonts w:cs="B Mitra"/>
          <w:sz w:val="28"/>
          <w:szCs w:val="28"/>
          <w:rtl/>
        </w:rPr>
        <w:t xml:space="preserve"> را خاموش کردم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مرد</w:t>
      </w:r>
      <w:r w:rsidRPr="0000691D">
        <w:rPr>
          <w:rFonts w:cs="B Mitra"/>
          <w:sz w:val="28"/>
          <w:szCs w:val="28"/>
          <w:rtl/>
        </w:rPr>
        <w:t xml:space="preserve"> هنوز چ</w:t>
      </w:r>
      <w:r w:rsidRPr="0000691D">
        <w:rPr>
          <w:rFonts w:cs="B Mitra" w:hint="cs"/>
          <w:sz w:val="28"/>
          <w:szCs w:val="28"/>
          <w:rtl/>
        </w:rPr>
        <w:t>ی</w:t>
      </w:r>
      <w:r w:rsidRPr="0000691D">
        <w:rPr>
          <w:rFonts w:cs="B Mitra" w:hint="eastAsia"/>
          <w:sz w:val="28"/>
          <w:szCs w:val="28"/>
          <w:rtl/>
        </w:rPr>
        <w:t>ز</w:t>
      </w:r>
      <w:r w:rsidRPr="0000691D">
        <w:rPr>
          <w:rFonts w:cs="B Mitra" w:hint="cs"/>
          <w:sz w:val="28"/>
          <w:szCs w:val="28"/>
          <w:rtl/>
        </w:rPr>
        <w:t>ی</w:t>
      </w:r>
      <w:r w:rsidRPr="0000691D">
        <w:rPr>
          <w:rFonts w:cs="B Mitra"/>
          <w:sz w:val="28"/>
          <w:szCs w:val="28"/>
          <w:rtl/>
        </w:rPr>
        <w:t xml:space="preserve"> نم</w:t>
      </w:r>
      <w:r w:rsidRPr="0000691D">
        <w:rPr>
          <w:rFonts w:cs="B Mitra" w:hint="cs"/>
          <w:sz w:val="28"/>
          <w:szCs w:val="28"/>
          <w:rtl/>
        </w:rPr>
        <w:t>ی‌</w:t>
      </w:r>
      <w:r w:rsidRPr="0000691D">
        <w:rPr>
          <w:rFonts w:cs="B Mitra" w:hint="eastAsia"/>
          <w:sz w:val="28"/>
          <w:szCs w:val="28"/>
          <w:rtl/>
        </w:rPr>
        <w:t>گفت</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بعد</w:t>
      </w:r>
      <w:r w:rsidRPr="0000691D">
        <w:rPr>
          <w:rFonts w:cs="B Mitra"/>
          <w:sz w:val="28"/>
          <w:szCs w:val="28"/>
          <w:rtl/>
        </w:rPr>
        <w:t xml:space="preserve"> آرام نشست</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دخترش</w:t>
      </w:r>
      <w:r w:rsidRPr="0000691D">
        <w:rPr>
          <w:rFonts w:cs="B Mitra"/>
          <w:sz w:val="28"/>
          <w:szCs w:val="28"/>
          <w:rtl/>
        </w:rPr>
        <w:t xml:space="preserve"> را صدا زد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دختر</w:t>
      </w:r>
      <w:r w:rsidRPr="0000691D">
        <w:rPr>
          <w:rFonts w:cs="B Mitra"/>
          <w:sz w:val="28"/>
          <w:szCs w:val="28"/>
          <w:rtl/>
        </w:rPr>
        <w:t xml:space="preserve"> آمد و کنارش نشست</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پدر</w:t>
      </w:r>
      <w:r w:rsidRPr="0000691D">
        <w:rPr>
          <w:rFonts w:cs="B Mitra"/>
          <w:sz w:val="28"/>
          <w:szCs w:val="28"/>
          <w:rtl/>
        </w:rPr>
        <w:t xml:space="preserve"> دست او را گرفت</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من</w:t>
      </w:r>
      <w:r w:rsidRPr="0000691D">
        <w:rPr>
          <w:rFonts w:cs="B Mitra"/>
          <w:sz w:val="28"/>
          <w:szCs w:val="28"/>
          <w:rtl/>
        </w:rPr>
        <w:t xml:space="preserve"> از ب</w:t>
      </w:r>
      <w:r w:rsidRPr="0000691D">
        <w:rPr>
          <w:rFonts w:cs="B Mitra" w:hint="cs"/>
          <w:sz w:val="28"/>
          <w:szCs w:val="28"/>
          <w:rtl/>
        </w:rPr>
        <w:t>ی</w:t>
      </w:r>
      <w:r w:rsidRPr="0000691D">
        <w:rPr>
          <w:rFonts w:cs="B Mitra" w:hint="eastAsia"/>
          <w:sz w:val="28"/>
          <w:szCs w:val="28"/>
          <w:rtl/>
        </w:rPr>
        <w:t>مارستان</w:t>
      </w:r>
      <w:r w:rsidRPr="0000691D">
        <w:rPr>
          <w:rFonts w:cs="B Mitra"/>
          <w:sz w:val="28"/>
          <w:szCs w:val="28"/>
          <w:rtl/>
        </w:rPr>
        <w:t xml:space="preserve"> ب</w:t>
      </w:r>
      <w:r w:rsidRPr="0000691D">
        <w:rPr>
          <w:rFonts w:cs="B Mitra" w:hint="cs"/>
          <w:sz w:val="28"/>
          <w:szCs w:val="28"/>
          <w:rtl/>
        </w:rPr>
        <w:t>ی</w:t>
      </w:r>
      <w:r w:rsidRPr="0000691D">
        <w:rPr>
          <w:rFonts w:cs="B Mitra" w:hint="eastAsia"/>
          <w:sz w:val="28"/>
          <w:szCs w:val="28"/>
          <w:rtl/>
        </w:rPr>
        <w:t>رون</w:t>
      </w:r>
      <w:r w:rsidRPr="0000691D">
        <w:rPr>
          <w:rFonts w:cs="B Mitra"/>
          <w:sz w:val="28"/>
          <w:szCs w:val="28"/>
          <w:rtl/>
        </w:rPr>
        <w:t xml:space="preserve"> آمدم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هوا</w:t>
      </w:r>
      <w:r w:rsidRPr="0000691D">
        <w:rPr>
          <w:rFonts w:cs="B Mitra"/>
          <w:sz w:val="28"/>
          <w:szCs w:val="28"/>
          <w:rtl/>
        </w:rPr>
        <w:t xml:space="preserve"> تار</w:t>
      </w:r>
      <w:r w:rsidRPr="0000691D">
        <w:rPr>
          <w:rFonts w:cs="B Mitra" w:hint="cs"/>
          <w:sz w:val="28"/>
          <w:szCs w:val="28"/>
          <w:rtl/>
        </w:rPr>
        <w:t>ی</w:t>
      </w:r>
      <w:r w:rsidRPr="0000691D">
        <w:rPr>
          <w:rFonts w:cs="B Mitra" w:hint="eastAsia"/>
          <w:sz w:val="28"/>
          <w:szCs w:val="28"/>
          <w:rtl/>
        </w:rPr>
        <w:t>ک</w:t>
      </w:r>
      <w:r w:rsidRPr="0000691D">
        <w:rPr>
          <w:rFonts w:cs="B Mitra"/>
          <w:sz w:val="28"/>
          <w:szCs w:val="28"/>
          <w:rtl/>
        </w:rPr>
        <w:t xml:space="preserve"> شده بود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در</w:t>
      </w:r>
      <w:r w:rsidRPr="0000691D">
        <w:rPr>
          <w:rFonts w:cs="B Mitra"/>
          <w:sz w:val="28"/>
          <w:szCs w:val="28"/>
          <w:rtl/>
        </w:rPr>
        <w:t xml:space="preserve"> راه، دندانم دوباره شروع به درد کرد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جلو</w:t>
      </w:r>
      <w:r w:rsidRPr="0000691D">
        <w:rPr>
          <w:rFonts w:cs="B Mitra" w:hint="cs"/>
          <w:sz w:val="28"/>
          <w:szCs w:val="28"/>
          <w:rtl/>
        </w:rPr>
        <w:t>ی</w:t>
      </w:r>
      <w:r w:rsidRPr="0000691D">
        <w:rPr>
          <w:rFonts w:cs="B Mitra"/>
          <w:sz w:val="28"/>
          <w:szCs w:val="28"/>
          <w:rtl/>
        </w:rPr>
        <w:t xml:space="preserve"> داروخانه ا</w:t>
      </w:r>
      <w:r w:rsidRPr="0000691D">
        <w:rPr>
          <w:rFonts w:cs="B Mitra" w:hint="cs"/>
          <w:sz w:val="28"/>
          <w:szCs w:val="28"/>
          <w:rtl/>
        </w:rPr>
        <w:t>ی</w:t>
      </w:r>
      <w:r w:rsidRPr="0000691D">
        <w:rPr>
          <w:rFonts w:cs="B Mitra" w:hint="eastAsia"/>
          <w:sz w:val="28"/>
          <w:szCs w:val="28"/>
          <w:rtl/>
        </w:rPr>
        <w:t>ستادم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ق</w:t>
      </w:r>
      <w:r w:rsidRPr="0000691D">
        <w:rPr>
          <w:rFonts w:cs="B Mitra" w:hint="cs"/>
          <w:sz w:val="28"/>
          <w:szCs w:val="28"/>
          <w:rtl/>
        </w:rPr>
        <w:t>ی</w:t>
      </w:r>
      <w:r w:rsidRPr="0000691D">
        <w:rPr>
          <w:rFonts w:cs="B Mitra" w:hint="eastAsia"/>
          <w:sz w:val="28"/>
          <w:szCs w:val="28"/>
          <w:rtl/>
        </w:rPr>
        <w:t>مت</w:t>
      </w:r>
      <w:r w:rsidRPr="0000691D">
        <w:rPr>
          <w:rFonts w:cs="B Mitra"/>
          <w:sz w:val="28"/>
          <w:szCs w:val="28"/>
          <w:rtl/>
        </w:rPr>
        <w:t xml:space="preserve"> مسکن را پرس</w:t>
      </w:r>
      <w:r w:rsidRPr="0000691D">
        <w:rPr>
          <w:rFonts w:cs="B Mitra" w:hint="cs"/>
          <w:sz w:val="28"/>
          <w:szCs w:val="28"/>
          <w:rtl/>
        </w:rPr>
        <w:t>ی</w:t>
      </w:r>
      <w:r w:rsidRPr="0000691D">
        <w:rPr>
          <w:rFonts w:cs="B Mitra" w:hint="eastAsia"/>
          <w:sz w:val="28"/>
          <w:szCs w:val="28"/>
          <w:rtl/>
        </w:rPr>
        <w:t>دم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گفتم</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ارزون‌ترش</w:t>
      </w:r>
      <w:r w:rsidRPr="0000691D">
        <w:rPr>
          <w:rFonts w:cs="B Mitra"/>
          <w:sz w:val="28"/>
          <w:szCs w:val="28"/>
          <w:rtl/>
        </w:rPr>
        <w:t xml:space="preserve"> رو دار</w:t>
      </w:r>
      <w:r w:rsidRPr="0000691D">
        <w:rPr>
          <w:rFonts w:cs="B Mitra" w:hint="cs"/>
          <w:sz w:val="28"/>
          <w:szCs w:val="28"/>
          <w:rtl/>
        </w:rPr>
        <w:t>ی</w:t>
      </w:r>
      <w:r w:rsidRPr="0000691D">
        <w:rPr>
          <w:rFonts w:cs="B Mitra" w:hint="eastAsia"/>
          <w:sz w:val="28"/>
          <w:szCs w:val="28"/>
          <w:rtl/>
        </w:rPr>
        <w:t>د؟</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داروساز</w:t>
      </w:r>
      <w:r w:rsidRPr="0000691D">
        <w:rPr>
          <w:rFonts w:cs="B Mitra"/>
          <w:sz w:val="28"/>
          <w:szCs w:val="28"/>
          <w:rtl/>
        </w:rPr>
        <w:t xml:space="preserve"> گفت:</w:t>
      </w:r>
      <w:r w:rsidRPr="0000691D">
        <w:rPr>
          <w:rFonts w:cs="B Mitra" w:hint="cs"/>
          <w:sz w:val="28"/>
          <w:szCs w:val="28"/>
          <w:rtl/>
        </w:rPr>
        <w:t xml:space="preserve"> «</w:t>
      </w:r>
      <w:r w:rsidRPr="0000691D">
        <w:rPr>
          <w:rFonts w:cs="B Mitra" w:hint="eastAsia"/>
          <w:sz w:val="28"/>
          <w:szCs w:val="28"/>
          <w:rtl/>
        </w:rPr>
        <w:t>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ارزون‌تر</w:t>
      </w:r>
      <w:r w:rsidRPr="0000691D">
        <w:rPr>
          <w:rFonts w:cs="B Mitra" w:hint="cs"/>
          <w:sz w:val="28"/>
          <w:szCs w:val="28"/>
          <w:rtl/>
        </w:rPr>
        <w:t>ی</w:t>
      </w:r>
      <w:r w:rsidRPr="0000691D">
        <w:rPr>
          <w:rFonts w:cs="B Mitra" w:hint="eastAsia"/>
          <w:sz w:val="28"/>
          <w:szCs w:val="28"/>
          <w:rtl/>
        </w:rPr>
        <w:t>نه</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پول</w:t>
      </w:r>
      <w:r w:rsidRPr="0000691D">
        <w:rPr>
          <w:rFonts w:cs="B Mitra"/>
          <w:sz w:val="28"/>
          <w:szCs w:val="28"/>
          <w:rtl/>
        </w:rPr>
        <w:t xml:space="preserve"> را حساب کردم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گوش</w:t>
      </w:r>
      <w:r w:rsidRPr="0000691D">
        <w:rPr>
          <w:rFonts w:cs="B Mitra" w:hint="cs"/>
          <w:sz w:val="28"/>
          <w:szCs w:val="28"/>
          <w:rtl/>
        </w:rPr>
        <w:t>ی‌</w:t>
      </w:r>
      <w:r w:rsidRPr="0000691D">
        <w:rPr>
          <w:rFonts w:cs="B Mitra" w:hint="eastAsia"/>
          <w:sz w:val="28"/>
          <w:szCs w:val="28"/>
          <w:rtl/>
        </w:rPr>
        <w:t>ام</w:t>
      </w:r>
      <w:r w:rsidRPr="0000691D">
        <w:rPr>
          <w:rFonts w:cs="B Mitra"/>
          <w:sz w:val="28"/>
          <w:szCs w:val="28"/>
          <w:rtl/>
        </w:rPr>
        <w:t xml:space="preserve"> لرز</w:t>
      </w:r>
      <w:r w:rsidRPr="0000691D">
        <w:rPr>
          <w:rFonts w:cs="B Mitra" w:hint="cs"/>
          <w:sz w:val="28"/>
          <w:szCs w:val="28"/>
          <w:rtl/>
        </w:rPr>
        <w:t>ی</w:t>
      </w:r>
      <w:r w:rsidRPr="0000691D">
        <w:rPr>
          <w:rFonts w:cs="B Mitra" w:hint="eastAsia"/>
          <w:sz w:val="28"/>
          <w:szCs w:val="28"/>
          <w:rtl/>
        </w:rPr>
        <w:t>د</w:t>
      </w:r>
      <w:r w:rsidRPr="0000691D">
        <w:rPr>
          <w:rFonts w:cs="B Mitra" w:hint="cs"/>
          <w:sz w:val="28"/>
          <w:szCs w:val="28"/>
          <w:rtl/>
        </w:rPr>
        <w:t xml:space="preserve">؛ </w:t>
      </w:r>
      <w:r w:rsidRPr="0000691D">
        <w:rPr>
          <w:rFonts w:cs="B Mitra" w:hint="eastAsia"/>
          <w:sz w:val="28"/>
          <w:szCs w:val="28"/>
          <w:rtl/>
        </w:rPr>
        <w:t>پ</w:t>
      </w:r>
      <w:r w:rsidRPr="0000691D">
        <w:rPr>
          <w:rFonts w:cs="B Mitra" w:hint="cs"/>
          <w:sz w:val="28"/>
          <w:szCs w:val="28"/>
          <w:rtl/>
        </w:rPr>
        <w:t>ی</w:t>
      </w:r>
      <w:r w:rsidRPr="0000691D">
        <w:rPr>
          <w:rFonts w:cs="B Mitra" w:hint="eastAsia"/>
          <w:sz w:val="28"/>
          <w:szCs w:val="28"/>
          <w:rtl/>
        </w:rPr>
        <w:t>امک</w:t>
      </w:r>
      <w:r w:rsidRPr="0000691D">
        <w:rPr>
          <w:rFonts w:cs="B Mitra"/>
          <w:sz w:val="28"/>
          <w:szCs w:val="28"/>
          <w:rtl/>
        </w:rPr>
        <w:t xml:space="preserve"> بود</w:t>
      </w:r>
      <w:r w:rsidRPr="0000691D">
        <w:rPr>
          <w:rFonts w:cs="B Mitra" w:hint="cs"/>
          <w:sz w:val="28"/>
          <w:szCs w:val="28"/>
          <w:rtl/>
        </w:rPr>
        <w:t>؛ ی</w:t>
      </w:r>
      <w:r w:rsidRPr="0000691D">
        <w:rPr>
          <w:rFonts w:cs="B Mitra" w:hint="eastAsia"/>
          <w:sz w:val="28"/>
          <w:szCs w:val="28"/>
          <w:rtl/>
        </w:rPr>
        <w:t>ک</w:t>
      </w:r>
      <w:r w:rsidRPr="0000691D">
        <w:rPr>
          <w:rFonts w:cs="B Mitra"/>
          <w:sz w:val="28"/>
          <w:szCs w:val="28"/>
          <w:rtl/>
        </w:rPr>
        <w:t xml:space="preserve"> وار</w:t>
      </w:r>
      <w:r w:rsidRPr="0000691D">
        <w:rPr>
          <w:rFonts w:cs="B Mitra" w:hint="cs"/>
          <w:sz w:val="28"/>
          <w:szCs w:val="28"/>
          <w:rtl/>
        </w:rPr>
        <w:t>ی</w:t>
      </w:r>
      <w:r w:rsidRPr="0000691D">
        <w:rPr>
          <w:rFonts w:cs="B Mitra" w:hint="eastAsia"/>
          <w:sz w:val="28"/>
          <w:szCs w:val="28"/>
          <w:rtl/>
        </w:rPr>
        <w:t>ز</w:t>
      </w:r>
      <w:r w:rsidRPr="0000691D">
        <w:rPr>
          <w:rFonts w:cs="B Mitra"/>
          <w:sz w:val="28"/>
          <w:szCs w:val="28"/>
          <w:rtl/>
        </w:rPr>
        <w:t xml:space="preserve"> کوچک</w:t>
      </w:r>
      <w:r w:rsidRPr="0000691D">
        <w:rPr>
          <w:rFonts w:cs="B Mitra" w:hint="cs"/>
          <w:sz w:val="28"/>
          <w:szCs w:val="28"/>
          <w:rtl/>
        </w:rPr>
        <w:t xml:space="preserve">؛ </w:t>
      </w:r>
      <w:r w:rsidRPr="0000691D">
        <w:rPr>
          <w:rFonts w:cs="B Mitra" w:hint="eastAsia"/>
          <w:sz w:val="28"/>
          <w:szCs w:val="28"/>
          <w:rtl/>
        </w:rPr>
        <w:t>صد</w:t>
      </w:r>
      <w:r w:rsidRPr="0000691D">
        <w:rPr>
          <w:rFonts w:cs="B Mitra"/>
          <w:sz w:val="28"/>
          <w:szCs w:val="28"/>
          <w:rtl/>
        </w:rPr>
        <w:t xml:space="preserve"> هزار تومان</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همان</w:t>
      </w:r>
      <w:r w:rsidRPr="0000691D">
        <w:rPr>
          <w:rFonts w:cs="B Mitra"/>
          <w:sz w:val="28"/>
          <w:szCs w:val="28"/>
          <w:rtl/>
        </w:rPr>
        <w:t xml:space="preserve"> مرد بود</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lastRenderedPageBreak/>
        <w:t>ز</w:t>
      </w:r>
      <w:r w:rsidRPr="0000691D">
        <w:rPr>
          <w:rFonts w:cs="B Mitra" w:hint="cs"/>
          <w:sz w:val="28"/>
          <w:szCs w:val="28"/>
          <w:rtl/>
        </w:rPr>
        <w:t>ی</w:t>
      </w:r>
      <w:r w:rsidRPr="0000691D">
        <w:rPr>
          <w:rFonts w:cs="B Mitra" w:hint="eastAsia"/>
          <w:sz w:val="28"/>
          <w:szCs w:val="28"/>
          <w:rtl/>
        </w:rPr>
        <w:t>رش</w:t>
      </w:r>
      <w:r w:rsidRPr="0000691D">
        <w:rPr>
          <w:rFonts w:cs="B Mitra"/>
          <w:sz w:val="28"/>
          <w:szCs w:val="28"/>
          <w:rtl/>
        </w:rPr>
        <w:t xml:space="preserve"> نوشته بود:</w:t>
      </w:r>
      <w:r w:rsidRPr="0000691D">
        <w:rPr>
          <w:rFonts w:cs="B Mitra" w:hint="cs"/>
          <w:sz w:val="28"/>
          <w:szCs w:val="28"/>
          <w:rtl/>
        </w:rPr>
        <w:t xml:space="preserve"> «</w:t>
      </w:r>
      <w:r w:rsidRPr="0000691D">
        <w:rPr>
          <w:rFonts w:cs="B Mitra" w:hint="eastAsia"/>
          <w:sz w:val="28"/>
          <w:szCs w:val="28"/>
          <w:rtl/>
        </w:rPr>
        <w:t>فعلاً</w:t>
      </w:r>
      <w:r w:rsidRPr="0000691D">
        <w:rPr>
          <w:rFonts w:cs="B Mitra"/>
          <w:sz w:val="28"/>
          <w:szCs w:val="28"/>
          <w:rtl/>
        </w:rPr>
        <w:t xml:space="preserve"> هم</w:t>
      </w:r>
      <w:r w:rsidRPr="0000691D">
        <w:rPr>
          <w:rFonts w:cs="B Mitra" w:hint="cs"/>
          <w:sz w:val="28"/>
          <w:szCs w:val="28"/>
          <w:rtl/>
        </w:rPr>
        <w:t>ی</w:t>
      </w:r>
      <w:r w:rsidRPr="0000691D">
        <w:rPr>
          <w:rFonts w:cs="B Mitra" w:hint="eastAsia"/>
          <w:sz w:val="28"/>
          <w:szCs w:val="28"/>
          <w:rtl/>
        </w:rPr>
        <w:t>ن‌قدر</w:t>
      </w:r>
      <w:r w:rsidRPr="0000691D">
        <w:rPr>
          <w:rFonts w:cs="B Mitra"/>
          <w:sz w:val="28"/>
          <w:szCs w:val="28"/>
          <w:rtl/>
        </w:rPr>
        <w:t xml:space="preserve"> تونستم. بق</w:t>
      </w:r>
      <w:r w:rsidRPr="0000691D">
        <w:rPr>
          <w:rFonts w:cs="B Mitra" w:hint="cs"/>
          <w:sz w:val="28"/>
          <w:szCs w:val="28"/>
          <w:rtl/>
        </w:rPr>
        <w:t>ی</w:t>
      </w:r>
      <w:r w:rsidRPr="0000691D">
        <w:rPr>
          <w:rFonts w:cs="B Mitra" w:hint="eastAsia"/>
          <w:sz w:val="28"/>
          <w:szCs w:val="28"/>
          <w:rtl/>
        </w:rPr>
        <w:t>ه‌اش</w:t>
      </w:r>
      <w:r w:rsidRPr="0000691D">
        <w:rPr>
          <w:rFonts w:cs="B Mitra"/>
          <w:sz w:val="28"/>
          <w:szCs w:val="28"/>
          <w:rtl/>
        </w:rPr>
        <w:t xml:space="preserve"> رو به خدا م</w:t>
      </w:r>
      <w:r w:rsidRPr="0000691D">
        <w:rPr>
          <w:rFonts w:cs="B Mitra" w:hint="cs"/>
          <w:sz w:val="28"/>
          <w:szCs w:val="28"/>
          <w:rtl/>
        </w:rPr>
        <w:t>ی‌</w:t>
      </w:r>
      <w:r w:rsidRPr="0000691D">
        <w:rPr>
          <w:rFonts w:cs="B Mitra" w:hint="eastAsia"/>
          <w:sz w:val="28"/>
          <w:szCs w:val="28"/>
          <w:rtl/>
        </w:rPr>
        <w:t>سپارم</w:t>
      </w:r>
      <w:r w:rsidRPr="0000691D">
        <w:rPr>
          <w:rFonts w:cs="B Mitra" w:hint="cs"/>
          <w:sz w:val="28"/>
          <w:szCs w:val="28"/>
          <w:rtl/>
        </w:rPr>
        <w:t>»</w:t>
      </w:r>
      <w:r w:rsidRPr="0000691D">
        <w:rPr>
          <w:rFonts w:cs="B Mitra"/>
          <w:sz w:val="28"/>
          <w:szCs w:val="28"/>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به</w:t>
      </w:r>
      <w:r w:rsidRPr="0000691D">
        <w:rPr>
          <w:rFonts w:cs="B Mitra"/>
          <w:sz w:val="28"/>
          <w:szCs w:val="28"/>
          <w:rtl/>
        </w:rPr>
        <w:t xml:space="preserve"> موجود</w:t>
      </w:r>
      <w:r w:rsidRPr="0000691D">
        <w:rPr>
          <w:rFonts w:cs="B Mitra" w:hint="cs"/>
          <w:sz w:val="28"/>
          <w:szCs w:val="28"/>
          <w:rtl/>
        </w:rPr>
        <w:t>ی</w:t>
      </w:r>
      <w:r w:rsidRPr="0000691D">
        <w:rPr>
          <w:rFonts w:cs="B Mitra"/>
          <w:sz w:val="28"/>
          <w:szCs w:val="28"/>
          <w:rtl/>
        </w:rPr>
        <w:t xml:space="preserve"> حسابم نگاه کردم</w:t>
      </w:r>
      <w:r w:rsidRPr="0000691D">
        <w:rPr>
          <w:rFonts w:cs="B Mitra" w:hint="cs"/>
          <w:sz w:val="28"/>
          <w:szCs w:val="28"/>
          <w:rtl/>
        </w:rPr>
        <w:t xml:space="preserve">؛ </w:t>
      </w:r>
      <w:r w:rsidRPr="0000691D">
        <w:rPr>
          <w:rFonts w:cs="B Mitra" w:hint="eastAsia"/>
          <w:sz w:val="28"/>
          <w:szCs w:val="28"/>
          <w:rtl/>
        </w:rPr>
        <w:t>پانصد</w:t>
      </w:r>
      <w:r w:rsidRPr="0000691D">
        <w:rPr>
          <w:rFonts w:cs="B Mitra"/>
          <w:sz w:val="28"/>
          <w:szCs w:val="28"/>
          <w:rtl/>
        </w:rPr>
        <w:t xml:space="preserve"> و هفتاد هزار تومان</w:t>
      </w:r>
      <w:r w:rsidRPr="0000691D">
        <w:rPr>
          <w:rFonts w:cs="B Mitra" w:hint="cs"/>
          <w:sz w:val="28"/>
          <w:szCs w:val="28"/>
          <w:rtl/>
        </w:rPr>
        <w:t xml:space="preserve">؛ </w:t>
      </w:r>
      <w:r w:rsidRPr="0000691D">
        <w:rPr>
          <w:rFonts w:cs="B Mitra" w:hint="eastAsia"/>
          <w:sz w:val="28"/>
          <w:szCs w:val="28"/>
          <w:rtl/>
        </w:rPr>
        <w:t>گوش</w:t>
      </w:r>
      <w:r w:rsidRPr="0000691D">
        <w:rPr>
          <w:rFonts w:cs="B Mitra" w:hint="cs"/>
          <w:sz w:val="28"/>
          <w:szCs w:val="28"/>
          <w:rtl/>
        </w:rPr>
        <w:t>ی</w:t>
      </w:r>
      <w:r w:rsidRPr="0000691D">
        <w:rPr>
          <w:rFonts w:cs="B Mitra"/>
          <w:sz w:val="28"/>
          <w:szCs w:val="28"/>
          <w:rtl/>
        </w:rPr>
        <w:t xml:space="preserve"> را در ج</w:t>
      </w:r>
      <w:r w:rsidRPr="0000691D">
        <w:rPr>
          <w:rFonts w:cs="B Mitra" w:hint="cs"/>
          <w:sz w:val="28"/>
          <w:szCs w:val="28"/>
          <w:rtl/>
        </w:rPr>
        <w:t>ی</w:t>
      </w:r>
      <w:r w:rsidRPr="0000691D">
        <w:rPr>
          <w:rFonts w:cs="B Mitra" w:hint="eastAsia"/>
          <w:sz w:val="28"/>
          <w:szCs w:val="28"/>
          <w:rtl/>
        </w:rPr>
        <w:t>بم</w:t>
      </w:r>
      <w:r w:rsidRPr="0000691D">
        <w:rPr>
          <w:rFonts w:cs="B Mitra"/>
          <w:sz w:val="28"/>
          <w:szCs w:val="28"/>
          <w:rtl/>
        </w:rPr>
        <w:t xml:space="preserve"> گذاشتم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دارو</w:t>
      </w:r>
      <w:r w:rsidRPr="0000691D">
        <w:rPr>
          <w:rFonts w:cs="B Mitra"/>
          <w:sz w:val="28"/>
          <w:szCs w:val="28"/>
          <w:rtl/>
        </w:rPr>
        <w:t xml:space="preserve"> را برداشتم</w:t>
      </w:r>
      <w:r w:rsidRPr="0000691D">
        <w:rPr>
          <w:rFonts w:cs="B Mitra" w:hint="cs"/>
          <w:sz w:val="28"/>
          <w:szCs w:val="28"/>
          <w:rtl/>
        </w:rPr>
        <w:t xml:space="preserve"> </w:t>
      </w:r>
      <w:r w:rsidRPr="0000691D">
        <w:rPr>
          <w:rFonts w:cs="B Mitra" w:hint="eastAsia"/>
          <w:sz w:val="28"/>
          <w:szCs w:val="28"/>
          <w:rtl/>
        </w:rPr>
        <w:t>و</w:t>
      </w:r>
      <w:r w:rsidRPr="0000691D">
        <w:rPr>
          <w:rFonts w:cs="B Mitra"/>
          <w:sz w:val="28"/>
          <w:szCs w:val="28"/>
          <w:rtl/>
        </w:rPr>
        <w:t xml:space="preserve"> برا</w:t>
      </w:r>
      <w:r w:rsidRPr="0000691D">
        <w:rPr>
          <w:rFonts w:cs="B Mitra" w:hint="cs"/>
          <w:sz w:val="28"/>
          <w:szCs w:val="28"/>
          <w:rtl/>
        </w:rPr>
        <w:t>ی</w:t>
      </w:r>
      <w:r w:rsidRPr="0000691D">
        <w:rPr>
          <w:rFonts w:cs="B Mitra"/>
          <w:sz w:val="28"/>
          <w:szCs w:val="28"/>
          <w:rtl/>
        </w:rPr>
        <w:t xml:space="preserve"> اول</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بار</w:t>
      </w:r>
      <w:r w:rsidRPr="0000691D">
        <w:rPr>
          <w:rFonts w:cs="B Mitra" w:hint="cs"/>
          <w:sz w:val="28"/>
          <w:szCs w:val="28"/>
          <w:rtl/>
        </w:rPr>
        <w:t>،</w:t>
      </w:r>
      <w:r w:rsidRPr="0000691D">
        <w:rPr>
          <w:rFonts w:cs="B Mitra"/>
          <w:sz w:val="28"/>
          <w:szCs w:val="28"/>
          <w:rtl/>
        </w:rPr>
        <w:t xml:space="preserve"> از وقت</w:t>
      </w:r>
      <w:r w:rsidRPr="0000691D">
        <w:rPr>
          <w:rFonts w:cs="B Mitra" w:hint="cs"/>
          <w:sz w:val="28"/>
          <w:szCs w:val="28"/>
          <w:rtl/>
        </w:rPr>
        <w:t>ی</w:t>
      </w:r>
      <w:r w:rsidRPr="0000691D">
        <w:rPr>
          <w:rFonts w:cs="B Mitra"/>
          <w:sz w:val="28"/>
          <w:szCs w:val="28"/>
          <w:rtl/>
        </w:rPr>
        <w:t xml:space="preserve"> پول تسو</w:t>
      </w:r>
      <w:r w:rsidRPr="0000691D">
        <w:rPr>
          <w:rFonts w:cs="B Mitra" w:hint="cs"/>
          <w:sz w:val="28"/>
          <w:szCs w:val="28"/>
          <w:rtl/>
        </w:rPr>
        <w:t>ی</w:t>
      </w:r>
      <w:r w:rsidRPr="0000691D">
        <w:rPr>
          <w:rFonts w:cs="B Mitra" w:hint="eastAsia"/>
          <w:sz w:val="28"/>
          <w:szCs w:val="28"/>
          <w:rtl/>
        </w:rPr>
        <w:t>ه</w:t>
      </w:r>
      <w:r w:rsidRPr="0000691D">
        <w:rPr>
          <w:rFonts w:cs="B Mitra"/>
          <w:sz w:val="28"/>
          <w:szCs w:val="28"/>
          <w:rtl/>
        </w:rPr>
        <w:t xml:space="preserve"> به حسابم آمده بود، د</w:t>
      </w:r>
      <w:r w:rsidRPr="0000691D">
        <w:rPr>
          <w:rFonts w:cs="B Mitra" w:hint="cs"/>
          <w:sz w:val="28"/>
          <w:szCs w:val="28"/>
          <w:rtl/>
        </w:rPr>
        <w:t>ی</w:t>
      </w:r>
      <w:r w:rsidRPr="0000691D">
        <w:rPr>
          <w:rFonts w:cs="B Mitra" w:hint="eastAsia"/>
          <w:sz w:val="28"/>
          <w:szCs w:val="28"/>
          <w:rtl/>
        </w:rPr>
        <w:t>گر</w:t>
      </w:r>
      <w:r w:rsidRPr="0000691D">
        <w:rPr>
          <w:rFonts w:cs="B Mitra"/>
          <w:sz w:val="28"/>
          <w:szCs w:val="28"/>
          <w:rtl/>
        </w:rPr>
        <w:t xml:space="preserve"> به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فکر نکردم که پولم چقدر مانده است</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فقط</w:t>
      </w:r>
      <w:r w:rsidRPr="0000691D">
        <w:rPr>
          <w:rFonts w:cs="B Mitra"/>
          <w:sz w:val="28"/>
          <w:szCs w:val="28"/>
          <w:rtl/>
        </w:rPr>
        <w:t xml:space="preserve"> به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فکر کردم که فردا با</w:t>
      </w:r>
      <w:r w:rsidRPr="0000691D">
        <w:rPr>
          <w:rFonts w:cs="B Mitra" w:hint="cs"/>
          <w:sz w:val="28"/>
          <w:szCs w:val="28"/>
          <w:rtl/>
        </w:rPr>
        <w:t>ی</w:t>
      </w:r>
      <w:r w:rsidRPr="0000691D">
        <w:rPr>
          <w:rFonts w:cs="B Mitra" w:hint="eastAsia"/>
          <w:sz w:val="28"/>
          <w:szCs w:val="28"/>
          <w:rtl/>
        </w:rPr>
        <w:t>د</w:t>
      </w:r>
      <w:r w:rsidRPr="0000691D">
        <w:rPr>
          <w:rFonts w:cs="B Mitra"/>
          <w:sz w:val="28"/>
          <w:szCs w:val="28"/>
          <w:rtl/>
        </w:rPr>
        <w:t xml:space="preserve"> بروم دنبال کا</w:t>
      </w:r>
      <w:r w:rsidRPr="0000691D">
        <w:rPr>
          <w:rFonts w:cs="B Mitra" w:hint="cs"/>
          <w:sz w:val="28"/>
          <w:szCs w:val="28"/>
          <w:rtl/>
        </w:rPr>
        <w:t xml:space="preserve">ر. </w:t>
      </w:r>
      <w:r w:rsidRPr="0000691D">
        <w:rPr>
          <w:rFonts w:cs="B Mitra" w:hint="eastAsia"/>
          <w:sz w:val="28"/>
          <w:szCs w:val="28"/>
          <w:rtl/>
        </w:rPr>
        <w:t>حت</w:t>
      </w:r>
      <w:r w:rsidRPr="0000691D">
        <w:rPr>
          <w:rFonts w:cs="B Mitra" w:hint="cs"/>
          <w:sz w:val="28"/>
          <w:szCs w:val="28"/>
          <w:rtl/>
        </w:rPr>
        <w:t>ی</w:t>
      </w:r>
      <w:r w:rsidRPr="0000691D">
        <w:rPr>
          <w:rFonts w:cs="B Mitra"/>
          <w:sz w:val="28"/>
          <w:szCs w:val="28"/>
          <w:rtl/>
        </w:rPr>
        <w:t xml:space="preserve"> اگر دندانم درد داشته باشد</w:t>
      </w:r>
      <w:r w:rsidRPr="0000691D">
        <w:rPr>
          <w:rFonts w:cs="B Mitra" w:hint="cs"/>
          <w:sz w:val="28"/>
          <w:szCs w:val="28"/>
          <w:rtl/>
        </w:rPr>
        <w:t xml:space="preserve">؛ </w:t>
      </w:r>
      <w:r w:rsidRPr="0000691D">
        <w:rPr>
          <w:rFonts w:cs="B Mitra" w:hint="eastAsia"/>
          <w:sz w:val="28"/>
          <w:szCs w:val="28"/>
          <w:rtl/>
        </w:rPr>
        <w:t>حت</w:t>
      </w:r>
      <w:r w:rsidRPr="0000691D">
        <w:rPr>
          <w:rFonts w:cs="B Mitra" w:hint="cs"/>
          <w:sz w:val="28"/>
          <w:szCs w:val="28"/>
          <w:rtl/>
        </w:rPr>
        <w:t>ی</w:t>
      </w:r>
      <w:r w:rsidRPr="0000691D">
        <w:rPr>
          <w:rFonts w:cs="B Mitra"/>
          <w:sz w:val="28"/>
          <w:szCs w:val="28"/>
          <w:rtl/>
        </w:rPr>
        <w:t xml:space="preserve"> اگر صاحبخانه عصبان</w:t>
      </w:r>
      <w:r w:rsidRPr="0000691D">
        <w:rPr>
          <w:rFonts w:cs="B Mitra" w:hint="cs"/>
          <w:sz w:val="28"/>
          <w:szCs w:val="28"/>
          <w:rtl/>
        </w:rPr>
        <w:t>ی</w:t>
      </w:r>
      <w:r w:rsidRPr="0000691D">
        <w:rPr>
          <w:rFonts w:cs="B Mitra"/>
          <w:sz w:val="28"/>
          <w:szCs w:val="28"/>
          <w:rtl/>
        </w:rPr>
        <w:t xml:space="preserve"> باشد</w:t>
      </w:r>
      <w:r w:rsidRPr="0000691D">
        <w:rPr>
          <w:rFonts w:cs="B Mitra" w:hint="cs"/>
          <w:sz w:val="28"/>
          <w:szCs w:val="28"/>
          <w:rtl/>
        </w:rPr>
        <w:t xml:space="preserve">؛ </w:t>
      </w:r>
      <w:r w:rsidRPr="0000691D">
        <w:rPr>
          <w:rFonts w:cs="B Mitra" w:hint="eastAsia"/>
          <w:sz w:val="28"/>
          <w:szCs w:val="28"/>
          <w:rtl/>
        </w:rPr>
        <w:t>حت</w:t>
      </w:r>
      <w:r w:rsidRPr="0000691D">
        <w:rPr>
          <w:rFonts w:cs="B Mitra" w:hint="cs"/>
          <w:sz w:val="28"/>
          <w:szCs w:val="28"/>
          <w:rtl/>
        </w:rPr>
        <w:t>ی</w:t>
      </w:r>
      <w:r w:rsidRPr="0000691D">
        <w:rPr>
          <w:rFonts w:cs="B Mitra"/>
          <w:sz w:val="28"/>
          <w:szCs w:val="28"/>
          <w:rtl/>
        </w:rPr>
        <w:t xml:space="preserve"> اگر دوباره مجبور شوم از کس</w:t>
      </w:r>
      <w:r w:rsidRPr="0000691D">
        <w:rPr>
          <w:rFonts w:cs="B Mitra" w:hint="cs"/>
          <w:sz w:val="28"/>
          <w:szCs w:val="28"/>
          <w:rtl/>
        </w:rPr>
        <w:t>ی</w:t>
      </w:r>
      <w:r w:rsidRPr="0000691D">
        <w:rPr>
          <w:rFonts w:cs="B Mitra"/>
          <w:sz w:val="28"/>
          <w:szCs w:val="28"/>
          <w:rtl/>
        </w:rPr>
        <w:t xml:space="preserve"> پول قرض کنم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درِ</w:t>
      </w:r>
      <w:r w:rsidRPr="0000691D">
        <w:rPr>
          <w:rFonts w:cs="B Mitra"/>
          <w:sz w:val="28"/>
          <w:szCs w:val="28"/>
          <w:rtl/>
        </w:rPr>
        <w:t xml:space="preserve"> داروخانه را که باز کردم، مرد</w:t>
      </w:r>
      <w:r w:rsidRPr="0000691D">
        <w:rPr>
          <w:rFonts w:cs="B Mitra" w:hint="cs"/>
          <w:sz w:val="28"/>
          <w:szCs w:val="28"/>
          <w:rtl/>
        </w:rPr>
        <w:t>ی</w:t>
      </w:r>
      <w:r w:rsidRPr="0000691D">
        <w:rPr>
          <w:rFonts w:cs="B Mitra"/>
          <w:sz w:val="28"/>
          <w:szCs w:val="28"/>
          <w:rtl/>
        </w:rPr>
        <w:t xml:space="preserve"> ب</w:t>
      </w:r>
      <w:r w:rsidRPr="0000691D">
        <w:rPr>
          <w:rFonts w:cs="B Mitra" w:hint="cs"/>
          <w:sz w:val="28"/>
          <w:szCs w:val="28"/>
          <w:rtl/>
        </w:rPr>
        <w:t>ی</w:t>
      </w:r>
      <w:r w:rsidRPr="0000691D">
        <w:rPr>
          <w:rFonts w:cs="B Mitra" w:hint="eastAsia"/>
          <w:sz w:val="28"/>
          <w:szCs w:val="28"/>
          <w:rtl/>
        </w:rPr>
        <w:t>رون</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ستاده</w:t>
      </w:r>
      <w:r w:rsidRPr="0000691D">
        <w:rPr>
          <w:rFonts w:cs="B Mitra"/>
          <w:sz w:val="28"/>
          <w:szCs w:val="28"/>
          <w:rtl/>
        </w:rPr>
        <w:t xml:space="preserve"> بود و نسخه‌ا</w:t>
      </w:r>
      <w:r w:rsidRPr="0000691D">
        <w:rPr>
          <w:rFonts w:cs="B Mitra" w:hint="cs"/>
          <w:sz w:val="28"/>
          <w:szCs w:val="28"/>
          <w:rtl/>
        </w:rPr>
        <w:t>ی</w:t>
      </w:r>
      <w:r w:rsidRPr="0000691D">
        <w:rPr>
          <w:rFonts w:cs="B Mitra"/>
          <w:sz w:val="28"/>
          <w:szCs w:val="28"/>
          <w:rtl/>
        </w:rPr>
        <w:t xml:space="preserve"> در دست داشت</w:t>
      </w:r>
      <w:r w:rsidRPr="0000691D">
        <w:rPr>
          <w:rFonts w:cs="B Mitra" w:hint="cs"/>
          <w:sz w:val="28"/>
          <w:szCs w:val="28"/>
          <w:rtl/>
        </w:rPr>
        <w:t xml:space="preserve">؛ </w:t>
      </w:r>
      <w:r w:rsidRPr="0000691D">
        <w:rPr>
          <w:rFonts w:cs="B Mitra" w:hint="eastAsia"/>
          <w:sz w:val="28"/>
          <w:szCs w:val="28"/>
          <w:rtl/>
        </w:rPr>
        <w:t>نگاهش</w:t>
      </w:r>
      <w:r w:rsidRPr="0000691D">
        <w:rPr>
          <w:rFonts w:cs="B Mitra"/>
          <w:sz w:val="28"/>
          <w:szCs w:val="28"/>
          <w:rtl/>
        </w:rPr>
        <w:t xml:space="preserve"> به من افتاد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گفت</w:t>
      </w:r>
      <w:r w:rsidRPr="0000691D">
        <w:rPr>
          <w:rFonts w:cs="B Mitra"/>
          <w:sz w:val="28"/>
          <w:szCs w:val="28"/>
          <w:rtl/>
        </w:rPr>
        <w:t>:</w:t>
      </w:r>
      <w:r w:rsidRPr="0000691D">
        <w:rPr>
          <w:rFonts w:cs="B Mitra" w:hint="cs"/>
          <w:sz w:val="28"/>
          <w:szCs w:val="28"/>
          <w:rtl/>
        </w:rPr>
        <w:t xml:space="preserve"> «</w:t>
      </w:r>
      <w:r w:rsidRPr="0000691D">
        <w:rPr>
          <w:rFonts w:cs="B Mitra" w:hint="eastAsia"/>
          <w:sz w:val="28"/>
          <w:szCs w:val="28"/>
          <w:rtl/>
        </w:rPr>
        <w:t>آقا،</w:t>
      </w:r>
      <w:r w:rsidRPr="0000691D">
        <w:rPr>
          <w:rFonts w:cs="B Mitra"/>
          <w:sz w:val="28"/>
          <w:szCs w:val="28"/>
          <w:rtl/>
        </w:rPr>
        <w:t xml:space="preserve"> ببخش</w:t>
      </w:r>
      <w:r w:rsidRPr="0000691D">
        <w:rPr>
          <w:rFonts w:cs="B Mitra" w:hint="cs"/>
          <w:sz w:val="28"/>
          <w:szCs w:val="28"/>
          <w:rtl/>
        </w:rPr>
        <w:t>ی</w:t>
      </w:r>
      <w:r w:rsidRPr="0000691D">
        <w:rPr>
          <w:rFonts w:cs="B Mitra" w:hint="eastAsia"/>
          <w:sz w:val="28"/>
          <w:szCs w:val="28"/>
          <w:rtl/>
        </w:rPr>
        <w:t>د</w:t>
      </w:r>
      <w:r w:rsidRPr="0000691D">
        <w:rPr>
          <w:rFonts w:cs="B Mitra"/>
          <w:sz w:val="28"/>
          <w:szCs w:val="28"/>
        </w:rPr>
        <w:t>...</w:t>
      </w:r>
      <w:r w:rsidRPr="0000691D">
        <w:rPr>
          <w:rFonts w:cs="B Mitra" w:hint="cs"/>
          <w:sz w:val="28"/>
          <w:szCs w:val="28"/>
          <w:rtl/>
        </w:rPr>
        <w:t>»</w:t>
      </w:r>
    </w:p>
    <w:p w:rsidR="0032708A" w:rsidRPr="0000691D" w:rsidRDefault="0032708A" w:rsidP="0000691D">
      <w:pPr>
        <w:bidi/>
        <w:spacing w:line="360" w:lineRule="auto"/>
        <w:jc w:val="both"/>
        <w:rPr>
          <w:rFonts w:cs="B Mitra"/>
          <w:sz w:val="28"/>
          <w:szCs w:val="28"/>
        </w:rPr>
      </w:pPr>
      <w:r w:rsidRPr="0000691D">
        <w:rPr>
          <w:rFonts w:cs="B Mitra" w:hint="eastAsia"/>
          <w:sz w:val="28"/>
          <w:szCs w:val="28"/>
          <w:rtl/>
        </w:rPr>
        <w:t>من</w:t>
      </w:r>
      <w:r w:rsidRPr="0000691D">
        <w:rPr>
          <w:rFonts w:cs="B Mitra"/>
          <w:sz w:val="28"/>
          <w:szCs w:val="28"/>
          <w:rtl/>
        </w:rPr>
        <w:t xml:space="preserve"> ا</w:t>
      </w:r>
      <w:r w:rsidRPr="0000691D">
        <w:rPr>
          <w:rFonts w:cs="B Mitra" w:hint="cs"/>
          <w:sz w:val="28"/>
          <w:szCs w:val="28"/>
          <w:rtl/>
        </w:rPr>
        <w:t>ی</w:t>
      </w:r>
      <w:r w:rsidRPr="0000691D">
        <w:rPr>
          <w:rFonts w:cs="B Mitra" w:hint="eastAsia"/>
          <w:sz w:val="28"/>
          <w:szCs w:val="28"/>
          <w:rtl/>
        </w:rPr>
        <w:t>ستادم</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اما</w:t>
      </w:r>
      <w:r w:rsidRPr="0000691D">
        <w:rPr>
          <w:rFonts w:cs="B Mitra"/>
          <w:sz w:val="28"/>
          <w:szCs w:val="28"/>
          <w:rtl/>
        </w:rPr>
        <w:t xml:space="preserve"> او چ</w:t>
      </w:r>
      <w:r w:rsidRPr="0000691D">
        <w:rPr>
          <w:rFonts w:cs="B Mitra" w:hint="cs"/>
          <w:sz w:val="28"/>
          <w:szCs w:val="28"/>
          <w:rtl/>
        </w:rPr>
        <w:t>ی</w:t>
      </w:r>
      <w:r w:rsidRPr="0000691D">
        <w:rPr>
          <w:rFonts w:cs="B Mitra" w:hint="eastAsia"/>
          <w:sz w:val="28"/>
          <w:szCs w:val="28"/>
          <w:rtl/>
        </w:rPr>
        <w:t>ز</w:t>
      </w:r>
      <w:r w:rsidRPr="0000691D">
        <w:rPr>
          <w:rFonts w:cs="B Mitra" w:hint="cs"/>
          <w:sz w:val="28"/>
          <w:szCs w:val="28"/>
          <w:rtl/>
        </w:rPr>
        <w:t>ی</w:t>
      </w:r>
      <w:r w:rsidRPr="0000691D">
        <w:rPr>
          <w:rFonts w:cs="B Mitra"/>
          <w:sz w:val="28"/>
          <w:szCs w:val="28"/>
          <w:rtl/>
        </w:rPr>
        <w:t xml:space="preserve"> نگفت</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فقط</w:t>
      </w:r>
      <w:r w:rsidRPr="0000691D">
        <w:rPr>
          <w:rFonts w:cs="B Mitra"/>
          <w:sz w:val="28"/>
          <w:szCs w:val="28"/>
          <w:rtl/>
        </w:rPr>
        <w:t xml:space="preserve"> نسخه را پا</w:t>
      </w:r>
      <w:r w:rsidRPr="0000691D">
        <w:rPr>
          <w:rFonts w:cs="B Mitra" w:hint="cs"/>
          <w:sz w:val="28"/>
          <w:szCs w:val="28"/>
          <w:rtl/>
        </w:rPr>
        <w:t>یی</w:t>
      </w:r>
      <w:r w:rsidRPr="0000691D">
        <w:rPr>
          <w:rFonts w:cs="B Mitra" w:hint="eastAsia"/>
          <w:sz w:val="28"/>
          <w:szCs w:val="28"/>
          <w:rtl/>
        </w:rPr>
        <w:t>ن</w:t>
      </w:r>
      <w:r w:rsidRPr="0000691D">
        <w:rPr>
          <w:rFonts w:cs="B Mitra"/>
          <w:sz w:val="28"/>
          <w:szCs w:val="28"/>
          <w:rtl/>
        </w:rPr>
        <w:t xml:space="preserve"> آورد</w:t>
      </w:r>
      <w:r w:rsidRPr="0000691D">
        <w:rPr>
          <w:rFonts w:cs="B Mitra"/>
          <w:sz w:val="28"/>
          <w:szCs w:val="28"/>
        </w:rPr>
        <w:t xml:space="preserve"> </w:t>
      </w:r>
      <w:r w:rsidRPr="0000691D">
        <w:rPr>
          <w:rFonts w:cs="B Mitra"/>
          <w:sz w:val="28"/>
          <w:szCs w:val="28"/>
          <w:rtl/>
        </w:rPr>
        <w:t>و</w:t>
      </w:r>
      <w:r w:rsidRPr="0000691D">
        <w:rPr>
          <w:rFonts w:cs="B Mitra"/>
          <w:sz w:val="28"/>
          <w:szCs w:val="28"/>
        </w:rPr>
        <w:t xml:space="preserve"> </w:t>
      </w:r>
      <w:r w:rsidRPr="0000691D">
        <w:rPr>
          <w:rFonts w:cs="B Mitra"/>
          <w:sz w:val="28"/>
          <w:szCs w:val="28"/>
          <w:rtl/>
        </w:rPr>
        <w:t>من فهم</w:t>
      </w:r>
      <w:r w:rsidRPr="0000691D">
        <w:rPr>
          <w:rFonts w:cs="B Mitra" w:hint="cs"/>
          <w:sz w:val="28"/>
          <w:szCs w:val="28"/>
          <w:rtl/>
        </w:rPr>
        <w:t>ی</w:t>
      </w:r>
      <w:r w:rsidRPr="0000691D">
        <w:rPr>
          <w:rFonts w:cs="B Mitra" w:hint="eastAsia"/>
          <w:sz w:val="28"/>
          <w:szCs w:val="28"/>
          <w:rtl/>
        </w:rPr>
        <w:t>دم</w:t>
      </w:r>
      <w:r w:rsidRPr="0000691D">
        <w:rPr>
          <w:rFonts w:cs="B Mitra"/>
          <w:sz w:val="28"/>
          <w:szCs w:val="28"/>
          <w:rtl/>
        </w:rPr>
        <w:t xml:space="preserve"> بعض</w:t>
      </w:r>
      <w:r w:rsidRPr="0000691D">
        <w:rPr>
          <w:rFonts w:cs="B Mitra" w:hint="cs"/>
          <w:sz w:val="28"/>
          <w:szCs w:val="28"/>
          <w:rtl/>
        </w:rPr>
        <w:t>ی</w:t>
      </w:r>
      <w:r w:rsidRPr="0000691D">
        <w:rPr>
          <w:rFonts w:cs="B Mitra"/>
          <w:sz w:val="28"/>
          <w:szCs w:val="28"/>
          <w:rtl/>
        </w:rPr>
        <w:t xml:space="preserve"> روزها، آدم نم</w:t>
      </w:r>
      <w:r w:rsidRPr="0000691D">
        <w:rPr>
          <w:rFonts w:cs="B Mitra" w:hint="cs"/>
          <w:sz w:val="28"/>
          <w:szCs w:val="28"/>
          <w:rtl/>
        </w:rPr>
        <w:t>ی‌</w:t>
      </w:r>
      <w:r w:rsidRPr="0000691D">
        <w:rPr>
          <w:rFonts w:cs="B Mitra" w:hint="eastAsia"/>
          <w:sz w:val="28"/>
          <w:szCs w:val="28"/>
          <w:rtl/>
        </w:rPr>
        <w:t>تواند</w:t>
      </w:r>
      <w:r w:rsidRPr="0000691D">
        <w:rPr>
          <w:rFonts w:cs="B Mitra"/>
          <w:sz w:val="28"/>
          <w:szCs w:val="28"/>
          <w:rtl/>
        </w:rPr>
        <w:t xml:space="preserve"> همه را نجات بدهد</w:t>
      </w:r>
      <w:r w:rsidRPr="0000691D">
        <w:rPr>
          <w:rFonts w:cs="B Mitra"/>
          <w:sz w:val="28"/>
          <w:szCs w:val="28"/>
        </w:rPr>
        <w:t>.</w:t>
      </w:r>
      <w:r w:rsidRPr="0000691D">
        <w:rPr>
          <w:rFonts w:cs="B Mitra" w:hint="cs"/>
          <w:sz w:val="28"/>
          <w:szCs w:val="28"/>
          <w:rtl/>
        </w:rPr>
        <w:t xml:space="preserve"> </w:t>
      </w:r>
      <w:r w:rsidRPr="0000691D">
        <w:rPr>
          <w:rFonts w:cs="B Mitra" w:hint="eastAsia"/>
          <w:sz w:val="28"/>
          <w:szCs w:val="28"/>
          <w:rtl/>
        </w:rPr>
        <w:t>فقط</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تواند</w:t>
      </w:r>
      <w:r w:rsidRPr="0000691D">
        <w:rPr>
          <w:rFonts w:cs="B Mitra"/>
          <w:sz w:val="28"/>
          <w:szCs w:val="28"/>
          <w:rtl/>
        </w:rPr>
        <w:t xml:space="preserve"> تصم</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بگ</w:t>
      </w:r>
      <w:r w:rsidRPr="0000691D">
        <w:rPr>
          <w:rFonts w:cs="B Mitra" w:hint="cs"/>
          <w:sz w:val="28"/>
          <w:szCs w:val="28"/>
          <w:rtl/>
        </w:rPr>
        <w:t>ی</w:t>
      </w:r>
      <w:r w:rsidRPr="0000691D">
        <w:rPr>
          <w:rFonts w:cs="B Mitra" w:hint="eastAsia"/>
          <w:sz w:val="28"/>
          <w:szCs w:val="28"/>
          <w:rtl/>
        </w:rPr>
        <w:t>رد</w:t>
      </w:r>
      <w:r w:rsidRPr="0000691D">
        <w:rPr>
          <w:rFonts w:cs="B Mitra"/>
          <w:sz w:val="28"/>
          <w:szCs w:val="28"/>
          <w:rtl/>
        </w:rPr>
        <w:t xml:space="preserve"> امروز، نوبت کدام آدم است</w:t>
      </w:r>
      <w:r w:rsidRPr="0000691D">
        <w:rPr>
          <w:rFonts w:cs="B Mitra"/>
          <w:sz w:val="28"/>
          <w:szCs w:val="28"/>
        </w:rPr>
        <w:t>.</w:t>
      </w:r>
    </w:p>
    <w:p w:rsidR="0032708A" w:rsidRPr="0000691D" w:rsidRDefault="0032708A" w:rsidP="0000691D">
      <w:pPr>
        <w:spacing w:line="360" w:lineRule="auto"/>
        <w:jc w:val="both"/>
        <w:rPr>
          <w:rFonts w:cs="B Mitra"/>
          <w:sz w:val="28"/>
          <w:szCs w:val="28"/>
          <w:rtl/>
        </w:rPr>
      </w:pPr>
    </w:p>
    <w:p w:rsidR="00062F7C" w:rsidRPr="003018F8" w:rsidRDefault="00062F7C" w:rsidP="003018F8">
      <w:pPr>
        <w:pStyle w:val="Heading2"/>
        <w:bidi/>
        <w:rPr>
          <w:rFonts w:cs="B Mitra"/>
          <w:color w:val="4472C4" w:themeColor="accent5"/>
          <w:sz w:val="32"/>
          <w:szCs w:val="32"/>
          <w:rtl/>
        </w:rPr>
      </w:pPr>
      <w:bookmarkStart w:id="61" w:name="_Toc243400567"/>
      <w:r w:rsidRPr="003018F8">
        <w:rPr>
          <w:rFonts w:cs="B Mitra"/>
          <w:color w:val="4472C4" w:themeColor="accent5"/>
          <w:sz w:val="32"/>
          <w:szCs w:val="32"/>
          <w:rtl/>
        </w:rPr>
        <w:t>به قلم شما</w:t>
      </w:r>
      <w:bookmarkEnd w:id="61"/>
    </w:p>
    <w:p w:rsidR="00062F7C" w:rsidRPr="0000691D" w:rsidRDefault="00062F7C" w:rsidP="0000691D">
      <w:pPr>
        <w:bidi/>
        <w:spacing w:line="360" w:lineRule="auto"/>
        <w:jc w:val="both"/>
        <w:rPr>
          <w:rFonts w:cs="B Mitra"/>
          <w:b/>
          <w:bCs/>
          <w:sz w:val="28"/>
          <w:szCs w:val="28"/>
          <w:rtl/>
        </w:rPr>
      </w:pPr>
      <w:r w:rsidRPr="0000691D">
        <w:rPr>
          <w:rFonts w:cs="B Mitra" w:hint="cs"/>
          <w:b/>
          <w:bCs/>
          <w:sz w:val="28"/>
          <w:szCs w:val="28"/>
          <w:rtl/>
        </w:rPr>
        <w:t>بهروز نبی‌زاده (مهاجر)</w:t>
      </w:r>
    </w:p>
    <w:p w:rsidR="00062F7C" w:rsidRDefault="00062F7C" w:rsidP="0000691D">
      <w:pPr>
        <w:bidi/>
        <w:spacing w:line="360" w:lineRule="auto"/>
        <w:jc w:val="both"/>
        <w:rPr>
          <w:rFonts w:cs="B Mitra"/>
          <w:sz w:val="28"/>
          <w:szCs w:val="28"/>
        </w:rPr>
      </w:pPr>
      <w:r w:rsidRPr="0000691D">
        <w:rPr>
          <w:rFonts w:cs="B Mitra"/>
          <w:sz w:val="28"/>
          <w:szCs w:val="28"/>
          <w:rtl/>
        </w:rPr>
        <w:t xml:space="preserve">در این </w:t>
      </w:r>
      <w:r w:rsidRPr="0000691D">
        <w:rPr>
          <w:rFonts w:cs="B Mitra" w:hint="cs"/>
          <w:sz w:val="28"/>
          <w:szCs w:val="28"/>
          <w:rtl/>
        </w:rPr>
        <w:t>بخش</w:t>
      </w:r>
      <w:r w:rsidRPr="0000691D">
        <w:rPr>
          <w:rFonts w:cs="B Mitra"/>
          <w:sz w:val="28"/>
          <w:szCs w:val="28"/>
          <w:rtl/>
        </w:rPr>
        <w:t xml:space="preserve">، دو غزل از </w:t>
      </w:r>
      <w:r w:rsidRPr="0000691D">
        <w:rPr>
          <w:rFonts w:cs="B Mitra"/>
          <w:b/>
          <w:bCs/>
          <w:sz w:val="28"/>
          <w:szCs w:val="28"/>
          <w:rtl/>
        </w:rPr>
        <w:t>بهروز نبی‌زاده (مهاجر)</w:t>
      </w:r>
      <w:r w:rsidRPr="0000691D">
        <w:rPr>
          <w:rFonts w:cs="B Mitra"/>
          <w:sz w:val="28"/>
          <w:szCs w:val="28"/>
          <w:rtl/>
        </w:rPr>
        <w:t xml:space="preserve"> را می‌خوانیم؛ غزل‌هایی با حال‌وهوایی عاطفی و اجتماعی که از دلتنگی، دوری، عشق و اندوه‌های انسانی سخن می‌گویند</w:t>
      </w:r>
      <w:r w:rsidRPr="0000691D">
        <w:rPr>
          <w:rFonts w:cs="B Mitra" w:hint="cs"/>
          <w:sz w:val="28"/>
          <w:szCs w:val="28"/>
          <w:rtl/>
        </w:rPr>
        <w:t>.</w:t>
      </w:r>
    </w:p>
    <w:p w:rsidR="004F24A7" w:rsidRDefault="004F24A7" w:rsidP="004F24A7">
      <w:pPr>
        <w:bidi/>
        <w:spacing w:line="360" w:lineRule="auto"/>
        <w:jc w:val="both"/>
        <w:rPr>
          <w:rFonts w:cs="B Mitra"/>
          <w:sz w:val="28"/>
          <w:szCs w:val="28"/>
        </w:rPr>
      </w:pPr>
    </w:p>
    <w:p w:rsidR="00D94002" w:rsidRPr="0000691D" w:rsidRDefault="00D94002" w:rsidP="00D94002">
      <w:pPr>
        <w:bidi/>
        <w:spacing w:line="360" w:lineRule="auto"/>
        <w:jc w:val="center"/>
        <w:rPr>
          <w:rFonts w:cs="B Mitra"/>
          <w:sz w:val="28"/>
          <w:szCs w:val="28"/>
          <w:rtl/>
        </w:rPr>
      </w:pPr>
      <w:r>
        <w:rPr>
          <w:rFonts w:cs="B Mitra"/>
          <w:noProof/>
          <w:sz w:val="28"/>
          <w:szCs w:val="28"/>
          <w:rtl/>
        </w:rPr>
        <w:drawing>
          <wp:inline distT="0" distB="0" distL="0" distR="0">
            <wp:extent cx="1468407" cy="1581150"/>
            <wp:effectExtent l="152400" t="152400" r="360680" b="3619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غزل‌هایی با حال‌وهوایی عاطفی.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475431" cy="1588714"/>
                    </a:xfrm>
                    <a:prstGeom prst="rect">
                      <a:avLst/>
                    </a:prstGeom>
                    <a:ln>
                      <a:noFill/>
                    </a:ln>
                    <a:effectLst>
                      <a:outerShdw blurRad="292100" dist="139700" dir="2700000" algn="tl" rotWithShape="0">
                        <a:srgbClr val="333333">
                          <a:alpha val="65000"/>
                        </a:srgbClr>
                      </a:outerShdw>
                    </a:effectLst>
                  </pic:spPr>
                </pic:pic>
              </a:graphicData>
            </a:graphic>
          </wp:inline>
        </w:drawing>
      </w:r>
    </w:p>
    <w:p w:rsidR="00062F7C" w:rsidRPr="0000691D" w:rsidRDefault="00062F7C" w:rsidP="0000691D">
      <w:pPr>
        <w:bidi/>
        <w:spacing w:line="360" w:lineRule="auto"/>
        <w:jc w:val="both"/>
        <w:rPr>
          <w:rFonts w:cs="B Mitra"/>
          <w:sz w:val="28"/>
          <w:szCs w:val="28"/>
        </w:rPr>
      </w:pPr>
      <w:r w:rsidRPr="0000691D">
        <w:rPr>
          <w:rFonts w:cs="B Mitra"/>
          <w:sz w:val="28"/>
          <w:szCs w:val="28"/>
          <w:rtl/>
        </w:rPr>
        <w:lastRenderedPageBreak/>
        <w:t>امشب غزل</w:t>
      </w:r>
      <w:r w:rsidRPr="0000691D">
        <w:rPr>
          <w:rFonts w:cs="B Mitra" w:hint="cs"/>
          <w:sz w:val="28"/>
          <w:szCs w:val="28"/>
          <w:rtl/>
        </w:rPr>
        <w:t>ی</w:t>
      </w:r>
      <w:r w:rsidRPr="0000691D">
        <w:rPr>
          <w:rFonts w:cs="B Mitra"/>
          <w:sz w:val="28"/>
          <w:szCs w:val="28"/>
          <w:rtl/>
        </w:rPr>
        <w:t xml:space="preserve"> گفتم در حسرت </w:t>
      </w:r>
      <w:r w:rsidRPr="0000691D">
        <w:rPr>
          <w:rFonts w:cs="B Mitra" w:hint="cs"/>
          <w:sz w:val="28"/>
          <w:szCs w:val="28"/>
          <w:rtl/>
        </w:rPr>
        <w:t>ی</w:t>
      </w:r>
      <w:r w:rsidRPr="0000691D">
        <w:rPr>
          <w:rFonts w:cs="B Mitra" w:hint="eastAsia"/>
          <w:sz w:val="28"/>
          <w:szCs w:val="28"/>
          <w:rtl/>
        </w:rPr>
        <w:t>ار</w:t>
      </w:r>
      <w:r w:rsidRPr="0000691D">
        <w:rPr>
          <w:rFonts w:cs="B Mitra"/>
          <w:sz w:val="28"/>
          <w:szCs w:val="28"/>
          <w:rtl/>
        </w:rPr>
        <w:t xml:space="preserve"> خود</w:t>
      </w:r>
      <w:r w:rsidRPr="0000691D">
        <w:rPr>
          <w:rFonts w:cs="B Mitra"/>
          <w:sz w:val="28"/>
          <w:szCs w:val="28"/>
        </w:rPr>
        <w:t xml:space="preserve"> </w:t>
      </w:r>
    </w:p>
    <w:p w:rsidR="00062F7C" w:rsidRPr="0000691D" w:rsidRDefault="00062F7C" w:rsidP="0000691D">
      <w:pPr>
        <w:bidi/>
        <w:spacing w:line="360" w:lineRule="auto"/>
        <w:jc w:val="both"/>
        <w:rPr>
          <w:rFonts w:cs="B Mitra"/>
          <w:sz w:val="28"/>
          <w:szCs w:val="28"/>
        </w:rPr>
      </w:pPr>
      <w:r w:rsidRPr="0000691D">
        <w:rPr>
          <w:rFonts w:cs="B Mitra" w:hint="eastAsia"/>
          <w:sz w:val="28"/>
          <w:szCs w:val="28"/>
          <w:rtl/>
        </w:rPr>
        <w:t>در</w:t>
      </w:r>
      <w:r w:rsidRPr="0000691D">
        <w:rPr>
          <w:rFonts w:cs="B Mitra"/>
          <w:sz w:val="28"/>
          <w:szCs w:val="28"/>
          <w:rtl/>
        </w:rPr>
        <w:t xml:space="preserve"> حسرت رخسار چون ماه نگار خود</w:t>
      </w:r>
    </w:p>
    <w:p w:rsidR="00062F7C" w:rsidRPr="0000691D" w:rsidRDefault="00062F7C" w:rsidP="0000691D">
      <w:pPr>
        <w:bidi/>
        <w:spacing w:line="360" w:lineRule="auto"/>
        <w:jc w:val="both"/>
        <w:rPr>
          <w:rFonts w:cs="B Mitra"/>
          <w:sz w:val="28"/>
          <w:szCs w:val="28"/>
        </w:rPr>
      </w:pPr>
    </w:p>
    <w:p w:rsidR="00062F7C" w:rsidRPr="0000691D" w:rsidRDefault="00062F7C" w:rsidP="0000691D">
      <w:pPr>
        <w:bidi/>
        <w:spacing w:line="360" w:lineRule="auto"/>
        <w:jc w:val="both"/>
        <w:rPr>
          <w:rFonts w:cs="B Mitra"/>
          <w:sz w:val="28"/>
          <w:szCs w:val="28"/>
        </w:rPr>
      </w:pPr>
      <w:r w:rsidRPr="0000691D">
        <w:rPr>
          <w:rFonts w:cs="B Mitra" w:hint="eastAsia"/>
          <w:sz w:val="28"/>
          <w:szCs w:val="28"/>
          <w:rtl/>
        </w:rPr>
        <w:t>در</w:t>
      </w:r>
      <w:r w:rsidRPr="0000691D">
        <w:rPr>
          <w:rFonts w:cs="B Mitra"/>
          <w:sz w:val="28"/>
          <w:szCs w:val="28"/>
          <w:rtl/>
        </w:rPr>
        <w:t xml:space="preserve"> اوج خ</w:t>
      </w:r>
      <w:r w:rsidRPr="0000691D">
        <w:rPr>
          <w:rFonts w:cs="B Mitra" w:hint="cs"/>
          <w:sz w:val="28"/>
          <w:szCs w:val="28"/>
          <w:rtl/>
        </w:rPr>
        <w:t>ی</w:t>
      </w:r>
      <w:r w:rsidRPr="0000691D">
        <w:rPr>
          <w:rFonts w:cs="B Mitra" w:hint="eastAsia"/>
          <w:sz w:val="28"/>
          <w:szCs w:val="28"/>
          <w:rtl/>
        </w:rPr>
        <w:t>ال</w:t>
      </w:r>
      <w:r w:rsidRPr="0000691D">
        <w:rPr>
          <w:rFonts w:cs="B Mitra"/>
          <w:sz w:val="28"/>
          <w:szCs w:val="28"/>
          <w:rtl/>
        </w:rPr>
        <w:t xml:space="preserve"> امشب رفتم به سر کو</w:t>
      </w:r>
      <w:r w:rsidRPr="0000691D">
        <w:rPr>
          <w:rFonts w:cs="B Mitra" w:hint="cs"/>
          <w:sz w:val="28"/>
          <w:szCs w:val="28"/>
          <w:rtl/>
        </w:rPr>
        <w:t>ی</w:t>
      </w:r>
      <w:r w:rsidRPr="0000691D">
        <w:rPr>
          <w:rFonts w:cs="B Mitra" w:hint="eastAsia"/>
          <w:sz w:val="28"/>
          <w:szCs w:val="28"/>
          <w:rtl/>
        </w:rPr>
        <w:t>ش</w:t>
      </w:r>
    </w:p>
    <w:p w:rsidR="00062F7C" w:rsidRPr="0000691D" w:rsidRDefault="00062F7C" w:rsidP="0000691D">
      <w:pPr>
        <w:bidi/>
        <w:spacing w:line="360" w:lineRule="auto"/>
        <w:jc w:val="both"/>
        <w:rPr>
          <w:rFonts w:cs="B Mitra"/>
          <w:sz w:val="28"/>
          <w:szCs w:val="28"/>
        </w:rPr>
      </w:pPr>
      <w:r w:rsidRPr="0000691D">
        <w:rPr>
          <w:rFonts w:cs="B Mitra" w:hint="eastAsia"/>
          <w:sz w:val="28"/>
          <w:szCs w:val="28"/>
          <w:rtl/>
        </w:rPr>
        <w:t>آواره</w:t>
      </w:r>
      <w:r w:rsidRPr="0000691D">
        <w:rPr>
          <w:rFonts w:cs="B Mitra"/>
          <w:sz w:val="28"/>
          <w:szCs w:val="28"/>
          <w:rtl/>
        </w:rPr>
        <w:t xml:space="preserve"> شدم امشب از شهر و د</w:t>
      </w:r>
      <w:r w:rsidRPr="0000691D">
        <w:rPr>
          <w:rFonts w:cs="B Mitra" w:hint="cs"/>
          <w:sz w:val="28"/>
          <w:szCs w:val="28"/>
          <w:rtl/>
        </w:rPr>
        <w:t>ی</w:t>
      </w:r>
      <w:r w:rsidRPr="0000691D">
        <w:rPr>
          <w:rFonts w:cs="B Mitra" w:hint="eastAsia"/>
          <w:sz w:val="28"/>
          <w:szCs w:val="28"/>
          <w:rtl/>
        </w:rPr>
        <w:t>ار</w:t>
      </w:r>
      <w:r w:rsidRPr="0000691D">
        <w:rPr>
          <w:rFonts w:cs="B Mitra"/>
          <w:sz w:val="28"/>
          <w:szCs w:val="28"/>
          <w:rtl/>
        </w:rPr>
        <w:t xml:space="preserve"> خود</w:t>
      </w:r>
    </w:p>
    <w:p w:rsidR="00062F7C" w:rsidRPr="0000691D" w:rsidRDefault="00062F7C" w:rsidP="0000691D">
      <w:pPr>
        <w:bidi/>
        <w:spacing w:line="360" w:lineRule="auto"/>
        <w:jc w:val="both"/>
        <w:rPr>
          <w:rFonts w:cs="B Mitra"/>
          <w:sz w:val="28"/>
          <w:szCs w:val="28"/>
        </w:rPr>
      </w:pPr>
    </w:p>
    <w:p w:rsidR="00062F7C" w:rsidRPr="0000691D" w:rsidRDefault="00062F7C" w:rsidP="0000691D">
      <w:pPr>
        <w:bidi/>
        <w:spacing w:line="360" w:lineRule="auto"/>
        <w:jc w:val="both"/>
        <w:rPr>
          <w:rFonts w:cs="B Mitra"/>
          <w:sz w:val="28"/>
          <w:szCs w:val="28"/>
        </w:rPr>
      </w:pPr>
      <w:r w:rsidRPr="0000691D">
        <w:rPr>
          <w:rFonts w:cs="B Mitra" w:hint="eastAsia"/>
          <w:sz w:val="28"/>
          <w:szCs w:val="28"/>
          <w:rtl/>
        </w:rPr>
        <w:t>از</w:t>
      </w:r>
      <w:r w:rsidRPr="0000691D">
        <w:rPr>
          <w:rFonts w:cs="B Mitra"/>
          <w:sz w:val="28"/>
          <w:szCs w:val="28"/>
          <w:rtl/>
        </w:rPr>
        <w:t xml:space="preserve"> دور</w:t>
      </w:r>
      <w:r w:rsidRPr="0000691D">
        <w:rPr>
          <w:rFonts w:cs="B Mitra" w:hint="cs"/>
          <w:sz w:val="28"/>
          <w:szCs w:val="28"/>
          <w:rtl/>
        </w:rPr>
        <w:t>ی</w:t>
      </w:r>
      <w:r w:rsidRPr="0000691D">
        <w:rPr>
          <w:rFonts w:cs="B Mitra"/>
          <w:sz w:val="28"/>
          <w:szCs w:val="28"/>
          <w:rtl/>
        </w:rPr>
        <w:t xml:space="preserve"> او امشب م</w:t>
      </w:r>
      <w:r w:rsidRPr="0000691D">
        <w:rPr>
          <w:rFonts w:cs="B Mitra" w:hint="cs"/>
          <w:sz w:val="28"/>
          <w:szCs w:val="28"/>
          <w:rtl/>
        </w:rPr>
        <w:t>ی‌</w:t>
      </w:r>
      <w:r w:rsidRPr="0000691D">
        <w:rPr>
          <w:rFonts w:cs="B Mitra" w:hint="eastAsia"/>
          <w:sz w:val="28"/>
          <w:szCs w:val="28"/>
          <w:rtl/>
        </w:rPr>
        <w:t>سوزم</w:t>
      </w:r>
      <w:r w:rsidRPr="0000691D">
        <w:rPr>
          <w:rFonts w:cs="B Mitra"/>
          <w:sz w:val="28"/>
          <w:szCs w:val="28"/>
          <w:rtl/>
        </w:rPr>
        <w:t xml:space="preserve"> و م</w:t>
      </w:r>
      <w:r w:rsidRPr="0000691D">
        <w:rPr>
          <w:rFonts w:cs="B Mitra" w:hint="cs"/>
          <w:sz w:val="28"/>
          <w:szCs w:val="28"/>
          <w:rtl/>
        </w:rPr>
        <w:t>ی‌</w:t>
      </w:r>
      <w:r w:rsidRPr="0000691D">
        <w:rPr>
          <w:rFonts w:cs="B Mitra" w:hint="eastAsia"/>
          <w:sz w:val="28"/>
          <w:szCs w:val="28"/>
          <w:rtl/>
        </w:rPr>
        <w:t>گر</w:t>
      </w:r>
      <w:r w:rsidRPr="0000691D">
        <w:rPr>
          <w:rFonts w:cs="B Mitra" w:hint="cs"/>
          <w:sz w:val="28"/>
          <w:szCs w:val="28"/>
          <w:rtl/>
        </w:rPr>
        <w:t>ی</w:t>
      </w:r>
      <w:r w:rsidRPr="0000691D">
        <w:rPr>
          <w:rFonts w:cs="B Mitra" w:hint="eastAsia"/>
          <w:sz w:val="28"/>
          <w:szCs w:val="28"/>
          <w:rtl/>
        </w:rPr>
        <w:t>م</w:t>
      </w:r>
    </w:p>
    <w:p w:rsidR="00062F7C" w:rsidRPr="0000691D" w:rsidRDefault="00062F7C" w:rsidP="0000691D">
      <w:pPr>
        <w:bidi/>
        <w:spacing w:line="360" w:lineRule="auto"/>
        <w:jc w:val="both"/>
        <w:rPr>
          <w:rFonts w:cs="B Mitra"/>
          <w:sz w:val="28"/>
          <w:szCs w:val="28"/>
        </w:rPr>
      </w:pPr>
      <w:r w:rsidRPr="0000691D">
        <w:rPr>
          <w:rFonts w:cs="B Mitra" w:hint="eastAsia"/>
          <w:sz w:val="28"/>
          <w:szCs w:val="28"/>
          <w:rtl/>
        </w:rPr>
        <w:t>س</w:t>
      </w:r>
      <w:r w:rsidRPr="0000691D">
        <w:rPr>
          <w:rFonts w:cs="B Mitra" w:hint="cs"/>
          <w:sz w:val="28"/>
          <w:szCs w:val="28"/>
          <w:rtl/>
        </w:rPr>
        <w:t>ی</w:t>
      </w:r>
      <w:r w:rsidRPr="0000691D">
        <w:rPr>
          <w:rFonts w:cs="B Mitra" w:hint="eastAsia"/>
          <w:sz w:val="28"/>
          <w:szCs w:val="28"/>
          <w:rtl/>
        </w:rPr>
        <w:t>ل</w:t>
      </w:r>
      <w:r w:rsidRPr="0000691D">
        <w:rPr>
          <w:rFonts w:cs="B Mitra" w:hint="cs"/>
          <w:sz w:val="28"/>
          <w:szCs w:val="28"/>
          <w:rtl/>
        </w:rPr>
        <w:t>ی</w:t>
      </w:r>
      <w:r w:rsidRPr="0000691D">
        <w:rPr>
          <w:rFonts w:cs="B Mitra"/>
          <w:sz w:val="28"/>
          <w:szCs w:val="28"/>
          <w:rtl/>
        </w:rPr>
        <w:t xml:space="preserve"> شده از اشکم جار</w:t>
      </w:r>
      <w:r w:rsidRPr="0000691D">
        <w:rPr>
          <w:rFonts w:cs="B Mitra" w:hint="cs"/>
          <w:sz w:val="28"/>
          <w:szCs w:val="28"/>
          <w:rtl/>
        </w:rPr>
        <w:t>ی</w:t>
      </w:r>
      <w:r w:rsidRPr="0000691D">
        <w:rPr>
          <w:rFonts w:cs="B Mitra"/>
          <w:sz w:val="28"/>
          <w:szCs w:val="28"/>
          <w:rtl/>
        </w:rPr>
        <w:t xml:space="preserve"> به کنار خود</w:t>
      </w:r>
    </w:p>
    <w:p w:rsidR="00062F7C" w:rsidRPr="0000691D" w:rsidRDefault="00062F7C" w:rsidP="0000691D">
      <w:pPr>
        <w:bidi/>
        <w:spacing w:line="360" w:lineRule="auto"/>
        <w:jc w:val="both"/>
        <w:rPr>
          <w:rFonts w:cs="B Mitra"/>
          <w:sz w:val="28"/>
          <w:szCs w:val="28"/>
        </w:rPr>
      </w:pPr>
    </w:p>
    <w:p w:rsidR="00062F7C" w:rsidRPr="0000691D" w:rsidRDefault="00062F7C" w:rsidP="0000691D">
      <w:pPr>
        <w:bidi/>
        <w:spacing w:line="360" w:lineRule="auto"/>
        <w:jc w:val="both"/>
        <w:rPr>
          <w:rFonts w:cs="B Mitra"/>
          <w:sz w:val="28"/>
          <w:szCs w:val="28"/>
        </w:rPr>
      </w:pPr>
      <w:r w:rsidRPr="0000691D">
        <w:rPr>
          <w:rFonts w:cs="B Mitra" w:hint="eastAsia"/>
          <w:sz w:val="28"/>
          <w:szCs w:val="28"/>
          <w:rtl/>
        </w:rPr>
        <w:t>با</w:t>
      </w:r>
      <w:r w:rsidRPr="0000691D">
        <w:rPr>
          <w:rFonts w:cs="B Mitra"/>
          <w:sz w:val="28"/>
          <w:szCs w:val="28"/>
          <w:rtl/>
        </w:rPr>
        <w:t xml:space="preserve"> ناله ن</w:t>
      </w:r>
      <w:r w:rsidRPr="0000691D">
        <w:rPr>
          <w:rFonts w:cs="B Mitra" w:hint="cs"/>
          <w:sz w:val="28"/>
          <w:szCs w:val="28"/>
          <w:rtl/>
        </w:rPr>
        <w:t>ی</w:t>
      </w:r>
      <w:r w:rsidRPr="0000691D">
        <w:rPr>
          <w:rFonts w:cs="B Mitra"/>
          <w:sz w:val="28"/>
          <w:szCs w:val="28"/>
          <w:rtl/>
        </w:rPr>
        <w:t xml:space="preserve"> امشب نال</w:t>
      </w:r>
      <w:r w:rsidRPr="0000691D">
        <w:rPr>
          <w:rFonts w:cs="B Mitra" w:hint="cs"/>
          <w:sz w:val="28"/>
          <w:szCs w:val="28"/>
          <w:rtl/>
        </w:rPr>
        <w:t>ی</w:t>
      </w:r>
      <w:r w:rsidRPr="0000691D">
        <w:rPr>
          <w:rFonts w:cs="B Mitra" w:hint="eastAsia"/>
          <w:sz w:val="28"/>
          <w:szCs w:val="28"/>
          <w:rtl/>
        </w:rPr>
        <w:t>دم</w:t>
      </w:r>
      <w:r w:rsidRPr="0000691D">
        <w:rPr>
          <w:rFonts w:cs="B Mitra"/>
          <w:sz w:val="28"/>
          <w:szCs w:val="28"/>
          <w:rtl/>
        </w:rPr>
        <w:t xml:space="preserve"> و مو</w:t>
      </w:r>
      <w:r w:rsidRPr="0000691D">
        <w:rPr>
          <w:rFonts w:cs="B Mitra" w:hint="cs"/>
          <w:sz w:val="28"/>
          <w:szCs w:val="28"/>
          <w:rtl/>
        </w:rPr>
        <w:t>یی</w:t>
      </w:r>
      <w:r w:rsidRPr="0000691D">
        <w:rPr>
          <w:rFonts w:cs="B Mitra" w:hint="eastAsia"/>
          <w:sz w:val="28"/>
          <w:szCs w:val="28"/>
          <w:rtl/>
        </w:rPr>
        <w:t>دم</w:t>
      </w:r>
    </w:p>
    <w:p w:rsidR="00062F7C" w:rsidRPr="0000691D" w:rsidRDefault="00062F7C" w:rsidP="0000691D">
      <w:pPr>
        <w:bidi/>
        <w:spacing w:line="360" w:lineRule="auto"/>
        <w:jc w:val="both"/>
        <w:rPr>
          <w:rFonts w:cs="B Mitra"/>
          <w:sz w:val="28"/>
          <w:szCs w:val="28"/>
        </w:rPr>
      </w:pPr>
      <w:r w:rsidRPr="0000691D">
        <w:rPr>
          <w:rFonts w:cs="B Mitra" w:hint="eastAsia"/>
          <w:sz w:val="28"/>
          <w:szCs w:val="28"/>
          <w:rtl/>
        </w:rPr>
        <w:t>آواز</w:t>
      </w:r>
      <w:r w:rsidRPr="0000691D">
        <w:rPr>
          <w:rFonts w:cs="B Mitra"/>
          <w:sz w:val="28"/>
          <w:szCs w:val="28"/>
          <w:rtl/>
        </w:rPr>
        <w:t xml:space="preserve"> خوش</w:t>
      </w:r>
      <w:r w:rsidRPr="0000691D">
        <w:rPr>
          <w:rFonts w:cs="B Mitra" w:hint="cs"/>
          <w:sz w:val="28"/>
          <w:szCs w:val="28"/>
          <w:rtl/>
        </w:rPr>
        <w:t>ی</w:t>
      </w:r>
      <w:r w:rsidRPr="0000691D">
        <w:rPr>
          <w:rFonts w:cs="B Mitra"/>
          <w:sz w:val="28"/>
          <w:szCs w:val="28"/>
          <w:rtl/>
        </w:rPr>
        <w:t xml:space="preserve"> خواندم با سوز سه تار خود</w:t>
      </w:r>
      <w:r w:rsidRPr="0000691D">
        <w:rPr>
          <w:rFonts w:cs="B Mitra"/>
          <w:sz w:val="28"/>
          <w:szCs w:val="28"/>
        </w:rPr>
        <w:t xml:space="preserve"> </w:t>
      </w:r>
    </w:p>
    <w:p w:rsidR="00062F7C" w:rsidRPr="0000691D" w:rsidRDefault="00062F7C" w:rsidP="0000691D">
      <w:pPr>
        <w:bidi/>
        <w:spacing w:line="360" w:lineRule="auto"/>
        <w:jc w:val="both"/>
        <w:rPr>
          <w:rFonts w:cs="B Mitra"/>
          <w:sz w:val="28"/>
          <w:szCs w:val="28"/>
        </w:rPr>
      </w:pPr>
    </w:p>
    <w:p w:rsidR="00062F7C" w:rsidRPr="0000691D" w:rsidRDefault="00062F7C" w:rsidP="0000691D">
      <w:pPr>
        <w:bidi/>
        <w:spacing w:line="360" w:lineRule="auto"/>
        <w:jc w:val="both"/>
        <w:rPr>
          <w:rFonts w:cs="B Mitra"/>
          <w:sz w:val="28"/>
          <w:szCs w:val="28"/>
        </w:rPr>
      </w:pPr>
      <w:r w:rsidRPr="0000691D">
        <w:rPr>
          <w:rFonts w:cs="B Mitra" w:hint="eastAsia"/>
          <w:sz w:val="28"/>
          <w:szCs w:val="28"/>
          <w:rtl/>
        </w:rPr>
        <w:t>آشفته</w:t>
      </w:r>
      <w:r w:rsidRPr="0000691D">
        <w:rPr>
          <w:rFonts w:cs="B Mitra"/>
          <w:sz w:val="28"/>
          <w:szCs w:val="28"/>
          <w:rtl/>
        </w:rPr>
        <w:t xml:space="preserve"> شده حالم امشب ز پر</w:t>
      </w:r>
      <w:r w:rsidRPr="0000691D">
        <w:rPr>
          <w:rFonts w:cs="B Mitra" w:hint="cs"/>
          <w:sz w:val="28"/>
          <w:szCs w:val="28"/>
          <w:rtl/>
        </w:rPr>
        <w:t>ی</w:t>
      </w:r>
      <w:r w:rsidRPr="0000691D">
        <w:rPr>
          <w:rFonts w:cs="B Mitra" w:hint="eastAsia"/>
          <w:sz w:val="28"/>
          <w:szCs w:val="28"/>
          <w:rtl/>
        </w:rPr>
        <w:t>شان</w:t>
      </w:r>
      <w:r w:rsidRPr="0000691D">
        <w:rPr>
          <w:rFonts w:cs="B Mitra" w:hint="cs"/>
          <w:sz w:val="28"/>
          <w:szCs w:val="28"/>
          <w:rtl/>
        </w:rPr>
        <w:t>ی</w:t>
      </w:r>
    </w:p>
    <w:p w:rsidR="00062F7C" w:rsidRPr="0000691D" w:rsidRDefault="00062F7C" w:rsidP="0000691D">
      <w:pPr>
        <w:bidi/>
        <w:spacing w:line="360" w:lineRule="auto"/>
        <w:jc w:val="both"/>
        <w:rPr>
          <w:rFonts w:cs="B Mitra"/>
          <w:sz w:val="28"/>
          <w:szCs w:val="28"/>
        </w:rPr>
      </w:pPr>
      <w:r w:rsidRPr="0000691D">
        <w:rPr>
          <w:rFonts w:cs="B Mitra" w:hint="eastAsia"/>
          <w:sz w:val="28"/>
          <w:szCs w:val="28"/>
        </w:rPr>
        <w:t> </w:t>
      </w:r>
      <w:r w:rsidRPr="0000691D">
        <w:rPr>
          <w:rFonts w:cs="B Mitra" w:hint="eastAsia"/>
          <w:sz w:val="28"/>
          <w:szCs w:val="28"/>
          <w:rtl/>
        </w:rPr>
        <w:t>خارج</w:t>
      </w:r>
      <w:r w:rsidRPr="0000691D">
        <w:rPr>
          <w:rFonts w:cs="B Mitra"/>
          <w:sz w:val="28"/>
          <w:szCs w:val="28"/>
          <w:rtl/>
        </w:rPr>
        <w:t xml:space="preserve"> شده احوالم امشب ز مدار خود</w:t>
      </w:r>
    </w:p>
    <w:p w:rsidR="00062F7C" w:rsidRPr="0000691D" w:rsidRDefault="00062F7C" w:rsidP="0000691D">
      <w:pPr>
        <w:bidi/>
        <w:spacing w:line="360" w:lineRule="auto"/>
        <w:jc w:val="both"/>
        <w:rPr>
          <w:rFonts w:cs="B Mitra"/>
          <w:sz w:val="28"/>
          <w:szCs w:val="28"/>
        </w:rPr>
      </w:pPr>
    </w:p>
    <w:p w:rsidR="00062F7C" w:rsidRPr="0000691D" w:rsidRDefault="00062F7C" w:rsidP="0000691D">
      <w:pPr>
        <w:bidi/>
        <w:spacing w:line="360" w:lineRule="auto"/>
        <w:jc w:val="both"/>
        <w:rPr>
          <w:rFonts w:cs="B Mitra"/>
          <w:sz w:val="28"/>
          <w:szCs w:val="28"/>
        </w:rPr>
      </w:pPr>
      <w:r w:rsidRPr="0000691D">
        <w:rPr>
          <w:rFonts w:cs="B Mitra" w:hint="eastAsia"/>
          <w:sz w:val="28"/>
          <w:szCs w:val="28"/>
          <w:rtl/>
        </w:rPr>
        <w:t>جان</w:t>
      </w:r>
      <w:r w:rsidRPr="0000691D">
        <w:rPr>
          <w:rFonts w:cs="B Mitra"/>
          <w:sz w:val="28"/>
          <w:szCs w:val="28"/>
          <w:rtl/>
        </w:rPr>
        <w:t xml:space="preserve"> داده مهاجر در هجران رخ خوبش</w:t>
      </w:r>
    </w:p>
    <w:p w:rsidR="00062F7C" w:rsidRPr="0000691D" w:rsidRDefault="00062F7C" w:rsidP="0000691D">
      <w:pPr>
        <w:bidi/>
        <w:spacing w:line="360" w:lineRule="auto"/>
        <w:jc w:val="both"/>
        <w:rPr>
          <w:rFonts w:cs="B Mitra"/>
          <w:sz w:val="28"/>
          <w:szCs w:val="28"/>
        </w:rPr>
      </w:pPr>
      <w:r w:rsidRPr="0000691D">
        <w:rPr>
          <w:rFonts w:cs="B Mitra" w:hint="eastAsia"/>
          <w:sz w:val="28"/>
          <w:szCs w:val="28"/>
        </w:rPr>
        <w:t> </w:t>
      </w:r>
      <w:r w:rsidRPr="0000691D">
        <w:rPr>
          <w:rFonts w:cs="B Mitra"/>
          <w:sz w:val="28"/>
          <w:szCs w:val="28"/>
        </w:rPr>
        <w:t xml:space="preserve"> </w:t>
      </w:r>
      <w:r w:rsidRPr="0000691D">
        <w:rPr>
          <w:rFonts w:cs="B Mitra"/>
          <w:sz w:val="28"/>
          <w:szCs w:val="28"/>
          <w:rtl/>
        </w:rPr>
        <w:t>د</w:t>
      </w:r>
      <w:r w:rsidRPr="0000691D">
        <w:rPr>
          <w:rFonts w:cs="B Mitra" w:hint="cs"/>
          <w:sz w:val="28"/>
          <w:szCs w:val="28"/>
          <w:rtl/>
        </w:rPr>
        <w:t>ی</w:t>
      </w:r>
      <w:r w:rsidRPr="0000691D">
        <w:rPr>
          <w:rFonts w:cs="B Mitra" w:hint="eastAsia"/>
          <w:sz w:val="28"/>
          <w:szCs w:val="28"/>
          <w:rtl/>
        </w:rPr>
        <w:t>دم</w:t>
      </w:r>
      <w:r w:rsidRPr="0000691D">
        <w:rPr>
          <w:rFonts w:cs="B Mitra"/>
          <w:sz w:val="28"/>
          <w:szCs w:val="28"/>
          <w:rtl/>
        </w:rPr>
        <w:t xml:space="preserve"> به خ</w:t>
      </w:r>
      <w:r w:rsidRPr="0000691D">
        <w:rPr>
          <w:rFonts w:cs="B Mitra" w:hint="cs"/>
          <w:sz w:val="28"/>
          <w:szCs w:val="28"/>
          <w:rtl/>
        </w:rPr>
        <w:t>ی</w:t>
      </w:r>
      <w:r w:rsidRPr="0000691D">
        <w:rPr>
          <w:rFonts w:cs="B Mitra" w:hint="eastAsia"/>
          <w:sz w:val="28"/>
          <w:szCs w:val="28"/>
          <w:rtl/>
        </w:rPr>
        <w:t>ال</w:t>
      </w:r>
      <w:r w:rsidRPr="0000691D">
        <w:rPr>
          <w:rFonts w:cs="B Mitra"/>
          <w:sz w:val="28"/>
          <w:szCs w:val="28"/>
          <w:rtl/>
        </w:rPr>
        <w:t xml:space="preserve"> امشب من سنگ مزار خود</w:t>
      </w:r>
    </w:p>
    <w:p w:rsidR="00062F7C" w:rsidRPr="0000691D" w:rsidRDefault="00062F7C" w:rsidP="0000691D">
      <w:pPr>
        <w:bidi/>
        <w:spacing w:line="360" w:lineRule="auto"/>
        <w:jc w:val="both"/>
        <w:rPr>
          <w:rFonts w:cs="B Mitra"/>
          <w:sz w:val="28"/>
          <w:szCs w:val="28"/>
        </w:rPr>
      </w:pPr>
      <w:r w:rsidRPr="0000691D">
        <w:rPr>
          <w:rFonts w:cs="B Mitra" w:hint="cs"/>
          <w:sz w:val="28"/>
          <w:szCs w:val="28"/>
          <w:rtl/>
        </w:rPr>
        <w:lastRenderedPageBreak/>
        <w:t>***</w:t>
      </w:r>
    </w:p>
    <w:p w:rsidR="00062F7C" w:rsidRPr="0000691D" w:rsidRDefault="00062F7C" w:rsidP="0000691D">
      <w:pPr>
        <w:bidi/>
        <w:spacing w:line="360" w:lineRule="auto"/>
        <w:jc w:val="both"/>
        <w:rPr>
          <w:rFonts w:cs="B Mitra"/>
          <w:sz w:val="28"/>
          <w:szCs w:val="28"/>
          <w:rtl/>
        </w:rPr>
      </w:pPr>
    </w:p>
    <w:p w:rsidR="00062F7C" w:rsidRPr="0000691D" w:rsidRDefault="00062F7C" w:rsidP="0000691D">
      <w:pPr>
        <w:bidi/>
        <w:spacing w:line="360" w:lineRule="auto"/>
        <w:jc w:val="both"/>
        <w:rPr>
          <w:rFonts w:cs="B Mitra"/>
          <w:sz w:val="28"/>
          <w:szCs w:val="28"/>
        </w:rPr>
      </w:pPr>
      <w:r w:rsidRPr="0000691D">
        <w:rPr>
          <w:rFonts w:cs="B Mitra"/>
          <w:sz w:val="28"/>
          <w:szCs w:val="28"/>
          <w:rtl/>
        </w:rPr>
        <w:t>دلم گرفته دلم را کجا روانه کنم</w:t>
      </w:r>
      <w:r w:rsidRPr="0000691D">
        <w:rPr>
          <w:rFonts w:cs="B Mitra"/>
          <w:sz w:val="28"/>
          <w:szCs w:val="28"/>
        </w:rPr>
        <w:t xml:space="preserve"> </w:t>
      </w:r>
    </w:p>
    <w:p w:rsidR="00062F7C" w:rsidRPr="0000691D" w:rsidRDefault="00062F7C" w:rsidP="0000691D">
      <w:pPr>
        <w:bidi/>
        <w:spacing w:line="360" w:lineRule="auto"/>
        <w:jc w:val="both"/>
        <w:rPr>
          <w:rFonts w:cs="B Mitra"/>
          <w:sz w:val="28"/>
          <w:szCs w:val="28"/>
        </w:rPr>
      </w:pPr>
      <w:r w:rsidRPr="0000691D">
        <w:rPr>
          <w:rFonts w:cs="B Mitra"/>
          <w:sz w:val="28"/>
          <w:szCs w:val="28"/>
          <w:rtl/>
        </w:rPr>
        <w:t>چگونه شکوه خدا</w:t>
      </w:r>
      <w:r w:rsidRPr="0000691D">
        <w:rPr>
          <w:rFonts w:cs="B Mitra" w:hint="cs"/>
          <w:sz w:val="28"/>
          <w:szCs w:val="28"/>
          <w:rtl/>
        </w:rPr>
        <w:t>ی</w:t>
      </w:r>
      <w:r w:rsidRPr="0000691D">
        <w:rPr>
          <w:rFonts w:cs="B Mitra" w:hint="eastAsia"/>
          <w:sz w:val="28"/>
          <w:szCs w:val="28"/>
          <w:rtl/>
        </w:rPr>
        <w:t>ا</w:t>
      </w:r>
      <w:r w:rsidRPr="0000691D">
        <w:rPr>
          <w:rFonts w:cs="B Mitra"/>
          <w:sz w:val="28"/>
          <w:szCs w:val="28"/>
          <w:rtl/>
        </w:rPr>
        <w:t xml:space="preserve"> از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زمانه کنم</w:t>
      </w:r>
      <w:r w:rsidRPr="0000691D">
        <w:rPr>
          <w:rFonts w:cs="B Mitra"/>
          <w:sz w:val="28"/>
          <w:szCs w:val="28"/>
        </w:rPr>
        <w:t xml:space="preserve"> </w:t>
      </w:r>
    </w:p>
    <w:p w:rsidR="00062F7C" w:rsidRPr="0000691D" w:rsidRDefault="00062F7C" w:rsidP="0000691D">
      <w:pPr>
        <w:bidi/>
        <w:spacing w:line="360" w:lineRule="auto"/>
        <w:jc w:val="both"/>
        <w:rPr>
          <w:rFonts w:cs="B Mitra"/>
          <w:sz w:val="28"/>
          <w:szCs w:val="28"/>
        </w:rPr>
      </w:pPr>
    </w:p>
    <w:p w:rsidR="00062F7C" w:rsidRPr="0000691D" w:rsidRDefault="00062F7C" w:rsidP="0000691D">
      <w:pPr>
        <w:bidi/>
        <w:spacing w:line="360" w:lineRule="auto"/>
        <w:jc w:val="both"/>
        <w:rPr>
          <w:rFonts w:cs="B Mitra"/>
          <w:sz w:val="28"/>
          <w:szCs w:val="28"/>
        </w:rPr>
      </w:pPr>
      <w:r w:rsidRPr="0000691D">
        <w:rPr>
          <w:rFonts w:cs="B Mitra" w:hint="eastAsia"/>
          <w:sz w:val="28"/>
          <w:szCs w:val="28"/>
          <w:rtl/>
        </w:rPr>
        <w:t>کدام</w:t>
      </w:r>
      <w:r w:rsidRPr="0000691D">
        <w:rPr>
          <w:rFonts w:cs="B Mitra"/>
          <w:sz w:val="28"/>
          <w:szCs w:val="28"/>
          <w:rtl/>
        </w:rPr>
        <w:t xml:space="preserve"> سو بگر</w:t>
      </w:r>
      <w:r w:rsidRPr="0000691D">
        <w:rPr>
          <w:rFonts w:cs="B Mitra" w:hint="cs"/>
          <w:sz w:val="28"/>
          <w:szCs w:val="28"/>
          <w:rtl/>
        </w:rPr>
        <w:t>ی</w:t>
      </w:r>
      <w:r w:rsidRPr="0000691D">
        <w:rPr>
          <w:rFonts w:cs="B Mitra" w:hint="eastAsia"/>
          <w:sz w:val="28"/>
          <w:szCs w:val="28"/>
          <w:rtl/>
        </w:rPr>
        <w:t>زم</w:t>
      </w:r>
      <w:r w:rsidRPr="0000691D">
        <w:rPr>
          <w:rFonts w:cs="B Mitra"/>
          <w:sz w:val="28"/>
          <w:szCs w:val="28"/>
          <w:rtl/>
        </w:rPr>
        <w:t xml:space="preserve"> کجا روم تو بگو</w:t>
      </w:r>
      <w:r w:rsidRPr="0000691D">
        <w:rPr>
          <w:rFonts w:cs="B Mitra"/>
          <w:sz w:val="28"/>
          <w:szCs w:val="28"/>
        </w:rPr>
        <w:t xml:space="preserve"> </w:t>
      </w:r>
    </w:p>
    <w:p w:rsidR="00062F7C" w:rsidRPr="0000691D" w:rsidRDefault="00062F7C" w:rsidP="0000691D">
      <w:pPr>
        <w:bidi/>
        <w:spacing w:line="360" w:lineRule="auto"/>
        <w:jc w:val="both"/>
        <w:rPr>
          <w:rFonts w:cs="B Mitra"/>
          <w:sz w:val="28"/>
          <w:szCs w:val="28"/>
        </w:rPr>
      </w:pPr>
      <w:r w:rsidRPr="0000691D">
        <w:rPr>
          <w:rFonts w:cs="B Mitra" w:hint="eastAsia"/>
          <w:sz w:val="28"/>
          <w:szCs w:val="28"/>
          <w:rtl/>
        </w:rPr>
        <w:t>م</w:t>
      </w:r>
      <w:r w:rsidRPr="0000691D">
        <w:rPr>
          <w:rFonts w:cs="B Mitra" w:hint="cs"/>
          <w:sz w:val="28"/>
          <w:szCs w:val="28"/>
          <w:rtl/>
        </w:rPr>
        <w:t>ی</w:t>
      </w:r>
      <w:r w:rsidRPr="0000691D">
        <w:rPr>
          <w:rFonts w:cs="B Mitra" w:hint="eastAsia"/>
          <w:sz w:val="28"/>
          <w:szCs w:val="28"/>
          <w:rtl/>
        </w:rPr>
        <w:t>ان</w:t>
      </w:r>
      <w:r w:rsidRPr="0000691D">
        <w:rPr>
          <w:rFonts w:cs="B Mitra"/>
          <w:sz w:val="28"/>
          <w:szCs w:val="28"/>
          <w:rtl/>
        </w:rPr>
        <w:t xml:space="preserve"> اهل کدام</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قب</w:t>
      </w:r>
      <w:r w:rsidRPr="0000691D">
        <w:rPr>
          <w:rFonts w:cs="B Mitra" w:hint="cs"/>
          <w:sz w:val="28"/>
          <w:szCs w:val="28"/>
          <w:rtl/>
        </w:rPr>
        <w:t>ی</w:t>
      </w:r>
      <w:r w:rsidRPr="0000691D">
        <w:rPr>
          <w:rFonts w:cs="B Mitra" w:hint="eastAsia"/>
          <w:sz w:val="28"/>
          <w:szCs w:val="28"/>
          <w:rtl/>
        </w:rPr>
        <w:t>له</w:t>
      </w:r>
      <w:r w:rsidRPr="0000691D">
        <w:rPr>
          <w:rFonts w:cs="B Mitra"/>
          <w:sz w:val="28"/>
          <w:szCs w:val="28"/>
          <w:rtl/>
        </w:rPr>
        <w:t xml:space="preserve"> خانه کنم</w:t>
      </w:r>
    </w:p>
    <w:p w:rsidR="00062F7C" w:rsidRPr="0000691D" w:rsidRDefault="00062F7C" w:rsidP="0000691D">
      <w:pPr>
        <w:bidi/>
        <w:spacing w:line="360" w:lineRule="auto"/>
        <w:jc w:val="both"/>
        <w:rPr>
          <w:rFonts w:cs="B Mitra"/>
          <w:sz w:val="28"/>
          <w:szCs w:val="28"/>
        </w:rPr>
      </w:pPr>
    </w:p>
    <w:p w:rsidR="00062F7C" w:rsidRPr="0000691D" w:rsidRDefault="00062F7C" w:rsidP="0000691D">
      <w:pPr>
        <w:bidi/>
        <w:spacing w:line="360" w:lineRule="auto"/>
        <w:jc w:val="both"/>
        <w:rPr>
          <w:rFonts w:cs="B Mitra"/>
          <w:sz w:val="28"/>
          <w:szCs w:val="28"/>
        </w:rPr>
      </w:pPr>
      <w:r w:rsidRPr="0000691D">
        <w:rPr>
          <w:rFonts w:cs="B Mitra" w:hint="eastAsia"/>
          <w:sz w:val="28"/>
          <w:szCs w:val="28"/>
          <w:rtl/>
        </w:rPr>
        <w:t>گرفته</w:t>
      </w:r>
      <w:r w:rsidRPr="0000691D">
        <w:rPr>
          <w:rFonts w:cs="B Mitra"/>
          <w:sz w:val="28"/>
          <w:szCs w:val="28"/>
          <w:rtl/>
        </w:rPr>
        <w:t xml:space="preserve"> حال دلم از جراحت وطنم</w:t>
      </w:r>
      <w:r w:rsidRPr="0000691D">
        <w:rPr>
          <w:rFonts w:cs="B Mitra"/>
          <w:sz w:val="28"/>
          <w:szCs w:val="28"/>
        </w:rPr>
        <w:t xml:space="preserve"> </w:t>
      </w:r>
    </w:p>
    <w:p w:rsidR="00062F7C" w:rsidRPr="0000691D" w:rsidRDefault="00062F7C" w:rsidP="0000691D">
      <w:pPr>
        <w:bidi/>
        <w:spacing w:line="360" w:lineRule="auto"/>
        <w:jc w:val="both"/>
        <w:rPr>
          <w:rFonts w:cs="B Mitra"/>
          <w:sz w:val="28"/>
          <w:szCs w:val="28"/>
        </w:rPr>
      </w:pPr>
      <w:r w:rsidRPr="0000691D">
        <w:rPr>
          <w:rFonts w:cs="B Mitra" w:hint="eastAsia"/>
          <w:sz w:val="28"/>
          <w:szCs w:val="28"/>
          <w:rtl/>
        </w:rPr>
        <w:t>چرا</w:t>
      </w:r>
      <w:r w:rsidRPr="0000691D">
        <w:rPr>
          <w:rFonts w:cs="B Mitra"/>
          <w:sz w:val="28"/>
          <w:szCs w:val="28"/>
          <w:rtl/>
        </w:rPr>
        <w:t xml:space="preserve"> ز پا بنش</w:t>
      </w:r>
      <w:r w:rsidRPr="0000691D">
        <w:rPr>
          <w:rFonts w:cs="B Mitra" w:hint="cs"/>
          <w:sz w:val="28"/>
          <w:szCs w:val="28"/>
          <w:rtl/>
        </w:rPr>
        <w:t>ی</w:t>
      </w:r>
      <w:r w:rsidRPr="0000691D">
        <w:rPr>
          <w:rFonts w:cs="B Mitra" w:hint="eastAsia"/>
          <w:sz w:val="28"/>
          <w:szCs w:val="28"/>
          <w:rtl/>
        </w:rPr>
        <w:t>نم</w:t>
      </w:r>
      <w:r w:rsidRPr="0000691D">
        <w:rPr>
          <w:rFonts w:cs="B Mitra"/>
          <w:sz w:val="28"/>
          <w:szCs w:val="28"/>
          <w:rtl/>
        </w:rPr>
        <w:t xml:space="preserve"> چرا بهانه کنم</w:t>
      </w:r>
      <w:r w:rsidRPr="0000691D">
        <w:rPr>
          <w:rFonts w:cs="B Mitra"/>
          <w:sz w:val="28"/>
          <w:szCs w:val="28"/>
        </w:rPr>
        <w:t xml:space="preserve"> </w:t>
      </w:r>
    </w:p>
    <w:p w:rsidR="00062F7C" w:rsidRPr="0000691D" w:rsidRDefault="00062F7C" w:rsidP="0000691D">
      <w:pPr>
        <w:bidi/>
        <w:spacing w:line="360" w:lineRule="auto"/>
        <w:jc w:val="both"/>
        <w:rPr>
          <w:rFonts w:cs="B Mitra"/>
          <w:sz w:val="28"/>
          <w:szCs w:val="28"/>
        </w:rPr>
      </w:pPr>
    </w:p>
    <w:p w:rsidR="00062F7C" w:rsidRPr="0000691D" w:rsidRDefault="00062F7C" w:rsidP="0000691D">
      <w:pPr>
        <w:bidi/>
        <w:spacing w:line="360" w:lineRule="auto"/>
        <w:jc w:val="both"/>
        <w:rPr>
          <w:rFonts w:cs="B Mitra"/>
          <w:sz w:val="28"/>
          <w:szCs w:val="28"/>
        </w:rPr>
      </w:pPr>
      <w:r w:rsidRPr="0000691D">
        <w:rPr>
          <w:rFonts w:cs="B Mitra" w:hint="eastAsia"/>
          <w:sz w:val="28"/>
          <w:szCs w:val="28"/>
          <w:rtl/>
        </w:rPr>
        <w:t>بگو</w:t>
      </w:r>
      <w:r w:rsidRPr="0000691D">
        <w:rPr>
          <w:rFonts w:cs="B Mitra"/>
          <w:sz w:val="28"/>
          <w:szCs w:val="28"/>
          <w:rtl/>
        </w:rPr>
        <w:t xml:space="preserve"> چگونه بخندم م</w:t>
      </w:r>
      <w:r w:rsidRPr="0000691D">
        <w:rPr>
          <w:rFonts w:cs="B Mitra" w:hint="cs"/>
          <w:sz w:val="28"/>
          <w:szCs w:val="28"/>
          <w:rtl/>
        </w:rPr>
        <w:t>ی</w:t>
      </w:r>
      <w:r w:rsidRPr="0000691D">
        <w:rPr>
          <w:rFonts w:cs="B Mitra" w:hint="eastAsia"/>
          <w:sz w:val="28"/>
          <w:szCs w:val="28"/>
          <w:rtl/>
        </w:rPr>
        <w:t>ان</w:t>
      </w:r>
      <w:r w:rsidRPr="0000691D">
        <w:rPr>
          <w:rFonts w:cs="B Mitra"/>
          <w:sz w:val="28"/>
          <w:szCs w:val="28"/>
          <w:rtl/>
        </w:rPr>
        <w:t xml:space="preserve"> مردم شهر</w:t>
      </w:r>
      <w:r w:rsidRPr="0000691D">
        <w:rPr>
          <w:rFonts w:cs="B Mitra"/>
          <w:sz w:val="28"/>
          <w:szCs w:val="28"/>
        </w:rPr>
        <w:t xml:space="preserve"> </w:t>
      </w:r>
    </w:p>
    <w:p w:rsidR="00062F7C" w:rsidRPr="0000691D" w:rsidRDefault="00062F7C" w:rsidP="0000691D">
      <w:pPr>
        <w:bidi/>
        <w:spacing w:line="360" w:lineRule="auto"/>
        <w:jc w:val="both"/>
        <w:rPr>
          <w:rFonts w:cs="B Mitra"/>
          <w:sz w:val="28"/>
          <w:szCs w:val="28"/>
        </w:rPr>
      </w:pPr>
      <w:r w:rsidRPr="0000691D">
        <w:rPr>
          <w:rFonts w:cs="B Mitra" w:hint="eastAsia"/>
          <w:sz w:val="28"/>
          <w:szCs w:val="28"/>
          <w:rtl/>
        </w:rPr>
        <w:t>چگونه</w:t>
      </w:r>
      <w:r w:rsidRPr="0000691D">
        <w:rPr>
          <w:rFonts w:cs="B Mitra"/>
          <w:sz w:val="28"/>
          <w:szCs w:val="28"/>
          <w:rtl/>
        </w:rPr>
        <w:t xml:space="preserve"> جان و دلم را پر از ترانه کنم</w:t>
      </w:r>
    </w:p>
    <w:p w:rsidR="00062F7C" w:rsidRPr="0000691D" w:rsidRDefault="00062F7C" w:rsidP="0000691D">
      <w:pPr>
        <w:bidi/>
        <w:spacing w:line="360" w:lineRule="auto"/>
        <w:jc w:val="both"/>
        <w:rPr>
          <w:rFonts w:cs="B Mitra"/>
          <w:sz w:val="28"/>
          <w:szCs w:val="28"/>
        </w:rPr>
      </w:pPr>
    </w:p>
    <w:p w:rsidR="00062F7C" w:rsidRPr="0000691D" w:rsidRDefault="00062F7C" w:rsidP="0000691D">
      <w:pPr>
        <w:bidi/>
        <w:spacing w:line="360" w:lineRule="auto"/>
        <w:jc w:val="both"/>
        <w:rPr>
          <w:rFonts w:cs="B Mitra"/>
          <w:sz w:val="28"/>
          <w:szCs w:val="28"/>
        </w:rPr>
      </w:pPr>
      <w:r w:rsidRPr="0000691D">
        <w:rPr>
          <w:rFonts w:cs="B Mitra" w:hint="eastAsia"/>
          <w:sz w:val="28"/>
          <w:szCs w:val="28"/>
          <w:rtl/>
        </w:rPr>
        <w:t>کنار</w:t>
      </w:r>
      <w:r w:rsidRPr="0000691D">
        <w:rPr>
          <w:rFonts w:cs="B Mitra"/>
          <w:sz w:val="28"/>
          <w:szCs w:val="28"/>
          <w:rtl/>
        </w:rPr>
        <w:t xml:space="preserve"> سفره </w:t>
      </w:r>
      <w:r w:rsidRPr="0000691D">
        <w:rPr>
          <w:rFonts w:cs="B Mitra" w:hint="cs"/>
          <w:sz w:val="28"/>
          <w:szCs w:val="28"/>
          <w:rtl/>
        </w:rPr>
        <w:t>ی</w:t>
      </w:r>
      <w:r w:rsidRPr="0000691D">
        <w:rPr>
          <w:rFonts w:cs="B Mitra"/>
          <w:sz w:val="28"/>
          <w:szCs w:val="28"/>
          <w:rtl/>
        </w:rPr>
        <w:t xml:space="preserve"> خال</w:t>
      </w:r>
      <w:r w:rsidRPr="0000691D">
        <w:rPr>
          <w:rFonts w:cs="B Mitra" w:hint="cs"/>
          <w:sz w:val="28"/>
          <w:szCs w:val="28"/>
          <w:rtl/>
        </w:rPr>
        <w:t>ی</w:t>
      </w:r>
      <w:r w:rsidRPr="0000691D">
        <w:rPr>
          <w:rFonts w:cs="B Mitra"/>
          <w:sz w:val="28"/>
          <w:szCs w:val="28"/>
          <w:rtl/>
        </w:rPr>
        <w:t xml:space="preserve"> نشسته هم وطنم</w:t>
      </w:r>
      <w:r w:rsidRPr="0000691D">
        <w:rPr>
          <w:rFonts w:cs="B Mitra"/>
          <w:sz w:val="28"/>
          <w:szCs w:val="28"/>
        </w:rPr>
        <w:t xml:space="preserve"> </w:t>
      </w:r>
    </w:p>
    <w:p w:rsidR="00062F7C" w:rsidRPr="0000691D" w:rsidRDefault="00062F7C" w:rsidP="0000691D">
      <w:pPr>
        <w:bidi/>
        <w:spacing w:line="360" w:lineRule="auto"/>
        <w:jc w:val="both"/>
        <w:rPr>
          <w:rFonts w:cs="B Mitra"/>
          <w:sz w:val="28"/>
          <w:szCs w:val="28"/>
        </w:rPr>
      </w:pPr>
      <w:r w:rsidRPr="0000691D">
        <w:rPr>
          <w:rFonts w:cs="B Mitra" w:hint="eastAsia"/>
          <w:sz w:val="28"/>
          <w:szCs w:val="28"/>
          <w:rtl/>
        </w:rPr>
        <w:t>سحر</w:t>
      </w:r>
      <w:r w:rsidRPr="0000691D">
        <w:rPr>
          <w:rFonts w:cs="B Mitra"/>
          <w:sz w:val="28"/>
          <w:szCs w:val="28"/>
          <w:rtl/>
        </w:rPr>
        <w:t xml:space="preserve"> بگر</w:t>
      </w:r>
      <w:r w:rsidRPr="0000691D">
        <w:rPr>
          <w:rFonts w:cs="B Mitra" w:hint="cs"/>
          <w:sz w:val="28"/>
          <w:szCs w:val="28"/>
          <w:rtl/>
        </w:rPr>
        <w:t>ی</w:t>
      </w:r>
      <w:r w:rsidRPr="0000691D">
        <w:rPr>
          <w:rFonts w:cs="B Mitra" w:hint="eastAsia"/>
          <w:sz w:val="28"/>
          <w:szCs w:val="28"/>
          <w:rtl/>
        </w:rPr>
        <w:t>م</w:t>
      </w:r>
      <w:r w:rsidRPr="0000691D">
        <w:rPr>
          <w:rFonts w:cs="B Mitra"/>
          <w:sz w:val="28"/>
          <w:szCs w:val="28"/>
          <w:rtl/>
        </w:rPr>
        <w:t xml:space="preserve"> از ا</w:t>
      </w:r>
      <w:r w:rsidRPr="0000691D">
        <w:rPr>
          <w:rFonts w:cs="B Mitra" w:hint="cs"/>
          <w:sz w:val="28"/>
          <w:szCs w:val="28"/>
          <w:rtl/>
        </w:rPr>
        <w:t>ی</w:t>
      </w:r>
      <w:r w:rsidRPr="0000691D">
        <w:rPr>
          <w:rFonts w:cs="B Mitra" w:hint="eastAsia"/>
          <w:sz w:val="28"/>
          <w:szCs w:val="28"/>
          <w:rtl/>
        </w:rPr>
        <w:t>ن</w:t>
      </w:r>
      <w:r w:rsidRPr="0000691D">
        <w:rPr>
          <w:rFonts w:cs="B Mitra"/>
          <w:sz w:val="28"/>
          <w:szCs w:val="28"/>
          <w:rtl/>
        </w:rPr>
        <w:t xml:space="preserve"> غم فغان شبانه کنم</w:t>
      </w:r>
    </w:p>
    <w:p w:rsidR="00062F7C" w:rsidRPr="0000691D" w:rsidRDefault="00062F7C" w:rsidP="0000691D">
      <w:pPr>
        <w:bidi/>
        <w:spacing w:line="360" w:lineRule="auto"/>
        <w:jc w:val="both"/>
        <w:rPr>
          <w:rFonts w:cs="B Mitra"/>
          <w:sz w:val="28"/>
          <w:szCs w:val="28"/>
        </w:rPr>
      </w:pPr>
    </w:p>
    <w:p w:rsidR="00062F7C" w:rsidRPr="0000691D" w:rsidRDefault="00062F7C" w:rsidP="0000691D">
      <w:pPr>
        <w:bidi/>
        <w:spacing w:line="360" w:lineRule="auto"/>
        <w:jc w:val="both"/>
        <w:rPr>
          <w:rFonts w:cs="B Mitra"/>
          <w:sz w:val="28"/>
          <w:szCs w:val="28"/>
        </w:rPr>
      </w:pPr>
      <w:r w:rsidRPr="0000691D">
        <w:rPr>
          <w:rFonts w:cs="B Mitra" w:hint="eastAsia"/>
          <w:sz w:val="28"/>
          <w:szCs w:val="28"/>
          <w:rtl/>
        </w:rPr>
        <w:lastRenderedPageBreak/>
        <w:t>زبانه</w:t>
      </w:r>
      <w:r w:rsidRPr="0000691D">
        <w:rPr>
          <w:rFonts w:cs="B Mitra"/>
          <w:sz w:val="28"/>
          <w:szCs w:val="28"/>
          <w:rtl/>
        </w:rPr>
        <w:t xml:space="preserve"> م</w:t>
      </w:r>
      <w:r w:rsidRPr="0000691D">
        <w:rPr>
          <w:rFonts w:cs="B Mitra" w:hint="cs"/>
          <w:sz w:val="28"/>
          <w:szCs w:val="28"/>
          <w:rtl/>
        </w:rPr>
        <w:t>ی‌</w:t>
      </w:r>
      <w:r w:rsidRPr="0000691D">
        <w:rPr>
          <w:rFonts w:cs="B Mitra" w:hint="eastAsia"/>
          <w:sz w:val="28"/>
          <w:szCs w:val="28"/>
          <w:rtl/>
        </w:rPr>
        <w:t>کشد</w:t>
      </w:r>
      <w:r w:rsidRPr="0000691D">
        <w:rPr>
          <w:rFonts w:cs="B Mitra"/>
          <w:sz w:val="28"/>
          <w:szCs w:val="28"/>
          <w:rtl/>
        </w:rPr>
        <w:t xml:space="preserve"> آتش مهاجر از قلمت</w:t>
      </w:r>
      <w:r w:rsidRPr="0000691D">
        <w:rPr>
          <w:rFonts w:cs="B Mitra"/>
          <w:sz w:val="28"/>
          <w:szCs w:val="28"/>
        </w:rPr>
        <w:t xml:space="preserve"> </w:t>
      </w:r>
    </w:p>
    <w:p w:rsidR="00062F7C" w:rsidRPr="0000691D" w:rsidRDefault="00062F7C" w:rsidP="0000691D">
      <w:pPr>
        <w:bidi/>
        <w:spacing w:line="360" w:lineRule="auto"/>
        <w:jc w:val="both"/>
        <w:rPr>
          <w:rFonts w:cs="B Mitra"/>
          <w:sz w:val="28"/>
          <w:szCs w:val="28"/>
        </w:rPr>
      </w:pPr>
      <w:r w:rsidRPr="0000691D">
        <w:rPr>
          <w:rFonts w:cs="B Mitra" w:hint="eastAsia"/>
          <w:sz w:val="28"/>
          <w:szCs w:val="28"/>
          <w:rtl/>
        </w:rPr>
        <w:t>سرودم</w:t>
      </w:r>
      <w:r w:rsidRPr="0000691D">
        <w:rPr>
          <w:rFonts w:cs="B Mitra"/>
          <w:sz w:val="28"/>
          <w:szCs w:val="28"/>
          <w:rtl/>
        </w:rPr>
        <w:t xml:space="preserve"> از غم مردم که جاودانه کنم</w:t>
      </w:r>
    </w:p>
    <w:p w:rsidR="00062F7C" w:rsidRPr="0000691D" w:rsidRDefault="00062F7C" w:rsidP="0000691D">
      <w:pPr>
        <w:bidi/>
        <w:spacing w:line="360" w:lineRule="auto"/>
        <w:jc w:val="both"/>
        <w:rPr>
          <w:rFonts w:cs="B Mitra"/>
          <w:sz w:val="28"/>
          <w:szCs w:val="28"/>
        </w:rPr>
      </w:pPr>
    </w:p>
    <w:p w:rsidR="00F31691" w:rsidRDefault="00F31691">
      <w:pPr>
        <w:spacing w:after="160" w:line="259" w:lineRule="auto"/>
        <w:rPr>
          <w:rFonts w:cs="B Mitra"/>
          <w:sz w:val="28"/>
          <w:szCs w:val="28"/>
          <w:rtl/>
        </w:rPr>
      </w:pPr>
      <w:r>
        <w:rPr>
          <w:rFonts w:cs="B Mitra"/>
          <w:sz w:val="28"/>
          <w:szCs w:val="28"/>
          <w:rtl/>
        </w:rPr>
        <w:br w:type="page"/>
      </w:r>
    </w:p>
    <w:p w:rsidR="00062F7C" w:rsidRPr="0000691D" w:rsidRDefault="00F31691" w:rsidP="0000691D">
      <w:pPr>
        <w:bidi/>
        <w:spacing w:line="360" w:lineRule="auto"/>
        <w:jc w:val="both"/>
        <w:rPr>
          <w:rFonts w:cs="B Mitra"/>
          <w:sz w:val="28"/>
          <w:szCs w:val="28"/>
        </w:rPr>
      </w:pPr>
      <w:r>
        <w:rPr>
          <w:rFonts w:cs="B Mitra"/>
          <w:noProof/>
          <w:sz w:val="28"/>
          <w:szCs w:val="28"/>
        </w:rPr>
        <w:lastRenderedPageBreak/>
        <w:drawing>
          <wp:anchor distT="0" distB="0" distL="114300" distR="114300" simplePos="0" relativeHeight="251659264" behindDoc="0" locked="0" layoutInCell="1" allowOverlap="1">
            <wp:simplePos x="0" y="0"/>
            <wp:positionH relativeFrom="column">
              <wp:posOffset>-914400</wp:posOffset>
            </wp:positionH>
            <wp:positionV relativeFrom="page">
              <wp:posOffset>-38100</wp:posOffset>
            </wp:positionV>
            <wp:extent cx="7791450" cy="1013460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ack 058.jpg"/>
                    <pic:cNvPicPr/>
                  </pic:nvPicPr>
                  <pic:blipFill>
                    <a:blip r:embed="rId28">
                      <a:extLst>
                        <a:ext uri="{28A0092B-C50C-407E-A947-70E740481C1C}">
                          <a14:useLocalDpi xmlns:a14="http://schemas.microsoft.com/office/drawing/2010/main" val="0"/>
                        </a:ext>
                      </a:extLst>
                    </a:blip>
                    <a:stretch>
                      <a:fillRect/>
                    </a:stretch>
                  </pic:blipFill>
                  <pic:spPr>
                    <a:xfrm>
                      <a:off x="0" y="0"/>
                      <a:ext cx="7791450" cy="10134600"/>
                    </a:xfrm>
                    <a:prstGeom prst="rect">
                      <a:avLst/>
                    </a:prstGeom>
                  </pic:spPr>
                </pic:pic>
              </a:graphicData>
            </a:graphic>
            <wp14:sizeRelH relativeFrom="margin">
              <wp14:pctWidth>0</wp14:pctWidth>
            </wp14:sizeRelH>
            <wp14:sizeRelV relativeFrom="margin">
              <wp14:pctHeight>0</wp14:pctHeight>
            </wp14:sizeRelV>
          </wp:anchor>
        </w:drawing>
      </w:r>
    </w:p>
    <w:sectPr w:rsidR="00062F7C" w:rsidRPr="0000691D" w:rsidSect="00034616">
      <w:headerReference w:type="default" r:id="rId29"/>
      <w:footerReference w:type="default" r:id="rId30"/>
      <w:pgSz w:w="12240" w:h="15840"/>
      <w:pgMar w:top="1440" w:right="1440" w:bottom="1440" w:left="1440" w:header="720" w:footer="720" w:gutter="0"/>
      <w:cols w:space="720"/>
      <w:bidi/>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57CA" w:rsidRDefault="001957CA" w:rsidP="00451832">
      <w:pPr>
        <w:spacing w:after="0" w:line="240" w:lineRule="auto"/>
      </w:pPr>
      <w:r>
        <w:separator/>
      </w:r>
    </w:p>
  </w:endnote>
  <w:endnote w:type="continuationSeparator" w:id="0">
    <w:p w:rsidR="001957CA" w:rsidRDefault="001957CA" w:rsidP="00451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Vazirmatn">
    <w:altName w:val="Cambria"/>
    <w:panose1 w:val="00000000000000000000"/>
    <w:charset w:val="00"/>
    <w:family w:val="roman"/>
    <w:notTrueType/>
    <w:pitch w:val="default"/>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0507594"/>
      <w:docPartObj>
        <w:docPartGallery w:val="Page Numbers (Bottom of Page)"/>
        <w:docPartUnique/>
      </w:docPartObj>
    </w:sdtPr>
    <w:sdtEndPr>
      <w:rPr>
        <w:noProof/>
      </w:rPr>
    </w:sdtEndPr>
    <w:sdtContent>
      <w:p w:rsidR="00451832" w:rsidRDefault="00451832">
        <w:pPr>
          <w:pStyle w:val="Footer"/>
          <w:jc w:val="center"/>
        </w:pPr>
        <w:r>
          <w:fldChar w:fldCharType="begin"/>
        </w:r>
        <w:r>
          <w:instrText xml:space="preserve"> PAGE   \* MERGEFORMAT </w:instrText>
        </w:r>
        <w:r>
          <w:fldChar w:fldCharType="separate"/>
        </w:r>
        <w:r w:rsidR="00E36391">
          <w:rPr>
            <w:noProof/>
          </w:rPr>
          <w:t>48</w:t>
        </w:r>
        <w:r>
          <w:rPr>
            <w:noProof/>
          </w:rPr>
          <w:fldChar w:fldCharType="end"/>
        </w:r>
      </w:p>
    </w:sdtContent>
  </w:sdt>
  <w:p w:rsidR="00451832" w:rsidRDefault="0045183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57CA" w:rsidRDefault="001957CA" w:rsidP="00451832">
      <w:pPr>
        <w:spacing w:after="0" w:line="240" w:lineRule="auto"/>
      </w:pPr>
      <w:r>
        <w:separator/>
      </w:r>
    </w:p>
  </w:footnote>
  <w:footnote w:type="continuationSeparator" w:id="0">
    <w:p w:rsidR="001957CA" w:rsidRDefault="001957CA" w:rsidP="004518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51832" w:rsidRDefault="00451832">
    <w:pPr>
      <w:pStyle w:val="Header"/>
    </w:pPr>
    <w:r>
      <w:rPr>
        <w:noProof/>
      </w:rPr>
      <w:drawing>
        <wp:anchor distT="0" distB="0" distL="114300" distR="114300" simplePos="0" relativeHeight="251659264" behindDoc="0" locked="0" layoutInCell="1" allowOverlap="1" wp14:anchorId="5011D06B" wp14:editId="56758C09">
          <wp:simplePos x="0" y="0"/>
          <wp:positionH relativeFrom="column">
            <wp:posOffset>-695325</wp:posOffset>
          </wp:positionH>
          <wp:positionV relativeFrom="page">
            <wp:posOffset>171450</wp:posOffset>
          </wp:positionV>
          <wp:extent cx="1506220" cy="575945"/>
          <wp:effectExtent l="0" t="0" r="0" b="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06220" cy="575945"/>
                  </a:xfrm>
                  <a:prstGeom prst="rect">
                    <a:avLst/>
                  </a:prstGeom>
                  <a:noFill/>
                  <a:ln>
                    <a:noFill/>
                  </a:ln>
                </pic:spPr>
              </pic:pic>
            </a:graphicData>
          </a:graphic>
        </wp:anchor>
      </w:drawing>
    </w:r>
  </w:p>
  <w:p w:rsidR="00451832" w:rsidRDefault="0045183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nsid w:val="04212015"/>
    <w:multiLevelType w:val="hybridMultilevel"/>
    <w:tmpl w:val="B8E49FC4"/>
    <w:lvl w:ilvl="0" w:tplc="78FE4446">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DC416D3"/>
    <w:multiLevelType w:val="multilevel"/>
    <w:tmpl w:val="8BA0F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4D2125F"/>
    <w:multiLevelType w:val="hybridMultilevel"/>
    <w:tmpl w:val="A7248C48"/>
    <w:lvl w:ilvl="0" w:tplc="22103DBC">
      <w:numFmt w:val="bullet"/>
      <w:lvlText w:val=""/>
      <w:lvlJc w:val="left"/>
      <w:pPr>
        <w:ind w:left="720" w:hanging="360"/>
      </w:pPr>
      <w:rPr>
        <w:rFonts w:ascii="Symbol" w:eastAsiaTheme="minorEastAsia"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41771AA"/>
    <w:multiLevelType w:val="multilevel"/>
    <w:tmpl w:val="39ACD0A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7FF4390"/>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4">
    <w:nsid w:val="4BE6697F"/>
    <w:multiLevelType w:val="multilevel"/>
    <w:tmpl w:val="161A39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B0E67E6"/>
    <w:multiLevelType w:val="hybridMultilevel"/>
    <w:tmpl w:val="7786B3C4"/>
    <w:lvl w:ilvl="0" w:tplc="42D0A9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6B61417E"/>
    <w:multiLevelType w:val="hybridMultilevel"/>
    <w:tmpl w:val="433E2BFC"/>
    <w:lvl w:ilvl="0" w:tplc="CA1E567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4355EAA"/>
    <w:multiLevelType w:val="multilevel"/>
    <w:tmpl w:val="9A96DAA6"/>
    <w:lvl w:ilvl="0">
      <w:start w:val="1"/>
      <w:numFmt w:val="decimal"/>
      <w:lvlText w:val="%1."/>
      <w:lvlJc w:val="left"/>
      <w:pPr>
        <w:ind w:left="340" w:hanging="34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nsid w:val="75B33797"/>
    <w:multiLevelType w:val="multilevel"/>
    <w:tmpl w:val="BA2A86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E525A2F"/>
    <w:multiLevelType w:val="multilevel"/>
    <w:tmpl w:val="F2847C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1"/>
  </w:num>
  <w:num w:numId="12">
    <w:abstractNumId w:val="16"/>
  </w:num>
  <w:num w:numId="13">
    <w:abstractNumId w:val="15"/>
  </w:num>
  <w:num w:numId="14">
    <w:abstractNumId w:val="17"/>
  </w:num>
  <w:num w:numId="15">
    <w:abstractNumId w:val="13"/>
  </w:num>
  <w:num w:numId="16">
    <w:abstractNumId w:val="10"/>
  </w:num>
  <w:num w:numId="17">
    <w:abstractNumId w:val="18"/>
  </w:num>
  <w:num w:numId="18">
    <w:abstractNumId w:val="19"/>
  </w:num>
  <w:num w:numId="19">
    <w:abstractNumId w:val="12"/>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43D"/>
    <w:rsid w:val="0000691D"/>
    <w:rsid w:val="00062F7C"/>
    <w:rsid w:val="000B3902"/>
    <w:rsid w:val="000F2F6C"/>
    <w:rsid w:val="00145293"/>
    <w:rsid w:val="001957CA"/>
    <w:rsid w:val="001B586C"/>
    <w:rsid w:val="002462E8"/>
    <w:rsid w:val="002761B6"/>
    <w:rsid w:val="003018F8"/>
    <w:rsid w:val="0032708A"/>
    <w:rsid w:val="0034318D"/>
    <w:rsid w:val="00343601"/>
    <w:rsid w:val="003D64D2"/>
    <w:rsid w:val="00401E42"/>
    <w:rsid w:val="00451832"/>
    <w:rsid w:val="0045443D"/>
    <w:rsid w:val="004F24A7"/>
    <w:rsid w:val="006109ED"/>
    <w:rsid w:val="0065412B"/>
    <w:rsid w:val="007222EA"/>
    <w:rsid w:val="007C7C24"/>
    <w:rsid w:val="007E495B"/>
    <w:rsid w:val="00811672"/>
    <w:rsid w:val="00892350"/>
    <w:rsid w:val="008A2B1C"/>
    <w:rsid w:val="00947B25"/>
    <w:rsid w:val="00A75B1C"/>
    <w:rsid w:val="00B546C5"/>
    <w:rsid w:val="00B553AB"/>
    <w:rsid w:val="00BB2D4E"/>
    <w:rsid w:val="00C01BD3"/>
    <w:rsid w:val="00C27870"/>
    <w:rsid w:val="00C449BE"/>
    <w:rsid w:val="00C675C0"/>
    <w:rsid w:val="00C815D3"/>
    <w:rsid w:val="00D94002"/>
    <w:rsid w:val="00DA7DF9"/>
    <w:rsid w:val="00DE310A"/>
    <w:rsid w:val="00E25F8A"/>
    <w:rsid w:val="00E36391"/>
    <w:rsid w:val="00E87F79"/>
    <w:rsid w:val="00EC4B20"/>
    <w:rsid w:val="00EF5E18"/>
    <w:rsid w:val="00F31691"/>
    <w:rsid w:val="00F412A6"/>
    <w:rsid w:val="00FA2B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CC69EE6-C9BE-4C95-92E2-B2D95227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5B1C"/>
    <w:pPr>
      <w:spacing w:after="200" w:line="276" w:lineRule="auto"/>
    </w:pPr>
    <w:rPr>
      <w:rFonts w:eastAsiaTheme="minorEastAsia"/>
    </w:rPr>
  </w:style>
  <w:style w:type="paragraph" w:styleId="Heading1">
    <w:name w:val="heading 1"/>
    <w:aliases w:val="عنوان 1"/>
    <w:basedOn w:val="Normal"/>
    <w:next w:val="Normal"/>
    <w:link w:val="Heading1Char"/>
    <w:uiPriority w:val="9"/>
    <w:qFormat/>
    <w:rsid w:val="00A75B1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aliases w:val="عنوان 2"/>
    <w:basedOn w:val="Normal"/>
    <w:next w:val="Normal"/>
    <w:link w:val="Heading2Char"/>
    <w:uiPriority w:val="9"/>
    <w:unhideWhenUsed/>
    <w:qFormat/>
    <w:rsid w:val="00A75B1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aliases w:val="عنوان 3"/>
    <w:basedOn w:val="Normal"/>
    <w:next w:val="Normal"/>
    <w:link w:val="Heading3Char"/>
    <w:uiPriority w:val="9"/>
    <w:unhideWhenUsed/>
    <w:qFormat/>
    <w:rsid w:val="00A75B1C"/>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A75B1C"/>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A75B1C"/>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A75B1C"/>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A75B1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75B1C"/>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A75B1C"/>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عنوان 1 Char"/>
    <w:basedOn w:val="DefaultParagraphFont"/>
    <w:link w:val="Heading1"/>
    <w:uiPriority w:val="9"/>
    <w:rsid w:val="00A75B1C"/>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aliases w:val="عنوان 2 Char"/>
    <w:basedOn w:val="DefaultParagraphFont"/>
    <w:link w:val="Heading2"/>
    <w:uiPriority w:val="9"/>
    <w:rsid w:val="00A75B1C"/>
    <w:rPr>
      <w:rFonts w:asciiTheme="majorHAnsi" w:eastAsiaTheme="majorEastAsia" w:hAnsiTheme="majorHAnsi" w:cstheme="majorBidi"/>
      <w:b/>
      <w:bCs/>
      <w:color w:val="5B9BD5" w:themeColor="accent1"/>
      <w:sz w:val="26"/>
      <w:szCs w:val="26"/>
    </w:rPr>
  </w:style>
  <w:style w:type="character" w:customStyle="1" w:styleId="Heading3Char">
    <w:name w:val="Heading 3 Char"/>
    <w:aliases w:val="عنوان 3 Char"/>
    <w:basedOn w:val="DefaultParagraphFont"/>
    <w:link w:val="Heading3"/>
    <w:uiPriority w:val="9"/>
    <w:rsid w:val="00A75B1C"/>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rsid w:val="00A75B1C"/>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A75B1C"/>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A75B1C"/>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A75B1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75B1C"/>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A75B1C"/>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unhideWhenUsed/>
    <w:rsid w:val="00A75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B1C"/>
    <w:rPr>
      <w:rFonts w:eastAsiaTheme="minorEastAsia"/>
    </w:rPr>
  </w:style>
  <w:style w:type="paragraph" w:styleId="Footer">
    <w:name w:val="footer"/>
    <w:basedOn w:val="Normal"/>
    <w:link w:val="FooterChar"/>
    <w:uiPriority w:val="99"/>
    <w:unhideWhenUsed/>
    <w:rsid w:val="00A75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B1C"/>
    <w:rPr>
      <w:rFonts w:eastAsiaTheme="minorEastAsia"/>
    </w:rPr>
  </w:style>
  <w:style w:type="paragraph" w:styleId="NoSpacing">
    <w:name w:val="No Spacing"/>
    <w:uiPriority w:val="1"/>
    <w:qFormat/>
    <w:rsid w:val="00A75B1C"/>
    <w:pPr>
      <w:spacing w:after="0" w:line="240" w:lineRule="auto"/>
    </w:pPr>
    <w:rPr>
      <w:rFonts w:eastAsiaTheme="minorEastAsia"/>
    </w:rPr>
  </w:style>
  <w:style w:type="paragraph" w:styleId="Title">
    <w:name w:val="Title"/>
    <w:aliases w:val="عنوان اصلی"/>
    <w:basedOn w:val="Normal"/>
    <w:next w:val="Normal"/>
    <w:link w:val="TitleChar"/>
    <w:uiPriority w:val="10"/>
    <w:qFormat/>
    <w:rsid w:val="00A75B1C"/>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عنوان اصلی Char"/>
    <w:basedOn w:val="DefaultParagraphFont"/>
    <w:link w:val="Title"/>
    <w:uiPriority w:val="10"/>
    <w:rsid w:val="00A75B1C"/>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A75B1C"/>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A75B1C"/>
    <w:rPr>
      <w:rFonts w:asciiTheme="majorHAnsi" w:eastAsiaTheme="majorEastAsia" w:hAnsiTheme="majorHAnsi" w:cstheme="majorBidi"/>
      <w:i/>
      <w:iCs/>
      <w:color w:val="5B9BD5" w:themeColor="accent1"/>
      <w:spacing w:val="15"/>
      <w:sz w:val="24"/>
      <w:szCs w:val="24"/>
    </w:rPr>
  </w:style>
  <w:style w:type="paragraph" w:styleId="ListParagraph">
    <w:name w:val="List Paragraph"/>
    <w:basedOn w:val="Normal"/>
    <w:uiPriority w:val="34"/>
    <w:qFormat/>
    <w:rsid w:val="00A75B1C"/>
    <w:pPr>
      <w:ind w:left="720"/>
      <w:contextualSpacing/>
    </w:pPr>
  </w:style>
  <w:style w:type="paragraph" w:styleId="BodyText">
    <w:name w:val="Body Text"/>
    <w:basedOn w:val="Normal"/>
    <w:link w:val="BodyTextChar"/>
    <w:uiPriority w:val="99"/>
    <w:unhideWhenUsed/>
    <w:rsid w:val="00A75B1C"/>
    <w:pPr>
      <w:spacing w:after="120"/>
    </w:pPr>
  </w:style>
  <w:style w:type="character" w:customStyle="1" w:styleId="BodyTextChar">
    <w:name w:val="Body Text Char"/>
    <w:basedOn w:val="DefaultParagraphFont"/>
    <w:link w:val="BodyText"/>
    <w:uiPriority w:val="99"/>
    <w:rsid w:val="00A75B1C"/>
    <w:rPr>
      <w:rFonts w:eastAsiaTheme="minorEastAsia"/>
    </w:rPr>
  </w:style>
  <w:style w:type="paragraph" w:styleId="BodyText2">
    <w:name w:val="Body Text 2"/>
    <w:basedOn w:val="Normal"/>
    <w:link w:val="BodyText2Char"/>
    <w:uiPriority w:val="99"/>
    <w:unhideWhenUsed/>
    <w:rsid w:val="00A75B1C"/>
    <w:pPr>
      <w:spacing w:after="120" w:line="480" w:lineRule="auto"/>
    </w:pPr>
  </w:style>
  <w:style w:type="character" w:customStyle="1" w:styleId="BodyText2Char">
    <w:name w:val="Body Text 2 Char"/>
    <w:basedOn w:val="DefaultParagraphFont"/>
    <w:link w:val="BodyText2"/>
    <w:uiPriority w:val="99"/>
    <w:rsid w:val="00A75B1C"/>
    <w:rPr>
      <w:rFonts w:eastAsiaTheme="minorEastAsia"/>
    </w:rPr>
  </w:style>
  <w:style w:type="paragraph" w:styleId="BodyText3">
    <w:name w:val="Body Text 3"/>
    <w:basedOn w:val="Normal"/>
    <w:link w:val="BodyText3Char"/>
    <w:uiPriority w:val="99"/>
    <w:unhideWhenUsed/>
    <w:rsid w:val="00A75B1C"/>
    <w:pPr>
      <w:spacing w:after="120"/>
    </w:pPr>
    <w:rPr>
      <w:sz w:val="16"/>
      <w:szCs w:val="16"/>
    </w:rPr>
  </w:style>
  <w:style w:type="character" w:customStyle="1" w:styleId="BodyText3Char">
    <w:name w:val="Body Text 3 Char"/>
    <w:basedOn w:val="DefaultParagraphFont"/>
    <w:link w:val="BodyText3"/>
    <w:uiPriority w:val="99"/>
    <w:rsid w:val="00A75B1C"/>
    <w:rPr>
      <w:rFonts w:eastAsiaTheme="minorEastAsia"/>
      <w:sz w:val="16"/>
      <w:szCs w:val="16"/>
    </w:rPr>
  </w:style>
  <w:style w:type="paragraph" w:styleId="List">
    <w:name w:val="List"/>
    <w:basedOn w:val="Normal"/>
    <w:uiPriority w:val="99"/>
    <w:unhideWhenUsed/>
    <w:rsid w:val="00A75B1C"/>
    <w:pPr>
      <w:ind w:left="360" w:hanging="360"/>
      <w:contextualSpacing/>
    </w:pPr>
  </w:style>
  <w:style w:type="paragraph" w:styleId="List2">
    <w:name w:val="List 2"/>
    <w:basedOn w:val="Normal"/>
    <w:uiPriority w:val="99"/>
    <w:unhideWhenUsed/>
    <w:rsid w:val="00A75B1C"/>
    <w:pPr>
      <w:ind w:left="720" w:hanging="360"/>
      <w:contextualSpacing/>
    </w:pPr>
  </w:style>
  <w:style w:type="paragraph" w:styleId="List3">
    <w:name w:val="List 3"/>
    <w:basedOn w:val="Normal"/>
    <w:uiPriority w:val="99"/>
    <w:unhideWhenUsed/>
    <w:rsid w:val="00A75B1C"/>
    <w:pPr>
      <w:ind w:left="1080" w:hanging="360"/>
      <w:contextualSpacing/>
    </w:pPr>
  </w:style>
  <w:style w:type="paragraph" w:styleId="ListBullet">
    <w:name w:val="List Bullet"/>
    <w:basedOn w:val="Normal"/>
    <w:uiPriority w:val="99"/>
    <w:unhideWhenUsed/>
    <w:rsid w:val="00A75B1C"/>
    <w:pPr>
      <w:numPr>
        <w:numId w:val="1"/>
      </w:numPr>
      <w:contextualSpacing/>
    </w:pPr>
  </w:style>
  <w:style w:type="paragraph" w:styleId="ListBullet2">
    <w:name w:val="List Bullet 2"/>
    <w:basedOn w:val="Normal"/>
    <w:uiPriority w:val="99"/>
    <w:unhideWhenUsed/>
    <w:rsid w:val="00A75B1C"/>
    <w:pPr>
      <w:numPr>
        <w:numId w:val="2"/>
      </w:numPr>
      <w:contextualSpacing/>
    </w:pPr>
  </w:style>
  <w:style w:type="paragraph" w:styleId="ListBullet3">
    <w:name w:val="List Bullet 3"/>
    <w:basedOn w:val="Normal"/>
    <w:uiPriority w:val="99"/>
    <w:unhideWhenUsed/>
    <w:rsid w:val="00A75B1C"/>
    <w:pPr>
      <w:numPr>
        <w:numId w:val="3"/>
      </w:numPr>
      <w:contextualSpacing/>
    </w:pPr>
  </w:style>
  <w:style w:type="paragraph" w:styleId="ListNumber">
    <w:name w:val="List Number"/>
    <w:basedOn w:val="Normal"/>
    <w:uiPriority w:val="99"/>
    <w:unhideWhenUsed/>
    <w:rsid w:val="00A75B1C"/>
    <w:pPr>
      <w:numPr>
        <w:numId w:val="5"/>
      </w:numPr>
      <w:contextualSpacing/>
    </w:pPr>
  </w:style>
  <w:style w:type="paragraph" w:styleId="ListNumber2">
    <w:name w:val="List Number 2"/>
    <w:basedOn w:val="Normal"/>
    <w:uiPriority w:val="99"/>
    <w:unhideWhenUsed/>
    <w:rsid w:val="00A75B1C"/>
    <w:pPr>
      <w:numPr>
        <w:numId w:val="6"/>
      </w:numPr>
      <w:contextualSpacing/>
    </w:pPr>
  </w:style>
  <w:style w:type="paragraph" w:styleId="ListNumber3">
    <w:name w:val="List Number 3"/>
    <w:basedOn w:val="Normal"/>
    <w:uiPriority w:val="99"/>
    <w:unhideWhenUsed/>
    <w:rsid w:val="00A75B1C"/>
    <w:pPr>
      <w:numPr>
        <w:numId w:val="7"/>
      </w:numPr>
      <w:contextualSpacing/>
    </w:pPr>
  </w:style>
  <w:style w:type="paragraph" w:styleId="ListContinue">
    <w:name w:val="List Continue"/>
    <w:basedOn w:val="Normal"/>
    <w:uiPriority w:val="99"/>
    <w:unhideWhenUsed/>
    <w:rsid w:val="00A75B1C"/>
    <w:pPr>
      <w:spacing w:after="120"/>
      <w:ind w:left="360"/>
      <w:contextualSpacing/>
    </w:pPr>
  </w:style>
  <w:style w:type="paragraph" w:styleId="ListContinue2">
    <w:name w:val="List Continue 2"/>
    <w:basedOn w:val="Normal"/>
    <w:uiPriority w:val="99"/>
    <w:unhideWhenUsed/>
    <w:rsid w:val="00A75B1C"/>
    <w:pPr>
      <w:spacing w:after="120"/>
      <w:ind w:left="720"/>
      <w:contextualSpacing/>
    </w:pPr>
  </w:style>
  <w:style w:type="paragraph" w:styleId="ListContinue3">
    <w:name w:val="List Continue 3"/>
    <w:basedOn w:val="Normal"/>
    <w:uiPriority w:val="99"/>
    <w:unhideWhenUsed/>
    <w:rsid w:val="00A75B1C"/>
    <w:pPr>
      <w:spacing w:after="120"/>
      <w:ind w:left="1080"/>
      <w:contextualSpacing/>
    </w:pPr>
  </w:style>
  <w:style w:type="paragraph" w:styleId="MacroText">
    <w:name w:val="macro"/>
    <w:link w:val="MacroTextChar"/>
    <w:uiPriority w:val="99"/>
    <w:unhideWhenUsed/>
    <w:rsid w:val="00A75B1C"/>
    <w:pPr>
      <w:tabs>
        <w:tab w:val="left" w:pos="576"/>
        <w:tab w:val="left" w:pos="1152"/>
        <w:tab w:val="left" w:pos="1728"/>
        <w:tab w:val="left" w:pos="2304"/>
        <w:tab w:val="left" w:pos="2880"/>
        <w:tab w:val="left" w:pos="3456"/>
        <w:tab w:val="left" w:pos="4032"/>
      </w:tabs>
      <w:spacing w:after="200" w:line="276" w:lineRule="auto"/>
    </w:pPr>
    <w:rPr>
      <w:rFonts w:ascii="Courier" w:eastAsiaTheme="minorEastAsia" w:hAnsi="Courier"/>
      <w:sz w:val="20"/>
      <w:szCs w:val="20"/>
    </w:rPr>
  </w:style>
  <w:style w:type="character" w:customStyle="1" w:styleId="MacroTextChar">
    <w:name w:val="Macro Text Char"/>
    <w:basedOn w:val="DefaultParagraphFont"/>
    <w:link w:val="MacroText"/>
    <w:uiPriority w:val="99"/>
    <w:rsid w:val="00A75B1C"/>
    <w:rPr>
      <w:rFonts w:ascii="Courier" w:eastAsiaTheme="minorEastAsia" w:hAnsi="Courier"/>
      <w:sz w:val="20"/>
      <w:szCs w:val="20"/>
    </w:rPr>
  </w:style>
  <w:style w:type="paragraph" w:styleId="Quote">
    <w:name w:val="Quote"/>
    <w:basedOn w:val="Normal"/>
    <w:next w:val="Normal"/>
    <w:link w:val="QuoteChar"/>
    <w:uiPriority w:val="29"/>
    <w:qFormat/>
    <w:rsid w:val="00A75B1C"/>
    <w:rPr>
      <w:i/>
      <w:iCs/>
      <w:color w:val="000000" w:themeColor="text1"/>
    </w:rPr>
  </w:style>
  <w:style w:type="character" w:customStyle="1" w:styleId="QuoteChar">
    <w:name w:val="Quote Char"/>
    <w:basedOn w:val="DefaultParagraphFont"/>
    <w:link w:val="Quote"/>
    <w:uiPriority w:val="29"/>
    <w:rsid w:val="00A75B1C"/>
    <w:rPr>
      <w:rFonts w:eastAsiaTheme="minorEastAsia"/>
      <w:i/>
      <w:iCs/>
      <w:color w:val="000000" w:themeColor="text1"/>
    </w:rPr>
  </w:style>
  <w:style w:type="paragraph" w:styleId="Caption">
    <w:name w:val="caption"/>
    <w:aliases w:val="جدول/تصویر"/>
    <w:basedOn w:val="Normal"/>
    <w:next w:val="Normal"/>
    <w:uiPriority w:val="35"/>
    <w:unhideWhenUsed/>
    <w:qFormat/>
    <w:rsid w:val="00A75B1C"/>
    <w:pPr>
      <w:spacing w:line="240" w:lineRule="auto"/>
    </w:pPr>
    <w:rPr>
      <w:b/>
      <w:bCs/>
      <w:color w:val="5B9BD5" w:themeColor="accent1"/>
      <w:sz w:val="18"/>
      <w:szCs w:val="18"/>
    </w:rPr>
  </w:style>
  <w:style w:type="character" w:styleId="Strong">
    <w:name w:val="Strong"/>
    <w:basedOn w:val="DefaultParagraphFont"/>
    <w:uiPriority w:val="22"/>
    <w:qFormat/>
    <w:rsid w:val="00A75B1C"/>
    <w:rPr>
      <w:b/>
      <w:bCs/>
    </w:rPr>
  </w:style>
  <w:style w:type="character" w:styleId="Emphasis">
    <w:name w:val="Emphasis"/>
    <w:basedOn w:val="DefaultParagraphFont"/>
    <w:uiPriority w:val="20"/>
    <w:qFormat/>
    <w:rsid w:val="00A75B1C"/>
    <w:rPr>
      <w:i/>
      <w:iCs/>
    </w:rPr>
  </w:style>
  <w:style w:type="paragraph" w:styleId="IntenseQuote">
    <w:name w:val="Intense Quote"/>
    <w:basedOn w:val="Normal"/>
    <w:next w:val="Normal"/>
    <w:link w:val="IntenseQuoteChar"/>
    <w:uiPriority w:val="30"/>
    <w:qFormat/>
    <w:rsid w:val="00A75B1C"/>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A75B1C"/>
    <w:rPr>
      <w:rFonts w:eastAsiaTheme="minorEastAsia"/>
      <w:b/>
      <w:bCs/>
      <w:i/>
      <w:iCs/>
      <w:color w:val="5B9BD5" w:themeColor="accent1"/>
    </w:rPr>
  </w:style>
  <w:style w:type="character" w:styleId="SubtleEmphasis">
    <w:name w:val="Subtle Emphasis"/>
    <w:basedOn w:val="DefaultParagraphFont"/>
    <w:uiPriority w:val="19"/>
    <w:qFormat/>
    <w:rsid w:val="00A75B1C"/>
    <w:rPr>
      <w:i/>
      <w:iCs/>
      <w:color w:val="808080" w:themeColor="text1" w:themeTint="7F"/>
    </w:rPr>
  </w:style>
  <w:style w:type="character" w:styleId="IntenseEmphasis">
    <w:name w:val="Intense Emphasis"/>
    <w:basedOn w:val="DefaultParagraphFont"/>
    <w:uiPriority w:val="21"/>
    <w:qFormat/>
    <w:rsid w:val="00A75B1C"/>
    <w:rPr>
      <w:b/>
      <w:bCs/>
      <w:i/>
      <w:iCs/>
      <w:color w:val="5B9BD5" w:themeColor="accent1"/>
    </w:rPr>
  </w:style>
  <w:style w:type="character" w:styleId="SubtleReference">
    <w:name w:val="Subtle Reference"/>
    <w:basedOn w:val="DefaultParagraphFont"/>
    <w:uiPriority w:val="31"/>
    <w:qFormat/>
    <w:rsid w:val="00A75B1C"/>
    <w:rPr>
      <w:smallCaps/>
      <w:color w:val="ED7D31" w:themeColor="accent2"/>
      <w:u w:val="single"/>
    </w:rPr>
  </w:style>
  <w:style w:type="character" w:styleId="IntenseReference">
    <w:name w:val="Intense Reference"/>
    <w:basedOn w:val="DefaultParagraphFont"/>
    <w:uiPriority w:val="32"/>
    <w:qFormat/>
    <w:rsid w:val="00A75B1C"/>
    <w:rPr>
      <w:b/>
      <w:bCs/>
      <w:smallCaps/>
      <w:color w:val="ED7D31" w:themeColor="accent2"/>
      <w:spacing w:val="5"/>
      <w:u w:val="single"/>
    </w:rPr>
  </w:style>
  <w:style w:type="character" w:styleId="BookTitle">
    <w:name w:val="Book Title"/>
    <w:basedOn w:val="DefaultParagraphFont"/>
    <w:uiPriority w:val="33"/>
    <w:qFormat/>
    <w:rsid w:val="00A75B1C"/>
    <w:rPr>
      <w:b/>
      <w:bCs/>
      <w:smallCaps/>
      <w:spacing w:val="5"/>
    </w:rPr>
  </w:style>
  <w:style w:type="paragraph" w:styleId="TOCHeading">
    <w:name w:val="TOC Heading"/>
    <w:basedOn w:val="Heading1"/>
    <w:next w:val="Normal"/>
    <w:uiPriority w:val="39"/>
    <w:unhideWhenUsed/>
    <w:qFormat/>
    <w:rsid w:val="00A75B1C"/>
    <w:pPr>
      <w:outlineLvl w:val="9"/>
    </w:pPr>
  </w:style>
  <w:style w:type="table" w:styleId="TableGrid">
    <w:name w:val="Table Grid"/>
    <w:basedOn w:val="TableNormal"/>
    <w:uiPriority w:val="59"/>
    <w:rsid w:val="00A75B1C"/>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A75B1C"/>
    <w:pPr>
      <w:spacing w:after="0" w:line="240" w:lineRule="auto"/>
    </w:pPr>
    <w:rPr>
      <w:rFonts w:eastAsiaTheme="minorEastAsia"/>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A75B1C"/>
    <w:pPr>
      <w:spacing w:after="0" w:line="240" w:lineRule="auto"/>
    </w:pPr>
    <w:rPr>
      <w:rFonts w:eastAsiaTheme="minorEastAsia"/>
      <w:color w:val="2E74B5" w:themeColor="accent1" w:themeShade="BF"/>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rsid w:val="00A75B1C"/>
    <w:pPr>
      <w:spacing w:after="0" w:line="240" w:lineRule="auto"/>
    </w:pPr>
    <w:rPr>
      <w:rFonts w:eastAsiaTheme="minorEastAsia"/>
      <w:color w:val="C45911" w:themeColor="accent2" w:themeShade="BF"/>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A75B1C"/>
    <w:pPr>
      <w:spacing w:after="0" w:line="240" w:lineRule="auto"/>
    </w:pPr>
    <w:rPr>
      <w:rFonts w:eastAsiaTheme="minorEastAsia"/>
      <w:color w:val="7B7B7B" w:themeColor="accent3" w:themeShade="BF"/>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A75B1C"/>
    <w:pPr>
      <w:spacing w:after="0" w:line="240" w:lineRule="auto"/>
    </w:pPr>
    <w:rPr>
      <w:rFonts w:eastAsiaTheme="minorEastAsia"/>
      <w:color w:val="BF8F00" w:themeColor="accent4" w:themeShade="BF"/>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A75B1C"/>
    <w:pPr>
      <w:spacing w:after="0" w:line="240" w:lineRule="auto"/>
    </w:pPr>
    <w:rPr>
      <w:rFonts w:eastAsiaTheme="minorEastAsia"/>
      <w:color w:val="2F5496" w:themeColor="accent5" w:themeShade="BF"/>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rsid w:val="00A75B1C"/>
    <w:pPr>
      <w:spacing w:after="0" w:line="240" w:lineRule="auto"/>
    </w:pPr>
    <w:rPr>
      <w:rFonts w:eastAsiaTheme="minorEastAsia"/>
      <w:color w:val="538135" w:themeColor="accent6" w:themeShade="BF"/>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A75B1C"/>
    <w:pPr>
      <w:spacing w:after="0" w:line="240" w:lineRule="auto"/>
    </w:pPr>
    <w:rPr>
      <w:rFonts w:eastAsiaTheme="minorEastAsia"/>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A75B1C"/>
    <w:pPr>
      <w:spacing w:after="0" w:line="240" w:lineRule="auto"/>
    </w:pPr>
    <w:rPr>
      <w:rFonts w:eastAsiaTheme="minorEastAsia"/>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rsid w:val="00A75B1C"/>
    <w:pPr>
      <w:spacing w:after="0" w:line="240" w:lineRule="auto"/>
    </w:pPr>
    <w:rPr>
      <w:rFonts w:eastAsiaTheme="minorEastAsia"/>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A75B1C"/>
    <w:pPr>
      <w:spacing w:after="0" w:line="240" w:lineRule="auto"/>
    </w:pPr>
    <w:rPr>
      <w:rFonts w:eastAsiaTheme="minorEastAsia"/>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A75B1C"/>
    <w:pPr>
      <w:spacing w:after="0" w:line="240" w:lineRule="auto"/>
    </w:pPr>
    <w:rPr>
      <w:rFonts w:eastAsiaTheme="minorEastAsia"/>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A75B1C"/>
    <w:pPr>
      <w:spacing w:after="0" w:line="240" w:lineRule="auto"/>
    </w:pPr>
    <w:rPr>
      <w:rFonts w:eastAsiaTheme="minorEastAsia"/>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rsid w:val="00A75B1C"/>
    <w:pPr>
      <w:spacing w:after="0" w:line="240" w:lineRule="auto"/>
    </w:pPr>
    <w:rPr>
      <w:rFonts w:eastAsiaTheme="minorEastAsia"/>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A75B1C"/>
    <w:pPr>
      <w:spacing w:after="0" w:line="240" w:lineRule="auto"/>
    </w:pPr>
    <w:rPr>
      <w:rFonts w:eastAsiaTheme="minorEastAsia"/>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A75B1C"/>
    <w:pPr>
      <w:spacing w:after="0" w:line="240" w:lineRule="auto"/>
    </w:pPr>
    <w:rPr>
      <w:rFonts w:eastAsiaTheme="minorEastAsia"/>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rsid w:val="00A75B1C"/>
    <w:pPr>
      <w:spacing w:after="0" w:line="240" w:lineRule="auto"/>
    </w:pPr>
    <w:rPr>
      <w:rFonts w:eastAsiaTheme="minorEastAsia"/>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A75B1C"/>
    <w:pPr>
      <w:spacing w:after="0" w:line="240" w:lineRule="auto"/>
    </w:pPr>
    <w:rPr>
      <w:rFonts w:eastAsiaTheme="minorEastAsia"/>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A75B1C"/>
    <w:pPr>
      <w:spacing w:after="0" w:line="240" w:lineRule="auto"/>
    </w:pPr>
    <w:rPr>
      <w:rFonts w:eastAsiaTheme="minorEastAsia"/>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A75B1C"/>
    <w:pPr>
      <w:spacing w:after="0" w:line="240" w:lineRule="auto"/>
    </w:pPr>
    <w:rPr>
      <w:rFonts w:eastAsiaTheme="minorEastAsia"/>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rsid w:val="00A75B1C"/>
    <w:pPr>
      <w:spacing w:after="0" w:line="240" w:lineRule="auto"/>
    </w:pPr>
    <w:rPr>
      <w:rFonts w:eastAsiaTheme="minorEastAsia"/>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A75B1C"/>
    <w:pPr>
      <w:spacing w:after="0" w:line="240" w:lineRule="auto"/>
    </w:pPr>
    <w:rPr>
      <w:rFonts w:eastAsiaTheme="minorEastAsia"/>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A75B1C"/>
    <w:pPr>
      <w:spacing w:after="0" w:line="240" w:lineRule="auto"/>
    </w:pPr>
    <w:rPr>
      <w:rFonts w:eastAsiaTheme="minorEastAsia"/>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A75B1C"/>
    <w:pPr>
      <w:spacing w:after="0" w:line="240" w:lineRule="auto"/>
    </w:pPr>
    <w:rPr>
      <w:rFonts w:eastAsiaTheme="minorEastAsia"/>
    </w:r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A75B1C"/>
    <w:pPr>
      <w:spacing w:after="0" w:line="240" w:lineRule="auto"/>
    </w:pPr>
    <w:rPr>
      <w:rFonts w:eastAsiaTheme="minorEastAsia"/>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A75B1C"/>
    <w:pPr>
      <w:spacing w:after="0" w:line="240" w:lineRule="auto"/>
    </w:pPr>
    <w:rPr>
      <w:rFonts w:eastAsiaTheme="minorEastAsia"/>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A75B1C"/>
    <w:pPr>
      <w:spacing w:after="0" w:line="240" w:lineRule="auto"/>
    </w:pPr>
    <w:rPr>
      <w:rFonts w:eastAsiaTheme="minorEastAsia"/>
    </w:r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A75B1C"/>
    <w:pPr>
      <w:spacing w:after="0" w:line="240" w:lineRule="auto"/>
    </w:pPr>
    <w:rPr>
      <w:rFonts w:eastAsiaTheme="minorEastAsia"/>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A75B1C"/>
    <w:pPr>
      <w:spacing w:after="0" w:line="240" w:lineRule="auto"/>
    </w:pPr>
    <w:rPr>
      <w:rFonts w:eastAsiaTheme="minorEastAs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A75B1C"/>
    <w:pPr>
      <w:spacing w:after="0" w:line="240" w:lineRule="auto"/>
    </w:pPr>
    <w:rPr>
      <w:rFonts w:eastAsiaTheme="minorEastAs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A75B1C"/>
    <w:pPr>
      <w:spacing w:after="0" w:line="240" w:lineRule="auto"/>
    </w:pPr>
    <w:rPr>
      <w:rFonts w:eastAsiaTheme="minorEastAs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A75B1C"/>
    <w:pPr>
      <w:spacing w:after="0" w:line="240" w:lineRule="auto"/>
    </w:pPr>
    <w:rPr>
      <w:rFonts w:eastAsiaTheme="minorEastAs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A75B1C"/>
    <w:pPr>
      <w:spacing w:after="0" w:line="240" w:lineRule="auto"/>
    </w:pPr>
    <w:rPr>
      <w:rFonts w:eastAsiaTheme="minorEastAs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A75B1C"/>
    <w:pPr>
      <w:spacing w:after="0" w:line="240" w:lineRule="auto"/>
    </w:pPr>
    <w:rPr>
      <w:rFonts w:eastAsiaTheme="minorEastAs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A75B1C"/>
    <w:pPr>
      <w:spacing w:after="0" w:line="240" w:lineRule="auto"/>
    </w:pPr>
    <w:rPr>
      <w:rFonts w:eastAsiaTheme="minorEastAsia"/>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A75B1C"/>
    <w:pPr>
      <w:spacing w:after="0" w:line="240" w:lineRule="auto"/>
    </w:pPr>
    <w:rPr>
      <w:rFonts w:eastAsiaTheme="minorEastAsia"/>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A75B1C"/>
    <w:pPr>
      <w:spacing w:after="0" w:line="240" w:lineRule="auto"/>
    </w:pPr>
    <w:rPr>
      <w:rFonts w:eastAsiaTheme="minorEastAsia"/>
      <w:color w:val="000000" w:themeColor="text1"/>
    </w:rPr>
    <w:tblPr>
      <w:tblStyleRowBandSize w:val="1"/>
      <w:tblStyleColBandSize w:val="1"/>
      <w:tblInd w:w="0" w:type="dxa"/>
      <w:tblBorders>
        <w:top w:val="single" w:sz="8" w:space="0" w:color="5B9BD5" w:themeColor="accent1"/>
        <w:bottom w:val="single" w:sz="8" w:space="0" w:color="5B9BD5"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rsid w:val="00A75B1C"/>
    <w:pPr>
      <w:spacing w:after="0" w:line="240" w:lineRule="auto"/>
    </w:pPr>
    <w:rPr>
      <w:rFonts w:eastAsiaTheme="minorEastAsia"/>
      <w:color w:val="000000" w:themeColor="text1"/>
    </w:rPr>
    <w:tblPr>
      <w:tblStyleRowBandSize w:val="1"/>
      <w:tblStyleColBandSize w:val="1"/>
      <w:tblInd w:w="0" w:type="dxa"/>
      <w:tblBorders>
        <w:top w:val="single" w:sz="8" w:space="0" w:color="ED7D31" w:themeColor="accent2"/>
        <w:bottom w:val="single" w:sz="8" w:space="0" w:color="ED7D31"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A75B1C"/>
    <w:pPr>
      <w:spacing w:after="0" w:line="240" w:lineRule="auto"/>
    </w:pPr>
    <w:rPr>
      <w:rFonts w:eastAsiaTheme="minorEastAsia"/>
      <w:color w:val="000000" w:themeColor="text1"/>
    </w:rPr>
    <w:tblPr>
      <w:tblStyleRowBandSize w:val="1"/>
      <w:tblStyleColBandSize w:val="1"/>
      <w:tblInd w:w="0" w:type="dxa"/>
      <w:tblBorders>
        <w:top w:val="single" w:sz="8" w:space="0" w:color="A5A5A5" w:themeColor="accent3"/>
        <w:bottom w:val="single" w:sz="8" w:space="0" w:color="A5A5A5"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A75B1C"/>
    <w:pPr>
      <w:spacing w:after="0" w:line="240" w:lineRule="auto"/>
    </w:pPr>
    <w:rPr>
      <w:rFonts w:eastAsiaTheme="minorEastAsia"/>
      <w:color w:val="000000" w:themeColor="text1"/>
    </w:rPr>
    <w:tblPr>
      <w:tblStyleRowBandSize w:val="1"/>
      <w:tblStyleColBandSize w:val="1"/>
      <w:tblInd w:w="0" w:type="dxa"/>
      <w:tblBorders>
        <w:top w:val="single" w:sz="8" w:space="0" w:color="FFC000" w:themeColor="accent4"/>
        <w:bottom w:val="single" w:sz="8" w:space="0" w:color="FFC000"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A75B1C"/>
    <w:pPr>
      <w:spacing w:after="0" w:line="240" w:lineRule="auto"/>
    </w:pPr>
    <w:rPr>
      <w:rFonts w:eastAsiaTheme="minorEastAsia"/>
      <w:color w:val="000000" w:themeColor="text1"/>
    </w:rPr>
    <w:tblPr>
      <w:tblStyleRowBandSize w:val="1"/>
      <w:tblStyleColBandSize w:val="1"/>
      <w:tblInd w:w="0" w:type="dxa"/>
      <w:tblBorders>
        <w:top w:val="single" w:sz="8" w:space="0" w:color="4472C4" w:themeColor="accent5"/>
        <w:bottom w:val="single" w:sz="8" w:space="0" w:color="4472C4"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rsid w:val="00A75B1C"/>
    <w:pPr>
      <w:spacing w:after="0" w:line="240" w:lineRule="auto"/>
    </w:pPr>
    <w:rPr>
      <w:rFonts w:eastAsiaTheme="minorEastAsia"/>
      <w:color w:val="000000" w:themeColor="text1"/>
    </w:rPr>
    <w:tblPr>
      <w:tblStyleRowBandSize w:val="1"/>
      <w:tblStyleColBandSize w:val="1"/>
      <w:tblInd w:w="0" w:type="dxa"/>
      <w:tblBorders>
        <w:top w:val="single" w:sz="8" w:space="0" w:color="70AD47" w:themeColor="accent6"/>
        <w:bottom w:val="single" w:sz="8" w:space="0" w:color="70AD47"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A75B1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A75B1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single" w:sz="8" w:space="0" w:color="5B9BD5"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A75B1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A75B1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A75B1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A75B1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single" w:sz="8" w:space="0" w:color="4472C4"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A75B1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A75B1C"/>
    <w:pPr>
      <w:spacing w:after="0" w:line="240" w:lineRule="auto"/>
    </w:pPr>
    <w:rPr>
      <w:rFonts w:eastAsiaTheme="minorEastAsia"/>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A75B1C"/>
    <w:pPr>
      <w:spacing w:after="0" w:line="240" w:lineRule="auto"/>
    </w:pPr>
    <w:rPr>
      <w:rFonts w:eastAsiaTheme="minorEastAsia"/>
    </w:rPr>
    <w:tblPr>
      <w:tblStyleRowBandSize w:val="1"/>
      <w:tblStyleColBandSize w:val="1"/>
      <w:tblInd w:w="0" w:type="dxa"/>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rsid w:val="00A75B1C"/>
    <w:pPr>
      <w:spacing w:after="0" w:line="240" w:lineRule="auto"/>
    </w:pPr>
    <w:rPr>
      <w:rFonts w:eastAsiaTheme="minorEastAsia"/>
    </w:rPr>
    <w:tblPr>
      <w:tblStyleRowBandSize w:val="1"/>
      <w:tblStyleColBandSize w:val="1"/>
      <w:tblInd w:w="0" w:type="dxa"/>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CellMar>
        <w:top w:w="0" w:type="dxa"/>
        <w:left w:w="108" w:type="dxa"/>
        <w:bottom w:w="0" w:type="dxa"/>
        <w:right w:w="108" w:type="dxa"/>
      </w:tblCellMar>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A75B1C"/>
    <w:pPr>
      <w:spacing w:after="0" w:line="240" w:lineRule="auto"/>
    </w:pPr>
    <w:rPr>
      <w:rFonts w:eastAsiaTheme="minorEastAsia"/>
    </w:rPr>
    <w:tblPr>
      <w:tblStyleRowBandSize w:val="1"/>
      <w:tblStyleColBandSize w:val="1"/>
      <w:tblInd w:w="0" w:type="dxa"/>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A75B1C"/>
    <w:pPr>
      <w:spacing w:after="0" w:line="240" w:lineRule="auto"/>
    </w:pPr>
    <w:rPr>
      <w:rFonts w:eastAsiaTheme="minorEastAsia"/>
    </w:rPr>
    <w:tblPr>
      <w:tblStyleRowBandSize w:val="1"/>
      <w:tblStyleColBandSize w:val="1"/>
      <w:tblInd w:w="0" w:type="dxa"/>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CellMar>
        <w:top w:w="0" w:type="dxa"/>
        <w:left w:w="108" w:type="dxa"/>
        <w:bottom w:w="0" w:type="dxa"/>
        <w:right w:w="108" w:type="dxa"/>
      </w:tblCellMar>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A75B1C"/>
    <w:pPr>
      <w:spacing w:after="0" w:line="240" w:lineRule="auto"/>
    </w:pPr>
    <w:rPr>
      <w:rFonts w:eastAsiaTheme="minorEastAsia"/>
    </w:r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CellMar>
        <w:top w:w="0" w:type="dxa"/>
        <w:left w:w="108" w:type="dxa"/>
        <w:bottom w:w="0" w:type="dxa"/>
        <w:right w:w="108" w:type="dxa"/>
      </w:tblCellMar>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rsid w:val="00A75B1C"/>
    <w:pPr>
      <w:spacing w:after="0" w:line="240" w:lineRule="auto"/>
    </w:pPr>
    <w:rPr>
      <w:rFonts w:eastAsiaTheme="minorEastAsia"/>
    </w:r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A75B1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A75B1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CellMar>
        <w:top w:w="0" w:type="dxa"/>
        <w:left w:w="108" w:type="dxa"/>
        <w:bottom w:w="0" w:type="dxa"/>
        <w:right w:w="108" w:type="dxa"/>
      </w:tblCellMar>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A75B1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CellMar>
        <w:top w:w="0" w:type="dxa"/>
        <w:left w:w="108" w:type="dxa"/>
        <w:bottom w:w="0" w:type="dxa"/>
        <w:right w:w="108" w:type="dxa"/>
      </w:tblCellMar>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A75B1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A75B1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CellMar>
        <w:top w:w="0" w:type="dxa"/>
        <w:left w:w="108" w:type="dxa"/>
        <w:bottom w:w="0" w:type="dxa"/>
        <w:right w:w="108" w:type="dxa"/>
      </w:tblCellMar>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A75B1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CellMar>
        <w:top w:w="0" w:type="dxa"/>
        <w:left w:w="108" w:type="dxa"/>
        <w:bottom w:w="0" w:type="dxa"/>
        <w:right w:w="108" w:type="dxa"/>
      </w:tblCellMar>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A75B1C"/>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A75B1C"/>
    <w:pPr>
      <w:spacing w:after="0" w:line="240" w:lineRule="auto"/>
    </w:pPr>
    <w:rPr>
      <w:rFonts w:eastAsiaTheme="minorEastAsi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A75B1C"/>
    <w:pPr>
      <w:spacing w:after="0" w:line="240" w:lineRule="auto"/>
    </w:pPr>
    <w:rPr>
      <w:rFonts w:eastAsiaTheme="minorEastAsi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rsid w:val="00A75B1C"/>
    <w:pPr>
      <w:spacing w:after="0" w:line="240" w:lineRule="auto"/>
    </w:pPr>
    <w:rPr>
      <w:rFonts w:eastAsiaTheme="minorEastAsi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A75B1C"/>
    <w:pPr>
      <w:spacing w:after="0" w:line="240" w:lineRule="auto"/>
    </w:pPr>
    <w:rPr>
      <w:rFonts w:eastAsiaTheme="minorEastAsi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A75B1C"/>
    <w:pPr>
      <w:spacing w:after="0" w:line="240" w:lineRule="auto"/>
    </w:pPr>
    <w:rPr>
      <w:rFonts w:eastAsiaTheme="minorEastAsi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A75B1C"/>
    <w:pPr>
      <w:spacing w:after="0" w:line="240" w:lineRule="auto"/>
    </w:pPr>
    <w:rPr>
      <w:rFonts w:eastAsiaTheme="minorEastAsi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rsid w:val="00A75B1C"/>
    <w:pPr>
      <w:spacing w:after="0" w:line="240" w:lineRule="auto"/>
    </w:pPr>
    <w:rPr>
      <w:rFonts w:eastAsiaTheme="minorEastAsia"/>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A75B1C"/>
    <w:pPr>
      <w:spacing w:after="0" w:line="240" w:lineRule="auto"/>
    </w:pPr>
    <w:rPr>
      <w:rFonts w:eastAsiaTheme="minorEastAsia"/>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A75B1C"/>
    <w:pPr>
      <w:spacing w:after="0" w:line="240" w:lineRule="auto"/>
    </w:pPr>
    <w:rPr>
      <w:rFonts w:eastAsiaTheme="minorEastAsia"/>
      <w:color w:val="FFFFFF" w:themeColor="background1"/>
    </w:rPr>
    <w:tblPr>
      <w:tblStyleRowBandSize w:val="1"/>
      <w:tblStyleColBandSize w:val="1"/>
      <w:tblInd w:w="0" w:type="dxa"/>
      <w:tblCellMar>
        <w:top w:w="0" w:type="dxa"/>
        <w:left w:w="108" w:type="dxa"/>
        <w:bottom w:w="0" w:type="dxa"/>
        <w:right w:w="108" w:type="dxa"/>
      </w:tblCellMar>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rsid w:val="00A75B1C"/>
    <w:pPr>
      <w:spacing w:after="0" w:line="240" w:lineRule="auto"/>
    </w:pPr>
    <w:rPr>
      <w:rFonts w:eastAsiaTheme="minorEastAsia"/>
      <w:color w:val="FFFFFF" w:themeColor="background1"/>
    </w:rPr>
    <w:tblPr>
      <w:tblStyleRowBandSize w:val="1"/>
      <w:tblStyleColBandSize w:val="1"/>
      <w:tblInd w:w="0" w:type="dxa"/>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A75B1C"/>
    <w:pPr>
      <w:spacing w:after="0" w:line="240" w:lineRule="auto"/>
    </w:pPr>
    <w:rPr>
      <w:rFonts w:eastAsiaTheme="minorEastAsia"/>
      <w:color w:val="FFFFFF" w:themeColor="background1"/>
    </w:rPr>
    <w:tblPr>
      <w:tblStyleRowBandSize w:val="1"/>
      <w:tblStyleColBandSize w:val="1"/>
      <w:tblInd w:w="0" w:type="dxa"/>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A75B1C"/>
    <w:pPr>
      <w:spacing w:after="0" w:line="240" w:lineRule="auto"/>
    </w:pPr>
    <w:rPr>
      <w:rFonts w:eastAsiaTheme="minorEastAsia"/>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A75B1C"/>
    <w:pPr>
      <w:spacing w:after="0" w:line="240" w:lineRule="auto"/>
    </w:pPr>
    <w:rPr>
      <w:rFonts w:eastAsiaTheme="minorEastAsia"/>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rsid w:val="00A75B1C"/>
    <w:pPr>
      <w:spacing w:after="0" w:line="240" w:lineRule="auto"/>
    </w:pPr>
    <w:rPr>
      <w:rFonts w:eastAsiaTheme="minorEastAsia"/>
      <w:color w:val="FFFFFF" w:themeColor="background1"/>
    </w:rPr>
    <w:tblPr>
      <w:tblStyleRowBandSize w:val="1"/>
      <w:tblStyleColBandSize w:val="1"/>
      <w:tblInd w:w="0" w:type="dxa"/>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A75B1C"/>
    <w:pPr>
      <w:spacing w:after="0" w:line="240" w:lineRule="auto"/>
    </w:pPr>
    <w:rPr>
      <w:rFonts w:eastAsiaTheme="minorEastAsia"/>
      <w:color w:val="000000" w:themeColor="text1"/>
    </w:rPr>
    <w:tblPr>
      <w:tblStyleRowBandSize w:val="1"/>
      <w:tblStyleColBandSize w:val="1"/>
      <w:tblInd w:w="0" w:type="dxa"/>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A75B1C"/>
    <w:pPr>
      <w:spacing w:after="0" w:line="240" w:lineRule="auto"/>
    </w:pPr>
    <w:rPr>
      <w:rFonts w:eastAsiaTheme="minorEastAsia"/>
      <w:color w:val="000000" w:themeColor="text1"/>
    </w:rPr>
    <w:tblPr>
      <w:tblStyleRowBandSize w:val="1"/>
      <w:tblStyleColBandSize w:val="1"/>
      <w:tblInd w:w="0" w:type="dxa"/>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A75B1C"/>
    <w:pPr>
      <w:spacing w:after="0" w:line="240" w:lineRule="auto"/>
    </w:pPr>
    <w:rPr>
      <w:rFonts w:eastAsiaTheme="minorEastAsia"/>
      <w:color w:val="000000" w:themeColor="text1"/>
    </w:rPr>
    <w:tblPr>
      <w:tblStyleRowBandSize w:val="1"/>
      <w:tblStyleColBandSize w:val="1"/>
      <w:tblInd w:w="0" w:type="dxa"/>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A75B1C"/>
    <w:pPr>
      <w:spacing w:after="0" w:line="240" w:lineRule="auto"/>
    </w:pPr>
    <w:rPr>
      <w:rFonts w:eastAsiaTheme="minorEastAsia"/>
      <w:color w:val="000000" w:themeColor="text1"/>
    </w:rPr>
    <w:tblPr>
      <w:tblStyleRowBandSize w:val="1"/>
      <w:tblStyleColBandSize w:val="1"/>
      <w:tblInd w:w="0" w:type="dxa"/>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A75B1C"/>
    <w:pPr>
      <w:spacing w:after="0" w:line="240" w:lineRule="auto"/>
    </w:pPr>
    <w:rPr>
      <w:rFonts w:eastAsiaTheme="minorEastAsia"/>
      <w:color w:val="000000" w:themeColor="text1"/>
    </w:rPr>
    <w:tblPr>
      <w:tblStyleRowBandSize w:val="1"/>
      <w:tblStyleColBandSize w:val="1"/>
      <w:tblInd w:w="0" w:type="dxa"/>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A75B1C"/>
    <w:pPr>
      <w:spacing w:after="0" w:line="240" w:lineRule="auto"/>
    </w:pPr>
    <w:rPr>
      <w:rFonts w:eastAsiaTheme="minorEastAsia"/>
      <w:color w:val="000000" w:themeColor="text1"/>
    </w:rPr>
    <w:tblPr>
      <w:tblStyleRowBandSize w:val="1"/>
      <w:tblStyleColBandSize w:val="1"/>
      <w:tblInd w:w="0" w:type="dxa"/>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A75B1C"/>
    <w:pPr>
      <w:spacing w:after="0" w:line="240" w:lineRule="auto"/>
    </w:pPr>
    <w:rPr>
      <w:rFonts w:eastAsiaTheme="minorEastAsia"/>
      <w:color w:val="000000" w:themeColor="text1"/>
    </w:rPr>
    <w:tblPr>
      <w:tblStyleRowBandSize w:val="1"/>
      <w:tblStyleColBandSize w:val="1"/>
      <w:tblInd w:w="0" w:type="dxa"/>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A75B1C"/>
    <w:pPr>
      <w:spacing w:after="0" w:line="240" w:lineRule="auto"/>
    </w:pPr>
    <w:rPr>
      <w:rFonts w:eastAsiaTheme="minorEastAsia"/>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A75B1C"/>
    <w:pPr>
      <w:spacing w:after="0" w:line="240" w:lineRule="auto"/>
    </w:pPr>
    <w:rPr>
      <w:rFonts w:eastAsiaTheme="minorEastAsia"/>
      <w:color w:val="000000" w:themeColor="text1"/>
    </w:rPr>
    <w:tblPr>
      <w:tblStyleRowBandSize w:val="1"/>
      <w:tblStyleColBandSize w:val="1"/>
      <w:tblInd w:w="0" w:type="dxa"/>
      <w:tblCellMar>
        <w:top w:w="0" w:type="dxa"/>
        <w:left w:w="108" w:type="dxa"/>
        <w:bottom w:w="0" w:type="dxa"/>
        <w:right w:w="108" w:type="dxa"/>
      </w:tblCellMar>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rsid w:val="00A75B1C"/>
    <w:pPr>
      <w:spacing w:after="0" w:line="240" w:lineRule="auto"/>
    </w:pPr>
    <w:rPr>
      <w:rFonts w:eastAsiaTheme="minorEastAsia"/>
      <w:color w:val="000000" w:themeColor="text1"/>
    </w:rPr>
    <w:tblPr>
      <w:tblStyleRowBandSize w:val="1"/>
      <w:tblStyleColBandSize w:val="1"/>
      <w:tblInd w:w="0" w:type="dxa"/>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A75B1C"/>
    <w:pPr>
      <w:spacing w:after="0" w:line="240" w:lineRule="auto"/>
    </w:pPr>
    <w:rPr>
      <w:rFonts w:eastAsiaTheme="minorEastAsia"/>
      <w:color w:val="000000" w:themeColor="text1"/>
    </w:rPr>
    <w:tblPr>
      <w:tblStyleRowBandSize w:val="1"/>
      <w:tblStyleColBandSize w:val="1"/>
      <w:tblInd w:w="0" w:type="dxa"/>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A75B1C"/>
    <w:pPr>
      <w:spacing w:after="0" w:line="240" w:lineRule="auto"/>
    </w:pPr>
    <w:rPr>
      <w:rFonts w:eastAsiaTheme="minorEastAsia"/>
      <w:color w:val="000000" w:themeColor="text1"/>
    </w:rPr>
    <w:tblPr>
      <w:tblStyleRowBandSize w:val="1"/>
      <w:tblStyleColBandSize w:val="1"/>
      <w:tblInd w:w="0" w:type="dxa"/>
      <w:tblCellMar>
        <w:top w:w="0" w:type="dxa"/>
        <w:left w:w="108" w:type="dxa"/>
        <w:bottom w:w="0" w:type="dxa"/>
        <w:right w:w="108" w:type="dxa"/>
      </w:tblCellMar>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A75B1C"/>
    <w:pPr>
      <w:spacing w:after="0" w:line="240" w:lineRule="auto"/>
    </w:pPr>
    <w:rPr>
      <w:rFonts w:eastAsiaTheme="minorEastAsia"/>
      <w:color w:val="000000" w:themeColor="text1"/>
    </w:rPr>
    <w:tblPr>
      <w:tblStyleRowBandSize w:val="1"/>
      <w:tblStyleColBandSize w:val="1"/>
      <w:tblInd w:w="0" w:type="dxa"/>
      <w:tblCellMar>
        <w:top w:w="0" w:type="dxa"/>
        <w:left w:w="108" w:type="dxa"/>
        <w:bottom w:w="0" w:type="dxa"/>
        <w:right w:w="108" w:type="dxa"/>
      </w:tblCellMar>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rsid w:val="00A75B1C"/>
    <w:pPr>
      <w:spacing w:after="0" w:line="240" w:lineRule="auto"/>
    </w:pPr>
    <w:rPr>
      <w:rFonts w:eastAsiaTheme="minorEastAsia"/>
      <w:color w:val="000000" w:themeColor="text1"/>
    </w:rPr>
    <w:tblPr>
      <w:tblStyleRowBandSize w:val="1"/>
      <w:tblStyleColBandSize w:val="1"/>
      <w:tblInd w:w="0" w:type="dxa"/>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A75B1C"/>
    <w:pPr>
      <w:spacing w:after="0" w:line="240" w:lineRule="auto"/>
    </w:pPr>
    <w:rPr>
      <w:rFonts w:eastAsiaTheme="minorEastAsi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A75B1C"/>
    <w:pPr>
      <w:spacing w:after="0" w:line="240" w:lineRule="auto"/>
    </w:pPr>
    <w:rPr>
      <w:rFonts w:eastAsiaTheme="minorEastAsi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rsid w:val="00A75B1C"/>
    <w:pPr>
      <w:spacing w:after="0" w:line="240" w:lineRule="auto"/>
    </w:pPr>
    <w:rPr>
      <w:rFonts w:eastAsiaTheme="minorEastAsi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A75B1C"/>
    <w:pPr>
      <w:spacing w:after="0" w:line="240" w:lineRule="auto"/>
    </w:pPr>
    <w:rPr>
      <w:rFonts w:eastAsiaTheme="minorEastAsi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A75B1C"/>
    <w:pPr>
      <w:spacing w:after="0" w:line="240" w:lineRule="auto"/>
    </w:pPr>
    <w:rPr>
      <w:rFonts w:eastAsiaTheme="minorEastAsi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A75B1C"/>
    <w:pPr>
      <w:spacing w:after="0" w:line="240" w:lineRule="auto"/>
    </w:pPr>
    <w:rPr>
      <w:rFonts w:eastAsiaTheme="minorEastAsi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rsid w:val="00A75B1C"/>
    <w:pPr>
      <w:spacing w:after="0" w:line="240" w:lineRule="auto"/>
    </w:pPr>
    <w:rPr>
      <w:rFonts w:eastAsiaTheme="minorEastAsia"/>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paragraph" w:styleId="BalloonText">
    <w:name w:val="Balloon Text"/>
    <w:basedOn w:val="Normal"/>
    <w:link w:val="BalloonTextChar"/>
    <w:uiPriority w:val="99"/>
    <w:semiHidden/>
    <w:unhideWhenUsed/>
    <w:rsid w:val="00A75B1C"/>
    <w:pPr>
      <w:bidi/>
      <w:spacing w:after="0" w:line="240" w:lineRule="auto"/>
      <w:jc w:val="both"/>
    </w:pPr>
    <w:rPr>
      <w:rFonts w:ascii="Tahoma" w:eastAsiaTheme="minorHAnsi" w:hAnsi="Tahoma" w:cs="Tahoma"/>
      <w:sz w:val="16"/>
      <w:szCs w:val="16"/>
      <w:lang w:bidi="fa-IR"/>
    </w:rPr>
  </w:style>
  <w:style w:type="character" w:customStyle="1" w:styleId="BalloonTextChar">
    <w:name w:val="Balloon Text Char"/>
    <w:basedOn w:val="DefaultParagraphFont"/>
    <w:link w:val="BalloonText"/>
    <w:uiPriority w:val="99"/>
    <w:semiHidden/>
    <w:rsid w:val="00A75B1C"/>
    <w:rPr>
      <w:rFonts w:ascii="Tahoma" w:hAnsi="Tahoma" w:cs="Tahoma"/>
      <w:sz w:val="16"/>
      <w:szCs w:val="16"/>
      <w:lang w:bidi="fa-IR"/>
    </w:rPr>
  </w:style>
  <w:style w:type="character" w:styleId="Hyperlink">
    <w:name w:val="Hyperlink"/>
    <w:basedOn w:val="DefaultParagraphFont"/>
    <w:uiPriority w:val="99"/>
    <w:unhideWhenUsed/>
    <w:rsid w:val="00A75B1C"/>
    <w:rPr>
      <w:color w:val="0563C1" w:themeColor="hyperlink"/>
      <w:u w:val="single"/>
    </w:rPr>
  </w:style>
  <w:style w:type="paragraph" w:styleId="TableofFigures">
    <w:name w:val="table of figures"/>
    <w:basedOn w:val="Normal"/>
    <w:next w:val="Normal"/>
    <w:uiPriority w:val="99"/>
    <w:unhideWhenUsed/>
    <w:rsid w:val="00A75B1C"/>
    <w:pPr>
      <w:bidi/>
      <w:spacing w:after="0" w:line="360" w:lineRule="auto"/>
      <w:jc w:val="both"/>
    </w:pPr>
    <w:rPr>
      <w:rFonts w:eastAsiaTheme="minorHAnsi" w:cs="B Nazanin"/>
      <w:sz w:val="24"/>
      <w:szCs w:val="28"/>
      <w:lang w:bidi="fa-IR"/>
    </w:rPr>
  </w:style>
  <w:style w:type="character" w:customStyle="1" w:styleId="UnresolvedMention">
    <w:name w:val="Unresolved Mention"/>
    <w:basedOn w:val="DefaultParagraphFont"/>
    <w:uiPriority w:val="99"/>
    <w:semiHidden/>
    <w:unhideWhenUsed/>
    <w:rsid w:val="00A75B1C"/>
    <w:rPr>
      <w:color w:val="605E5C"/>
      <w:shd w:val="clear" w:color="auto" w:fill="E1DFDD"/>
    </w:rPr>
  </w:style>
  <w:style w:type="paragraph" w:styleId="TOC2">
    <w:name w:val="toc 2"/>
    <w:basedOn w:val="Normal"/>
    <w:next w:val="Normal"/>
    <w:autoRedefine/>
    <w:uiPriority w:val="39"/>
    <w:unhideWhenUsed/>
    <w:rsid w:val="00947B25"/>
    <w:pPr>
      <w:spacing w:after="100"/>
      <w:ind w:left="220"/>
    </w:pPr>
  </w:style>
  <w:style w:type="paragraph" w:styleId="TOC3">
    <w:name w:val="toc 3"/>
    <w:basedOn w:val="Normal"/>
    <w:next w:val="Normal"/>
    <w:autoRedefine/>
    <w:uiPriority w:val="39"/>
    <w:unhideWhenUsed/>
    <w:rsid w:val="00947B25"/>
    <w:pPr>
      <w:spacing w:after="100"/>
      <w:ind w:left="440"/>
    </w:pPr>
  </w:style>
  <w:style w:type="paragraph" w:styleId="TOC1">
    <w:name w:val="toc 1"/>
    <w:basedOn w:val="Normal"/>
    <w:next w:val="Normal"/>
    <w:autoRedefine/>
    <w:uiPriority w:val="39"/>
    <w:unhideWhenUsed/>
    <w:rsid w:val="00947B25"/>
    <w:pPr>
      <w:spacing w:after="100"/>
    </w:pPr>
  </w:style>
  <w:style w:type="paragraph" w:styleId="TOC4">
    <w:name w:val="toc 4"/>
    <w:basedOn w:val="Normal"/>
    <w:next w:val="Normal"/>
    <w:autoRedefine/>
    <w:uiPriority w:val="39"/>
    <w:unhideWhenUsed/>
    <w:rsid w:val="00947B25"/>
    <w:pPr>
      <w:spacing w:after="100" w:line="259" w:lineRule="auto"/>
      <w:ind w:left="660"/>
    </w:pPr>
  </w:style>
  <w:style w:type="paragraph" w:styleId="TOC5">
    <w:name w:val="toc 5"/>
    <w:basedOn w:val="Normal"/>
    <w:next w:val="Normal"/>
    <w:autoRedefine/>
    <w:uiPriority w:val="39"/>
    <w:unhideWhenUsed/>
    <w:rsid w:val="00947B25"/>
    <w:pPr>
      <w:spacing w:after="100" w:line="259" w:lineRule="auto"/>
      <w:ind w:left="880"/>
    </w:pPr>
  </w:style>
  <w:style w:type="paragraph" w:styleId="TOC6">
    <w:name w:val="toc 6"/>
    <w:basedOn w:val="Normal"/>
    <w:next w:val="Normal"/>
    <w:autoRedefine/>
    <w:uiPriority w:val="39"/>
    <w:unhideWhenUsed/>
    <w:rsid w:val="00947B25"/>
    <w:pPr>
      <w:spacing w:after="100" w:line="259" w:lineRule="auto"/>
      <w:ind w:left="1100"/>
    </w:pPr>
  </w:style>
  <w:style w:type="paragraph" w:styleId="TOC7">
    <w:name w:val="toc 7"/>
    <w:basedOn w:val="Normal"/>
    <w:next w:val="Normal"/>
    <w:autoRedefine/>
    <w:uiPriority w:val="39"/>
    <w:unhideWhenUsed/>
    <w:rsid w:val="00947B25"/>
    <w:pPr>
      <w:spacing w:after="100" w:line="259" w:lineRule="auto"/>
      <w:ind w:left="1320"/>
    </w:pPr>
  </w:style>
  <w:style w:type="paragraph" w:styleId="TOC8">
    <w:name w:val="toc 8"/>
    <w:basedOn w:val="Normal"/>
    <w:next w:val="Normal"/>
    <w:autoRedefine/>
    <w:uiPriority w:val="39"/>
    <w:unhideWhenUsed/>
    <w:rsid w:val="00947B25"/>
    <w:pPr>
      <w:spacing w:after="100" w:line="259" w:lineRule="auto"/>
      <w:ind w:left="1540"/>
    </w:pPr>
  </w:style>
  <w:style w:type="paragraph" w:styleId="TOC9">
    <w:name w:val="toc 9"/>
    <w:basedOn w:val="Normal"/>
    <w:next w:val="Normal"/>
    <w:autoRedefine/>
    <w:uiPriority w:val="39"/>
    <w:unhideWhenUsed/>
    <w:rsid w:val="00947B25"/>
    <w:pPr>
      <w:spacing w:after="100" w:line="259" w:lineRule="auto"/>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18" Type="http://schemas.openxmlformats.org/officeDocument/2006/relationships/image" Target="media/image11.jpg"/><Relationship Id="rId26" Type="http://schemas.openxmlformats.org/officeDocument/2006/relationships/image" Target="media/image18.jpg"/><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image" Target="media/image10.jpg"/><Relationship Id="rId25" Type="http://schemas.openxmlformats.org/officeDocument/2006/relationships/image" Target="media/image17.jp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g"/><Relationship Id="rId20" Type="http://schemas.openxmlformats.org/officeDocument/2006/relationships/image" Target="media/image12.jp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6.jpg"/><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5.jpg"/><Relationship Id="rId28" Type="http://schemas.openxmlformats.org/officeDocument/2006/relationships/image" Target="media/image20.jpg"/><Relationship Id="rId10" Type="http://schemas.openxmlformats.org/officeDocument/2006/relationships/image" Target="media/image3.jpg"/><Relationship Id="rId19" Type="http://schemas.openxmlformats.org/officeDocument/2006/relationships/hyperlink" Target="https://webfriendlyhelp.com/lets-glide-what-an-ai-guide-does-that-my-cane-cant/?utm_source=toptechtidbits&amp;utm_medium=email&amp;utm_campaign=09032026&amp;utm_content=editorial"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Vazirmatn">
    <w:altName w:val="Cambria"/>
    <w:panose1 w:val="00000000000000000000"/>
    <w:charset w:val="00"/>
    <w:family w:val="roman"/>
    <w:notTrueType/>
    <w:pitch w:val="default"/>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37AB"/>
    <w:rsid w:val="00427B98"/>
    <w:rsid w:val="00F137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BA72EF3DB064424B2F87A9302E90DBE">
    <w:name w:val="0BA72EF3DB064424B2F87A9302E90DBE"/>
    <w:rsid w:val="00F137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5209F9-0474-46B8-80D9-8E4BD9773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65</Pages>
  <Words>11638</Words>
  <Characters>66342</Characters>
  <Application>Microsoft Office Word</Application>
  <DocSecurity>0</DocSecurity>
  <Lines>552</Lines>
  <Paragraphs>155</Paragraphs>
  <ScaleCrop>false</ScaleCrop>
  <Company/>
  <LinksUpToDate>false</LinksUpToDate>
  <CharactersWithSpaces>77825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pactos8</dc:creator>
  <cp:keywords/>
  <dc:description/>
  <cp:lastModifiedBy>pactos8</cp:lastModifiedBy>
  <cp:revision>47</cp:revision>
  <dcterms:created xsi:type="dcterms:W3CDTF">2026-10-20T10:42:00Z</dcterms:created>
  <dcterms:modified xsi:type="dcterms:W3CDTF">2026-10-22T09:22:00Z</dcterms:modified>
</cp:coreProperties>
</file>